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2024应急工作总结（34篇）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2024应急工作总结（精选34篇）</w:t>
      </w:r>
      <w:r>
        <w:rPr>
          <w:lang w:eastAsia="zh-CN"/>
        </w:rPr>
        <w:br/>
      </w:r>
      <w:r>
        <w:rPr>
          <w:lang w:eastAsia="zh-CN"/>
        </w:rPr>
        <w:t xml:space="preserve">    2024应急工作总结 篇1 </w:t>
      </w:r>
      <w:r>
        <w:rPr>
          <w:lang w:eastAsia="zh-CN"/>
        </w:rPr>
        <w:br/>
      </w:r>
      <w:r>
        <w:rPr>
          <w:lang w:eastAsia="zh-CN"/>
        </w:rPr>
        <w:t>　　20__年上半年，中心应急办在中心党委的领导下，在各所、科、室的大力支持下，认真贯彻落实上级文件精神，切实加强突发公共卫生事件的应急处置能力建设，为保障我市人民群众健康发挥了重要作用，较好的完成了上半年工作任务。</w:t>
      </w:r>
      <w:r>
        <w:rPr>
          <w:lang w:eastAsia="zh-CN"/>
        </w:rPr>
        <w:br/>
      </w:r>
      <w:r>
        <w:rPr>
          <w:lang w:eastAsia="zh-CN"/>
        </w:rPr>
        <w:t>　　一、进一步加强了卫生应急预案建设</w:t>
      </w:r>
      <w:r>
        <w:rPr>
          <w:lang w:eastAsia="zh-CN"/>
        </w:rPr>
        <w:br/>
      </w:r>
      <w:r>
        <w:rPr>
          <w:lang w:eastAsia="zh-CN"/>
        </w:rPr>
        <w:t>　　为规范中心应急管理工作，提高保障公共卫生安全及突发事件的能力，应急办不断收集、补充、完善中心卫生应急预案汇编，现预案汇编共收集国家、省市级各类应急预案及技术方案71个。分别为：法律法规类预案13个、传染病类预案25个、食品安全类预案5个、自然灾害类预案8个、不明原因与生物恐怖类预案4个、其他各类技术方案及预案16个。</w:t>
      </w:r>
      <w:r>
        <w:rPr>
          <w:lang w:eastAsia="zh-CN"/>
        </w:rPr>
        <w:br/>
      </w:r>
      <w:r>
        <w:rPr>
          <w:lang w:eastAsia="zh-CN"/>
        </w:rPr>
        <w:t>　　二、进一步加强了卫生应急体制建设</w:t>
      </w:r>
      <w:r>
        <w:rPr>
          <w:lang w:eastAsia="zh-CN"/>
        </w:rPr>
        <w:br/>
      </w:r>
      <w:r>
        <w:rPr>
          <w:lang w:eastAsia="zh-CN"/>
        </w:rPr>
        <w:t>　　1、中心卫生应急队伍建设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认真落实卫生应急目标责任制，设立了卫生应急办公室，成立了突发公共卫生事件应急领导小组。20__年3月重新调整了卫生应急小分队，调整后的应急小分队共有4支，队员20名，承担了重大传染病疫情、食物中毒、核辐射等突发公共卫生事件的现场、流行病学调查、实验室采样和检测、现场消毒杀虫等应急处置工作。</w:t>
      </w:r>
      <w:r>
        <w:rPr>
          <w:lang w:eastAsia="zh-CN"/>
        </w:rPr>
        <w:br/>
      </w:r>
      <w:r>
        <w:rPr>
          <w:lang w:eastAsia="zh-CN"/>
        </w:rPr>
        <w:t>　　2、全市卫生应急网络建设</w:t>
      </w:r>
      <w:r>
        <w:rPr>
          <w:lang w:eastAsia="zh-CN"/>
        </w:rPr>
        <w:br/>
      </w:r>
      <w:r>
        <w:rPr>
          <w:lang w:eastAsia="zh-CN"/>
        </w:rPr>
        <w:t>　　积极指导九个县市区和十四个城区社区卫生服务中心开展卫生应急工作。初步形成了宜昌市卫生应急网络。九个县市区疾控中心都成立了卫生应急领导小组，组建了卫生应急小分队。其中，宜都市、远安县、五峰县、兴山县独立设置了应急办。枝江市、当阳市、长阳县、秭归县、夷陵区指定了卫生应急负责人。十四个城区社区卫生服务中心分别成立了卫生应急领导小组，设立了卫生应急联络人，组建了3～5人的卫生应急小分队。</w:t>
      </w:r>
      <w:r>
        <w:rPr>
          <w:lang w:eastAsia="zh-CN"/>
        </w:rPr>
        <w:br/>
      </w:r>
      <w:r>
        <w:rPr>
          <w:lang w:eastAsia="zh-CN"/>
        </w:rPr>
        <w:t>　　三、进一步加强了卫生应急机制建设</w:t>
      </w:r>
      <w:r>
        <w:rPr>
          <w:lang w:eastAsia="zh-CN"/>
        </w:rPr>
        <w:br/>
      </w:r>
      <w:r>
        <w:rPr>
          <w:lang w:eastAsia="zh-CN"/>
        </w:rPr>
        <w:t>　　（一）12320电话值守</w:t>
      </w:r>
      <w:r>
        <w:rPr>
          <w:lang w:eastAsia="zh-CN"/>
        </w:rPr>
        <w:br/>
      </w:r>
      <w:r>
        <w:rPr>
          <w:lang w:eastAsia="zh-CN"/>
        </w:rPr>
        <w:t>　　我市12320热线电话担负着公共卫生问题公益咨询、突发疫情报告、公共卫生问题投诉等职能，责任重大。中心应急办继续认真落实24小时值守制度，结合实际情况，调整了值守安排，修订完善了值守制度。1～5月份接听电话1400余人次，内容涉及医药卫生、政策法规、举报投诉和疫情报告等多方面。无漏接电话和不满投诉。通过12320电话咨询解答，普及了手足口病、狂犬病、艾滋病、结核病等疾病防控知识，方便了广大群众进行预防接种咨询服务。</w:t>
      </w:r>
      <w:r>
        <w:rPr>
          <w:lang w:eastAsia="zh-CN"/>
        </w:rPr>
        <w:br/>
      </w:r>
      <w:r>
        <w:rPr>
          <w:lang w:eastAsia="zh-CN"/>
        </w:rPr>
        <w:t>　　（二）应急管理制度建设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完善了《应急办工作职责及主任职责》、《宜昌市疾控中心应急小分队出警程序》、《宜昌市疾控中心应急队伍管理办法》、《宜昌市突发疫情应急处理网络图》、《宜昌市疾控中心应急物质管理办法》、《宜昌市疾控中心突发公共卫生事件处置规范》、《宜昌市甲型H1N1流感疫情现场处理程序》、《12320公共卫生与公益电话值班员工作规范》、《12320公共卫生公益电话值班制度》、《12320值班室设备管理制度》等工作制度。更新了卫生应急联络基础资料,加强了与各相关单位的联系。</w:t>
      </w:r>
      <w:r>
        <w:rPr>
          <w:lang w:eastAsia="zh-CN"/>
        </w:rPr>
        <w:br/>
      </w:r>
      <w:r>
        <w:rPr>
          <w:lang w:eastAsia="zh-CN"/>
        </w:rPr>
        <w:t>　　（三）卫生应急督导检查</w:t>
      </w:r>
      <w:r>
        <w:rPr>
          <w:lang w:eastAsia="zh-CN"/>
        </w:rPr>
        <w:br/>
      </w:r>
      <w:r>
        <w:rPr>
          <w:lang w:eastAsia="zh-CN"/>
        </w:rPr>
        <w:t>　　上半年进行了卫生应急督导检查1次，检查对象主要是城区十四个社区卫生服务中心、医疗机构。</w:t>
      </w:r>
      <w:r>
        <w:rPr>
          <w:lang w:eastAsia="zh-CN"/>
        </w:rPr>
        <w:br/>
      </w:r>
      <w:r>
        <w:rPr>
          <w:lang w:eastAsia="zh-CN"/>
        </w:rPr>
        <w:t>　　（四）卫生应急知识培训</w:t>
      </w:r>
      <w:r>
        <w:rPr>
          <w:lang w:eastAsia="zh-CN"/>
        </w:rPr>
        <w:br/>
      </w:r>
      <w:r>
        <w:rPr>
          <w:lang w:eastAsia="zh-CN"/>
        </w:rPr>
        <w:t>　　1-5月召开卫生应急培训会议五期，参与会议培训人数共计110余人。分别是：3月23日举办了12320值班人员应急知识培训会议，会上对12320呼叫受理系统软件操作、12320工作流程与疫情处理进行了讲解培训，对象主要是中心12320值班人员及相关专业技术人员；3月31日召开了卫生应急知识培训会议，会议的主要内容是学习食物中毒疫情处置及现场流行病学调查方法，培训对象为应急小分队队员、12320值班人员及相关专业技术人员；4月6日召开了卫生应急暨食物中毒现场流行病学调查分析会议，会议内容主要是分析点评近期发生的一起亚硝酸盐食物中毒现场调查处置，参会人员主要为全体卫生应急队员及相关所科室负责人。</w:t>
      </w:r>
      <w:r>
        <w:rPr>
          <w:lang w:eastAsia="zh-CN"/>
        </w:rPr>
        <w:br/>
      </w:r>
      <w:r>
        <w:rPr>
          <w:lang w:eastAsia="zh-CN"/>
        </w:rPr>
        <w:t>　　（五）应急物质储备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根据卫生部《卫生应急队伍装备参考目录（试行）》（卫办应急发〔20__〕207号），中心储备传染病控制类装备应急物质52种，队伍保障类装备28种，总价值约为45万元。中心应急办每个季度对应急物质管理工作核查一次。</w:t>
      </w:r>
      <w:r>
        <w:rPr>
          <w:lang w:eastAsia="zh-CN"/>
        </w:rPr>
        <w:br/>
      </w:r>
      <w:r>
        <w:rPr>
          <w:lang w:eastAsia="zh-CN"/>
        </w:rPr>
        <w:t>　　（六）突发公共卫生事件及其相关信息处置</w:t>
      </w:r>
      <w:r>
        <w:rPr>
          <w:lang w:eastAsia="zh-CN"/>
        </w:rPr>
        <w:br/>
      </w:r>
      <w:r>
        <w:rPr>
          <w:lang w:eastAsia="zh-CN"/>
        </w:rPr>
        <w:t>　　20__年1-5月《突发公共卫生事件报告管理系统》报告全市突发公共卫生事件共3类5起，报告发病人数为289例，无死亡病例。宜昌城区无甲、乙类传染病突发公共卫生事件上报。5起事件均为呼吸道传染病突发公共卫生事件，病种为流行性腮腺炎及流行性感冒，发病时间集中在3月份，发病地点大部分为小学。5起事件均得到及时处置和有效控制。</w:t>
      </w:r>
      <w:r>
        <w:rPr>
          <w:lang w:eastAsia="zh-CN"/>
        </w:rPr>
        <w:br/>
      </w:r>
      <w:r>
        <w:rPr>
          <w:lang w:eastAsia="zh-CN"/>
        </w:rPr>
        <w:t>　　四、进一步加强了卫生应急法制建设，加强卫生应急法制建设，落实管理规范</w:t>
      </w:r>
      <w:r>
        <w:rPr>
          <w:lang w:eastAsia="zh-CN"/>
        </w:rPr>
        <w:br/>
      </w:r>
      <w:r>
        <w:rPr>
          <w:lang w:eastAsia="zh-CN"/>
        </w:rPr>
        <w:t>　　认真贯彻执行《传染病防治法》、《突发公共卫生事件应急预案》、《国家突发公共卫生事件信息报告管理工作规范》等各类法律法规和条例规章，依法依规开展卫生应急值守、应急物资储备、应急处置、卫生应急队伍管理、突发公共卫生事件信息统计分析、督导检查等卫生应效控制。</w:t>
      </w:r>
      <w:r>
        <w:rPr>
          <w:lang w:eastAsia="zh-CN"/>
        </w:rPr>
        <w:br/>
      </w:r>
      <w:r>
        <w:rPr>
          <w:lang w:eastAsia="zh-CN"/>
        </w:rPr>
        <w:t xml:space="preserve">    2024应急工作总结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__年以来，为认真落实卫生应急演练工作。根据市应急办和区应急办统一要求，我们不断加强了对卫生应急演练的组织领导，进一步完善了各项预案和制度，并通过加强基础设施建设和人员培训，使我区应急救援能力得到进一步提高。现将应急演练情况总结如下：</w:t>
      </w:r>
      <w:r>
        <w:rPr>
          <w:lang w:eastAsia="zh-CN"/>
        </w:rPr>
        <w:br/>
      </w:r>
      <w:r>
        <w:rPr>
          <w:lang w:eastAsia="zh-CN"/>
        </w:rPr>
        <w:t>　　一、加强领导、健全组织</w:t>
      </w:r>
      <w:r>
        <w:rPr>
          <w:lang w:eastAsia="zh-CN"/>
        </w:rPr>
        <w:br/>
      </w:r>
      <w:r>
        <w:rPr>
          <w:lang w:eastAsia="zh-CN"/>
        </w:rPr>
        <w:t>　　为了进一步贯彻《中华人民共和国突发事件应对法》的相关规定，全面落实应对法，遏制各类突发公共卫生事件的发生，促进张店卫生工作稳步的发展。我局成立了由局长任组长，各相关科室和医疗卫生单位负责人为成员的突发事件应急演练领导小组，建立了相关突发事件应急工作管理体系和工作机制，成立了医疗、卫生监督、传染病防控等专业处置队伍。</w:t>
      </w:r>
      <w:r>
        <w:rPr>
          <w:lang w:eastAsia="zh-CN"/>
        </w:rPr>
        <w:br/>
      </w:r>
      <w:r>
        <w:rPr>
          <w:lang w:eastAsia="zh-CN"/>
        </w:rPr>
        <w:t>　　二、突出重点、强化培训</w:t>
      </w:r>
      <w:r>
        <w:rPr>
          <w:lang w:eastAsia="zh-CN"/>
        </w:rPr>
        <w:br/>
      </w:r>
      <w:r>
        <w:rPr>
          <w:lang w:eastAsia="zh-CN"/>
        </w:rPr>
        <w:t>　　通过每年一次的卫生应急培训和演练，大大提高了我区卫生应急管理干部的应急意识、政策理论和管理水平，提高卫生应急专业人员的应急处置能力，广泛普及了社会公众卫生应急知识。系统掌握了卫生应急法律、法规、预案及相关政策，熟悉了卫生应急工作领域的最新进展，建立健全了能满足我区突发公共卫生事件应急处置工作需要的卫生应急培训、演练体系，全面提升了我区突发公共卫生事件预防和应急处置能力。</w:t>
      </w:r>
      <w:r>
        <w:rPr>
          <w:lang w:eastAsia="zh-CN"/>
        </w:rPr>
        <w:br/>
      </w:r>
      <w:r>
        <w:rPr>
          <w:lang w:eastAsia="zh-CN"/>
        </w:rPr>
        <w:t>　　三、强化措施，确保演练落到实处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为了确保演练真正取得实效，区卫生局法监科具体负责组织、协调全区的卫生应急培训和演练工作，督查和指导辖区内医疗机构的医务人员培训与演练，并要求各相关医疗卫生单位要从卫生事业发展的战略高度认识卫生应急演、练培训工作的`重要性和紧迫性，把卫生应急演练、培训工作列入重要议事日程，按照谁主管、谁负责，纳入目标管理，强化协调管理，分级负责。坚持从认识到位、人员到位、防范到位、检查到位、整改到位、应急突发事件措施到位。切实加强重点行业、重点场所、关键部门、关键岗位中存在的突出问题和薄弱环节进行自查整改。针对问题采取措施，做到齐抓共管，真抓实干，协调一致。做到横到边，纵到底，家底清，底数明，切实绷紧突发公共卫生事件应急处置这根弦不动摇。继续坚持一票否决制把突发公共卫生事件应急处置活动开展落到实处，及时解决演练培训工作中存在的困难和问题，确保培训、演练工作目标和任务的顺利完成。</w:t>
      </w:r>
      <w:r>
        <w:rPr>
          <w:lang w:eastAsia="zh-CN"/>
        </w:rPr>
        <w:br/>
      </w:r>
      <w:r>
        <w:rPr>
          <w:lang w:eastAsia="zh-CN"/>
        </w:rPr>
        <w:t>　　四、存在的不足及今后的打算</w:t>
      </w:r>
      <w:r>
        <w:rPr>
          <w:lang w:eastAsia="zh-CN"/>
        </w:rPr>
        <w:br/>
      </w:r>
      <w:r>
        <w:rPr>
          <w:lang w:eastAsia="zh-CN"/>
        </w:rPr>
        <w:t>　　回顾突发事件应急演练工作，在看到成绩的同时，也发现有些工作还存在不足之处，个别干部对突发事件工作理解不够，再加上基础设施跟不上，处置突发事件工作形势仍然十分严峻，还需要加大工作投入，不断增添设施和办法。努力解决工作中存在的问题，不断总结，扬长避短，从抓薄弱环节入手，切实做到时刻想着群众，真心关心群众，热情服务群众，把人民群众的安危冷暖放在心坎上，落实在具体行动中，把处置突发事件应急工作作为经常性工作，常抓不懈，真正做到有备无乱，抓紧抓好。</w:t>
      </w:r>
      <w:r>
        <w:rPr>
          <w:lang w:eastAsia="zh-CN"/>
        </w:rPr>
        <w:br/>
      </w:r>
      <w:r>
        <w:rPr>
          <w:lang w:eastAsia="zh-CN"/>
        </w:rPr>
        <w:t xml:space="preserve">    2024应急工作总结 篇3 </w:t>
      </w:r>
      <w:r>
        <w:rPr>
          <w:lang w:eastAsia="zh-CN"/>
        </w:rPr>
        <w:br/>
      </w:r>
      <w:r>
        <w:rPr>
          <w:lang w:eastAsia="zh-CN"/>
        </w:rPr>
        <w:t>　　根据20__年度公司应急预案演练要求，本公司于4月17日下午组织一次火灾事故应急处置演练。从演练过程来看，主要反应以下几个方面优缺点：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一、好的方面</w:t>
      </w:r>
      <w:r>
        <w:rPr>
          <w:lang w:eastAsia="zh-CN"/>
        </w:rPr>
        <w:br/>
      </w:r>
      <w:r>
        <w:rPr>
          <w:lang w:eastAsia="zh-CN"/>
        </w:rPr>
        <w:t>　　1.旧员工能够熟练使用相应灭火工具，在火势没有扩大情况下，用最快的速度及时扑救。</w:t>
      </w:r>
      <w:r>
        <w:rPr>
          <w:lang w:eastAsia="zh-CN"/>
        </w:rPr>
        <w:br/>
      </w:r>
      <w:r>
        <w:rPr>
          <w:lang w:eastAsia="zh-CN"/>
        </w:rPr>
        <w:t>　　2.消防员反应迅速，及时到达事故现场，进行有效灭火扑救</w:t>
      </w:r>
      <w:r>
        <w:rPr>
          <w:lang w:eastAsia="zh-CN"/>
        </w:rPr>
        <w:br/>
      </w:r>
      <w:r>
        <w:rPr>
          <w:lang w:eastAsia="zh-CN"/>
        </w:rPr>
        <w:t>　　3.其它应急队员也能迅速行动起来，积极参入运沙扑救、报警、疏散人员，做到分工明确，用于面对，全员齐心协力，基本完成演练任务</w:t>
      </w:r>
      <w:r>
        <w:rPr>
          <w:lang w:eastAsia="zh-CN"/>
        </w:rPr>
        <w:br/>
      </w:r>
      <w:r>
        <w:rPr>
          <w:lang w:eastAsia="zh-CN"/>
        </w:rPr>
        <w:t>　　二、存在的问题</w:t>
      </w:r>
      <w:r>
        <w:rPr>
          <w:lang w:eastAsia="zh-CN"/>
        </w:rPr>
        <w:br/>
      </w:r>
      <w:r>
        <w:rPr>
          <w:lang w:eastAsia="zh-CN"/>
        </w:rPr>
        <w:t>　　1.把全部精力放在扑救上，而忽视了关电源，关闸门，甚至采取隔离措施。</w:t>
      </w:r>
      <w:r>
        <w:rPr>
          <w:lang w:eastAsia="zh-CN"/>
        </w:rPr>
        <w:br/>
      </w:r>
      <w:r>
        <w:rPr>
          <w:lang w:eastAsia="zh-CN"/>
        </w:rPr>
        <w:t>　　2.新员工还无法熟练的'使用灭火工具，有待加强。</w:t>
      </w:r>
      <w:r>
        <w:rPr>
          <w:lang w:eastAsia="zh-CN"/>
        </w:rPr>
        <w:br/>
      </w:r>
      <w:r>
        <w:rPr>
          <w:lang w:eastAsia="zh-CN"/>
        </w:rPr>
        <w:t>　　三、下一步工作要求</w:t>
      </w:r>
      <w:r>
        <w:rPr>
          <w:lang w:eastAsia="zh-CN"/>
        </w:rPr>
        <w:br/>
      </w:r>
      <w:r>
        <w:rPr>
          <w:lang w:eastAsia="zh-CN"/>
        </w:rPr>
        <w:t>　　进一步加强应急预案理论学习，深入了解，不同材料应用什么样的扑救工具。不断加强复杂事故处置应急能力，使应急队伍成为公司安全保障坚强后盾</w:t>
      </w:r>
      <w:r>
        <w:rPr>
          <w:lang w:eastAsia="zh-CN"/>
        </w:rPr>
        <w:br/>
      </w:r>
      <w:r>
        <w:rPr>
          <w:lang w:eastAsia="zh-CN"/>
        </w:rPr>
        <w:t>　　20__年4月17日</w:t>
      </w:r>
      <w:r>
        <w:rPr>
          <w:lang w:eastAsia="zh-CN"/>
        </w:rPr>
        <w:br/>
      </w:r>
      <w:r>
        <w:rPr>
          <w:lang w:eastAsia="zh-CN"/>
        </w:rPr>
        <w:t xml:space="preserve">    2024应急工作总结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今年以来，我局应急管理工作在县委、县政府的正确领导和县应急办的大力指导下，按照“抓基层、打基础、抓落实、求发展”的工作思路，紧紧围绕全县体育工作大局，加强组织协调，认真贯彻县应急管理工作领导小组决策部署，制定20__年体育系统应急管理工作计划并积极开展实施，各项应急管理工作取得明显成效。现将20__年应急管理工作情况汇报如下：</w:t>
      </w:r>
      <w:r>
        <w:rPr>
          <w:lang w:eastAsia="zh-CN"/>
        </w:rPr>
        <w:br/>
      </w:r>
      <w:r>
        <w:rPr>
          <w:lang w:eastAsia="zh-CN"/>
        </w:rPr>
        <w:t>　　一、加强领导、落实责任</w:t>
      </w:r>
      <w:r>
        <w:rPr>
          <w:lang w:eastAsia="zh-CN"/>
        </w:rPr>
        <w:br/>
      </w:r>
      <w:r>
        <w:rPr>
          <w:lang w:eastAsia="zh-CN"/>
        </w:rPr>
        <w:t>　　一是思想认识到位。我局认真领会落实应急管理的有关文件精神，专门组织召开会议，安排部署体育系统应急管理工作，将体育场馆运行安全开体育赛事开展统一纳入应急管理。成立了由局长陈述清任组长，分管副局长简文涛为副组长，各股室负责人为成员的工作领导小组及办公室，预防和处置本局职能范围内突发事件，为各项应急工作的深入开展提供组织保障。二是制度建设到位，年初，我局修订了《__县体育局关于体育场馆开展活动突发事件的应急预案》，进一步明确了工作原则，适应范围及各管理部门的工作职责;突发事件等级划分，预防预警信息，预防预警行动，预警支持系统，指挥和处置突发事件，信息报送制度等。三是责任落实到位，按照立足现实，细化组织领导，明确工作责任，保证全面工作有人管，具体工作有人抓，形成工作互动，层层负责、职责明确、责任到人的良好局面。</w:t>
      </w:r>
      <w:r>
        <w:rPr>
          <w:lang w:eastAsia="zh-CN"/>
        </w:rPr>
        <w:br/>
      </w:r>
      <w:r>
        <w:rPr>
          <w:lang w:eastAsia="zh-CN"/>
        </w:rPr>
        <w:t>　　二、完善体系、优化措施</w:t>
      </w:r>
      <w:r>
        <w:rPr>
          <w:lang w:eastAsia="zh-CN"/>
        </w:rPr>
        <w:br/>
      </w:r>
      <w:r>
        <w:rPr>
          <w:lang w:eastAsia="zh-CN"/>
        </w:rPr>
        <w:t>　　按照“横向到边，纵向到底”的预案体系建设目标，强化应急预案的制定，对现有预案进行认真梳理，注重预案的可操作性，细化工作措施。强化救援物资储备，及时补充必需物资，确保事故发生时，救援物资充足。开展突发事件模拟综合演练，提高应急体系协调作战的快速反应能力，确保灾害发生时有条不紊，冷静应对。今年体育系统没有发生突发事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三、配强队伍、提高能力</w:t>
      </w:r>
      <w:r>
        <w:rPr>
          <w:lang w:eastAsia="zh-CN"/>
        </w:rPr>
        <w:br/>
      </w:r>
      <w:r>
        <w:rPr>
          <w:lang w:eastAsia="zh-CN"/>
        </w:rPr>
        <w:t>　　把建设应急队伍和提高应急管理能力作为一项重要的基础性工作来抓。强化应急管理人员业务培训，包括突发事件预防的处理，突发公共事件应急处理能力的培养，案例分析、公共事件的种类、特点，救援物资储备、应急预案、应急处理措施、善后与特点等，使培训人员树立责任感、增强忧患意识，正确掌握应对突发公共事件的基本流程和方法。</w:t>
      </w:r>
      <w:r>
        <w:rPr>
          <w:lang w:eastAsia="zh-CN"/>
        </w:rPr>
        <w:br/>
      </w:r>
      <w:r>
        <w:rPr>
          <w:lang w:eastAsia="zh-CN"/>
        </w:rPr>
        <w:t>　　四、畅通信息、及时报告</w:t>
      </w:r>
      <w:r>
        <w:rPr>
          <w:lang w:eastAsia="zh-CN"/>
        </w:rPr>
        <w:br/>
      </w:r>
      <w:r>
        <w:rPr>
          <w:lang w:eastAsia="zh-CN"/>
        </w:rPr>
        <w:t>　　我局根据__县人民政府应急管理办公室《关于切实加强突发事件信息报送相关工作的通知》文件要求，制定《__县体育局值班制度》，进一步加强值班值守，实行领导带班制度和24小时值班制度，做到“人员、场地、设备”三落实。完善突发事件信息报送制度，建立健全信息员网络，努力畅通和拓宽信息获取渠道，明确突发事件信息报送责任人，以从严从实的精神做好突发信息的报送工作。</w:t>
      </w:r>
      <w:r>
        <w:rPr>
          <w:lang w:eastAsia="zh-CN"/>
        </w:rPr>
        <w:br/>
      </w:r>
      <w:r>
        <w:rPr>
          <w:lang w:eastAsia="zh-CN"/>
        </w:rPr>
        <w:t xml:space="preserve">    2024应急工作总结 篇5 </w:t>
      </w:r>
      <w:r>
        <w:rPr>
          <w:lang w:eastAsia="zh-CN"/>
        </w:rPr>
        <w:br/>
      </w:r>
      <w:r>
        <w:rPr>
          <w:lang w:eastAsia="zh-CN"/>
        </w:rPr>
        <w:t>　　市环保局：</w:t>
      </w:r>
      <w:r>
        <w:rPr>
          <w:lang w:eastAsia="zh-CN"/>
        </w:rPr>
        <w:br/>
      </w:r>
      <w:r>
        <w:rPr>
          <w:lang w:eastAsia="zh-CN"/>
        </w:rPr>
        <w:t>　　按照年度任务目标分解，结合年度市环保局、重庆市环境监察总队和县安委会的工作安排，我局认真进行工作，现将相关情况总结如下：</w:t>
      </w:r>
      <w:r>
        <w:rPr>
          <w:lang w:eastAsia="zh-CN"/>
        </w:rPr>
        <w:br/>
      </w:r>
      <w:r>
        <w:rPr>
          <w:lang w:eastAsia="zh-CN"/>
        </w:rPr>
        <w:t>　　一、企业应急预案更新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严格执行《突发环境事件应急预案管理暂行办法》、《关于编制和完善各类环境应急预案的通知》，规范突发环境事件应急预案编制、评审、备案、演练及监督管理的全过程，督促了辖区内所有重点环境安全隐患企业进行应急预案更新、修订、评审和备案，确保了应急物资的完备和应急人员的.及时到位。</w:t>
      </w:r>
      <w:r>
        <w:rPr>
          <w:lang w:eastAsia="zh-CN"/>
        </w:rPr>
        <w:br/>
      </w:r>
      <w:r>
        <w:rPr>
          <w:lang w:eastAsia="zh-CN"/>
        </w:rPr>
        <w:t>　　二、应急管理工作协作机制</w:t>
      </w:r>
      <w:r>
        <w:rPr>
          <w:lang w:eastAsia="zh-CN"/>
        </w:rPr>
        <w:br/>
      </w:r>
      <w:r>
        <w:rPr>
          <w:lang w:eastAsia="zh-CN"/>
        </w:rPr>
        <w:t>　　修订秀山县环境应急预案和秀山县环保局环境应急预案，并报送重庆市环境保护局备案，完善了我局内部科室应急管理协调机制，在环评审查、审批和环保“三同时”验收时对环境风险防范提出明确要求并督促落实；规范了环境应急预警、调查、监测及数据报送工作；在应对突发环境事件中，监察队、监测站、污控科、监管科、宣教科等部门各履其职，密切配合、形成合力。其次建立跨界环境风险联防联控机制，建立和完善与安监、交通、公安、海事、国土、农业等其他相关部门的风险防范和应急处置联动机制，减少和降低各类灾害、事故发生，防范次生重特大突发环境污染事件。完善和落实会商制度，组织突发事件趋势分析，提高研判能力。</w:t>
      </w:r>
      <w:r>
        <w:rPr>
          <w:lang w:eastAsia="zh-CN"/>
        </w:rPr>
        <w:br/>
      </w:r>
      <w:r>
        <w:rPr>
          <w:lang w:eastAsia="zh-CN"/>
        </w:rPr>
        <w:t>　　三、安全隐患排查</w:t>
      </w:r>
      <w:r>
        <w:rPr>
          <w:lang w:eastAsia="zh-CN"/>
        </w:rPr>
        <w:br/>
      </w:r>
      <w:r>
        <w:rPr>
          <w:lang w:eastAsia="zh-CN"/>
        </w:rPr>
        <w:t>　　通过开展汛期检查、环境安全百日大检查、环境安全打非治违“百日攻坚”工作，大排查大整治等各种专项行动，督促全县各企业对硫酸、液氨、尾矿库等进行自查，对发现的安全隐患进行自纠，随后我局在其基础上，组织专人对企业进行检查，督促企业将隐患排查日常化和台帐化，最大限度避免环境安全事故的发生。8月中旬，经重庆市环保局谢靖宇总工程师检查，我县各企业基本达到安全应急方面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四、应急演练</w:t>
      </w:r>
      <w:r>
        <w:rPr>
          <w:lang w:eastAsia="zh-CN"/>
        </w:rPr>
        <w:br/>
      </w:r>
      <w:r>
        <w:rPr>
          <w:lang w:eastAsia="zh-CN"/>
        </w:rPr>
        <w:t>　　为确保秀山县危化品发生泄漏、饮用水源地发生污染事故后，能够迅速处置污染源、防止污水进入供水系统，有效保障广大市民的饮水安全，减少事故损失，尽快恢复生产、生活秩序，20__年11月23日，我县按照预定的方案在溶溪镇石板桥组织以液氨泄漏影响河流和饮用水水质为重点的环境安全应急演练，</w:t>
      </w:r>
      <w:r>
        <w:rPr>
          <w:lang w:eastAsia="zh-CN"/>
        </w:rPr>
        <w:br/>
      </w:r>
      <w:r>
        <w:rPr>
          <w:lang w:eastAsia="zh-CN"/>
        </w:rPr>
        <w:t>　　此次演练以重庆武陵锰业有限公司液氨运输罐车在溶溪镇石板桥发生泄漏、破坏周围空气质量、河流和饮用水源水质为背景，在县政府应急办统筹下，县环保局、县安监局、县消防大队、县卫生局、县疾控中心、溶溪镇政府、溶溪水厂、溶溪卫生院有力配合，协同作战，有效处置了突发环境事件，实现多部门联合演练。演练分应急响应、应急处置、应急配合、应急终止等四个演练科目，从接到事故报告，到启动应急程序，再到事故处理，参加演练的相关人员都认真地按照整个程序的安排逐一进行演习，有效地完成了此次演习的各项任务。为我们今后的实际操作提供了有效的借鉴，进一步增强了相关单位、企业的防范意识和应急自救能力。</w:t>
      </w:r>
      <w:r>
        <w:rPr>
          <w:lang w:eastAsia="zh-CN"/>
        </w:rPr>
        <w:br/>
      </w:r>
      <w:r>
        <w:rPr>
          <w:lang w:eastAsia="zh-CN"/>
        </w:rPr>
        <w:t xml:space="preserve">    2024应急工作总结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根据区武装部年度军事训练的安排部署，我镇以上级军事机关有关指示精神为指导,以遂行急难险重任务和应对突发事件为前提,以确保安全生产，维护社会稳定为重点，坚持按纲施训、从严治训，扎实打牢基础。努力提高应急分队遂行急难险重任务和应对突发事件保障能力，全面推进我镇应急维稳力量再上新水平。我镇武装部对14名应急分队基干民兵进行了为期4天的军事训练，主要进行了共同条例、政策法规常识、战备常识、以及应急分队专业训练。通过训练，参训民兵提高了身体素质、磨练了战斗意志、培养了不怕吃苦的作风、养成了服从命令听从指挥遵守纪律的观念，基本达到了训练的目的。</w:t>
      </w:r>
      <w:r>
        <w:rPr>
          <w:lang w:eastAsia="zh-CN"/>
        </w:rPr>
        <w:br/>
      </w:r>
      <w:r>
        <w:rPr>
          <w:lang w:eastAsia="zh-CN"/>
        </w:rPr>
        <w:t>　　一、领导重视，组织健全。</w:t>
      </w:r>
      <w:r>
        <w:rPr>
          <w:lang w:eastAsia="zh-CN"/>
        </w:rPr>
        <w:br/>
      </w:r>
      <w:r>
        <w:rPr>
          <w:lang w:eastAsia="zh-CN"/>
        </w:rPr>
        <w:t>　　我镇武装部在接到区武装部赋予的民兵训练任务后，首先向镇党委政府做了汇报，得到了领导大力支持，专门拨出5000元作为应急排训练经费。成立了应急分队训练领导小组，刘中山部长担任组长，程开元担任副组长，成员有曾传荣马宇陈胜杨小勇胡鹏刘勇雷勇陈思蒋良剑蒋干陈柏卫柏先林。下设训练组和后勤保障组。</w:t>
      </w:r>
      <w:r>
        <w:rPr>
          <w:lang w:eastAsia="zh-CN"/>
        </w:rPr>
        <w:br/>
      </w:r>
      <w:r>
        <w:rPr>
          <w:lang w:eastAsia="zh-CN"/>
        </w:rPr>
        <w:t>　　二、按纲施训，保障有力。</w:t>
      </w:r>
      <w:r>
        <w:rPr>
          <w:lang w:eastAsia="zh-CN"/>
        </w:rPr>
        <w:br/>
      </w:r>
      <w:r>
        <w:rPr>
          <w:lang w:eastAsia="zh-CN"/>
        </w:rPr>
        <w:t>　　首先我们镇武装部组织应急分队14名基干民兵作为这次训练的成员，这14名队员都是我镇干部职工。其中4名是4个村的民</w:t>
      </w:r>
      <w:r>
        <w:rPr>
          <w:lang w:eastAsia="zh-CN"/>
        </w:rPr>
        <w:br/>
      </w:r>
      <w:r>
        <w:rPr>
          <w:lang w:eastAsia="zh-CN"/>
        </w:rPr>
        <w:t>　　兵连长。从一开始集中，就对他们提出了严格的要求，规定了每天的`训练时间，不准迟到早退，有时必须请假。按照区武装部下发的训练教案，严格施训。训练期间我们统一着装、统一穿绿胶鞋，做到每天训练前点名，训练后有讲评，有奖有罚，鼓励了先进，鞭策了后进。我们对民兵总共进行了纪律条令、内务条令；队列；战备常识；政策法规；应急排专业知识等多个科目的训练，通过严格的训练，使参训民兵掌握一定的军事技能，提高了应急分队的整体素质，收到了预期的训练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训练前期的准备工作中，我们及时和观阁镇中心小学取得联系，解决了室内教室一间和训练的操场；为每个参训民兵购买了迷彩服、胶鞋、喝水杯、纯净水、笔记本、中性笔、防暑药，同时我们和镇中心卫生院联系一名医生，保证训练中一有情况，能得到及时救助。可以说为这次民兵训练提供了有力的后勤保障。</w:t>
      </w:r>
      <w:r>
        <w:rPr>
          <w:lang w:eastAsia="zh-CN"/>
        </w:rPr>
        <w:br/>
      </w:r>
      <w:r>
        <w:rPr>
          <w:lang w:eastAsia="zh-CN"/>
        </w:rPr>
        <w:t>　　我们严格按照所规定的内容和要求，坚持依法施训，按纲施训，确保训练的人员、时间、内容和质量的四落实。训练严格、规范、组织严密，高标准、高质量地完成年度军事训练任务，训练期间按照军事化管理，按照部队的条令条例来管理和约束参训民兵，切实加强民兵训练期间的安全管理力度，把安全工作做到位。指定安全负责人，加强工作责任心，坚持跟班训练，细致认真，发现问题及时解决，杜绝了各类事故的发生，确保顺利圆满地完成训练任务。</w:t>
      </w:r>
      <w:r>
        <w:rPr>
          <w:lang w:eastAsia="zh-CN"/>
        </w:rPr>
        <w:br/>
      </w:r>
      <w:r>
        <w:rPr>
          <w:lang w:eastAsia="zh-CN"/>
        </w:rPr>
        <w:t>　　三、存在问题和改进措施。</w:t>
      </w:r>
      <w:r>
        <w:rPr>
          <w:lang w:eastAsia="zh-CN"/>
        </w:rPr>
        <w:br/>
      </w:r>
      <w:r>
        <w:rPr>
          <w:lang w:eastAsia="zh-CN"/>
        </w:rPr>
        <w:t>　　1、思想认识不足，训练的积极性不高。个别村干部、对民兵训练抱有偏见的态度。</w:t>
      </w:r>
      <w:r>
        <w:rPr>
          <w:lang w:eastAsia="zh-CN"/>
        </w:rPr>
        <w:br/>
      </w:r>
      <w:r>
        <w:rPr>
          <w:lang w:eastAsia="zh-CN"/>
        </w:rPr>
        <w:t>　　2、训练器材不足，训练的效果有待提高。受训练器材的限制，很多训练课不能上，原因就是没有器材。要解决问题，那就要加强民兵训练器材的下发，并加强训练器材的管理，使民兵训练正常进行。</w:t>
      </w:r>
      <w:r>
        <w:rPr>
          <w:lang w:eastAsia="zh-CN"/>
        </w:rPr>
        <w:br/>
      </w:r>
      <w:r>
        <w:rPr>
          <w:lang w:eastAsia="zh-CN"/>
        </w:rPr>
        <w:t xml:space="preserve">    2024应急工作总结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我馆在主管局市文广新局的正确领导下，认真贯彻落实各级有关加强应急管理工作的指示精神及要求，加强和健全组织领导，全面履行职能，努力提高保障公共安全和处置突发事件的能力，圆满地完成了各项工作任务。现将20__年应急工作总结如下：</w:t>
      </w:r>
      <w:r>
        <w:rPr>
          <w:lang w:eastAsia="zh-CN"/>
        </w:rPr>
        <w:br/>
      </w:r>
      <w:r>
        <w:rPr>
          <w:lang w:eastAsia="zh-CN"/>
        </w:rPr>
        <w:t>　　一、健全应急管理领导小组</w:t>
      </w:r>
      <w:r>
        <w:rPr>
          <w:lang w:eastAsia="zh-CN"/>
        </w:rPr>
        <w:br/>
      </w:r>
      <w:r>
        <w:rPr>
          <w:lang w:eastAsia="zh-CN"/>
        </w:rPr>
        <w:t>　　成立了由图书馆馆长任组长、副馆长任副组长、保卫科科长任办公室主任、各职能部门主任为成员的应急管理领导小组。研究部署了20__年度应急管理工作目标和主要工作任务，制定了具体的可操作性强的实施方案，将应急管理工作的每一项分给每一个人，使应急管理的工作目标、任务、措施落实到每个部门和责任人。</w:t>
      </w:r>
      <w:r>
        <w:rPr>
          <w:lang w:eastAsia="zh-CN"/>
        </w:rPr>
        <w:br/>
      </w:r>
      <w:r>
        <w:rPr>
          <w:lang w:eastAsia="zh-CN"/>
        </w:rPr>
        <w:t>　　二、应急管理体系建设情况</w:t>
      </w:r>
      <w:r>
        <w:rPr>
          <w:lang w:eastAsia="zh-CN"/>
        </w:rPr>
        <w:br/>
      </w:r>
      <w:r>
        <w:rPr>
          <w:lang w:eastAsia="zh-CN"/>
        </w:rPr>
        <w:t>　　为了确保有效控制和依法、及时、有序、妥善地处置好突发事件，消除突发事件的影响，保障人民群众生命财产的安全，我馆对突发社会安全事件严重自然灾害、事故灾难、突发公共卫生事件等各类突发公共事件，按照分级负责，归口管理和谁主管谁负责的要求，重新修订和完善了各类应急预案，包括《__市图书馆突发公共事件总体应急预案》、《__市图书馆紧急疏散应急预案》、《__市图书馆安全生产应急救援实施预案》等专项预案，设立了应急领导机构。建立主要领导亲自抓、分管领导具体抓的.领导体制，要明确相关科室负责此项工作，做到有专门的机构管事、有专门的人员办事，从而形成全局完整的应急管理组织网络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同时，认真做好重要节日、重大事件期间的值守应急工作，严格执行值守制度，实行领导带班，妥善处置各种矛盾纠纷，有效地确保了在重要节日、重大事件的社会稳定。应急管理办公室切实履行值守应急、信息汇总和综合协调的职能。</w:t>
      </w:r>
      <w:r>
        <w:rPr>
          <w:lang w:eastAsia="zh-CN"/>
        </w:rPr>
        <w:br/>
      </w:r>
      <w:r>
        <w:rPr>
          <w:lang w:eastAsia="zh-CN"/>
        </w:rPr>
        <w:t>　　三、应急设施建设及资金投入</w:t>
      </w:r>
      <w:r>
        <w:rPr>
          <w:lang w:eastAsia="zh-CN"/>
        </w:rPr>
        <w:br/>
      </w:r>
      <w:r>
        <w:rPr>
          <w:lang w:eastAsia="zh-CN"/>
        </w:rPr>
        <w:t>　　我馆定期对急救援物资、装备进行统计排查，按规定进行了经常性维护、保养、补充和更新，保证了应急救援器材和装备的完好。今年用于馆内设施保养维修两万余元，用于灭火器换粉八千余元。</w:t>
      </w:r>
      <w:r>
        <w:rPr>
          <w:lang w:eastAsia="zh-CN"/>
        </w:rPr>
        <w:br/>
      </w:r>
      <w:r>
        <w:rPr>
          <w:lang w:eastAsia="zh-CN"/>
        </w:rPr>
        <w:t>　　四、应急培训</w:t>
      </w:r>
      <w:r>
        <w:rPr>
          <w:lang w:eastAsia="zh-CN"/>
        </w:rPr>
        <w:br/>
      </w:r>
      <w:r>
        <w:rPr>
          <w:lang w:eastAsia="zh-CN"/>
        </w:rPr>
        <w:t>　　为强化消防安全主体责任意识，进一步普及消防知识，提高我馆全体人员的消防安全应急素质，落实消防安全责任制，我馆于20__年3月19日进行了一次消防知识培训。充分调动馆内干部职工参与应急培训的积极性和主动性。20__年全年召开的中层会议及全馆大会上，馆领导每次都会进行应急知识科普，强调安全生产，学习各方面的文件，普及消防、安全生产等各方面知识。</w:t>
      </w:r>
      <w:r>
        <w:rPr>
          <w:lang w:eastAsia="zh-CN"/>
        </w:rPr>
        <w:br/>
      </w:r>
      <w:r>
        <w:rPr>
          <w:lang w:eastAsia="zh-CN"/>
        </w:rPr>
        <w:t>　　五、应急演练</w:t>
      </w:r>
      <w:r>
        <w:rPr>
          <w:lang w:eastAsia="zh-CN"/>
        </w:rPr>
        <w:br/>
      </w:r>
      <w:r>
        <w:rPr>
          <w:lang w:eastAsia="zh-CN"/>
        </w:rPr>
        <w:t>　　为切实提高预防和处置突发事故的应急救援水平，我馆每月进行保安消防知识、应急救援知识培训，每季度进行一次消防应急演练，20__年9月3日举行了一场全馆职工应急演练，邀请消防大队警官进行指导，全体参演部门和人员没有丝毫懈怠，发扬了密切配合、群策群力、协同作战、精益求精的工作作风，使演练取得了圆满成功。</w:t>
      </w:r>
      <w:r>
        <w:rPr>
          <w:lang w:eastAsia="zh-CN"/>
        </w:rPr>
        <w:br/>
      </w:r>
      <w:r>
        <w:rPr>
          <w:lang w:eastAsia="zh-CN"/>
        </w:rPr>
        <w:t>　　__市图书馆</w:t>
      </w:r>
      <w:r>
        <w:rPr>
          <w:lang w:eastAsia="zh-CN"/>
        </w:rPr>
        <w:br/>
      </w:r>
      <w:r>
        <w:rPr>
          <w:lang w:eastAsia="zh-CN"/>
        </w:rPr>
        <w:t>　　20__年12月3日</w:t>
      </w:r>
      <w:r>
        <w:rPr>
          <w:lang w:eastAsia="zh-CN"/>
        </w:rPr>
        <w:br/>
      </w:r>
      <w:r>
        <w:rPr>
          <w:lang w:eastAsia="zh-CN"/>
        </w:rPr>
        <w:t xml:space="preserve">    2024应急工作总结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（一）强化应急预案体系，不断增强实战能力</w:t>
      </w:r>
      <w:r>
        <w:rPr>
          <w:lang w:eastAsia="zh-CN"/>
        </w:rPr>
        <w:br/>
      </w:r>
      <w:r>
        <w:rPr>
          <w:lang w:eastAsia="zh-CN"/>
        </w:rPr>
        <w:t>　　1、推动辖区各单位突发事件总体预案及各专项预案的修编工作，督促、指导各单位基于华东地理、气候及行业特点，梳理潜在风险，着力强化专项预案、处置程序的制定。加强应急预案动态管理，强化应急预案约束效力。建立应急预案体系督导制度，对各单位应急预案管理和预案执行情况进行督促检查，并将其作为突发事件应对工作评估的重要内容。推动各单位积极将民航应急预案纳入地方应急预案体系，完善突发事件应急指挥及救援机制与地方的衔接。</w:t>
      </w:r>
      <w:r>
        <w:rPr>
          <w:lang w:eastAsia="zh-CN"/>
        </w:rPr>
        <w:br/>
      </w:r>
      <w:r>
        <w:rPr>
          <w:lang w:eastAsia="zh-CN"/>
        </w:rPr>
        <w:t>　　2、鼓励各单位结合应急预案组织更加贴近实战的综合性应急演练。组织开展各项演练活动，在演练中验证预案的可操作性，不断增强实战能力，对演练中暴露出的问题及时整改。精心开展演练，确保应急演练实战到位。运用高新技术提高应对突发事件的水平，通过VR技术以场景再现的方式对于医疗应急救援、航空器安全运行模拟、机场突发火情等情况进行定期训练，提高各单位人员应对突发事件的能力。</w:t>
      </w:r>
      <w:r>
        <w:rPr>
          <w:lang w:eastAsia="zh-CN"/>
        </w:rPr>
        <w:br/>
      </w:r>
      <w:r>
        <w:rPr>
          <w:lang w:eastAsia="zh-CN"/>
        </w:rPr>
        <w:t>　　（二）开展安全能力建设项目的研究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局于20__年开展基于_大数据的区域性突发事件智能协同处置研究，目的是基于应急指挥信息平台与应急资源平台，开展区域性突发事件智能协同处置研究。本项目试图在“，全面梳理内外部关键应急信息，研究应急基础信息多源融合技术标准，制定应急预案电子化表单智能推送技术方案，通过先进的信息化技术与管理技术将应急决策者的经验、知识以及能力进行转换并固化为程序方案，实现应急指挥的制度化、标准化运行，切实解决区域间协同处置与决策问题。</w:t>
      </w:r>
      <w:r>
        <w:rPr>
          <w:lang w:eastAsia="zh-CN"/>
        </w:rPr>
        <w:br/>
      </w:r>
      <w:r>
        <w:rPr>
          <w:lang w:eastAsia="zh-CN"/>
        </w:rPr>
        <w:t>　　本项目研究执行期为三年，总体目标为补充与完善华东地区航空公司关键应急信息与应急资源库，建立多源应急基础信息交互与融合技术标准，以科学化、标准化的方式实现应急预案的数字化推送，打造区间性协同处置与智能决策支持的应急系统平台。</w:t>
      </w:r>
      <w:r>
        <w:rPr>
          <w:lang w:eastAsia="zh-CN"/>
        </w:rPr>
        <w:br/>
      </w:r>
      <w:r>
        <w:rPr>
          <w:lang w:eastAsia="zh-CN"/>
        </w:rPr>
        <w:t>　　（三）完善华东民航突发事件应急指挥平台的建设</w:t>
      </w:r>
      <w:r>
        <w:rPr>
          <w:lang w:eastAsia="zh-CN"/>
        </w:rPr>
        <w:br/>
      </w:r>
      <w:r>
        <w:rPr>
          <w:lang w:eastAsia="zh-CN"/>
        </w:rPr>
        <w:t>　　1、充分依托现有应急指挥信息平台，疏理应急指挥平台视频传输系统体系，集成现有应急系统功能，进一步扩展对辖区机场视频监控信号的接入，其中包括虹桥全景系统、云视讯系统等，提高辖区内各单位处置突发事件的能力。</w:t>
      </w:r>
      <w:r>
        <w:rPr>
          <w:lang w:eastAsia="zh-CN"/>
        </w:rPr>
        <w:br/>
      </w:r>
      <w:r>
        <w:rPr>
          <w:lang w:eastAsia="zh-CN"/>
        </w:rPr>
        <w:t>　　2、依托商用成熟云端视频传输技术，定期与部分机场进行视频互联，提高云视讯系统的实操性和可靠性。将云视讯系统纳入辖区内应急演练体系中，对于演练中的突发情况进行实时指导，提升我局应对突发事件的快速反应能力、应急指挥能力。</w:t>
      </w:r>
      <w:r>
        <w:rPr>
          <w:lang w:eastAsia="zh-CN"/>
        </w:rPr>
        <w:br/>
      </w:r>
      <w:r>
        <w:rPr>
          <w:lang w:eastAsia="zh-CN"/>
        </w:rPr>
        <w:t>　　（四）积极组织辖区开展应急管理培训、宣教活动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督促辖区各单位建立健全应急工作培训制度，积极参加民航上级机关、专业院校、各航空公司等单位组织的各种应急救援培训，进一步提高各级各类应急指挥人员、专业技术骨干、一线处置人员的应急救援水平；积极组织开展民航应急管理工作经验交流，引导辖区重要生产保障单位将应急管理理念纳入企业安全管理文化，组织、指导各单位适时开展应急管理和突发事件应急处置知识的宣贯，切实促进华东民航应急能力和意识的提高及民航应急知识的普及。</w:t>
      </w:r>
      <w:r>
        <w:rPr>
          <w:lang w:eastAsia="zh-CN"/>
        </w:rPr>
        <w:br/>
      </w:r>
      <w:r>
        <w:rPr>
          <w:lang w:eastAsia="zh-CN"/>
        </w:rPr>
        <w:t xml:space="preserve">    2024应急工作总结 篇9 </w:t>
      </w:r>
      <w:r>
        <w:rPr>
          <w:lang w:eastAsia="zh-CN"/>
        </w:rPr>
        <w:br/>
      </w:r>
      <w:r>
        <w:rPr>
          <w:lang w:eastAsia="zh-CN"/>
        </w:rPr>
        <w:t>　　我站坚持“安全第一，预防为主”的原则，深入开展“加油站应急演练”、“加油站防控应急演练”、“灭火器灭火演练” 等活动，为加油站的安全生产奠定了良好基础 现将我站应急工作总结如下：</w:t>
      </w:r>
      <w:r>
        <w:rPr>
          <w:lang w:eastAsia="zh-CN"/>
        </w:rPr>
        <w:br/>
      </w:r>
      <w:r>
        <w:rPr>
          <w:lang w:eastAsia="zh-CN"/>
        </w:rPr>
        <w:t>　　一、加强应急准备，应急保障体系建设有新成效</w:t>
      </w:r>
      <w:r>
        <w:rPr>
          <w:lang w:eastAsia="zh-CN"/>
        </w:rPr>
        <w:br/>
      </w:r>
      <w:r>
        <w:rPr>
          <w:lang w:eastAsia="zh-CN"/>
        </w:rPr>
        <w:t>　　1、深化应急预案体系建设，制定并落实《消防安全重点单位防火档案》、《生产安全事故应急预案》、《安全管理》等</w:t>
      </w:r>
      <w:r>
        <w:rPr>
          <w:lang w:eastAsia="zh-CN"/>
        </w:rPr>
        <w:br/>
      </w:r>
      <w:r>
        <w:rPr>
          <w:lang w:eastAsia="zh-CN"/>
        </w:rPr>
        <w:t>　　2、加快应急物资储备体系建设，按照上级要求积极组织应急物资储备，目前，应急物资储备能有效满足处置较大以下突发事件的需要</w:t>
      </w:r>
      <w:r>
        <w:rPr>
          <w:lang w:eastAsia="zh-CN"/>
        </w:rPr>
        <w:br/>
      </w:r>
      <w:r>
        <w:rPr>
          <w:lang w:eastAsia="zh-CN"/>
        </w:rPr>
        <w:t>　　二、加强应急队伍建设</w:t>
      </w:r>
      <w:r>
        <w:rPr>
          <w:lang w:eastAsia="zh-CN"/>
        </w:rPr>
        <w:br/>
      </w:r>
      <w:r>
        <w:rPr>
          <w:lang w:eastAsia="zh-CN"/>
        </w:rPr>
        <w:t>　　组织员工进行消防演练及各种事故预案的演练，熟练掌握加油站应知应会，遇到突发事件会处理</w:t>
      </w:r>
      <w:r>
        <w:rPr>
          <w:lang w:eastAsia="zh-CN"/>
        </w:rPr>
        <w:br/>
      </w:r>
      <w:r>
        <w:rPr>
          <w:lang w:eastAsia="zh-CN"/>
        </w:rPr>
        <w:t>　　三、加强夜班值守，信息报送水平有新提高</w:t>
      </w:r>
      <w:r>
        <w:rPr>
          <w:lang w:eastAsia="zh-CN"/>
        </w:rPr>
        <w:br/>
      </w:r>
      <w:r>
        <w:rPr>
          <w:lang w:eastAsia="zh-CN"/>
        </w:rPr>
        <w:t>　　认真落实24小时值班制度，确保紧急重大信息第一时间上报，第一时间得到处理</w:t>
      </w:r>
      <w:r>
        <w:rPr>
          <w:lang w:eastAsia="zh-CN"/>
        </w:rPr>
        <w:br/>
      </w:r>
      <w:r>
        <w:rPr>
          <w:lang w:eastAsia="zh-CN"/>
        </w:rPr>
        <w:t>　　四、加强宣传培训</w:t>
      </w:r>
      <w:r>
        <w:rPr>
          <w:lang w:eastAsia="zh-CN"/>
        </w:rPr>
        <w:br/>
      </w:r>
      <w:r>
        <w:rPr>
          <w:lang w:eastAsia="zh-CN"/>
        </w:rPr>
        <w:t>　　1、加强应急演练的组织协调工作，通过演习，检验和完善了预案，提高了我站处置突发事件的应急能力</w:t>
      </w:r>
      <w:r>
        <w:rPr>
          <w:lang w:eastAsia="zh-CN"/>
        </w:rPr>
        <w:br/>
      </w:r>
      <w:r>
        <w:rPr>
          <w:lang w:eastAsia="zh-CN"/>
        </w:rPr>
        <w:t>　　2、普及应急知识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五、落实“问题管理”，预防和应急处置水平有新进步</w:t>
      </w:r>
      <w:r>
        <w:rPr>
          <w:lang w:eastAsia="zh-CN"/>
        </w:rPr>
        <w:br/>
      </w:r>
      <w:r>
        <w:rPr>
          <w:lang w:eastAsia="zh-CN"/>
        </w:rPr>
        <w:t>　　1、加强隐患排查，定期组织风险隐患排查整治活动，对排查出来的'风险隐患和问题及时上报加油站负责人，制定应对措施，及时治理整改，把隐患最大限度地消灭在萌芽状态</w:t>
      </w:r>
      <w:r>
        <w:rPr>
          <w:lang w:eastAsia="zh-CN"/>
        </w:rPr>
        <w:br/>
      </w:r>
      <w:r>
        <w:rPr>
          <w:lang w:eastAsia="zh-CN"/>
        </w:rPr>
        <w:t>　　2、加强重要时期和重点领域的防范工作，重要节日和敏感时期都组织了隐患排查整治活动，确保了节假日期间我站的安全工作</w:t>
      </w:r>
      <w:r>
        <w:rPr>
          <w:lang w:eastAsia="zh-CN"/>
        </w:rPr>
        <w:br/>
      </w:r>
      <w:r>
        <w:rPr>
          <w:lang w:eastAsia="zh-CN"/>
        </w:rPr>
        <w:t>　　在大家的共同努力下，我站在全年实现了无安全事故的目标。但我们不能满足，我们要在以后的日子里不断完善的各项应急制度，保证员工的安全及企业的安全生产。</w:t>
      </w:r>
      <w:r>
        <w:rPr>
          <w:lang w:eastAsia="zh-CN"/>
        </w:rPr>
        <w:br/>
      </w:r>
      <w:r>
        <w:rPr>
          <w:lang w:eastAsia="zh-CN"/>
        </w:rPr>
        <w:t xml:space="preserve">    2024应急工作总结 篇10 </w:t>
      </w:r>
      <w:r>
        <w:rPr>
          <w:lang w:eastAsia="zh-CN"/>
        </w:rPr>
        <w:br/>
      </w:r>
      <w:r>
        <w:rPr>
          <w:lang w:eastAsia="zh-CN"/>
        </w:rPr>
        <w:t>　　根据文件通知要求，我乡党委、政府高度重视，迅速开展自查自纠工作，逐一对照检查。现将工作开展情况汇报如下：</w:t>
      </w:r>
      <w:r>
        <w:rPr>
          <w:lang w:eastAsia="zh-CN"/>
        </w:rPr>
        <w:br/>
      </w:r>
      <w:r>
        <w:rPr>
          <w:lang w:eastAsia="zh-CN"/>
        </w:rPr>
        <w:t>　　一、健全工作机构。</w:t>
      </w:r>
      <w:r>
        <w:rPr>
          <w:lang w:eastAsia="zh-CN"/>
        </w:rPr>
        <w:br/>
      </w:r>
      <w:r>
        <w:rPr>
          <w:lang w:eastAsia="zh-CN"/>
        </w:rPr>
        <w:t>　　为进一步做好安全温暖过冬工作，我乡依据上级相关部门的文件精神，成立了以乡长王勇为组长、副乡长高飞和武装部长高志荣为副组长，成员由乡民政办、党政办、乡重建办等人员组成的安全温暖过冬领导小组，并结合网格化服务管理体系，层层落实责任，发现问题，及时解决，切实做好冬春期间困难群众的救助工作，保证冬春期间困难群众生活不出问题，确保人民群众安全温暖过冬、欢乐祥和过年。</w:t>
      </w:r>
      <w:r>
        <w:rPr>
          <w:lang w:eastAsia="zh-CN"/>
        </w:rPr>
        <w:br/>
      </w:r>
      <w:r>
        <w:rPr>
          <w:lang w:eastAsia="zh-CN"/>
        </w:rPr>
        <w:t>　　二、完善应急预案。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针对我乡灾后重建和孤儿、五保等弱势群体的.实际情况，在修订和完善全乡总体应急预案的基础上，重点对14个村的应急措施进行了安排，确保有人管、有台账、有储备，全面规范和健全我乡温暖过冬的应急管理工作。</w:t>
      </w:r>
      <w:r>
        <w:rPr>
          <w:lang w:eastAsia="zh-CN"/>
        </w:rPr>
        <w:br/>
      </w:r>
      <w:r>
        <w:rPr>
          <w:lang w:eastAsia="zh-CN"/>
        </w:rPr>
        <w:t>　　三、充实应急队伍。</w:t>
      </w:r>
      <w:r>
        <w:rPr>
          <w:lang w:eastAsia="zh-CN"/>
        </w:rPr>
        <w:br/>
      </w:r>
      <w:r>
        <w:rPr>
          <w:lang w:eastAsia="zh-CN"/>
        </w:rPr>
        <w:t>　　结合我乡安全应急工作队伍建设，乡武装部在现有人员基础上，进一步充实调整了应急救援队伍，增加了人员，召开了专题会议，就应急管理和纪律要求进行了安排部署，全面加强了应急救援队伍的管理，确保做到“备战、应急”的目标。</w:t>
      </w:r>
      <w:r>
        <w:rPr>
          <w:lang w:eastAsia="zh-CN"/>
        </w:rPr>
        <w:br/>
      </w:r>
      <w:r>
        <w:rPr>
          <w:lang w:eastAsia="zh-CN"/>
        </w:rPr>
        <w:t>　　四、加强物资储备。</w:t>
      </w:r>
      <w:r>
        <w:rPr>
          <w:lang w:eastAsia="zh-CN"/>
        </w:rPr>
        <w:br/>
      </w:r>
      <w:r>
        <w:rPr>
          <w:lang w:eastAsia="zh-CN"/>
        </w:rPr>
        <w:t>　　乡民政办按照要求，对我乡温暖过冬物资储备进行了全面清理，并进行了及时充实。截止目前，共有棉被90床、大衣10件、毛毯7床、棉絮5床、棉衣裤10套、在各村和乡政府还储备了帐篷300余顶。同时，为确保物资供应的及时和充实，与兴业乡雅惠超市签订了物质供求协议，确保应急物资的快速及时。</w:t>
      </w:r>
      <w:r>
        <w:rPr>
          <w:lang w:eastAsia="zh-CN"/>
        </w:rPr>
        <w:br/>
      </w:r>
      <w:r>
        <w:rPr>
          <w:lang w:eastAsia="zh-CN"/>
        </w:rPr>
        <w:t>　　五、应急通信建设。</w:t>
      </w:r>
      <w:r>
        <w:rPr>
          <w:lang w:eastAsia="zh-CN"/>
        </w:rPr>
        <w:br/>
      </w:r>
      <w:r>
        <w:rPr>
          <w:lang w:eastAsia="zh-CN"/>
        </w:rPr>
        <w:t>　　我乡安装的__县应急无线电台设备运行正常，并认真做好了24小时值班值守，全体乡、村、组随时保持通信畅通。</w:t>
      </w:r>
      <w:r>
        <w:rPr>
          <w:lang w:eastAsia="zh-CN"/>
        </w:rPr>
        <w:br/>
      </w:r>
      <w:r>
        <w:rPr>
          <w:lang w:eastAsia="zh-CN"/>
        </w:rPr>
        <w:t xml:space="preserve">    2024应急工作总结 篇11 </w:t>
      </w:r>
      <w:r>
        <w:rPr>
          <w:lang w:eastAsia="zh-CN"/>
        </w:rPr>
        <w:br/>
      </w:r>
      <w:r>
        <w:rPr>
          <w:lang w:eastAsia="zh-CN"/>
        </w:rPr>
        <w:t>　　一年来，在上级党委、政府的正确领导下，我市高度重视应急管理工作，认真贯彻落实《突发事件应对法》，不断完善机制，开拓创新，全力推进应急管理各项工作顺利开展，取得了初步成效，下面将我市应急管理工作有关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一、工作情况</w:t>
      </w:r>
      <w:r>
        <w:rPr>
          <w:lang w:eastAsia="zh-CN"/>
        </w:rPr>
        <w:br/>
      </w:r>
      <w:r>
        <w:rPr>
          <w:lang w:eastAsia="zh-CN"/>
        </w:rPr>
        <w:t>　　（一）应急管理组织体系进一步健全。根据当前我市应急管理工作的实际需要，进一步健全完善应急管理机构。调整充实了由市政府一把手任组长、各有关部门主要负责人为成员的突发公共事件应急领导小组，并落实职责、明确分工。市政府应急办积极履行组织、指导、协调全县应急管理工作的职能，大力开展各项应急管理基础性工作，积极督促、指导各级各部门组建应急管理机构。目前，全市各镇街、经济开发区、工业园区、农高区、各有关部门已全部成立了应急管理领导机构和办事机构，按照上级要求，部分村（居）、学校和企事业单位也成立了工作机构。同时，继续推进应急管理基层信息员队伍建设。把加强应急管理基层信息员队伍建设作为应急管理工作的重要环节来抓，确保信息报告准确、及时和畅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二）应急预案体系进一步完善。按照省、市《突发公共事件总体应急预案》和《预案管理办法》的要求，全面加强各级各类应急预案修编工作。对全市近年来发布的各专项应急预案进行梳理、汇总，先后对防汛、安全生产、环保、城市供水、城区大面积停电等34项应急预案进行修订完善，加强对各级各部门预案制订工作的指导和督促检查，加快了基层应急预案编制步伐。目前，我市已制定印发县级总体应急预案1个，专项预案34个；镇街、经济开发区各类预案10多个；各村（居）、学校、企业等基层应急预案100多个，基本覆盖了全市各行各业，形成了较为完整的应急预案体系。同时，加强应急预案演练。今年先后组织开展了煤矿应急救援演练、华联疏散应急救援演练、中小学生避震疏散应急救援演练，以及甲型H1N1流感防治应急演练。通过演练，检验了各级各类预案的实用性和可操作性，提高了公众自救互救技能。</w:t>
      </w:r>
      <w:r>
        <w:rPr>
          <w:lang w:eastAsia="zh-CN"/>
        </w:rPr>
        <w:br/>
      </w:r>
      <w:r>
        <w:rPr>
          <w:lang w:eastAsia="zh-CN"/>
        </w:rPr>
        <w:t>　　（三）应急知识宣教活动深入开展。充分利用电视、广播、互联网等多种形式，广泛开展多层次、全方位的应急知识宣教活动。5月12日，结合“全国防震减灾日”，市政府应急办会同地震等相关部门走上街头，深入开展以防震减灾为主要内容的应急管理知识宣传教育活动。组织各镇街政府、经济开发区等单位相关人员收听收看《危险化学品基础知识及事故应急处置》等10余期应急管理知识系列讲座。10月30日，在广场组织开展庆祝《中华人民共和国突发事件应对法》颁布三周年暨应急管理宣传教育活动。通过各种形式，广泛宣传普及预防、避险、自救、互救、减灾等应急知识，不断增强公众的安全意识和社会责任意识。</w:t>
      </w:r>
      <w:r>
        <w:rPr>
          <w:lang w:eastAsia="zh-CN"/>
        </w:rPr>
        <w:br/>
      </w:r>
      <w:r>
        <w:rPr>
          <w:lang w:eastAsia="zh-CN"/>
        </w:rPr>
        <w:t>　　（四）应急处置和保障能力有所提高。为全面提升全市应急救援能力，我市进一步规范和加强基层应急队伍建设，积极构建专业队伍、单位专兼职队伍和村（居）、社区自救组织，目前，全市已建成综合应急救援队伍1支，企业、社区专业救援队伍20多支。通过应急救援队伍和组织的组建，各级各部门在应对突发公共事件的快速反应、及时处置、有效保障等能力方面有了明显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五）应急管理示范点创建工作稳步推进。我市积极开展应急管理示范点建设工作，目前，已基本建成县级示范点20多处，正在申请的省级示范点1处。力争通过创建示范点，达到完善基层应急管理机制，全面提高全市应急管理工作水平的目的。</w:t>
      </w:r>
      <w:r>
        <w:rPr>
          <w:lang w:eastAsia="zh-CN"/>
        </w:rPr>
        <w:br/>
      </w:r>
      <w:r>
        <w:rPr>
          <w:lang w:eastAsia="zh-CN"/>
        </w:rPr>
        <w:t>　　二、存在的困难和问题</w:t>
      </w:r>
      <w:r>
        <w:rPr>
          <w:lang w:eastAsia="zh-CN"/>
        </w:rPr>
        <w:br/>
      </w:r>
      <w:r>
        <w:rPr>
          <w:lang w:eastAsia="zh-CN"/>
        </w:rPr>
        <w:t>　　（一）应急管理工作机构还需进一步理顺和规范。目前市政府应急办未能按编制足额落实人员，人手不足，各项应急管理工作未能系统有效地开展。各级各部门应急管理机构虽已建立，但没有统一的机构规格和人员编制，多是挂靠的办公室或其他兼职人员，在一定程度上影响了基层应急管理工作的开展。</w:t>
      </w:r>
      <w:r>
        <w:rPr>
          <w:lang w:eastAsia="zh-CN"/>
        </w:rPr>
        <w:br/>
      </w:r>
      <w:r>
        <w:rPr>
          <w:lang w:eastAsia="zh-CN"/>
        </w:rPr>
        <w:t>　　（二）应急预案需进一步健全完善。部分镇街在制定应急预案时缺少与其他单位相关预案的衔接，应急预案制定不够科学，可操作性不强，修订任务紧迫，部分预案演练不足，缺乏相应的实战经验，处置效果不能保证。</w:t>
      </w:r>
      <w:r>
        <w:rPr>
          <w:lang w:eastAsia="zh-CN"/>
        </w:rPr>
        <w:br/>
      </w:r>
      <w:r>
        <w:rPr>
          <w:lang w:eastAsia="zh-CN"/>
        </w:rPr>
        <w:t>　　（三）应急值守工作体制未理顺。目前，部分镇街应急值守制度和职责没有得到有效落实，满足不了应急管理工作的需求。现有值班人员在收集、研判、交办信息等方面普遍缺乏专业知识培训，缺乏开展应急管理工作所必须的知识。</w:t>
      </w:r>
      <w:r>
        <w:rPr>
          <w:lang w:eastAsia="zh-CN"/>
        </w:rPr>
        <w:br/>
      </w:r>
      <w:r>
        <w:rPr>
          <w:lang w:eastAsia="zh-CN"/>
        </w:rPr>
        <w:t>　　三、下步工作打算</w:t>
      </w:r>
      <w:r>
        <w:rPr>
          <w:lang w:eastAsia="zh-CN"/>
        </w:rPr>
        <w:br/>
      </w:r>
      <w:r>
        <w:rPr>
          <w:lang w:eastAsia="zh-CN"/>
        </w:rPr>
        <w:t>　　应急管理工作是一项长期、艰巨的任务，是一项复杂的系统工程。为提高全市应急管理工作水平，下一步我们将重点抓好以下几个方面的工作：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进一步健全应急管理组织体系。健全各级应急领导机构，明确领导和组织分工；落实应急办人员编制和办公器材装备，积极开展工作；完善应急救援指挥机构，把武警、预备役人员纳入应急救援队伍建设中，有组织、有计划地开展活动。收集全市各级应急管理领导机构、指挥机构、办事机构工作人员的手机、住宅电话、办公电话、值班电话、传真电话号码等信息，组织编印《应急管理工作系统通讯录》，建立全市应急管理联络网，提高应急处置的工作效率。根据突发公共事件分类响应标准，严格执行和落实《应急管理突发事件处置工作流程》，规范信息报送和事件处置的工作程序，进一步完善应急响应机制。</w:t>
      </w:r>
      <w:r>
        <w:rPr>
          <w:lang w:eastAsia="zh-CN"/>
        </w:rPr>
        <w:br/>
      </w:r>
      <w:r>
        <w:rPr>
          <w:lang w:eastAsia="zh-CN"/>
        </w:rPr>
        <w:t>　　（二）进一步健全和完善应急预案体系。加强各级各有关部门预案编制工作的指导和督促检查，切实做到各类突发公共事件都有预案，形成相互衔接、完整配套的应急预案体系。扎实做好各类预案的组织实施和应急演练，并针对演练中出现的问题，不断修订和完善，提高预案的实用性和可操作性。</w:t>
      </w:r>
      <w:r>
        <w:rPr>
          <w:lang w:eastAsia="zh-CN"/>
        </w:rPr>
        <w:br/>
      </w:r>
      <w:r>
        <w:rPr>
          <w:lang w:eastAsia="zh-CN"/>
        </w:rPr>
        <w:t>　　（三）继续加强预测预警和信息报告工作。加大风险隐患排查力度，进一步明确风险隐患的监管主体，加大对全市公共危险源、安全隐患、不稳定因素的排查力度，努力减少突发公共事件的发生和降低事件发生后的影响程度。加强应急值守和信息报告工作，切实落实应急值守和信息报告制度，明确任务主体，强化责任意识，坚持日常应急值守，认真做好信息的查询、研判、跟踪和汇总工作，并及时发布预警信息，确保突发公共事件信息得到及时、上报准确和处置妥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四）不断提升应急保障能力。一是加强应急救援队伍建设。目前，全县各乡镇、经济开发区综合应急救援队伍尚未成立，下步各镇街都组建一支不少于60人的“一专多能,一队多用”的综合应急救援队伍,同时加强医疗救护、防汛抗旱等专业应急救援队伍建设，加强对应急救援队伍培训和演练，提高各类应急队伍综合协同应对能力。建立应急救援专家队伍，充分发挥专家学者的专业特长和技术优势，形成统一高效、上下联动、协调一致、保障有力的应急救援体系。二是加大投入，提高应急保障能力。健全规范的应急保障资金投入和拨付制度，开辟多元化的筹资渠道，实行政府、企业、社会多方面相结合的应急保障资金投入机制。三是加快应急避难场所建设。依托广场、绿地、公园、学校、体育场馆等制订全市应急避难场所建设规划，完善相关配套设施，落实相关责任单位，推进全市应急避难场所建设。四是推进应急物资储备体系建设。按照合理布局、资源共享的原则，在深入调查研究和充分论证的基础上，进一步优化储备布局和方式，合理确定储备品种和规模，保证储备及时补充和更新，积极做好应急物资、设备的储备工作。</w:t>
      </w:r>
      <w:r>
        <w:rPr>
          <w:lang w:eastAsia="zh-CN"/>
        </w:rPr>
        <w:br/>
      </w:r>
      <w:r>
        <w:rPr>
          <w:lang w:eastAsia="zh-CN"/>
        </w:rPr>
        <w:t>　　（五）深入开展应急科普宣教工作。进一步加大《中华人民共和国突发事件应对法》的宣传力度，多层次、多角度进行应急管理科普宣传教育工作，营造良好的社会舆论氛围。拓宽教育培训渠道，加大对领导干部、应急管理人员的培训力度，提高应急管理业务水平和工作能力。</w:t>
      </w:r>
      <w:r>
        <w:rPr>
          <w:lang w:eastAsia="zh-CN"/>
        </w:rPr>
        <w:br/>
      </w:r>
      <w:r>
        <w:rPr>
          <w:lang w:eastAsia="zh-CN"/>
        </w:rPr>
        <w:t xml:space="preserve">    2024应急工作总结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根据贵局的《关于报送我县近年来应急管理工作总结的通知》，我局机关各股室及下属单位对近年来局系统的应急管理工作进行了梳理，现总结如下：</w:t>
      </w:r>
      <w:r>
        <w:rPr>
          <w:lang w:eastAsia="zh-CN"/>
        </w:rPr>
        <w:br/>
      </w:r>
      <w:r>
        <w:rPr>
          <w:lang w:eastAsia="zh-CN"/>
        </w:rPr>
        <w:t>　　一、应急管理工作内容</w:t>
      </w:r>
      <w:r>
        <w:rPr>
          <w:lang w:eastAsia="zh-CN"/>
        </w:rPr>
        <w:br/>
      </w:r>
      <w:r>
        <w:rPr>
          <w:lang w:eastAsia="zh-CN"/>
        </w:rPr>
        <w:t>　　根据三定方案及我局工作职责，我局应急管理工作主要包括：（一）行业应急管理工作。主要包括：建筑施工、城市供排水、城镇燃气、保障性住房等安全应急管理工作。（二）阶段性应急工作。主要为每年5月至10月汛期间，县城区市政公用设施周边、在建工地、城镇燃气设施周边、城市供水设施周边的城镇防汛及地质灾害防御等工作。</w:t>
      </w:r>
      <w:r>
        <w:rPr>
          <w:lang w:eastAsia="zh-CN"/>
        </w:rPr>
        <w:br/>
      </w:r>
      <w:r>
        <w:rPr>
          <w:lang w:eastAsia="zh-CN"/>
        </w:rPr>
        <w:t>　　二、应急领导机构和抢险队伍的建设</w:t>
      </w:r>
      <w:r>
        <w:rPr>
          <w:lang w:eastAsia="zh-CN"/>
        </w:rPr>
        <w:br/>
      </w:r>
      <w:r>
        <w:rPr>
          <w:lang w:eastAsia="zh-CN"/>
        </w:rPr>
        <w:t>　　为确保突发公共事件应急工作的有效开展，局系统成立了已局长李成忠为组长，其他分管副局长为副组长并分别设置抢险组和后勤组的应急工作领导小组，领导小组对全局系统的应急工作进行统一领导、统一指挥、统一协调。出现险情启动应急预案时，组长根据岗位职责，指导做好应急工作。原则上按局系统在岗男职工为抢险组成员，在岗女职工为后勤组成员分配。各组配备的两名联络员，做好物资、人员的协调、信息收集和报送等工作。</w:t>
      </w:r>
      <w:r>
        <w:rPr>
          <w:lang w:eastAsia="zh-CN"/>
        </w:rPr>
        <w:br/>
      </w:r>
      <w:r>
        <w:rPr>
          <w:lang w:eastAsia="zh-CN"/>
        </w:rPr>
        <w:t>　　三、突出防重于抢的管理理念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提升企业安全意识为有效预防突发公共事件的发生，我局在年初分别与各施工企业、燃气企业、供水公司、污水处理厂签定了《安全生产目标责任书》，要求各企业要按标准做好应急管理工作。同时，通过定期或不定期的组织相关企业开展自查或日常巡查工作，建立问题台账，督促提高企业的安全意识。（二）建立预警机制建立和畅通信息传递渠道，及时将国土、气象、应急减灾等部门发布的预警信息传达至各单位、股室以及相关企业。各部门发现重大险情隐患时可直接向领导小组报告；当出现灾害发生前兆紧急情况时领导小组可直接发布预警信号，及时启动应急预案，争取时间，尽可能减少因灾造成的损失。（三）强化物资保障积极做好应急物资的组织工作，今年我局已与全县17家建筑施工企业签订了《防汛物资储备协议》，要求提供物资储备清单、储备场所、固定联系人，并对其储备的应急抢险机械和防汛物资进行现场清点核实，并纳入台账管理，做到应急抢险心中有数，确保应急抢险物资及时调度。</w:t>
      </w:r>
      <w:r>
        <w:rPr>
          <w:lang w:eastAsia="zh-CN"/>
        </w:rPr>
        <w:br/>
      </w:r>
      <w:r>
        <w:rPr>
          <w:lang w:eastAsia="zh-CN"/>
        </w:rPr>
        <w:t>　　四、应急预案编制情况</w:t>
      </w:r>
      <w:r>
        <w:rPr>
          <w:lang w:eastAsia="zh-CN"/>
        </w:rPr>
        <w:br/>
      </w:r>
      <w:r>
        <w:rPr>
          <w:lang w:eastAsia="zh-CN"/>
        </w:rPr>
        <w:t>　　目前，我局牵头编制的《县燃气事故应急预案》、《县建设工程施工突发事故应急预案》已通过县政府常务会审议正式实施，同时为减轻县城区供水突发事件发生对人民群众生产生活的影响，现已完成《县城市公共供水突发事件应急预案》的编制，待报县政府常务会审议后实施。同时，每年我局都根据自身管理需求，在汛期前编制局系统的`《地质灾害防御预案》、《地质灾害应急预案》、《防汛工作预案》发放给局系统干部职工，要求大家按预案做好相关工作。为突出差异化管理，我局还要求各施工项目或生产经营单位根据自身特点，有针对性的编制了项目、企业突发事故应急预案，确保遇到突发事故严格按照预案流程处置隐患，及时消除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五、其他工作开展情况</w:t>
      </w:r>
      <w:r>
        <w:rPr>
          <w:lang w:eastAsia="zh-CN"/>
        </w:rPr>
        <w:br/>
      </w:r>
      <w:r>
        <w:rPr>
          <w:lang w:eastAsia="zh-CN"/>
        </w:rPr>
        <w:t>　　（一）加强汛期值班管理工作汛期期间，严格实行24小时值班制度和领导带班制度，并制定了《防汛及地灾防治值班安排表》，建立健全突发事件信息报送机制，形成上下贯通的应急信息直报体系，提高信息报送效率，确保不出现迟报、瞒报、漏报等问题。（二）积极组织应急演练根据各部门要求，我局已督促供水、供气、施工工地、物业企业做好各类项目的应急预案演练工作。通过演练，一方面检验应急预案的实用性和可操作性，另一方面提高了各行业工作人员防灾减灾和应急处置能力。</w:t>
      </w:r>
      <w:r>
        <w:rPr>
          <w:lang w:eastAsia="zh-CN"/>
        </w:rPr>
        <w:br/>
      </w:r>
      <w:r>
        <w:rPr>
          <w:lang w:eastAsia="zh-CN"/>
        </w:rPr>
        <w:t>　　六、下一步工作计划</w:t>
      </w:r>
      <w:r>
        <w:rPr>
          <w:lang w:eastAsia="zh-CN"/>
        </w:rPr>
        <w:br/>
      </w:r>
      <w:r>
        <w:rPr>
          <w:lang w:eastAsia="zh-CN"/>
        </w:rPr>
        <w:t>　　（一）继续加强市政公用设施周边、在建工地、城镇燃气设施周边、城市供水设施周边的日常巡查，发现隐患及时处置，确保防患于未然。（二）督促企业加强各场景和各类别应急预案的演练，确保突发事故发生时，工作人员按演练内容有序开展抢险工作，制定的预案具有可操作性。（三）加强应急管理工作考核管理，将各单位对应急管理的日常工作作为其信用考核及各类评优考核的条件，制定奖惩体系，督促企业重视应急管理工作。</w:t>
      </w:r>
      <w:r>
        <w:rPr>
          <w:lang w:eastAsia="zh-CN"/>
        </w:rPr>
        <w:br/>
      </w:r>
      <w:r>
        <w:rPr>
          <w:lang w:eastAsia="zh-CN"/>
        </w:rPr>
        <w:t xml:space="preserve">    2024应急工作总结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根据市委、市政府《关于印发20__年镇（街道）、市级机关目标管理考核办法的通知》文件要求，今年以来，市工商分局遵循预防为主、常备不懈的方针，坚持依法行政、统一指挥、属地监管、分级管理、快速反应、加强协作的原则，狠抓应急管理工作，取得较好成效。</w:t>
      </w:r>
      <w:r>
        <w:rPr>
          <w:lang w:eastAsia="zh-CN"/>
        </w:rPr>
        <w:br/>
      </w:r>
      <w:r>
        <w:rPr>
          <w:lang w:eastAsia="zh-CN"/>
        </w:rPr>
        <w:t>　　一、加强组织领导，提高干部认识。</w:t>
      </w:r>
      <w:r>
        <w:rPr>
          <w:lang w:eastAsia="zh-CN"/>
        </w:rPr>
        <w:br/>
      </w:r>
      <w:r>
        <w:rPr>
          <w:lang w:eastAsia="zh-CN"/>
        </w:rPr>
        <w:t>　　分局党委高度重视应急管理工作，把应急管理工作当作促进社会和谐，进一步提高工商行政管理机关的快速反应能力和市场监管效能，积极维护正常的市场经济秩序，妥善处理突发性的市场波动，有效保障人民群众消费安全的一项重要工作来抓，多次在分局党委会议、局务会议和中层科所长会议上研究部署应急管理工作，同时，成立了应急管理工作领导小组，定期开展应急管理宣传，在全局上下形成了人人重视应急管理，树立应急意识，提升应急能力的良好氛围。</w:t>
      </w:r>
      <w:r>
        <w:rPr>
          <w:lang w:eastAsia="zh-CN"/>
        </w:rPr>
        <w:br/>
      </w:r>
      <w:r>
        <w:rPr>
          <w:lang w:eastAsia="zh-CN"/>
        </w:rPr>
        <w:t>　　二、制订应急预案，提升应急能力。</w:t>
      </w:r>
      <w:r>
        <w:rPr>
          <w:lang w:eastAsia="zh-CN"/>
        </w:rPr>
        <w:br/>
      </w:r>
      <w:r>
        <w:rPr>
          <w:lang w:eastAsia="zh-CN"/>
        </w:rPr>
        <w:t>　　去年7月，市工商分局制订了《关于印发的通知》，对应急管理工作进行了总体部署。今年2月，我局又针对流通领域的食品安全问题，对食品安全的应急处置情况进行了专题的研究部署，专门制订了《关于印发的通知》，使应急管理的举措更加具体，应急管理能力进一步提升。在此基础上，我局还利用科长论坛、专家讲座等形式，对干部的应急管理工作进行培训。截止12月上旬，我局共开展讲座2次，参加培训人员140余名，通过培训，使干部的应急管理意识和能力得到了较好的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妥善处理紧急事件，维护社会稳定。今年以来，市工商分局根据市委、市政府的应急管理工作要求，结合工商职能和应急预案，共妥善处理了1起突发事件和1起群体性投诉事件，有力维护了社会稳定，促进了社会和谐。今年2月11日，有群众举报溪口某批发部大量销售假冒威龙红酒，由于食品安全事关百姓身体健康，而且获知举报的`时间又在除夕前二天，给我局处理该突发事件带来了意想不到的困难。我局在接到举报后，立即启动紧急预案，一方面及时将该情况上报给市委、市政府和市工商局，另一方面，对该批发部的剩余红酒进行了查扣，并随时做好全市范围内的追回工作，同时由市委、市政府出面协调市质监局，连夜启动检测设备，对该批次假冒红酒的食用安全进行检测。经过紧急检测，排除了有毒有害的可能，随后我局又扩大线索，连续查处另二家销售假冒威龙红酒经销店，共罚款12万余元，保障了群众度过一个平安详和的春节。</w:t>
      </w:r>
      <w:r>
        <w:rPr>
          <w:lang w:eastAsia="zh-CN"/>
        </w:rPr>
        <w:br/>
      </w:r>
      <w:r>
        <w:rPr>
          <w:lang w:eastAsia="zh-CN"/>
        </w:rPr>
        <w:t>　　今年央视“3.15”晚会曝光了青岛丽可床虚假宣传，该节目播出后，我市共有17位群众来到分局进行集体投诉，要求查处市南山路丽可床经销部。由于立案调查本身有个过程，需要一定的时间，引起了这17名投诉者的误解，多次到我局施压，给我市社会稳定埋下隐患。对此，我局及时启动了应急管理预案，一方面做好群众的解释说明工作，一方面加紧对市南山路丽可床经销部进行调查，最后对该经销部处罚5万元，为这些群众的进一步维权奠定了有力的基础，促进了社会的稳定。</w:t>
      </w:r>
      <w:r>
        <w:rPr>
          <w:lang w:eastAsia="zh-CN"/>
        </w:rPr>
        <w:br/>
      </w:r>
      <w:r>
        <w:rPr>
          <w:lang w:eastAsia="zh-CN"/>
        </w:rPr>
        <w:t xml:space="preserve">    2024应急工作总结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20__年，在县委、县政府的正确领导__县应急办的指导下，县经信局按照相关文件精神的要求，认真贯彻落实应急管理工作，建立应急管理机制，经过全局广大干部职工的共同努力，较好的完成了应急管理工作。现将具体工作总结如下：</w:t>
      </w:r>
      <w:r>
        <w:rPr>
          <w:lang w:eastAsia="zh-CN"/>
        </w:rPr>
        <w:br/>
      </w:r>
      <w:r>
        <w:rPr>
          <w:lang w:eastAsia="zh-CN"/>
        </w:rPr>
        <w:t>　　一、应急管理工作情况</w:t>
      </w:r>
      <w:r>
        <w:rPr>
          <w:lang w:eastAsia="zh-CN"/>
        </w:rPr>
        <w:br/>
      </w:r>
      <w:r>
        <w:rPr>
          <w:lang w:eastAsia="zh-CN"/>
        </w:rPr>
        <w:t>　　（一）加强应急管理领导</w:t>
      </w:r>
      <w:r>
        <w:rPr>
          <w:lang w:eastAsia="zh-CN"/>
        </w:rPr>
        <w:br/>
      </w:r>
      <w:r>
        <w:rPr>
          <w:lang w:eastAsia="zh-CN"/>
        </w:rPr>
        <w:t>　　我局对应急管理工作十分重视，把此项工作纳入全局中心工作，并自觉贯彻执行国家、省、市、县有应急管理的法律法规。为切实加强应急管理领导，确保各项应急管理措施落到实处，确保人民群众生命财产安全，我局成立了以党委书记、局长刘本建为组长的安全生产应急管理工作领导小组，并制定《应急救援预案》。多次召开专题会议研究部署安全工作，局领导亲自深入企业督促开展企业员工应急管理技能培训、完善应急预案等，促进全系统应急管理工作顺利开展。</w:t>
      </w:r>
      <w:r>
        <w:rPr>
          <w:lang w:eastAsia="zh-CN"/>
        </w:rPr>
        <w:br/>
      </w:r>
      <w:r>
        <w:rPr>
          <w:lang w:eastAsia="zh-CN"/>
        </w:rPr>
        <w:t>　　（二）落实应急管理措施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是加强宣传教育。为加强应急管理的宣传教育，深刻汲取各类事故等惨痛教训，我局积极开展警示教育活动，并组织应急管理教育和培训，企业悬挂应急管理横幅标语营造氛围，进一步强化业内各级从业人员的安全责任意识。同时，各企业积极响应号召，在企业内部加大应急管理宣传，切实提高了企业工作人员的应急管理意识和技能。二是强化责任。我局由主要领导挂帅，分管领导牵头，综合股具体落实，积极配合县安监局等相关部门对非煤矿山、规上企业等重点企业进行监督检查，指导企业分立健全应急管理的责任体系，强化各级人员的应急管理责任，把应急管理责任逐级细化分解到相关班组，将责任落实到人，促进企业应急管理意识和能力的提高,推进了企业标准化管理水平，强化企业负责人的应急管理第一责任人意识，要求各企业制定《应急管理方案》，与相关重点企业签订目标责任书，同时监督、指导企业层层落实，进行跟踪检查。</w:t>
      </w:r>
      <w:r>
        <w:rPr>
          <w:lang w:eastAsia="zh-CN"/>
        </w:rPr>
        <w:br/>
      </w:r>
      <w:r>
        <w:rPr>
          <w:lang w:eastAsia="zh-CN"/>
        </w:rPr>
        <w:t>　　（三）强化应急值班制度</w:t>
      </w:r>
      <w:r>
        <w:rPr>
          <w:lang w:eastAsia="zh-CN"/>
        </w:rPr>
        <w:br/>
      </w:r>
      <w:r>
        <w:rPr>
          <w:lang w:eastAsia="zh-CN"/>
        </w:rPr>
        <w:t>　　我局严格按照应急值班制度的相关要求，由领导班子成员带领具体工作人员轮流值班，重点加强重大节假日、汛期、火灾易发季等时段的值班制度，严格值班登记，要求手机保持24小时待机，一旦发生紧急事件，立即响应应急预案，相关人员第一时间赶赴事故地点开展应急救援。</w:t>
      </w:r>
      <w:r>
        <w:rPr>
          <w:lang w:eastAsia="zh-CN"/>
        </w:rPr>
        <w:br/>
      </w:r>
      <w:r>
        <w:rPr>
          <w:lang w:eastAsia="zh-CN"/>
        </w:rPr>
        <w:t>　　（四）建立应急物资储备</w:t>
      </w:r>
      <w:r>
        <w:rPr>
          <w:lang w:eastAsia="zh-CN"/>
        </w:rPr>
        <w:br/>
      </w:r>
      <w:r>
        <w:rPr>
          <w:lang w:eastAsia="zh-CN"/>
        </w:rPr>
        <w:t>　　为应对突发事故保障应急用品的供应，我局精心组织、周密安排，一是积极组织、协调和指导重点商贸流通企业，在突发事故期间，根据应急需求，加强对应急用品的储备工作。二是引导各企业根据实际情况进一步完善应急物资储备，保证应急物资的数量和质量，切实提高突发事故应急保障能力。</w:t>
      </w:r>
      <w:r>
        <w:rPr>
          <w:lang w:eastAsia="zh-CN"/>
        </w:rPr>
        <w:br/>
      </w:r>
      <w:r>
        <w:rPr>
          <w:lang w:eastAsia="zh-CN"/>
        </w:rPr>
        <w:t>　　（五）加强防汛抢险工作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为确保县域规模以上工业企业及相关重点企业安全度汛，最大程度减少灾害损失，一是制定了防汛预案，建立了防汛抢险应急组织。二是指导企业在汛期来临前做好了排水通道疏通，消除内涝隐患，对厂区内低洼处、仓库、电器等设备采提前防范措施。三是督促企业制定防汛应急方案，并提前储备防讯抢险物资和降暑药品等。四是加强与企业的沟通联系，及时了解企业灾情，开展应急救援工作。五是加强汛期值班，随时监控灾情动态，掌握天气状况并及时向局领导和相关部门汇报。</w:t>
      </w:r>
      <w:r>
        <w:rPr>
          <w:lang w:eastAsia="zh-CN"/>
        </w:rPr>
        <w:br/>
      </w:r>
      <w:r>
        <w:rPr>
          <w:lang w:eastAsia="zh-CN"/>
        </w:rPr>
        <w:t>　　（六）做好通讯保障工作</w:t>
      </w:r>
      <w:r>
        <w:rPr>
          <w:lang w:eastAsia="zh-CN"/>
        </w:rPr>
        <w:br/>
      </w:r>
      <w:r>
        <w:rPr>
          <w:lang w:eastAsia="zh-CN"/>
        </w:rPr>
        <w:t>　　加强与电信、移动、联通等三大通信公司的联系沟通，监督三大通信公司制定和完善通信保障应急预案，细化紧急情况下的各项应急措施。为提高通信保障应急预案的可操作性，进行了应急通信保障演练，重点内容有应急物资调度、基站应急发电、光缆线路抢修等项目，切实增强了突发事故时通讯保障能力。</w:t>
      </w:r>
      <w:r>
        <w:rPr>
          <w:lang w:eastAsia="zh-CN"/>
        </w:rPr>
        <w:br/>
      </w:r>
      <w:r>
        <w:rPr>
          <w:lang w:eastAsia="zh-CN"/>
        </w:rPr>
        <w:t>　　二、存在的不足</w:t>
      </w:r>
      <w:r>
        <w:rPr>
          <w:lang w:eastAsia="zh-CN"/>
        </w:rPr>
        <w:br/>
      </w:r>
      <w:r>
        <w:rPr>
          <w:lang w:eastAsia="zh-CN"/>
        </w:rPr>
        <w:t>　　我局安全生产应急管理工作虽然取得了一定的成绩，但仍然存在一些不足，一是应急运行机制不够健全；二是应急保障层次较低，应急救援物资匮乏；三是缺乏专业的应急救援队伍。</w:t>
      </w:r>
      <w:r>
        <w:rPr>
          <w:lang w:eastAsia="zh-CN"/>
        </w:rPr>
        <w:br/>
      </w:r>
      <w:r>
        <w:rPr>
          <w:lang w:eastAsia="zh-CN"/>
        </w:rPr>
        <w:t>　　三、下一步工作计划</w:t>
      </w:r>
      <w:r>
        <w:rPr>
          <w:lang w:eastAsia="zh-CN"/>
        </w:rPr>
        <w:br/>
      </w:r>
      <w:r>
        <w:rPr>
          <w:lang w:eastAsia="zh-CN"/>
        </w:rPr>
        <w:t>　　1.进一步提高对应急管理工作的思想认识，切实加大监管力度，以防为主，进一步建立健全应急管理机制。</w:t>
      </w:r>
      <w:r>
        <w:rPr>
          <w:lang w:eastAsia="zh-CN"/>
        </w:rPr>
        <w:br/>
      </w:r>
      <w:r>
        <w:rPr>
          <w:lang w:eastAsia="zh-CN"/>
        </w:rPr>
        <w:t>　　2.进一步加强宣传教育，重点对规模以上工业企业职工加强防汛、防火以及地震等突发事故的应对知识教育，做到防患于未然。</w:t>
      </w:r>
      <w:r>
        <w:rPr>
          <w:lang w:eastAsia="zh-CN"/>
        </w:rPr>
        <w:br/>
      </w:r>
      <w:r>
        <w:rPr>
          <w:lang w:eastAsia="zh-CN"/>
        </w:rPr>
        <w:t>　　3.进一步做好应急物资储备工作，在品种、数量等方面加大储备力度，做到有备无患。</w:t>
      </w:r>
      <w:r>
        <w:rPr>
          <w:lang w:eastAsia="zh-CN"/>
        </w:rPr>
        <w:br/>
      </w:r>
      <w:r>
        <w:rPr>
          <w:lang w:eastAsia="zh-CN"/>
        </w:rPr>
        <w:t>　　4.进一步加强重点企业的安全检查，积极组织协调安监、消防等部门开展隐患排查专项活动，坚决杜绝人为因素发生重大事故导致人民群众生命财产蒙受损失。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xml:space="preserve">    2024应急工作总结 篇15 </w:t>
      </w:r>
      <w:r>
        <w:rPr>
          <w:lang w:eastAsia="zh-CN"/>
        </w:rPr>
        <w:br/>
      </w:r>
      <w:r>
        <w:rPr>
          <w:lang w:eastAsia="zh-CN"/>
        </w:rPr>
        <w:t>　　为了全面贯彻落实我县应急管理工作目标任务和上级关于加强应急管理工作精神，我局全体干部职工根据应急预案制订的工作任务狠抓工作落实，积极配合县应急办做好突发公共事件特别是气象灾害事件的应急处置，取得了明显的成效，现将我局气象服务应急管理工作情况汇报如下：</w:t>
      </w:r>
      <w:r>
        <w:rPr>
          <w:lang w:eastAsia="zh-CN"/>
        </w:rPr>
        <w:br/>
      </w:r>
      <w:r>
        <w:rPr>
          <w:lang w:eastAsia="zh-CN"/>
        </w:rPr>
        <w:t>　　一、明确领导分工，严格值守班制度</w:t>
      </w:r>
      <w:r>
        <w:rPr>
          <w:lang w:eastAsia="zh-CN"/>
        </w:rPr>
        <w:br/>
      </w:r>
      <w:r>
        <w:rPr>
          <w:lang w:eastAsia="zh-CN"/>
        </w:rPr>
        <w:t>　　为了做好衡南县气象服务应急工作，建立反应迅速、处置高效的应对机制，全面提高应对因气象灾害及次生灾害引发的突发事件的应急能力和管理水平，我局专门成立了气象服务应急管理工作领导小组，成立了应急小组办公室（简称应急办）并制订了应急服务方案，对小组成员分工与职责进行了明确的规定，具体见衡南县气象局应急预案。为确保各项应急指令能得到有效的贯彻和执行，确保各种突发事件能得到妥善处理，我局应急办实行24小时值守班制度，应急办成员要保证手机24小时畅通，遇县内重大活动、汛期和重大灾害性天气期间，实行领导带班、值班员值班的一岗双责制度。</w:t>
      </w:r>
      <w:r>
        <w:rPr>
          <w:lang w:eastAsia="zh-CN"/>
        </w:rPr>
        <w:br/>
      </w:r>
      <w:r>
        <w:rPr>
          <w:lang w:eastAsia="zh-CN"/>
        </w:rPr>
        <w:t>　　二、气象信息发布准确及时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气象信息发布主要由气象预警中心负责，每月月初通过QQ气象服务群给全县相关单位和乡镇发布《衡南气象》专刊，遇有重要性、灾害性、转折性天气及时通过预警平台发送天气预警预报短信，制作专题气象服务专刊。今年共发布短信3万余条，制作服务专刊50多期，同时通过电话、传真向县委、县政府、县安委会成员单位、各个乡镇领导发布气象预警信息，并通过气象预警发布机（DAB）向广大群众及时广播天气实况，提醒公众做好防范措施，特别是今年5月份与电视台合作开通了天气预报节目，每天都能将24小时及趋势预报制作好，并约定灾重转天气来临前进行飞字播报。</w:t>
      </w:r>
      <w:r>
        <w:rPr>
          <w:lang w:eastAsia="zh-CN"/>
        </w:rPr>
        <w:br/>
      </w:r>
      <w:r>
        <w:rPr>
          <w:lang w:eastAsia="zh-CN"/>
        </w:rPr>
        <w:t>　　三、气象宣传与培训得到加强</w:t>
      </w:r>
      <w:r>
        <w:rPr>
          <w:lang w:eastAsia="zh-CN"/>
        </w:rPr>
        <w:br/>
      </w:r>
      <w:r>
        <w:rPr>
          <w:lang w:eastAsia="zh-CN"/>
        </w:rPr>
        <w:t>　　在今年的气象灾害科普宣传工作中，我局充分利用世界气象日、科技活动周、防灾减灾日和安全生产宣传日等活动为载体举行宣传活动，通过展示板报，挂横幅标语，发放气象科普资料，播放宣传片，设专家咨询台等多种形式，宣传如何对暴雨、洪涝、雷电、冰雹等气象灾害的防御，同时也对气象法规、气象信息服务等进行了广泛宣传。天气预报栏目，气象服务QQ群，都是从今年元月份我局开始开通的，各种载体为我们的气象服务和科普宣传提供了更好的服务平台。</w:t>
      </w:r>
      <w:r>
        <w:rPr>
          <w:lang w:eastAsia="zh-CN"/>
        </w:rPr>
        <w:br/>
      </w:r>
      <w:r>
        <w:rPr>
          <w:lang w:eastAsia="zh-CN"/>
        </w:rPr>
        <w:t>　　在宣传的同时我局特别注重对应急工作人员的培训工作，除每年全市气象局组织的应急管理人员培训工作外，我们组织大家在中国气象局远程培训网站进行不定期的培训。</w:t>
      </w:r>
      <w:r>
        <w:rPr>
          <w:lang w:eastAsia="zh-CN"/>
        </w:rPr>
        <w:br/>
      </w:r>
      <w:r>
        <w:rPr>
          <w:lang w:eastAsia="zh-CN"/>
        </w:rPr>
        <w:t>　　四、加强应急演练，完善应急服务流程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为了确保各类突发事件应急气象服务万无一失，我局高度重视应急预案的修订完善和应急演练工作。年内我局共进行过应急演练2次，主要是包括天气加密观测、制作重大气象服务专报和各种短时临近预报、灾害性天气预警信息发布、信息网络传输、应急值班和灾情上报等。在我县发生的重大气象灾害天气服务工作中，我局都进行认真的分析总结，并针对服务过程中出现的薄弱环节和问题，对有关应急预案和服务流程及时进行修订和完善，从而进一步增强了科学应对各类突发事件应急气象服务能力。</w:t>
      </w:r>
      <w:r>
        <w:rPr>
          <w:lang w:eastAsia="zh-CN"/>
        </w:rPr>
        <w:br/>
      </w:r>
      <w:r>
        <w:rPr>
          <w:lang w:eastAsia="zh-CN"/>
        </w:rPr>
        <w:t>　　应急预案启动之前，由局领导及时向县委、县政府、防汛抗旱指挥部主要领导和分管领导做书面和口头汇报，并向有关部门（或单位）及新闻媒体通报，书面和口头汇报每天不少于两次。应急预案启动期间，当班预报员认真分析，作好灾害性天气持续时间、影响程度等的预报，同时密切注视天气变化，随时向局领导汇报，在降水集中时段逐小时收集雨量并及时将实况上报县防汛抗旱指挥部；局领导随时向县委、县政府和县防汛抗旱指挥部汇报灾害性天气最新动态；灾情调查人员及时深入受灾地区，收集上报气象灾情。应急响应结束后，气象局积极配合做好灾害评估、应急服务总结和灾后重建气象服务等工作。</w:t>
      </w:r>
      <w:r>
        <w:rPr>
          <w:lang w:eastAsia="zh-CN"/>
        </w:rPr>
        <w:br/>
      </w:r>
      <w:r>
        <w:rPr>
          <w:lang w:eastAsia="zh-CN"/>
        </w:rPr>
        <w:t>　　五、部门联动得到了加强</w:t>
      </w:r>
      <w:r>
        <w:rPr>
          <w:lang w:eastAsia="zh-CN"/>
        </w:rPr>
        <w:br/>
      </w:r>
      <w:r>
        <w:rPr>
          <w:lang w:eastAsia="zh-CN"/>
        </w:rPr>
        <w:t>　　在重大灾害天气过程中，我局除了向各级党委政府提供服务，还加强与水利、农业、烟草、电力、交通、国土、水库民政等部门和单位的应急联动，建立部门间的沟通制度，互通信息，通过本局的预警系统发布平台向全县各单位的主要负责人和相关人员及时发布最新气象信息，为各部门提供决策服务。</w:t>
      </w:r>
      <w:r>
        <w:rPr>
          <w:lang w:eastAsia="zh-CN"/>
        </w:rPr>
        <w:br/>
      </w:r>
      <w:r>
        <w:rPr>
          <w:lang w:eastAsia="zh-CN"/>
        </w:rPr>
        <w:t xml:space="preserve">    2024应急工作总结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20__年在各位领导及同事的关心和指导下，我认真履行职责，努力提高工作能力，勤奋踏实地完成了本职工作及领导交办的各项工作。</w:t>
      </w:r>
      <w:r>
        <w:rPr>
          <w:lang w:eastAsia="zh-CN"/>
        </w:rPr>
        <w:br/>
      </w:r>
      <w:r>
        <w:rPr>
          <w:lang w:eastAsia="zh-CN"/>
        </w:rPr>
        <w:t>　　一、认真学习，努力提高。一年来，为履行好岗位的职责，弄清工作的方向、目标和任务，我努力提高自己的理论，用正确的理论来指导自己的工作实践。认真学习各项法律法规，虚心向局里的前辈们学习，努力学习与工作相关的各种专业知识，使自己能在工作中不掉队、不落伍。</w:t>
      </w:r>
      <w:r>
        <w:rPr>
          <w:lang w:eastAsia="zh-CN"/>
        </w:rPr>
        <w:br/>
      </w:r>
      <w:r>
        <w:rPr>
          <w:lang w:eastAsia="zh-CN"/>
        </w:rPr>
        <w:t>　　二、脚踏实地，勤恳工作。一年来，我牢固树立“应急管理”无小事的思想：</w:t>
      </w:r>
      <w:r>
        <w:rPr>
          <w:lang w:eastAsia="zh-CN"/>
        </w:rPr>
        <w:br/>
      </w:r>
      <w:r>
        <w:rPr>
          <w:lang w:eastAsia="zh-CN"/>
        </w:rPr>
        <w:t>　　（1）20__年继续加强环境应急管理，积极跟随片区执法人员开展双随机和各专项行动工作，深入企业开展隐患排查治理。</w:t>
      </w:r>
      <w:r>
        <w:rPr>
          <w:lang w:eastAsia="zh-CN"/>
        </w:rPr>
        <w:br/>
      </w:r>
      <w:r>
        <w:rPr>
          <w:lang w:eastAsia="zh-CN"/>
        </w:rPr>
        <w:t>　　（2）积极推动应急预案备案及修编工作，20__年完成了区、局突发环境事件应急预案的修编工作和区域风险评估工作，牵头编写了工业园区突发环境事件应急预案。督促20__年度应备案企业抓紧落实环境应急预案的备案和风险源申报，完成企业突发环境事件应急预案备案家。</w:t>
      </w:r>
      <w:r>
        <w:rPr>
          <w:lang w:eastAsia="zh-CN"/>
        </w:rPr>
        <w:br/>
      </w:r>
      <w:r>
        <w:rPr>
          <w:lang w:eastAsia="zh-CN"/>
        </w:rPr>
        <w:t>　　（3）坚持每月对局应急物资库进行全面的维保，每季度组织执法人员开展应急防护穿戴及调查取证装备培训。</w:t>
      </w:r>
      <w:r>
        <w:rPr>
          <w:lang w:eastAsia="zh-CN"/>
        </w:rPr>
        <w:br/>
      </w:r>
      <w:r>
        <w:rPr>
          <w:lang w:eastAsia="zh-CN"/>
        </w:rPr>
        <w:t>　　（4）6月__日，牵头组织区消防救援大队、第三方技术单位在__公司开展安全生产月应急演练工作。__月__日下午牵头组织区相关职能部门开展“__20__年度突发环境事件应急演练”，检验专业队伍的应急处置能力。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（5）牵头推动建设多方协作机制，组织印发《安全生产与消防救援应急联动工作机制》，进一步提升辖区应急救援能力，努力提高突发环境事件应对能力。</w:t>
      </w:r>
      <w:r>
        <w:rPr>
          <w:lang w:eastAsia="zh-CN"/>
        </w:rPr>
        <w:br/>
      </w:r>
      <w:r>
        <w:rPr>
          <w:lang w:eastAsia="zh-CN"/>
        </w:rPr>
        <w:t>　　（6）做好快速有效响应处置，按照5个“第一时间”的要求及时赶赴现场应急处置。多次参与企业突发事故的现场处置，确保事故不对外环境造成影响。</w:t>
      </w:r>
      <w:r>
        <w:rPr>
          <w:lang w:eastAsia="zh-CN"/>
        </w:rPr>
        <w:br/>
      </w:r>
      <w:r>
        <w:rPr>
          <w:lang w:eastAsia="zh-CN"/>
        </w:rPr>
        <w:t>　　在明年工作中，我将继续总结经验，努力克服不足，再接再厉。</w:t>
      </w:r>
      <w:r>
        <w:rPr>
          <w:lang w:eastAsia="zh-CN"/>
        </w:rPr>
        <w:br/>
      </w:r>
      <w:r>
        <w:rPr>
          <w:lang w:eastAsia="zh-CN"/>
        </w:rPr>
        <w:t xml:space="preserve">    2024应急工作总结 篇17 </w:t>
      </w:r>
      <w:r>
        <w:rPr>
          <w:lang w:eastAsia="zh-CN"/>
        </w:rPr>
        <w:br/>
      </w:r>
      <w:r>
        <w:rPr>
          <w:lang w:eastAsia="zh-CN"/>
        </w:rPr>
        <w:t>　　20__年，我街道的应急管理工作在区政府的领导下，紧密围绕全区工作大局，认真贯彻上级应急管理工作的决策部署，卓有成效地开展了大量的基础性工作，对做好新形势下应急管理工作进行了有益的探索，较好地完成了各项工作任务。</w:t>
      </w:r>
      <w:r>
        <w:rPr>
          <w:lang w:eastAsia="zh-CN"/>
        </w:rPr>
        <w:br/>
      </w:r>
      <w:r>
        <w:rPr>
          <w:lang w:eastAsia="zh-CN"/>
        </w:rPr>
        <w:t>　　一、调整完善应急管理领导机构，强化工作责任</w:t>
      </w:r>
      <w:r>
        <w:rPr>
          <w:lang w:eastAsia="zh-CN"/>
        </w:rPr>
        <w:br/>
      </w:r>
      <w:r>
        <w:rPr>
          <w:lang w:eastAsia="zh-CN"/>
        </w:rPr>
        <w:t>　　一是领导重视。年初，街办召开了应急管理工作专题会议，对全街道的应急管理工作进行了安排部署，提出了具体的工作要求，明确目标任务，全面推进了各项应急管理工作的顺利进行。</w:t>
      </w:r>
      <w:r>
        <w:rPr>
          <w:lang w:eastAsia="zh-CN"/>
        </w:rPr>
        <w:br/>
      </w:r>
      <w:r>
        <w:rPr>
          <w:lang w:eastAsia="zh-CN"/>
        </w:rPr>
        <w:t>　　二是强化责任。明确街办一名领导分管应急管理工作，相关单位部门承担具体工作，整合现有资源，充分发挥各部门的作用，建立健全网格化应急管理体系，各企业村居，各有关部门层层落实了责任。</w:t>
      </w:r>
      <w:r>
        <w:rPr>
          <w:lang w:eastAsia="zh-CN"/>
        </w:rPr>
        <w:br/>
      </w:r>
      <w:r>
        <w:rPr>
          <w:lang w:eastAsia="zh-CN"/>
        </w:rPr>
        <w:t>　　二、逐步完善各项应急预案体系，明确工作措施</w:t>
      </w:r>
      <w:r>
        <w:rPr>
          <w:lang w:eastAsia="zh-CN"/>
        </w:rPr>
        <w:br/>
      </w:r>
      <w:r>
        <w:rPr>
          <w:lang w:eastAsia="zh-CN"/>
        </w:rPr>
        <w:t>　　一是梳理现有预案。对街道的各种应急预案，如《突发公共事件总体应急预案》等4个专项应急预案进行梳理汇总。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二是完善预案体系。对应急预案体系和应急管理组织体系进行了一次详细的统计调查，按照区应急办的要求，编制、修订各类应急预案，使全街道的应急预案形成较为完善的体系。</w:t>
      </w:r>
      <w:r>
        <w:rPr>
          <w:lang w:eastAsia="zh-CN"/>
        </w:rPr>
        <w:br/>
      </w:r>
      <w:r>
        <w:rPr>
          <w:lang w:eastAsia="zh-CN"/>
        </w:rPr>
        <w:t>　　三是明确工作措施。每项预案，从应急指挥、应急响应、各级各部门的具体分工到配合专业队伍具体处置，都制订了</w:t>
      </w:r>
      <w:r>
        <w:rPr>
          <w:lang w:eastAsia="zh-CN"/>
        </w:rPr>
        <w:br/>
      </w:r>
      <w:r>
        <w:rPr>
          <w:lang w:eastAsia="zh-CN"/>
        </w:rPr>
        <w:t>　　详细具体的工作措施，明确了街办本级及有关部门和各基层单位具体任务和工作方法；对基层单位的应急工作及组织和发动群众等具体事项，也都做了详细周密的安排。</w:t>
      </w:r>
      <w:r>
        <w:rPr>
          <w:lang w:eastAsia="zh-CN"/>
        </w:rPr>
        <w:br/>
      </w:r>
      <w:r>
        <w:rPr>
          <w:lang w:eastAsia="zh-CN"/>
        </w:rPr>
        <w:t>　　三、深入开展应急知识宣传，提高群众应急意识和应急能力</w:t>
      </w:r>
      <w:r>
        <w:rPr>
          <w:lang w:eastAsia="zh-CN"/>
        </w:rPr>
        <w:br/>
      </w:r>
      <w:r>
        <w:rPr>
          <w:lang w:eastAsia="zh-CN"/>
        </w:rPr>
        <w:t>　　做好各类应急启动预案宣传工作，提高公众应对紧急事件应变能力。发放应急知识宣传画册和挂图至各行政村，中小学校。为作好应急知识手册的宣传，我们在村、居民集中居住点设立应急管理知识专栏，分期连载了应急知识，利用横幅、标语宣传应急管理常用知识。</w:t>
      </w:r>
      <w:r>
        <w:rPr>
          <w:lang w:eastAsia="zh-CN"/>
        </w:rPr>
        <w:br/>
      </w:r>
      <w:r>
        <w:rPr>
          <w:lang w:eastAsia="zh-CN"/>
        </w:rPr>
        <w:t>　　四、强化应急救援队伍建设，组织应急救援演练</w:t>
      </w:r>
      <w:r>
        <w:rPr>
          <w:lang w:eastAsia="zh-CN"/>
        </w:rPr>
        <w:br/>
      </w:r>
      <w:r>
        <w:rPr>
          <w:lang w:eastAsia="zh-CN"/>
        </w:rPr>
        <w:t>　　一是加强应急队伍建设。将应急队伍建设作为一项重要的基础性工作来抓，不断充实应急救援队伍。结合城管中队、消防队、民兵等人员，街道成立综合应急机动分队，明确职责、任务；卫生系统重大疫病应急队伍12人；安全生产管理员4人，积极开展安全生产大检查和专项整治；专业应急队伍85人，今年维稳13次。</w:t>
      </w:r>
      <w:r>
        <w:rPr>
          <w:lang w:eastAsia="zh-CN"/>
        </w:rPr>
        <w:br/>
      </w:r>
      <w:r>
        <w:rPr>
          <w:lang w:eastAsia="zh-CN"/>
        </w:rPr>
        <w:t>　　二是组织应急救援演练。组织应急机动分队进行防台防汛、救火抢险等演练。</w:t>
      </w:r>
      <w:r>
        <w:rPr>
          <w:lang w:eastAsia="zh-CN"/>
        </w:rPr>
        <w:br/>
      </w:r>
    </w:p>
    <w:p w:rsidR="001B1F19" w14:textId="27C3F48A">
      <w:pPr>
        <w:rPr>
          <w:rFonts w:hint="eastAsia"/>
          <w:lang w:eastAsia="zh-CN"/>
        </w:rPr>
      </w:pPr>
      <w:r>
        <w:rPr>
          <w:lang w:eastAsia="zh-CN"/>
        </w:rPr>
        <w:t>　　20__年，我街办将从以下几方面做好应急管理工作:</w:t>
      </w:r>
      <w:r>
        <w:rPr>
          <w:lang w:eastAsia="zh-CN"/>
        </w:rPr>
        <w:br/>
      </w:r>
      <w:r>
        <w:rPr>
          <w:lang w:eastAsia="zh-CN"/>
        </w:rPr>
        <w:t>　　一、加强应急队伍的建设工作。</w:t>
      </w:r>
      <w:r>
        <w:rPr>
          <w:lang w:eastAsia="zh-CN"/>
        </w:rPr>
        <w:br/>
      </w:r>
      <w:r>
        <w:rPr>
          <w:lang w:eastAsia="zh-CN"/>
        </w:rPr>
        <w:t>　　一是进一步细化应急救援队伍，配备必要的装备，并加强演练，以备随时调用。有关队伍的人数、装备、训练等情况要实行数据库管理。</w:t>
      </w:r>
      <w:r>
        <w:rPr>
          <w:lang w:eastAsia="zh-CN"/>
        </w:rPr>
        <w:br/>
      </w:r>
      <w:r>
        <w:rPr>
          <w:lang w:eastAsia="zh-CN"/>
        </w:rPr>
        <w:t>　　二是根据突发事件的处置需要，在现有专家组的基础上，继续建立专业技术人员和专家资料分类数据库，实行专家联系交流等工作制度。三是制订应急志愿者行动纲要，强化志愿者的培训和管理，加强应急志愿者队伍建设和应急能力建设。</w:t>
      </w:r>
      <w:r>
        <w:rPr>
          <w:lang w:eastAsia="zh-CN"/>
        </w:rPr>
        <w:br/>
      </w:r>
      <w:r>
        <w:rPr>
          <w:lang w:eastAsia="zh-CN"/>
        </w:rPr>
        <w:t>　　二、加强应急物资的储备工作。</w:t>
      </w:r>
      <w:r>
        <w:rPr>
          <w:lang w:eastAsia="zh-CN"/>
        </w:rPr>
        <w:br/>
      </w:r>
      <w:r>
        <w:rPr>
          <w:lang w:eastAsia="zh-CN"/>
        </w:rPr>
        <w:t>　　加强应急物资的储备工作，重点做好关系民生的水、电、粮、油、盐、气、药品等战略物资储备和管理。街办将根据“整合资源、统一调度”的原则，充分利用社会资源和政府投入，科学合理地储备应急专用物资，不断提高应急器材装备水平，并通过建档建册、建立数据库等手段，进一步提高各类应急资源的使用效率。同时，加强跨部门、跨行业的应急物资协同保障、监测预警和信息共享，建立高效调运机制。</w:t>
      </w:r>
      <w:r>
        <w:rPr>
          <w:lang w:eastAsia="zh-CN"/>
        </w:rPr>
        <w:br/>
      </w:r>
      <w:r>
        <w:rPr>
          <w:lang w:eastAsia="zh-CN"/>
        </w:rPr>
        <w:t>　　三、加快应急避难场所建设。</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https://d.book118.com/348032111123006036</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8032111123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