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2024年《非暴力沟通》读书心得（35篇）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2024年《非暴力沟通》读书心得（精选35篇）</w:t>
      </w:r>
      <w:r>
        <w:rPr>
          <w:lang w:eastAsia="zh-CN"/>
        </w:rPr>
        <w:br/>
      </w:r>
      <w:r>
        <w:rPr>
          <w:lang w:eastAsia="zh-CN"/>
        </w:rPr>
        <w:t xml:space="preserve">    2024年《非暴力沟通》读书心得 篇1 </w:t>
      </w:r>
      <w:r>
        <w:rPr>
          <w:lang w:eastAsia="zh-CN"/>
        </w:rPr>
        <w:br/>
      </w:r>
      <w:r>
        <w:rPr>
          <w:lang w:eastAsia="zh-CN"/>
        </w:rPr>
        <w:t>　　这周继续读《非暴力沟通》这本书，说实话，我很喜欢这本书，经常在读书时不由自主的联想到生活中发生的一些事情。</w:t>
      </w:r>
      <w:r>
        <w:rPr>
          <w:lang w:eastAsia="zh-CN"/>
        </w:rPr>
        <w:br/>
      </w:r>
      <w:r>
        <w:rPr>
          <w:lang w:eastAsia="zh-CN"/>
        </w:rPr>
        <w:t>　　当今社会，人们可能习惯于围绕个人利益去采取行动，往往忽视了他人的感受，条件反射式的语言暴力既伤害了他人也伤害了自己。可能我们已经习惯了自己的说话方式，并不认为自己的说话是暴力的，但我们的语言却会引起他人和自己的痛苦。现实生活中的自己就是心直口快，经常说话不经大脑考虑，一句无心的`话就让别人生气了，自己还不知道咋回事。事后想想，一定是我的说话方式有问题，要不就是我说话语气重，让人觉得是在讽刺或批判。</w:t>
      </w:r>
      <w:r>
        <w:rPr>
          <w:lang w:eastAsia="zh-CN"/>
        </w:rPr>
        <w:br/>
      </w:r>
      <w:r>
        <w:rPr>
          <w:lang w:eastAsia="zh-CN"/>
        </w:rPr>
        <w:t>　　再想想我的家庭，爸爸在世的时候是一个脾气挺倔的人，说话也冲，经常一句话就把人噎住了，让你不想再跟他说下去，因此妈妈经常气的流眼泪。只要爸爸在家，我们都不敢大声说话，更谈不上欢声笑语了，有事了也只去跟妈妈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如今我们姐妹都有了自己的家庭，生活中自然也少不了一些生活琐事，自然也就有争吵，情绪上来的时候会不加思索的说出一些难听的话，发一顿火，但事实是对方并没有因为你的发火而有所改变，还是无动于衷，最后还把自己气的够呛。</w:t>
      </w:r>
      <w:r>
        <w:rPr>
          <w:lang w:eastAsia="zh-CN"/>
        </w:rPr>
        <w:br/>
      </w:r>
      <w:r>
        <w:rPr>
          <w:lang w:eastAsia="zh-CN"/>
        </w:rPr>
        <w:t>　　前几天姐姐和姐夫因为回家看老人的问题闹别扭。姐姐说：“上夜班要休息，不想去，又不是周末。”</w:t>
      </w:r>
      <w:r>
        <w:rPr>
          <w:lang w:eastAsia="zh-CN"/>
        </w:rPr>
        <w:br/>
      </w:r>
      <w:r>
        <w:rPr>
          <w:lang w:eastAsia="zh-CN"/>
        </w:rPr>
        <w:t>　　姐夫说：“回家看爸妈还要挑时间啊？你就是不孝顺。”</w:t>
      </w:r>
      <w:r>
        <w:rPr>
          <w:lang w:eastAsia="zh-CN"/>
        </w:rPr>
        <w:br/>
      </w:r>
      <w:r>
        <w:rPr>
          <w:lang w:eastAsia="zh-CN"/>
        </w:rPr>
        <w:t>　　“我怎么不孝顺了？我给爸妈买的东西还少吗？你凭啥这样说我？”</w:t>
      </w:r>
      <w:r>
        <w:rPr>
          <w:lang w:eastAsia="zh-CN"/>
        </w:rPr>
        <w:br/>
      </w:r>
      <w:r>
        <w:rPr>
          <w:lang w:eastAsia="zh-CN"/>
        </w:rPr>
        <w:t>　　就这样两人就吵起来了，姐夫打电话把我叫去了，我看着她们俩的样子都有点苦笑不得，都几十岁的人了，孩子都成人了还这样。就跟他们说起了《非暴力沟通》这本书，要学会好好说话，学会沟通，要学会倾听和尊重对方，学会换位思考问题。跟姐夫说：“不能给姐姐贴上不孝顺的标签，会破坏她的情绪，肯定会跟你反击啊，要冷静，你们都用暴力语言也解决不了问题啊，只会伤害对方，有话好好说。”事后姐姐还开玩笑的跟我说：“咱家人说话是不是遗传啊？咋都跟老爸一样冲呢？也难怪你姐夫生气，肯定是我说话语气太重了，一点就着，跟个炮仗一样，那个男人会喜欢啊！”</w:t>
      </w:r>
      <w:r>
        <w:rPr>
          <w:lang w:eastAsia="zh-CN"/>
        </w:rPr>
        <w:br/>
      </w:r>
      <w:r>
        <w:rPr>
          <w:lang w:eastAsia="zh-CN"/>
        </w:rPr>
        <w:t>　　良言一句三冬暖，恶语伤人六月寒。因此我们一定要学会控制自己的情绪，一定要善用语言，爱自己，爱家人，把爱溶于生活。</w:t>
      </w:r>
      <w:r>
        <w:rPr>
          <w:lang w:eastAsia="zh-CN"/>
        </w:rPr>
        <w:br/>
      </w:r>
      <w:r>
        <w:rPr>
          <w:lang w:eastAsia="zh-CN"/>
        </w:rPr>
        <w:t xml:space="preserve">    2024年《非暴力沟通》读书心得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寒冬腊月中聆听最美的“春天”。这是最冷的一个周四，也是最暖的一个周四。纷纷扬扬的大雪如期而至，早晨起来，白茫茫一片，学校昨天已宣布停课，儿子还在睡梦中，看着身边安安静静酣睡的小人儿，忍不住俯首亲了亲他红扑扑的小脸蛋，许是扰了他的美梦，他抽搐了一下嘴角，小手深出被窝扫了一下自己脸颊，又安静的进入了甜甜的梦乡，轻轻地掖了掖他的被子，不禁想起了昨晚的对话。</w:t>
      </w:r>
      <w:r>
        <w:rPr>
          <w:lang w:eastAsia="zh-CN"/>
        </w:rPr>
        <w:br/>
      </w:r>
      <w:r>
        <w:rPr>
          <w:lang w:eastAsia="zh-CN"/>
        </w:rPr>
        <w:t>　　“妈妈，我不想长大！”坐在被窝里，儿子靠着我说。</w:t>
      </w:r>
      <w:r>
        <w:rPr>
          <w:lang w:eastAsia="zh-CN"/>
        </w:rPr>
        <w:br/>
      </w:r>
      <w:r>
        <w:rPr>
          <w:lang w:eastAsia="zh-CN"/>
        </w:rPr>
        <w:t>　　“长大了多好啊，可以学到很多本领，做自己想做的事情！”我以为儿子怀念幼儿园的无忧无虑，开始为期末的复习焦虑。</w:t>
      </w:r>
      <w:r>
        <w:rPr>
          <w:lang w:eastAsia="zh-CN"/>
        </w:rPr>
        <w:br/>
      </w:r>
      <w:r>
        <w:rPr>
          <w:lang w:eastAsia="zh-CN"/>
        </w:rPr>
        <w:t>　　“妈妈，我长大了你是不是就变老了？”儿子坐起身，扭头看着我的脸，期盼的问。</w:t>
      </w:r>
      <w:r>
        <w:rPr>
          <w:lang w:eastAsia="zh-CN"/>
        </w:rPr>
        <w:br/>
      </w:r>
      <w:r>
        <w:rPr>
          <w:lang w:eastAsia="zh-CN"/>
        </w:rPr>
        <w:t>　　“肯定了！”我摸摸他的头回答。</w:t>
      </w:r>
      <w:r>
        <w:rPr>
          <w:lang w:eastAsia="zh-CN"/>
        </w:rPr>
        <w:br/>
      </w:r>
      <w:r>
        <w:rPr>
          <w:lang w:eastAsia="zh-CN"/>
        </w:rPr>
        <w:t>　　“虽然我想做很多事情，但我还是不想长大。”儿子对我的回答有些失落，撅着最开始赌气的样子，我不明他气什么？</w:t>
      </w:r>
      <w:r>
        <w:rPr>
          <w:lang w:eastAsia="zh-CN"/>
        </w:rPr>
        <w:br/>
      </w:r>
      <w:r>
        <w:rPr>
          <w:lang w:eastAsia="zh-CN"/>
        </w:rPr>
        <w:t>　　“你是在担心妈妈变老吗？”我试探着问他。</w:t>
      </w:r>
      <w:r>
        <w:rPr>
          <w:lang w:eastAsia="zh-CN"/>
        </w:rPr>
        <w:br/>
      </w:r>
      <w:r>
        <w:rPr>
          <w:lang w:eastAsia="zh-CN"/>
        </w:rPr>
        <w:t>　　“妈妈，你的妈妈在哪？”儿子问的我有些心酸，我是远嫁，一年半载回娘家一次，儿子从小爷爷奶奶带带，对外公外婆没有太大的概念。</w:t>
      </w:r>
      <w:r>
        <w:rPr>
          <w:lang w:eastAsia="zh-CN"/>
        </w:rPr>
        <w:br/>
      </w:r>
      <w:r>
        <w:rPr>
          <w:lang w:eastAsia="zh-CN"/>
        </w:rPr>
        <w:t>　　待我回答之后儿子又说：“妈妈，我觉得你好可怜啊，你都不能跟你妈妈一起！”</w:t>
      </w:r>
      <w:r>
        <w:rPr>
          <w:lang w:eastAsia="zh-CN"/>
        </w:rPr>
        <w:br/>
      </w:r>
      <w:r>
        <w:rPr>
          <w:lang w:eastAsia="zh-CN"/>
        </w:rPr>
        <w:t>　　我这才明白，儿子不想长大，是怕长大了就要与我分开。我安慰他说：“没事，你长大了就不需要妈妈照顾了，可以自己照顾自己了。”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儿子摆摆手，着急地说：“不是的，不是的！妈妈，我是想到你没有妈妈照顾好可怜，我怕我长大了离开了你，你就更可怜了。”儿子的话似一股暖暖的气流，氤氲我心。</w:t>
      </w:r>
      <w:r>
        <w:rPr>
          <w:lang w:eastAsia="zh-CN"/>
        </w:rPr>
        <w:br/>
      </w:r>
      <w:r>
        <w:rPr>
          <w:lang w:eastAsia="zh-CN"/>
        </w:rPr>
        <w:t>　　我很庆幸自己没有在一开始讨论这个问题时，就打断儿子，实际是中途我确实有强制中终止话题的打算，因为我儿子经常会跟我说：“妈妈，我不想变老！”、“妈妈，我不想老死！”之类的话。小小的年纪，小小的脑瓜，装的东西让我觉得不可思议，他奶奶每次听到他说“老啊、死啊”之类的也是很忌讳，所以我们每次都没有让这个话题继续下去，而是用斥责或转移话题终止。</w:t>
      </w:r>
      <w:r>
        <w:rPr>
          <w:lang w:eastAsia="zh-CN"/>
        </w:rPr>
        <w:br/>
      </w:r>
      <w:r>
        <w:rPr>
          <w:lang w:eastAsia="zh-CN"/>
        </w:rPr>
        <w:t>　　《非暴力沟通》第七章中，告诉我们要用全身心倾听，在非暴力沟通中，倾听他人意味着，放下已有的想法和判断，一心一意的体会他人，也许正是因为我放下对儿子“这个问题太没意义”的主观判断，才让我在寒冬腊月中聆听到最美的“春天”。</w:t>
      </w:r>
      <w:r>
        <w:rPr>
          <w:lang w:eastAsia="zh-CN"/>
        </w:rPr>
        <w:br/>
      </w:r>
      <w:r>
        <w:rPr>
          <w:lang w:eastAsia="zh-CN"/>
        </w:rPr>
        <w:t xml:space="preserve">    2024年《非暴力沟通》读书心得 篇3 </w:t>
      </w:r>
      <w:r>
        <w:rPr>
          <w:lang w:eastAsia="zh-CN"/>
        </w:rPr>
        <w:br/>
      </w:r>
      <w:r>
        <w:rPr>
          <w:lang w:eastAsia="zh-CN"/>
        </w:rPr>
        <w:t>　　之前没有意识到，语言是一个tricky的工具，这个工具如果使用方法不当，会带来多大的误会，造成多大的伤害。</w:t>
      </w:r>
      <w:r>
        <w:rPr>
          <w:lang w:eastAsia="zh-CN"/>
        </w:rPr>
        <w:br/>
      </w:r>
      <w:r>
        <w:rPr>
          <w:lang w:eastAsia="zh-CN"/>
        </w:rPr>
        <w:t>　　于是我寻求这本《非暴力沟通》的帮助，以期改善自己在交流时存在的种种问题，确实收获很大，让我对沟通本身有了全新视角的认识。</w:t>
      </w:r>
      <w:r>
        <w:rPr>
          <w:lang w:eastAsia="zh-CN"/>
        </w:rPr>
        <w:br/>
      </w:r>
      <w:r>
        <w:rPr>
          <w:lang w:eastAsia="zh-CN"/>
        </w:rPr>
        <w:t>　　这本书不是一本讨论语言技巧的书，不是教你更漂亮的话术，不是教你如何说话更好听。书中强调通过沟通，将对话的重心落在体会彼此的感受和需求上，这不正是我们沟通想要达到的目的吗？同时这本书讲的也是一种新的思维方式，用观察替代评判、探究感受背后的深层需求，这些都在教我们如何去理解自己和他人的内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篇读下来，我为自己过去沟通中夹杂的暴力和评判感到震惊，为自己拒绝尝试了解对方感受和倾听对方需要感到羞愧，这些问题也全都指向我对自身感受的认识不足，自己还未理解自己的感受和需要，那些暴力的语言就已经破口而出。是我本人，给和我交流设下了重重阻碍。</w:t>
      </w:r>
      <w:r>
        <w:rPr>
          <w:lang w:eastAsia="zh-CN"/>
        </w:rPr>
        <w:br/>
      </w:r>
      <w:r>
        <w:rPr>
          <w:lang w:eastAsia="zh-CN"/>
        </w:rPr>
        <w:t>　　书中介绍的非暴力沟通模式，还需要通过练习得到巩固。希望自己在未来与人的沟通中能够做到：1、诚实的表达自己，而不批评、指责。2、关切地倾听他人，而不解读为批评或指责。用爱和合作的态度感知彼此，化解问题和冲突。让身边的人能够感受到尊重、理解和关爱，让自己充满爱和能量。</w:t>
      </w:r>
      <w:r>
        <w:rPr>
          <w:lang w:eastAsia="zh-CN"/>
        </w:rPr>
        <w:br/>
      </w:r>
      <w:r>
        <w:rPr>
          <w:lang w:eastAsia="zh-CN"/>
        </w:rPr>
        <w:t xml:space="preserve">    2024年《非暴力沟通》读书心得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读完这本书真的很受益，花了四天时间好好品读，做笔记，好像明白了许多矛盾产生的原因～暴力沟通，了解矛盾产生的原因，接下来就是思考如何解决矛盾。这本《非暴力沟通》里面提供的四种方法：观察，感受，需要，请求，我觉得始终就是贯穿的一个道理，当冲突产生时，首先要学会倾听自己内心的声音，然后站在对方的角度去感受，这样很有可能能够建立积极的关系或者说得到对方的良好反馈。生活中，每当遇到问题，我们常常习惯了用指责，命令，批评，否定的态度对人，尤其是对自己的亲人，殊不知，以这种暴力沟通的方式，会让对方因自我保护而产生强烈的攻击性。因此，好好说话，认真体会自己的感受和需要以及他人的感受和需要，才更有可能得到对方的积极反馈。同时，善于自省，不断修正自己的不足，一定可以成就一个更好的自己。</w:t>
      </w:r>
      <w:r>
        <w:rPr>
          <w:lang w:eastAsia="zh-CN"/>
        </w:rPr>
        <w:br/>
      </w:r>
      <w:r>
        <w:rPr>
          <w:lang w:eastAsia="zh-CN"/>
        </w:rPr>
        <w:t>　　最后，将非暴力沟通的理论投入实践中，不断实践，这个世界的某些角落定会因为你的善意的话语和行为闪闪发光。若能将内心潜藏的爱也赠与他人，很多人将会觉得无比幸福，那你所做的一切都将是有意义的，你也会是一个无比幸福的人。</w:t>
      </w:r>
      <w:r>
        <w:rPr>
          <w:lang w:eastAsia="zh-CN"/>
        </w:rPr>
        <w:br/>
      </w:r>
      <w:r>
        <w:rPr>
          <w:lang w:eastAsia="zh-CN"/>
        </w:rPr>
        <w:t xml:space="preserve">    2024年《非暴力沟通》读书心得 篇5 </w:t>
      </w:r>
      <w:r>
        <w:rPr>
          <w:lang w:eastAsia="zh-CN"/>
        </w:rPr>
        <w:br/>
      </w:r>
      <w:r>
        <w:rPr>
          <w:lang w:eastAsia="zh-CN"/>
        </w:rPr>
        <w:t>　　学以致用，我就试着用这本书最后一章的“表达感激”三部曲来谈谈我此时想法</w:t>
      </w:r>
      <w:r>
        <w:rPr>
          <w:lang w:eastAsia="zh-CN"/>
        </w:rPr>
        <w:br/>
      </w:r>
      <w:r>
        <w:rPr>
          <w:lang w:eastAsia="zh-CN"/>
        </w:rPr>
        <w:t>　　1、我的心情如何：我很开心，这本书给了我很大的灵感和启发，它让我更加清楚的明白如何与爱人、与亲人、与朋友好好沟通。</w:t>
      </w:r>
      <w:r>
        <w:rPr>
          <w:lang w:eastAsia="zh-CN"/>
        </w:rPr>
        <w:br/>
      </w:r>
      <w:r>
        <w:rPr>
          <w:lang w:eastAsia="zh-CN"/>
        </w:rPr>
        <w:t>　　2、我的哪些需要得到满足：发现自己个人心智和情感的局限性，尝试那些引发愤怒、沮丧、焦虑等负面情绪的思维方式，用不带伤害的沟通方式去化解人际冲突，学习建立和谐安宁的inner peace。</w:t>
      </w:r>
      <w:r>
        <w:rPr>
          <w:lang w:eastAsia="zh-CN"/>
        </w:rPr>
        <w:br/>
      </w:r>
      <w:r>
        <w:rPr>
          <w:lang w:eastAsia="zh-CN"/>
        </w:rPr>
        <w:t>　　3、这本书让我受益的地方：我学习到通过练习非暴力沟通的方式，真诚地表达自己，而非羞愧或者内疚的自责；关切的倾听他人，而非批评或者指责对方；专注于自己或者对方尚未满足的需要，并以此为寻求改变的动力和良性沟通的契机，让爱主导我们的学习和成长。</w:t>
      </w:r>
      <w:r>
        <w:rPr>
          <w:lang w:eastAsia="zh-CN"/>
        </w:rPr>
        <w:br/>
      </w:r>
      <w:r>
        <w:rPr>
          <w:lang w:eastAsia="zh-CN"/>
        </w:rPr>
        <w:t>　　这本书让我思想上有了很深刻的感悟。我也决定，尝试改变自己以前某些不好的地方，让自己尝试更健康、积极的成长，希望自己各方面的成长速度能够走在同龄人的前面。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首先给大家讲个日常小故事：一对结婚的小夫妇，男生对于家务活比较毛手毛脚，再加上工作繁忙，女生承担起家里的日常起居的打扫。男生会有一些女生不太喜欢的生活习惯，比如每天起床会不打开窗户，会将替换的拖鞋随意丢放，用过的纸巾会随意置于桌面等。这样一来，家里便乱糟糟的。女生每次拖着疲惫的身躯回到家后看到眼前的这一幕，爱干净爱整洁的她瞬间就觉得浑身不自在。于是，妻子会非常生气的冲着老公说：“你又不把东西收拾干净了！你的拖鞋怎么又不放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从这个小故事中，我们能总结出“暴力沟通”的几个特点：指责、批评、评价。与此相反，“非暴力沟通”的特点则是“不指责、不批评、不评价，表达感受”。感受既包括我们要表达的信息、思想、情绪，还要明确提出自己的请求，即沟通目标。这本书中，非暴力沟通的目的是，强制人们删除大脑自动生成的潜台词。这些潜台词让人们戴着有色眼镜看人想事，阻碍了有效的工作和沟通。与其指手画脚、谩骂指责，不如先冷静思考，然后把深思过的想法表达出来。非暴力生活的关键是，感谢生活的赐予，而不贪心。非暴力沟通指导我们转变谈话和聆听的方式。我们不再条件反射式地反应，而是去明了自己的观察、感受和愿望，有意识的使用语言。我们既可以清晰的表达自己，又尊重与倾听他人的想法。书的开头就说明了非暴力沟通的4个要素：观察、感受、需要、请求。根据这四个要素，我自己总结出，组成一个完整的非暴力沟通的模式大概是这样的：“你今天批评了我三次，我感到很难过，因为我想要得到你的肯定。下次你在指出我的错误之前，可不可以先肯定我对你的爱，告诉我你知道我这样做不是存心的，然后才告诉我哪里做的不好？”如果，尝试着这样与你的爱人交流，即便对方开始有情绪，也能够被你逐步软化下来。而当你提出具体的请求时，对方也会考虑自己的做法是否真的给你带来了伤害。</w:t>
      </w:r>
      <w:r>
        <w:rPr>
          <w:lang w:eastAsia="zh-CN"/>
        </w:rPr>
        <w:br/>
      </w:r>
      <w:r>
        <w:rPr>
          <w:lang w:eastAsia="zh-CN"/>
        </w:rPr>
        <w:t>　　受原生家庭的影响和成长环境的感染，我们总是习惯在别人身上找毛病、挑剔。喜欢给别人贴上这样或者那样的标签，要么抬高自己，要么给自己开脱。看起来我们给自己套上了厚厚的壳，保护自己，也给别人贴了一脸的即时贴。这不仅拉远了人的距离，也让自己学会了逃避，蒙蔽了自己的双眼。我们看不到自己的需要，看不到自己的渴望，更看不到别人行为的原因和需求。可能是男生工作时间长、社会经验丰富的原因，有时候他对于女生问的问题或说的话，都会表现出一种很不屑的态度。这种态度对于女生来说，是很难说服自己冷静的去接受的。因为这种不屑，在某些程度上已经活生生的把夫妻间的亲切感抹杀了。结果，女生也完全没有用非暴力沟通的方法去表达内心真正的需求和想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这近半年的婚姻生活让我更加深刻地明白，夫妻关系不是亲子关系，我们无法找到一个时刻以我们为中心，能给我们“无条件的爱”的父母型爱人，如果你是带着这样的奢望进入婚姻的，必将以失败而告终。爱人并不是你的心理咨询师。就像老公经常跟我说，他以前有很多心理问题。但是其实我只是听闻，我也没办法有能力真正去理解他的过往给他带来过的创伤。咨访关系的本身是要求咨询师放下自己来全身心关注你，但是婚姻中如果你要求对方放下自己，来关注你，这本身就是一种不平等的行为。所以，做自己喜欢、觉得是正确的事情，而并不是把对方当成你生活的全部，奢望你的另一半去关注你。我也重新审视了自己对于这份感情的态度。我是一个比较独立有自己的想法的女孩，很多想法和行为也不会过于容易受到他人的影响。婚后的我依然有自己喜欢的生活，也并没有过度的依附这份感情，太过于理想和饱满的期待值会导致在这段感情中失去一些东西，爱得太用力让对方呼吸困难，爱得太薄情也让对方屡屡受挫，得到的永远是负反馈。因此，运用非暴力沟通的方法，表达自己内心的欲望和需求，让爱更好的融入生活。</w:t>
      </w:r>
      <w:r>
        <w:rPr>
          <w:lang w:eastAsia="zh-CN"/>
        </w:rPr>
        <w:br/>
      </w:r>
      <w:r>
        <w:rPr>
          <w:lang w:eastAsia="zh-CN"/>
        </w:rPr>
        <w:t>　　你取之于我，是我得到的最好的礼物。当你知道我因施于你而快乐，你明白我的给予不是让你欠我人情，而是因为我想活出对你的爱。欣然的接受或许是最佳的赏赐。我无法将二者分开。当你施与我，我给你我的接纳。当你取之于我，我感激你的赐予。</w:t>
      </w:r>
      <w:r>
        <w:rPr>
          <w:lang w:eastAsia="zh-CN"/>
        </w:rPr>
        <w:br/>
      </w:r>
      <w:r>
        <w:rPr>
          <w:lang w:eastAsia="zh-CN"/>
        </w:rPr>
        <w:t>　　我是梦婷，如果你喜欢我的文章，可以加我的微信，我希望在茫茫人海中能够与你邂逅相遇。</w:t>
      </w:r>
      <w:r>
        <w:rPr>
          <w:lang w:eastAsia="zh-CN"/>
        </w:rPr>
        <w:br/>
      </w:r>
      <w:r>
        <w:rPr>
          <w:lang w:eastAsia="zh-CN"/>
        </w:rPr>
        <w:t xml:space="preserve">    2024年《非暴力沟通》读书心得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非暴力沟通》是由美国的心理学家马歇尔·卢森堡所做，他提出非暴力沟通的四个要素：观察、感受、需要、请求。总结下来一个关键点是从自己的身上找原因，也就是说当出现问题之后，不要去指责他人，要先考虑自己什么地方做的不到位导致了这个问题，不论你是老板还是员工，你是上司还是下属，都不要一股脑把问题都归结到对方身上，这样既可以让自己从激动、暴怒的情绪中冷静下来，又可以避免和他人因一时激动产生冲突。相当于一个尖锐的利器变得柔和，不会伤害自己也不会伤害别人。</w:t>
      </w:r>
      <w:r>
        <w:rPr>
          <w:lang w:eastAsia="zh-CN"/>
        </w:rPr>
        <w:br/>
      </w:r>
      <w:r>
        <w:rPr>
          <w:lang w:eastAsia="zh-CN"/>
        </w:rPr>
        <w:t>　　一、观察：区分观察和评论，若将其混为一谈，他人就会倾向于自己听到的是批评，并反驳我们影响到双方的关系，从而对沟通造成障碍。正确的观察应该是：不带评论的观察。也就是只观察，单纯描述事实，不妄加评论，比如说“你的衣服上有污渍”而不是“你好邋遢呀，衣服好脏！”且要注意减少“总是”“从不”这样过于绝对化的词语，因为这样的词语会使我们的表达过激。非暴力沟通是动态的语言，不主张绝对化的言论，它提倡在特定的时间和情境中进行观察，并清楚地描述观察结果。</w:t>
      </w:r>
      <w:r>
        <w:rPr>
          <w:lang w:eastAsia="zh-CN"/>
        </w:rPr>
        <w:br/>
      </w:r>
      <w:r>
        <w:rPr>
          <w:lang w:eastAsia="zh-CN"/>
        </w:rPr>
        <w:t>　　二、感受：除了我们自己的感受，我们是否应该关注一下别人的感受，就像是我们社会工作者在接触案主时，要站在案主的角度去考虑问题，要有同理心，当我们自己经历过，就会明白对方那种真真切切的感受，而不是简单的一句“你不要难过了，这没什么大不了的”</w:t>
      </w:r>
      <w:r>
        <w:rPr>
          <w:lang w:eastAsia="zh-CN"/>
        </w:rPr>
        <w:br/>
      </w:r>
      <w:r>
        <w:rPr>
          <w:lang w:eastAsia="zh-CN"/>
        </w:rPr>
        <w:t>　　三、需要：非暴力沟通的目的不是为了改变他人来迎合我们。相反，它重视每个人的需要，它的目的是标注我们在诚实和倾听的基础上与人联系。我们要去了解案主真正的需要是什么，而不是我们认为案主需要什么。假如说案主的亲人离世，案主当下最紧迫就是通过哭来宣泄自己的悲伤，他的需要就是哭，而不是我们说“不要哭了，要走出来”</w:t>
      </w:r>
      <w:r>
        <w:rPr>
          <w:lang w:eastAsia="zh-CN"/>
        </w:rPr>
        <w:br/>
      </w:r>
      <w:r>
        <w:rPr>
          <w:lang w:eastAsia="zh-CN"/>
        </w:rPr>
        <w:t>　　四、请求：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区分命令和请求：请求没有得到满足时，提出请求的人如果批评和指责被请求人，那就是命令，如果想利用对方的内疚来达到目的，也是命令。清楚地告诉对方，我们要他们做什么，而不是请求他人不做什么。我们把愿望说得越清楚，他人也就越可能做出积极的回应。如果我们通过拒绝来提出请求，人们的反应常常是反击。反之，如果我们直接说出需要，其他人就较有可能作出积极的回应。</w:t>
      </w:r>
      <w:r>
        <w:rPr>
          <w:lang w:eastAsia="zh-CN"/>
        </w:rPr>
        <w:br/>
      </w:r>
      <w:r>
        <w:rPr>
          <w:lang w:eastAsia="zh-CN"/>
        </w:rPr>
        <w:t>　　非暴力沟通鼓励我们充分表达感激。在表达感激时，我们说出：1、对我们有益的行为；2、我们的哪些需要得到了满足；3、我们的需要得到满足后，我们是什么样的心情。</w:t>
      </w:r>
      <w:r>
        <w:rPr>
          <w:lang w:eastAsia="zh-CN"/>
        </w:rPr>
        <w:br/>
      </w:r>
      <w:r>
        <w:rPr>
          <w:lang w:eastAsia="zh-CN"/>
        </w:rPr>
        <w:t>　　我们需要有足够的耐心来学习和运用非暴力沟通。在与人交往的过程中，我们的第一反应常常是习惯性的反应，因此，运用非暴力沟通有时是很别扭的事。然而，如果我们想要实现自己的人生选择，我们就要给自己充分的时间。</w:t>
      </w:r>
      <w:r>
        <w:rPr>
          <w:lang w:eastAsia="zh-CN"/>
        </w:rPr>
        <w:br/>
      </w:r>
      <w:r>
        <w:rPr>
          <w:lang w:eastAsia="zh-CN"/>
        </w:rPr>
        <w:t>　　最后将作者的一句话送给大家，“藉由这本书，依稀间遥望到梦寐以求的美丽世界，生活永远等待人们以一己之身去领略生命的美和神奇”。</w:t>
      </w:r>
      <w:r>
        <w:rPr>
          <w:lang w:eastAsia="zh-CN"/>
        </w:rPr>
        <w:br/>
      </w:r>
      <w:r>
        <w:rPr>
          <w:lang w:eastAsia="zh-CN"/>
        </w:rPr>
        <w:t xml:space="preserve">    2024年《非暴力沟通》读书心得 篇7 </w:t>
      </w:r>
      <w:r>
        <w:rPr>
          <w:lang w:eastAsia="zh-CN"/>
        </w:rPr>
        <w:br/>
      </w:r>
      <w:r>
        <w:rPr>
          <w:lang w:eastAsia="zh-CN"/>
        </w:rPr>
        <w:t>　　这个周的学习让我知道，不仅要体会到自己的需要还要正确的表达自己的需要。书中说的家庭主妇的例子就跟现实的`我一样，先把情绪发泄了，事情还得自己做，然后还觉得委屈。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学习以后，可能还是控制不住发泄情绪了，但是我会马上意识到，会心里问自己，我的需要是什么，我希望对方做什么或者给我什么样的反馈。很多时候，我对自己太苛刻了，不宽容和真实的面对自己的感受，所以才会出来很多情绪，然后把这些情绪归责于别人。我应该对自己的意愿、感受和行动负责。</w:t>
      </w:r>
      <w:r>
        <w:rPr>
          <w:lang w:eastAsia="zh-CN"/>
        </w:rPr>
        <w:br/>
      </w:r>
      <w:r>
        <w:rPr>
          <w:lang w:eastAsia="zh-CN"/>
        </w:rPr>
        <w:t>　　清楚这一点之后，我们对别人提出请求的话，应该越具体越好，一方面可以让我们更加认识自我的需求，另一方面也让对方了解我们的目的，有助于沟通的进行。通过学习，我知道了请求和命令的区别，这也有助于我去理解PET这本书中用第三法跟孩子做出双方均可接受的解决方案。如果我提的方案被孩子说No了，我要用心去体会孩子的需要和感受，是什么使他无法说Yes，除非我充分体会了什么妨碍了他同意，我不会试图说服他。</w:t>
      </w:r>
      <w:r>
        <w:rPr>
          <w:lang w:eastAsia="zh-CN"/>
        </w:rPr>
        <w:br/>
      </w:r>
      <w:r>
        <w:rPr>
          <w:lang w:eastAsia="zh-CN"/>
        </w:rPr>
        <w:t xml:space="preserve">    2024年《非暴力沟通》读书心得 篇8 </w:t>
      </w:r>
      <w:r>
        <w:rPr>
          <w:lang w:eastAsia="zh-CN"/>
        </w:rPr>
        <w:br/>
      </w:r>
      <w:r>
        <w:rPr>
          <w:lang w:eastAsia="zh-CN"/>
        </w:rPr>
        <w:t>　　学习如何表达愤怒对我来说特别重要。以前表达愤怒时，对亲近的人会怒吼，因为我知道他们会包容我，他们知道我是“刀子嘴豆腐心”；对不太熟悉的同事同学，我通常会不理睬，横竖看不惯他，也不敢表达愤怒，因为怕引起更大的冲突不好收场，只能敬而远之；对于陌生人，在我的定义里是“不道德、没教养”之类的，我通常安慰自己这辈子可能遇不见了，息事宁人，就当没看见或没听见。</w:t>
      </w:r>
      <w:r>
        <w:rPr>
          <w:lang w:eastAsia="zh-CN"/>
        </w:rPr>
        <w:br/>
      </w:r>
      <w:r>
        <w:rPr>
          <w:lang w:eastAsia="zh-CN"/>
        </w:rPr>
        <w:t>　　不管是“忍让”还是“发泄”，我都会在事后责怪自己“胆小怕事”或“冲动幼稚”，每次都在心里默默的骂别人和自己千万遍，仍不解恨，快憋出内伤了。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其实，愤怒的核心是尚未满足的需要，与其指责自己和他人，不如静下心来倾听自己和他人的需要，有意识的用“我生气是因为我需要”代替“我生气是因为他们”。因为指责一个人时，绝大多数人都无法静下心来把注意力放在对方的需要和感受上，我们的愿望就更难得到满足。</w:t>
      </w:r>
      <w:r>
        <w:rPr>
          <w:lang w:eastAsia="zh-CN"/>
        </w:rPr>
        <w:br/>
      </w:r>
      <w:r>
        <w:rPr>
          <w:lang w:eastAsia="zh-CN"/>
        </w:rPr>
        <w:t>　　其次，我们也尽量不要给任何人贴标签，这也会带来暴力。负面标签带来的.伤害，相信大家都深有体会，正面标签也是要不得的。我记得小时候，妈妈常对着别人夸我是一个上进心极强的孩子，一脸的骄傲，只因我有一次考试，数学考了98分，全班第二，爸妈都挺满意。可我一看试卷，发现错误的那道题是马虎错的，要是认真检查，我肯定是全班第一了，我心里遗憾，难过，哭的稀里哗啦的。从此我就被贴上了“上进心很强”的标签。从此，不管大小考试，不管自己是否有遗憾，我都会大哭一场，因为我不想让我妈妈觉得我“上进心强”这个“优点”是枉然，不想让她失望。</w:t>
      </w:r>
      <w:r>
        <w:rPr>
          <w:lang w:eastAsia="zh-CN"/>
        </w:rPr>
        <w:br/>
      </w:r>
      <w:r>
        <w:rPr>
          <w:lang w:eastAsia="zh-CN"/>
        </w:rPr>
        <w:t>　　说白了，充分表达愤怒，是在认真倾听，用心体会他人的感受和需要的基础上，不带任何指责的表述自己的感受和需要，从而达到互利互赢、互谅互解的理想状态。说起来容易做起来难，光是在愤怒时强压怒火，静下心来就很难做到，也许“除了呼吸什么也不做”真的能帮助到我们，这还是需要不断练习强化。</w:t>
      </w:r>
      <w:r>
        <w:rPr>
          <w:lang w:eastAsia="zh-CN"/>
        </w:rPr>
        <w:br/>
      </w:r>
      <w:r>
        <w:rPr>
          <w:lang w:eastAsia="zh-CN"/>
        </w:rPr>
        <w:t>　　“路漫漫其修远兮，吾将上下而求索”，加油，亲爱的同学们！</w:t>
      </w:r>
      <w:r>
        <w:rPr>
          <w:lang w:eastAsia="zh-CN"/>
        </w:rPr>
        <w:br/>
      </w:r>
      <w:r>
        <w:rPr>
          <w:lang w:eastAsia="zh-CN"/>
        </w:rPr>
        <w:t xml:space="preserve">    2024年《非暴力沟通》读书心得 篇9 </w:t>
      </w:r>
      <w:r>
        <w:rPr>
          <w:lang w:eastAsia="zh-CN"/>
        </w:rPr>
        <w:br/>
      </w:r>
      <w:r>
        <w:rPr>
          <w:lang w:eastAsia="zh-CN"/>
        </w:rPr>
        <w:t>　　是听了同事的推荐买来这本书看。</w:t>
      </w:r>
      <w:r>
        <w:rPr>
          <w:lang w:eastAsia="zh-CN"/>
        </w:rPr>
        <w:br/>
      </w:r>
      <w:r>
        <w:rPr>
          <w:lang w:eastAsia="zh-CN"/>
        </w:rPr>
        <w:t>　　相信读了这本书的人都已经熟记：观察、感受、需要、请求。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至于讲到非暴力沟通的各种作用，如果所有人都能心平气和的，理智的来思考问题，那么各种问题自然能够被更加容易的解决。</w:t>
      </w:r>
      <w:r>
        <w:rPr>
          <w:lang w:eastAsia="zh-CN"/>
        </w:rPr>
        <w:br/>
      </w:r>
      <w:r>
        <w:rPr>
          <w:lang w:eastAsia="zh-CN"/>
        </w:rPr>
        <w:t>　　我觉得有几个问题：</w:t>
      </w:r>
      <w:r>
        <w:rPr>
          <w:lang w:eastAsia="zh-CN"/>
        </w:rPr>
        <w:br/>
      </w:r>
      <w:r>
        <w:rPr>
          <w:lang w:eastAsia="zh-CN"/>
        </w:rPr>
        <w:t>　　1是不能期待谈话的对方会听你在讲什么，每个人的教育水平和理解事物的方式千差万别，别指望他们会配合你剧本。</w:t>
      </w:r>
      <w:r>
        <w:rPr>
          <w:lang w:eastAsia="zh-CN"/>
        </w:rPr>
        <w:br/>
      </w:r>
      <w:r>
        <w:rPr>
          <w:lang w:eastAsia="zh-CN"/>
        </w:rPr>
        <w:t>　　2是我在读书的过程中会感受到诸如“听起来，你有些不耐烦，你希望每个人的意见都能得到倾听？”这类句子。听起来只会让我更生气，因为说话者好像把自己放在一个很高的高度在俯视你。如果是在本就有矛盾的情况下，这种感受更会被放大。</w:t>
      </w:r>
      <w:r>
        <w:rPr>
          <w:lang w:eastAsia="zh-CN"/>
        </w:rPr>
        <w:br/>
      </w:r>
      <w:r>
        <w:rPr>
          <w:lang w:eastAsia="zh-CN"/>
        </w:rPr>
        <w:t>　　3是虽然人性是相通的，但中美文化有差异，中文和英文的表达方法也有差异。如何能用中文来表达出相同的意思是我们在应用非暴力沟通的最大障碍。如果按照文中直译的表达方式，只会让人以为在看译制片。</w:t>
      </w:r>
      <w:r>
        <w:rPr>
          <w:lang w:eastAsia="zh-CN"/>
        </w:rPr>
        <w:br/>
      </w:r>
      <w:r>
        <w:rPr>
          <w:lang w:eastAsia="zh-CN"/>
        </w:rPr>
        <w:t>　　我对书中所表达的关注他人和自身的感受和需要还是非常赞同的。</w:t>
      </w:r>
      <w:r>
        <w:rPr>
          <w:lang w:eastAsia="zh-CN"/>
        </w:rPr>
        <w:br/>
      </w:r>
      <w:r>
        <w:rPr>
          <w:lang w:eastAsia="zh-CN"/>
        </w:rPr>
        <w:t>　　看完出到能运用，还是有很大差距的。希望能看到更多适用于本国文化的案例，从中体会。</w:t>
      </w:r>
      <w:r>
        <w:rPr>
          <w:lang w:eastAsia="zh-CN"/>
        </w:rPr>
        <w:br/>
      </w:r>
      <w:r>
        <w:rPr>
          <w:lang w:eastAsia="zh-CN"/>
        </w:rPr>
        <w:t>　　这本书不是教人们从应用层面上利用他人的心理反应去实现自己目的，这样的心理学书籍是我认为的好的心理书籍。</w:t>
      </w:r>
      <w:r>
        <w:rPr>
          <w:lang w:eastAsia="zh-CN"/>
        </w:rPr>
        <w:br/>
      </w:r>
      <w:r>
        <w:rPr>
          <w:lang w:eastAsia="zh-CN"/>
        </w:rPr>
        <w:t xml:space="preserve">    2024年《非暴力沟通》读书心得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几年前就买了这本书的纸质版，看了三十多页，感觉和结果导向思维有点相似，因为个人原因搁置了。想着等以后再看，通常等以后再看的书都等不到以后了，书太多，能静下心来看完的很少。</w:t>
      </w:r>
      <w:r>
        <w:rPr>
          <w:lang w:eastAsia="zh-CN"/>
        </w:rPr>
        <w:br/>
      </w:r>
      <w:r>
        <w:rPr>
          <w:lang w:eastAsia="zh-CN"/>
        </w:rPr>
        <w:t>　　前几天你给我发了张照片，是这本书的封面。我才又找到这本书读了起来。因为是同读一本书，所以看的很认真。慢慢的发现这确实是结果导向思维。不过更有艺术，既看到自己真实的内心也关注对方真实的内心。不带评论的表述事件，艺术的表达自己的感受和需要，请求别人帮助自己，又不强求别人满足自己。</w:t>
      </w:r>
      <w:r>
        <w:rPr>
          <w:lang w:eastAsia="zh-CN"/>
        </w:rPr>
        <w:br/>
      </w:r>
      <w:r>
        <w:rPr>
          <w:lang w:eastAsia="zh-CN"/>
        </w:rPr>
        <w:t>　　如何表达愤怒这章，我看的哈哈大笑。因为电子书有很多人的评论。每个人都会有愤怒的时候，当出现这种情绪时，请关心我们自己的内心，我内心有什么需要没有得到满足，有什么好方法可以满足我的需求呢？</w:t>
      </w:r>
      <w:r>
        <w:rPr>
          <w:lang w:eastAsia="zh-CN"/>
        </w:rPr>
        <w:br/>
      </w:r>
      <w:r>
        <w:rPr>
          <w:lang w:eastAsia="zh-CN"/>
        </w:rPr>
        <w:t>　　我想，非暴力沟通大概就是用艺术找到真实的自己，关心爱护真实的自己。也引导他人找到真实的自我，关心爱护真实的自我。</w:t>
      </w:r>
      <w:r>
        <w:rPr>
          <w:lang w:eastAsia="zh-CN"/>
        </w:rPr>
        <w:br/>
      </w:r>
      <w:r>
        <w:rPr>
          <w:lang w:eastAsia="zh-CN"/>
        </w:rPr>
        <w:t>　　古人书籍，近人著述，浩如烟海，因你而遇见它，也遇见我。</w:t>
      </w:r>
      <w:r>
        <w:rPr>
          <w:lang w:eastAsia="zh-CN"/>
        </w:rPr>
        <w:br/>
      </w:r>
      <w:r>
        <w:rPr>
          <w:lang w:eastAsia="zh-CN"/>
        </w:rPr>
        <w:t xml:space="preserve">    2024年《非暴力沟通》读书心得 篇11 </w:t>
      </w:r>
      <w:r>
        <w:rPr>
          <w:lang w:eastAsia="zh-CN"/>
        </w:rPr>
        <w:br/>
      </w:r>
      <w:r>
        <w:rPr>
          <w:lang w:eastAsia="zh-CN"/>
        </w:rPr>
        <w:t>　　是一本想要安利给全世界的实用性沟通教科书。</w:t>
      </w:r>
      <w:r>
        <w:rPr>
          <w:lang w:eastAsia="zh-CN"/>
        </w:rPr>
        <w:br/>
      </w:r>
      <w:r>
        <w:rPr>
          <w:lang w:eastAsia="zh-CN"/>
        </w:rPr>
        <w:t>　　在翻开书之前我从没想到会是这样一种阅读体验，很有趣啊，是很久没有读过的标准科研文章型指导读物，读起来逻辑通畅条理清晰，实操性这方面怎么说呢，是一种要让人一点一点潜移默化从而达到纯熟运用的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中文是一种含蓄的语言，中国人也是一个含蓄的民族，我们总是更期待别人通过自己的字里行间来感悟到自己想要表达的真实含义，从而更吝啬于真诚通透地表达，这样反而会造成人与人之间的猜忌及隔阂。（看完书发现其实所有人类都有这种依赖性造成的沟通不畅）</w:t>
      </w:r>
      <w:r>
        <w:rPr>
          <w:lang w:eastAsia="zh-CN"/>
        </w:rPr>
        <w:br/>
      </w:r>
      <w:r>
        <w:rPr>
          <w:lang w:eastAsia="zh-CN"/>
        </w:rPr>
        <w:t>　　这本书旨在教人更精确理性地表达以及沟通，更或者说，教人更精确理性地认识以及表达自己。观察并了解自己的情绪，以及引起情绪的真实需要，从而推己及人地去了解别人，帮助别人，传递“非暴力，爱自己”的精神，以达到沟通的效果。</w:t>
      </w:r>
      <w:r>
        <w:rPr>
          <w:lang w:eastAsia="zh-CN"/>
        </w:rPr>
        <w:br/>
      </w:r>
      <w:r>
        <w:rPr>
          <w:lang w:eastAsia="zh-CN"/>
        </w:rPr>
        <w:t>　　观点和理论非常实用，阅读的过程中也反思了很多自己遇到的情况，不时在想“如果运用非暴力的沟通方法应该怎么表达呢”，练习的这种过程其实也很有趣。至于具体实际操作，其实真的挺难，因为这种沟通方式需要顺畅的沟通环境或者说需要更多的思考空间，而现实生活中，哪怕自己内心真的非常想要去沟通想要去爱人人，但是当遇到铜墙铁壁一般拒绝沟通的对象，或者说一时之间的情绪波动，（就比如真正在路上开车遇到不遵守交通规则的人）还是会很苦恼于难以控制自身情绪，无法熟练运用非暴力技巧啊哈哈。</w:t>
      </w:r>
      <w:r>
        <w:rPr>
          <w:lang w:eastAsia="zh-CN"/>
        </w:rPr>
        <w:br/>
      </w:r>
      <w:r>
        <w:rPr>
          <w:lang w:eastAsia="zh-CN"/>
        </w:rPr>
        <w:t>　　但还是会尽量去做去练习吧，如果真的能熟练运用感觉还是非常酷的啊。</w:t>
      </w:r>
      <w:r>
        <w:rPr>
          <w:lang w:eastAsia="zh-CN"/>
        </w:rPr>
        <w:br/>
      </w:r>
      <w:r>
        <w:rPr>
          <w:lang w:eastAsia="zh-CN"/>
        </w:rPr>
        <w:t xml:space="preserve">    2024年《非暴力沟通》读书心得 篇12 </w:t>
      </w:r>
      <w:r>
        <w:rPr>
          <w:lang w:eastAsia="zh-CN"/>
        </w:rPr>
        <w:br/>
      </w:r>
      <w:r>
        <w:rPr>
          <w:lang w:eastAsia="zh-CN"/>
        </w:rPr>
        <w:t>　　《非暴力沟通》这本书是美国著名的马歇尔。卢森堡博士所著，他通过采用神奇而又平和的非暴力沟通方式来让人们获得爱、和谐与幸福，下面我来分享一下读书心得。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非暴力沟通主要集中在四个方面：观察、表达观察结果、表达自己的感受、告知具体的请求。在很多时候我们说的话往往没有取得想要的结果，十有八九是因为我们的表达方式不对。如果你从刚开始的谈话中就就加上自己的主观判断与情绪，对方很可能不愿意对你展开心扉甚至会产生抵触心理。很重要的一点就是学会区分评论和观察。</w:t>
      </w:r>
      <w:r>
        <w:rPr>
          <w:lang w:eastAsia="zh-CN"/>
        </w:rPr>
        <w:br/>
      </w:r>
      <w:r>
        <w:rPr>
          <w:lang w:eastAsia="zh-CN"/>
        </w:rPr>
        <w:t>　　2、批评往往暗含了期待。对他人的批评实际上表达了我们未满足的需要。如果我们通过批评来提出主张，很可能获得申辩或反击。如果我们直接说出需要，比较可能获得积极地回应。比如说我觉得你很差和我希望你努力变好带来的效果就是不一样。学会直接表达自己的需要，而不是顾左右而言他。</w:t>
      </w:r>
      <w:r>
        <w:rPr>
          <w:lang w:eastAsia="zh-CN"/>
        </w:rPr>
        <w:br/>
      </w:r>
      <w:r>
        <w:rPr>
          <w:lang w:eastAsia="zh-CN"/>
        </w:rPr>
        <w:t>　　3、学会倾听。放下已有的想法和判断，全神贯注地体会对方。在安慰他人或提议前，先看看那是否是他们需要的。</w:t>
      </w:r>
      <w:r>
        <w:rPr>
          <w:lang w:eastAsia="zh-CN"/>
        </w:rPr>
        <w:br/>
      </w:r>
      <w:r>
        <w:rPr>
          <w:lang w:eastAsia="zh-CN"/>
        </w:rPr>
        <w:t>　　4、在一个生气的人面前，永远不要用“不过”“但是”“可是”这类的词。</w:t>
      </w:r>
      <w:r>
        <w:rPr>
          <w:lang w:eastAsia="zh-CN"/>
        </w:rPr>
        <w:br/>
      </w:r>
      <w:r>
        <w:rPr>
          <w:lang w:eastAsia="zh-CN"/>
        </w:rPr>
        <w:t>　　5、接受自己的不完美。失误揭示我们的局限性，并引导我们成长。尽量避免对自己说“应该”，对已经发生的事情说“应该”只会使自己更加自责。相反，我们应该专注于自己的需要得到了怎样的满足，这样我们就可能从自我评价中受益，比如说比赛获得第二名，很多人都会说我“应该”再努力，都怪自己懈怠了，但是如果能从第二名中找到满足自己的点，就不会产生自责的情绪，总有人要第二名，结果已经很不错了，下回再努力就好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6、愤怒其实是由于我们的思维方式造成的，它的核心就是尚未满足的需要，同一件事情，不同的需要会导致不同的感受。对他人的指责就是别人的行为不符合自己的需要。我们生气的原因不在于别人做了什么，而在于我们如何看待对方及其行为。</w:t>
      </w:r>
      <w:r>
        <w:rPr>
          <w:lang w:eastAsia="zh-CN"/>
        </w:rPr>
        <w:br/>
      </w:r>
      <w:r>
        <w:rPr>
          <w:lang w:eastAsia="zh-CN"/>
        </w:rPr>
        <w:t>　　7、往往正确表达愤怒有四个步骤：①停下来，除了呼吸，什么也不做。②想一想是什么想法使我们生气了。③体会自己的需要④表达感受和尚未满足的需要。其实我们想一想，我们生气就是想要达成自己的目的，不然生气干嘛。</w:t>
      </w:r>
      <w:r>
        <w:rPr>
          <w:lang w:eastAsia="zh-CN"/>
        </w:rPr>
        <w:br/>
      </w:r>
      <w:r>
        <w:rPr>
          <w:lang w:eastAsia="zh-CN"/>
        </w:rPr>
        <w:t>　　我在读书的时候还摘抄了一些我比较喜欢的语录，跟大家分享一下：</w:t>
      </w:r>
      <w:r>
        <w:rPr>
          <w:lang w:eastAsia="zh-CN"/>
        </w:rPr>
        <w:br/>
      </w:r>
      <w:r>
        <w:rPr>
          <w:lang w:eastAsia="zh-CN"/>
        </w:rPr>
        <w:t>　　1、为了幸福，必须把“别人怎么看我”这个问题放在一边。</w:t>
      </w:r>
      <w:r>
        <w:rPr>
          <w:lang w:eastAsia="zh-CN"/>
        </w:rPr>
        <w:br/>
      </w:r>
      <w:r>
        <w:rPr>
          <w:lang w:eastAsia="zh-CN"/>
        </w:rPr>
        <w:t>　　2、如果有人倾听你，不对你评头论足，不替你担惊受怕，也不想改变你，这多么没好啊。…每当我们得到人们的倾听和理解，我就可以用新的眼光看世界，并继续前进。</w:t>
      </w:r>
      <w:r>
        <w:rPr>
          <w:lang w:eastAsia="zh-CN"/>
        </w:rPr>
        <w:br/>
      </w:r>
      <w:r>
        <w:rPr>
          <w:lang w:eastAsia="zh-CN"/>
        </w:rPr>
        <w:t>　　3、一件值得做的事情做得不怎么样也是值得的。</w:t>
      </w:r>
      <w:r>
        <w:rPr>
          <w:lang w:eastAsia="zh-CN"/>
        </w:rPr>
        <w:br/>
      </w:r>
      <w:r>
        <w:rPr>
          <w:lang w:eastAsia="zh-CN"/>
        </w:rPr>
        <w:t>　　这本书适合老师和父母阅读，在面对小孩子的调皮捣蛋时，如何控制情绪理性沟通，这需要我们慢慢地学习，也适合处理人际关系。</w:t>
      </w:r>
      <w:r>
        <w:rPr>
          <w:lang w:eastAsia="zh-CN"/>
        </w:rPr>
        <w:br/>
      </w:r>
      <w:r>
        <w:rPr>
          <w:lang w:eastAsia="zh-CN"/>
        </w:rPr>
        <w:t xml:space="preserve">    2024年《非暴力沟通》读书心得 篇13 </w:t>
      </w:r>
      <w:r>
        <w:rPr>
          <w:lang w:eastAsia="zh-CN"/>
        </w:rPr>
        <w:br/>
      </w:r>
      <w:r>
        <w:rPr>
          <w:lang w:eastAsia="zh-CN"/>
        </w:rPr>
        <w:t>　　在看了《非暴力沟通》这本书后，我经常会回忆起我初中阶段的生活，书中讲了有一些懂得“非暴力沟通”说话方式的老师，那些同学是幸运的。非常遗憾，我在初中时遇到的这位老师，他和同学们沟通的方式几乎都是暴力的，不光有语言暴力，还有肢体暴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位男老师脾气很暴躁，尤其喜欢体罚学生，男同学女同学都会受到不同程度的体罚，同学们犯的错，无外乎就是考试没考好或者上学迟到。记得一位男生因为考试成绩不好，被他拳打脚踢，口吐白沫，最后休学了。想想那时我们的小心灵得多害怕，得受到多大的摧残啊！记得有些同学大胆的和老师说，能不能体罚时不要让学生们看到，老师说：“不行，要不怎么起到杀鸡儆猴的效果。”在我们小时候，家长都不大管我们的学习，也不会太关心我们在学校的情况，估计家长都想像不到我们在学校就是待宰的羔羊，这位男同学受到如此重的体罚也没见家长找到学校。女生体罚轻一些，考试达不到目标的被打手心是常有的事。</w:t>
      </w:r>
      <w:r>
        <w:rPr>
          <w:lang w:eastAsia="zh-CN"/>
        </w:rPr>
        <w:br/>
      </w:r>
      <w:r>
        <w:rPr>
          <w:lang w:eastAsia="zh-CN"/>
        </w:rPr>
        <w:t>　　同学中犯最大的错估计就是早恋了，而受到的惩罚就带有侮辱性了。男同学被带到操场揍一顿，女同学被罚在学校跑操时让她站操场边，全校的师生都看见了，每个跑操的人都会问那个女生为什么站在那里，然后就会有人告诉他，因为早恋（好事不出名，坏事传千里）。可想而知，最后两位同学双双退学了。</w:t>
      </w:r>
      <w:r>
        <w:rPr>
          <w:lang w:eastAsia="zh-CN"/>
        </w:rPr>
        <w:br/>
      </w:r>
      <w:r>
        <w:rPr>
          <w:lang w:eastAsia="zh-CN"/>
        </w:rPr>
        <w:t>　　感觉那时候同学们和老师之间是没有沟通的，每天努力学习不是因为爱学习，而是因为害怕老师。后来毕业以后，同学们交流起来，都说恨死了那位老师，那本该美好的少年时光就毁在这位老师的手里。那时我们都巴不得赶紧毕业，脱离魔掌。</w:t>
      </w:r>
      <w:r>
        <w:rPr>
          <w:lang w:eastAsia="zh-CN"/>
        </w:rPr>
        <w:br/>
      </w:r>
      <w:r>
        <w:rPr>
          <w:lang w:eastAsia="zh-CN"/>
        </w:rPr>
        <w:t>　　看了这本书后，真是浮想联翩。推己及人，希望自己对孩子对他人，都能做到用“非暴力沟通的方式”交流。学习，一直在路上。</w:t>
      </w:r>
      <w:r>
        <w:rPr>
          <w:lang w:eastAsia="zh-CN"/>
        </w:rPr>
        <w:br/>
      </w:r>
      <w:r>
        <w:rPr>
          <w:lang w:eastAsia="zh-CN"/>
        </w:rPr>
        <w:t xml:space="preserve">    2024年《非暴力沟通》读书心得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非暴力沟通》这本书很多年前就买了，对于一个爱读纯文学类书籍的我来说，干货满满的工具书读起来有点困难。因为高一年级的老班们有一个读书会，于是责令自己两天读完——有压力才有动力呀，终于在读书会前1个小时读完。虽然有一种囫囵吞枣之感，但感同身受也的确帮助我更快的理解了作者所倡导的“非暴力沟通“的方法。</w:t>
      </w:r>
      <w:r>
        <w:rPr>
          <w:lang w:eastAsia="zh-CN"/>
        </w:rPr>
        <w:br/>
      </w:r>
      <w:r>
        <w:rPr>
          <w:lang w:eastAsia="zh-CN"/>
        </w:rPr>
        <w:t>　　外国人写的心理学的书还是会存在文化的差异，语言翻译的转换让人不容易很快的理解消化。有些繁冗的内容阅读的时候就直接略过。作者重点谈到日常生活的我们从不认为自己的谈话方式是“暴力”的，但我们的语言确实常常引发自己和他人的痛苦，更可怕的是，我们并不自知。作者借用甘地曾用过的“非暴力”一词，来指暴力消退后，自然流露的爱。这种沟通方式被称为“爱的语言”。看到这，谁不想继续看下去，究竟什么是爱的语言，难道我们对最亲的人说的话不是“爱的语言”吗？作者一语蔽之：非暴力沟通就是提醒我们专注于彼此的观察、感受、需要和请求。作者在书里用了十三个章节来生动形象的告诉我们如何进行“非暴力沟通”，如何才是“爱的语言”。</w:t>
      </w:r>
      <w:r>
        <w:rPr>
          <w:lang w:eastAsia="zh-CN"/>
        </w:rPr>
        <w:br/>
      </w:r>
      <w:r>
        <w:rPr>
          <w:lang w:eastAsia="zh-CN"/>
        </w:rPr>
        <w:t>　　1.观察和评论——观察源于客观，评论源于主观。人太喜欢进行“道德评判”，太喜欢主观的标签化，而作者所说的观察是不带任何情绪的准确的表述。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2.体会和表达感受。中国人的内敛总会羞于表达感受，于是在揣测中参杂了各种主观情绪和臆断，这时候你需要闭上眼睛体会自己的情绪，然后准确的表达出来。句式应该是这样的：我感到……因为我……</w:t>
      </w:r>
      <w:r>
        <w:rPr>
          <w:lang w:eastAsia="zh-CN"/>
        </w:rPr>
        <w:br/>
      </w:r>
      <w:r>
        <w:rPr>
          <w:lang w:eastAsia="zh-CN"/>
        </w:rPr>
        <w:t>　　3.请求帮助。就是要清楚地告诉对方，我们希望他做什么，这个请求要清晰明了且具体。</w:t>
      </w:r>
      <w:r>
        <w:rPr>
          <w:lang w:eastAsia="zh-CN"/>
        </w:rPr>
        <w:br/>
      </w:r>
      <w:r>
        <w:rPr>
          <w:lang w:eastAsia="zh-CN"/>
        </w:rPr>
        <w:t>　　4.倾听的力量。当有人求助的时候，你要的不是立刻说解决的办法，而是倾听，体会。</w:t>
      </w:r>
      <w:r>
        <w:rPr>
          <w:lang w:eastAsia="zh-CN"/>
        </w:rPr>
        <w:br/>
      </w:r>
      <w:r>
        <w:rPr>
          <w:lang w:eastAsia="zh-CN"/>
        </w:rPr>
        <w:t>　　5.爱自己。不试图分析自己或他人有什么毛病，而是用心了解自己的需要。作者特别的告诉我们，“不要做任何没有乐趣的事情”，学会用“选择做”代替“不得不”。深入理解我们行为的动机，学会用“我选择做，是因为我想。”这样的句式帮助我们探寻做事情的初心。</w:t>
      </w:r>
      <w:r>
        <w:rPr>
          <w:lang w:eastAsia="zh-CN"/>
        </w:rPr>
        <w:br/>
      </w:r>
      <w:r>
        <w:rPr>
          <w:lang w:eastAsia="zh-CN"/>
        </w:rPr>
        <w:t>　　6.充分表达愤怒。在这里最重要的就是我们的心情并不取决于他人的行为，你需要体会，发现自己的需要，然后满足自己的需要。这时候你的愤怒才会有价值。</w:t>
      </w:r>
      <w:r>
        <w:rPr>
          <w:lang w:eastAsia="zh-CN"/>
        </w:rPr>
        <w:br/>
      </w:r>
      <w:r>
        <w:rPr>
          <w:lang w:eastAsia="zh-CN"/>
        </w:rPr>
        <w:t>　　应该说翻完这本书，道理基本明白了，但更为重要的是在阅读的过程中结合自己的生活经验反思我们日常沟通的状态，哪些还需要改进，比如对孩子、对学生是不是容易一概而论，标签化。在和别人的沟通时，尽量不带着预设立场和感受，尽量保持冷静客观地聆听对方想要表述的内容。一语蔽之，这本书让我们平和心态，成为最好的自己，成为最舒适的重要他人。</w:t>
      </w:r>
      <w:r>
        <w:rPr>
          <w:lang w:eastAsia="zh-CN"/>
        </w:rPr>
        <w:br/>
      </w:r>
      <w:r>
        <w:rPr>
          <w:lang w:eastAsia="zh-CN"/>
        </w:rPr>
        <w:t xml:space="preserve">    2024年《非暴力沟通》读书心得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现实生活中，大部分的身体暴力都源于语言，用心体会各种谈话方式带来的不同感受，一定会发现，有些话的确伤人竟然不自知，这些伤害不露声色，仅用只言片语便使我们遍体鳞伤，进而激怒受害者时，马上将小问题发展成“身体的暴力”，使他们情绪失控、难以自已，做出无法挽回的事。</w:t>
      </w:r>
      <w:r>
        <w:rPr>
          <w:lang w:eastAsia="zh-CN"/>
        </w:rPr>
        <w:br/>
      </w:r>
      <w:r>
        <w:rPr>
          <w:lang w:eastAsia="zh-CN"/>
        </w:rPr>
        <w:t>　　对方的“暴力”反击时，让我们才觉悟到自己说话的得失，伤害了对方自尊、面子、情感，同时也造成了自己情感和精神上的伤害，彼此之间变得冷漠、隔阂、敌视。真是说者无心听者难受，不会表达真实感受和愿望，不能倾听对方的需求，困于暴力沟通之中，百思不得其解，令人痛苦不堪。</w:t>
      </w:r>
      <w:r>
        <w:rPr>
          <w:lang w:eastAsia="zh-CN"/>
        </w:rPr>
        <w:br/>
      </w:r>
      <w:r>
        <w:rPr>
          <w:lang w:eastAsia="zh-CN"/>
        </w:rPr>
        <w:t>　　《非暴力沟通》这本书，让我们学会转变谈话和聆听方式，不再条件反射地说出伤害人的话，学会了好好说话温柔以待，言语上不再批判、指责、诋毁、猜忌、比较、命令、嘲讽、否定、说教以及任意打断、拒不回应、口不择言等无心或有意的暴力，刺穿我们坚硬的盔甲，直至内心深处。</w:t>
      </w:r>
      <w:r>
        <w:rPr>
          <w:lang w:eastAsia="zh-CN"/>
        </w:rPr>
        <w:br/>
      </w:r>
      <w:r>
        <w:rPr>
          <w:lang w:eastAsia="zh-CN"/>
        </w:rPr>
        <w:t>　　非暴力学会创始人阿伦。甘地说，如果今天的世界是无情的，那是我们的生活方式造成了它的无情。</w:t>
      </w:r>
      <w:r>
        <w:rPr>
          <w:lang w:eastAsia="zh-CN"/>
        </w:rPr>
        <w:br/>
      </w:r>
      <w:r>
        <w:rPr>
          <w:lang w:eastAsia="zh-CN"/>
        </w:rPr>
        <w:t>　　而改变沟通方式则是转变生活方式，改变无情世界的最佳途径。</w:t>
      </w:r>
      <w:r>
        <w:rPr>
          <w:lang w:eastAsia="zh-CN"/>
        </w:rPr>
        <w:br/>
      </w:r>
      <w:r>
        <w:rPr>
          <w:lang w:eastAsia="zh-CN"/>
        </w:rPr>
        <w:t>　　《非暴力沟通》教给了我们一种沟通方式，通过表达与体会观察、感受、需要，以及作出具体请求，明确表达内心，提醒我们觉察和内省，体会自己和他人的情绪与需要。</w:t>
      </w:r>
      <w:r>
        <w:rPr>
          <w:lang w:eastAsia="zh-CN"/>
        </w:rPr>
        <w:br/>
      </w:r>
      <w:r>
        <w:rPr>
          <w:lang w:eastAsia="zh-CN"/>
        </w:rPr>
        <w:t>　　只说自己看到的和听到的`事实，不要妄加评判，不要用有色眼镜看人看事，凭主观意识下定义；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直接表达自己的真实感受，连同自然而来的情绪，不要试图影响他人判断，而将感受与想法混为一谈；</w:t>
      </w:r>
      <w:r>
        <w:rPr>
          <w:lang w:eastAsia="zh-CN"/>
        </w:rPr>
        <w:br/>
      </w:r>
      <w:r>
        <w:rPr>
          <w:lang w:eastAsia="zh-CN"/>
        </w:rPr>
        <w:t>　　在表达需要之前，先摈弃自己的情绪因素，不要为了满足自身需求而刻意扭曲他人行为，明确表达自己的需要。</w:t>
      </w:r>
      <w:r>
        <w:rPr>
          <w:lang w:eastAsia="zh-CN"/>
        </w:rPr>
        <w:br/>
      </w:r>
      <w:r>
        <w:rPr>
          <w:lang w:eastAsia="zh-CN"/>
        </w:rPr>
        <w:t>　　出于自己的感受与需要，希望对方做些什么，清楚表达出来，请求而不要命令。</w:t>
      </w:r>
      <w:r>
        <w:rPr>
          <w:lang w:eastAsia="zh-CN"/>
        </w:rPr>
        <w:br/>
      </w:r>
      <w:r>
        <w:rPr>
          <w:lang w:eastAsia="zh-CN"/>
        </w:rPr>
        <w:t>　　用心倾听他人的感受与需要，询问和反馈，有效地帮助对方。</w:t>
      </w:r>
      <w:r>
        <w:rPr>
          <w:lang w:eastAsia="zh-CN"/>
        </w:rPr>
        <w:br/>
      </w:r>
      <w:r>
        <w:rPr>
          <w:lang w:eastAsia="zh-CN"/>
        </w:rPr>
        <w:t>　　不要吝于表达感谢与赞美，大方表达与接受。</w:t>
      </w:r>
      <w:r>
        <w:rPr>
          <w:lang w:eastAsia="zh-CN"/>
        </w:rPr>
        <w:br/>
      </w:r>
      <w:r>
        <w:rPr>
          <w:lang w:eastAsia="zh-CN"/>
        </w:rPr>
        <w:t>　　古人说“人之初、性本善”。人的天性都是友善的，那些看似不友善的沟通方式，多来自于生活中的不经意的习惯。非暴力沟通源于爱，让我们用非暴力的沟通方式迎刃而解遇到的难题，让爱、关怀与欢乐融入我们的生活。</w:t>
      </w:r>
      <w:r>
        <w:rPr>
          <w:lang w:eastAsia="zh-CN"/>
        </w:rPr>
        <w:br/>
      </w:r>
      <w:r>
        <w:rPr>
          <w:lang w:eastAsia="zh-CN"/>
        </w:rPr>
        <w:t xml:space="preserve">    2024年《非暴力沟通》读书心得 篇16 </w:t>
      </w:r>
      <w:r>
        <w:rPr>
          <w:lang w:eastAsia="zh-CN"/>
        </w:rPr>
        <w:br/>
      </w:r>
      <w:r>
        <w:rPr>
          <w:lang w:eastAsia="zh-CN"/>
        </w:rPr>
        <w:t>　　非暴力沟通的本质是心中要有爱，对他人有爱，对自己有爱，非暴力是爱的外在形式。在沟通过程中通过一种结构化的方式解读自己和他人的内心、体会各自的感受，并将这种感受合理地表达出来，使得双方能够互相理解，最终实现和谐的、充满爱的沟通。非暴力沟通的基本前提是假设人感受的一致性以及同理心，即人的基本感受是相同的，正因为人类的感受相通，所以才能相互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读这本书一方面能够学会如何运用非暴力沟通这种方法，另一方面读书的过程也是对心灵治愈的过程。书中对人心理需要和感受的剖析之精准，时常让人觉得还真是这么回事，如果早点知道这些该多好啊。在此，我非常感激本书作者和译者，让我们知道应当多注重自己内心的需求，以及如何合理地表达这些需求使沟通能够愉快地进行，下面列一些令我感触较深的点，谈不上感受，权当杂记吧。</w:t>
      </w:r>
      <w:r>
        <w:rPr>
          <w:lang w:eastAsia="zh-CN"/>
        </w:rPr>
        <w:br/>
      </w:r>
      <w:r>
        <w:rPr>
          <w:lang w:eastAsia="zh-CN"/>
        </w:rPr>
        <w:t>　　1）外在的驱动力是压力，内在的驱动力才是真正的动力。一个人如果总是以“应该”做什么来要求自己、命令自己，那他一定会偏离自己的内心，导致内在的分裂与不满。就像恋人刚开始是出于对对方的喜欢，所以一切关系都很融洽。而当热恋期过了，出于让对方幸福这一责任方面的考虑，爱情往往变得沉重起来。</w:t>
      </w:r>
      <w:r>
        <w:rPr>
          <w:lang w:eastAsia="zh-CN"/>
        </w:rPr>
        <w:br/>
      </w:r>
      <w:r>
        <w:rPr>
          <w:lang w:eastAsia="zh-CN"/>
        </w:rPr>
        <w:t>　　2）喜欢使用暴力的人，无论是肢体暴力还是语言暴力，是因为他内心的平静遭到了破坏，尤其是被暴力所破坏，所以他才会用暴力的方式维护自己内心的和平。但暴力从来无法根本性解决问题，因为暴力不是人内心最终的需求。</w:t>
      </w:r>
      <w:r>
        <w:rPr>
          <w:lang w:eastAsia="zh-CN"/>
        </w:rPr>
        <w:br/>
      </w:r>
      <w:r>
        <w:rPr>
          <w:lang w:eastAsia="zh-CN"/>
        </w:rPr>
        <w:t>　　3）每个人都有自己内心的需要，故而真诚待人比委屈求全更可靠、更长久。</w:t>
      </w:r>
      <w:r>
        <w:rPr>
          <w:lang w:eastAsia="zh-CN"/>
        </w:rPr>
        <w:br/>
      </w:r>
      <w:r>
        <w:rPr>
          <w:lang w:eastAsia="zh-CN"/>
        </w:rPr>
        <w:t>　　4）向别人倾诉有助于了解自己的感受和需要。就像有些东西在你你说出来的时候你才能更客观、更全面地理解它。在痛苦的时候，合理的倾诉能够避免自己被充斥在头脑里的各种想法所束缚。</w:t>
      </w:r>
      <w:r>
        <w:rPr>
          <w:lang w:eastAsia="zh-CN"/>
        </w:rPr>
        <w:br/>
      </w:r>
      <w:r>
        <w:rPr>
          <w:lang w:eastAsia="zh-CN"/>
        </w:rPr>
        <w:t>　　5）最后，这本书值得时常拿出来看看，当作一碗心灵鸡汤吧，需要的时候治愈一下自己的内心。</w:t>
      </w:r>
      <w:r>
        <w:rPr>
          <w:lang w:eastAsia="zh-CN"/>
        </w:rPr>
        <w:br/>
      </w:r>
      <w:r>
        <w:rPr>
          <w:lang w:eastAsia="zh-CN"/>
        </w:rPr>
        <w:t xml:space="preserve">    2024年《非暴力沟通》读书心得 篇17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读《非暴力沟通》这本书之前，我对非暴力沟通一直没有一个较为恰当的理解。读完之后，我才知道，原来非暴力即意味着让爱融入生活。让尊重、理解、欣赏、感激、慈悲和友情，而非自私自利、贪婪、憎恨、偏见、怀疑和敌意，来主导生活。</w:t>
      </w:r>
      <w:r>
        <w:rPr>
          <w:lang w:eastAsia="zh-CN"/>
        </w:rPr>
        <w:br/>
      </w:r>
      <w:r>
        <w:rPr>
          <w:lang w:eastAsia="zh-CN"/>
        </w:rPr>
        <w:t>　　首先，我们要做到心中有爱，让爱融入生活。在此基础上，我们要去探寻究竟是什么蒙蔽了我们的爱。我们要通过日常的观察，找到结果，并清楚的描述下来。要成功的进行非暴力沟通我们还要建立表达感受的词汇表，从而使沟通更为顺畅。感受源于我们自身的需求，我们无法牺牲他人来满足自己的需要。</w:t>
      </w:r>
      <w:r>
        <w:rPr>
          <w:lang w:eastAsia="zh-CN"/>
        </w:rPr>
        <w:br/>
      </w:r>
      <w:r>
        <w:rPr>
          <w:lang w:eastAsia="zh-CN"/>
        </w:rPr>
        <w:t>　　著名的马歇尔·卢森堡博士发现了一种沟通方式，依照它来谈话和聆听，能使人们情意相通，和谐相处，这就是“非暴力沟通”。</w:t>
      </w:r>
      <w:r>
        <w:rPr>
          <w:lang w:eastAsia="zh-CN"/>
        </w:rPr>
        <w:br/>
      </w:r>
      <w:r>
        <w:rPr>
          <w:lang w:eastAsia="zh-CN"/>
        </w:rPr>
        <w:t>　　也许我们并不认为自己的谈话方式是“暴力”的，但我们的语言确实常常引发自己和他人的痛苦。这时候我们就非常需要“非暴力沟通”了，非暴力生活的关键是我们要感激生活的赐予而不贪心。非暴力沟通又称为爱的语言，英文简称NVC。</w:t>
      </w:r>
      <w:r>
        <w:rPr>
          <w:lang w:eastAsia="zh-CN"/>
        </w:rPr>
        <w:br/>
      </w:r>
      <w:r>
        <w:rPr>
          <w:lang w:eastAsia="zh-CN"/>
        </w:rPr>
        <w:t>　　第一：用充满爱的方式沟通</w:t>
      </w:r>
      <w:r>
        <w:rPr>
          <w:lang w:eastAsia="zh-CN"/>
        </w:rPr>
        <w:br/>
      </w:r>
      <w:r>
        <w:rPr>
          <w:lang w:eastAsia="zh-CN"/>
        </w:rPr>
        <w:t>　　避免如下四种掩盖爱的沟通方式：</w:t>
      </w:r>
      <w:r>
        <w:rPr>
          <w:lang w:eastAsia="zh-CN"/>
        </w:rPr>
        <w:br/>
      </w:r>
      <w:r>
        <w:rPr>
          <w:lang w:eastAsia="zh-CN"/>
        </w:rPr>
        <w:t>　　1、道德批判：站在道德制高点去评判他人</w:t>
      </w:r>
      <w:r>
        <w:rPr>
          <w:lang w:eastAsia="zh-CN"/>
        </w:rPr>
        <w:br/>
      </w:r>
      <w:r>
        <w:rPr>
          <w:lang w:eastAsia="zh-CN"/>
        </w:rPr>
        <w:t>　　2、进行比较：过多的比较让人排斥</w:t>
      </w:r>
      <w:r>
        <w:rPr>
          <w:lang w:eastAsia="zh-CN"/>
        </w:rPr>
        <w:br/>
      </w:r>
      <w:r>
        <w:rPr>
          <w:lang w:eastAsia="zh-CN"/>
        </w:rPr>
        <w:t>　　3、逃避责任：遇事一味归罪于外界，生活不顺，工作太烦，而回避自身的责任</w:t>
      </w:r>
      <w:r>
        <w:rPr>
          <w:lang w:eastAsia="zh-CN"/>
        </w:rPr>
        <w:br/>
      </w:r>
      <w:r>
        <w:rPr>
          <w:lang w:eastAsia="zh-CN"/>
        </w:rPr>
        <w:t>　　4、强人所难：强加自己的观点给别人，是对别人生活方式和想法的不尊重</w:t>
      </w:r>
      <w:r>
        <w:rPr>
          <w:lang w:eastAsia="zh-CN"/>
        </w:rPr>
        <w:br/>
      </w:r>
      <w:r>
        <w:rPr>
          <w:lang w:eastAsia="zh-CN"/>
        </w:rPr>
        <w:t>　　第二：慎作“评论者”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区分评论和观察，不带评论的观察是人类智慧的最高境界。</w:t>
      </w:r>
      <w:r>
        <w:rPr>
          <w:lang w:eastAsia="zh-CN"/>
        </w:rPr>
        <w:br/>
      </w:r>
      <w:r>
        <w:rPr>
          <w:lang w:eastAsia="zh-CN"/>
        </w:rPr>
        <w:t>　　我们习惯于通过自己单薄的阅历和皮毛的观察贴标签。</w:t>
      </w:r>
      <w:r>
        <w:rPr>
          <w:lang w:eastAsia="zh-CN"/>
        </w:rPr>
        <w:br/>
      </w:r>
      <w:r>
        <w:rPr>
          <w:lang w:eastAsia="zh-CN"/>
        </w:rPr>
        <w:t>　　我们要区分话语是观察还是评论，从观察的角度进行陈述。</w:t>
      </w:r>
      <w:r>
        <w:rPr>
          <w:lang w:eastAsia="zh-CN"/>
        </w:rPr>
        <w:br/>
      </w:r>
      <w:r>
        <w:rPr>
          <w:lang w:eastAsia="zh-CN"/>
        </w:rPr>
        <w:t>　　NVC不鼓励绝对化的评论，不带评论的观察是人类智力的最高形式。</w:t>
      </w:r>
      <w:r>
        <w:rPr>
          <w:lang w:eastAsia="zh-CN"/>
        </w:rPr>
        <w:br/>
      </w:r>
      <w:r>
        <w:rPr>
          <w:lang w:eastAsia="zh-CN"/>
        </w:rPr>
        <w:t>　　第三：学会表达自己的感受</w:t>
      </w:r>
      <w:r>
        <w:rPr>
          <w:lang w:eastAsia="zh-CN"/>
        </w:rPr>
        <w:br/>
      </w:r>
      <w:r>
        <w:rPr>
          <w:lang w:eastAsia="zh-CN"/>
        </w:rPr>
        <w:t>　　很多人喜欢隐藏自己的感受，这和我们的成长经历和教育环境有关，比如小时候父母擅自把孩子的玩具送出，而非征询孩子的想法，这样的成长环境下孩子更倾向于隐藏自己的感受。与此同时，我们要注意在沟通时</w:t>
      </w:r>
      <w:r>
        <w:rPr>
          <w:lang w:eastAsia="zh-CN"/>
        </w:rPr>
        <w:br/>
      </w:r>
      <w:r>
        <w:rPr>
          <w:lang w:eastAsia="zh-CN"/>
        </w:rPr>
        <w:t>　　1、区分感受和想法</w:t>
      </w:r>
      <w:r>
        <w:rPr>
          <w:lang w:eastAsia="zh-CN"/>
        </w:rPr>
        <w:br/>
      </w:r>
      <w:r>
        <w:rPr>
          <w:lang w:eastAsia="zh-CN"/>
        </w:rPr>
        <w:t>　　2、示弱有助于解决冲突：双方剑拔弩张时，以一种圆润的姿态触碰对方，能使对方也收敛锋芒</w:t>
      </w:r>
      <w:r>
        <w:rPr>
          <w:lang w:eastAsia="zh-CN"/>
        </w:rPr>
        <w:br/>
      </w:r>
      <w:r>
        <w:rPr>
          <w:lang w:eastAsia="zh-CN"/>
        </w:rPr>
        <w:t>　　3、当我们有需要时，坦诚说出，而非考虑到对方的过错去指责</w:t>
      </w:r>
      <w:r>
        <w:rPr>
          <w:lang w:eastAsia="zh-CN"/>
        </w:rPr>
        <w:br/>
      </w:r>
      <w:r>
        <w:rPr>
          <w:lang w:eastAsia="zh-CN"/>
        </w:rPr>
        <w:t>　　4、厘清感受和自身的关系句式：如我感到（高兴、难过、愤怒），因为我……</w:t>
      </w:r>
      <w:r>
        <w:rPr>
          <w:lang w:eastAsia="zh-CN"/>
        </w:rPr>
        <w:br/>
      </w:r>
      <w:r>
        <w:rPr>
          <w:lang w:eastAsia="zh-CN"/>
        </w:rPr>
        <w:t>　　第四：学会表达请求</w:t>
      </w:r>
      <w:r>
        <w:rPr>
          <w:lang w:eastAsia="zh-CN"/>
        </w:rPr>
        <w:br/>
      </w:r>
      <w:r>
        <w:rPr>
          <w:lang w:eastAsia="zh-CN"/>
        </w:rPr>
        <w:t>　　但要明白请求不一定能实现。在请求时要注意</w:t>
      </w:r>
      <w:r>
        <w:rPr>
          <w:lang w:eastAsia="zh-CN"/>
        </w:rPr>
        <w:br/>
      </w:r>
      <w:r>
        <w:rPr>
          <w:lang w:eastAsia="zh-CN"/>
        </w:rPr>
        <w:t>　　1、请求要说具体。谈话前先明确自己的目的和需求，防止无效沟通。在谈话时，注意自己的表达，要说希望对方做什么，而不是希望对方不做什么，以免引起排斥和反感。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2、谈话中可以多需求反馈，比如询问对方是否理解自己的意思，这样有助于知道对方是否理解你的请求，以及对你的请求的态度。</w:t>
      </w:r>
      <w:r>
        <w:rPr>
          <w:lang w:eastAsia="zh-CN"/>
        </w:rPr>
        <w:br/>
      </w:r>
      <w:r>
        <w:rPr>
          <w:lang w:eastAsia="zh-CN"/>
        </w:rPr>
        <w:t>　　3、要区分请求和命令，命令让人难以接受。判断方法如下，如果对方认为不答应请求就会收到责罚，或者对方没有满足我们，我们就随便指责别人，这样都是命令不是请求。</w:t>
      </w:r>
      <w:r>
        <w:rPr>
          <w:lang w:eastAsia="zh-CN"/>
        </w:rPr>
        <w:br/>
      </w:r>
      <w:r>
        <w:rPr>
          <w:lang w:eastAsia="zh-CN"/>
        </w:rPr>
        <w:t>　　第五：倾听</w:t>
      </w:r>
      <w:r>
        <w:rPr>
          <w:lang w:eastAsia="zh-CN"/>
        </w:rPr>
        <w:br/>
      </w:r>
      <w:r>
        <w:rPr>
          <w:lang w:eastAsia="zh-CN"/>
        </w:rPr>
        <w:t>　　真正的倾听是放下心中已有的想法和判断，一心一意体会他人，在对方充分表述之前，不急着去分析和评论。要注意倾诉者话语里包含的：他的观察，他的感受，他的需求，他的请求。但有些情况我们可能需要适当的打断对方，当对方情绪很激烈的时候，或者我们不确定是否正确理解对方的表达，我们需要适当的打断，表达自己的反馈。另外如果我们自身处于焦躁状态，最好让自己平静后再开始沟通。</w:t>
      </w:r>
      <w:r>
        <w:rPr>
          <w:lang w:eastAsia="zh-CN"/>
        </w:rPr>
        <w:br/>
      </w:r>
      <w:r>
        <w:rPr>
          <w:lang w:eastAsia="zh-CN"/>
        </w:rPr>
        <w:t>　　第六：学会爱自己</w:t>
      </w:r>
      <w:r>
        <w:rPr>
          <w:lang w:eastAsia="zh-CN"/>
        </w:rPr>
        <w:br/>
      </w:r>
      <w:r>
        <w:rPr>
          <w:lang w:eastAsia="zh-CN"/>
        </w:rPr>
        <w:t>　　非暴力沟通最重要也最核心的运用即是培养对自己的爱。一个爱自己的人，才能更好的去沟通。在这里我们要 做到如下几点</w:t>
      </w:r>
      <w:r>
        <w:rPr>
          <w:lang w:eastAsia="zh-CN"/>
        </w:rPr>
        <w:br/>
      </w:r>
      <w:r>
        <w:rPr>
          <w:lang w:eastAsia="zh-CN"/>
        </w:rPr>
        <w:t>　　1、自我评价：当我们出现失误时，要明白这是对自我局限性的揭示，不必过分自责自己的失误</w:t>
      </w:r>
      <w:r>
        <w:rPr>
          <w:lang w:eastAsia="zh-CN"/>
        </w:rPr>
        <w:br/>
      </w:r>
      <w:r>
        <w:rPr>
          <w:lang w:eastAsia="zh-CN"/>
        </w:rPr>
        <w:t>　　2、自我改变：当出现失误后，我们会开始改变，但改变的动机不应该是出于羞愧和内疚，而是出于对生命的爱，为了更好的生活，这样的改变才是积极的。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自我宽恕：明白人无完人，拥抱自己的各个方面，理解自己的价值观。把表述“我不得不（工作，教导孩子）……”变成“我选择做（工作，教导孩子）……，是因为（工作能体现我的价值，我爱自己的孩子）……”，去思考做事背后的动机，如果这个动机无法说服你，那就可以不做这件事了。</w:t>
      </w:r>
      <w:r>
        <w:rPr>
          <w:lang w:eastAsia="zh-CN"/>
        </w:rPr>
        <w:br/>
      </w:r>
      <w:r>
        <w:rPr>
          <w:lang w:eastAsia="zh-CN"/>
        </w:rPr>
        <w:t>　　第七：如何表达愤怒</w:t>
      </w:r>
      <w:r>
        <w:rPr>
          <w:lang w:eastAsia="zh-CN"/>
        </w:rPr>
        <w:br/>
      </w:r>
      <w:r>
        <w:rPr>
          <w:lang w:eastAsia="zh-CN"/>
        </w:rPr>
        <w:t>　　首先要明白愤怒的来源是因为自身尚有需求未被满足，而不是因为他人。</w:t>
      </w:r>
      <w:r>
        <w:rPr>
          <w:lang w:eastAsia="zh-CN"/>
        </w:rPr>
        <w:br/>
      </w:r>
      <w:r>
        <w:rPr>
          <w:lang w:eastAsia="zh-CN"/>
        </w:rPr>
        <w:t>　　先要冷静，使自己恢复理智，思考为什么而愤怒，从自身的需求出发，体会自己的感受和需要，同时聆听对方的需求，最后坦诚地说出自己感受和需要。</w:t>
      </w:r>
      <w:r>
        <w:rPr>
          <w:lang w:eastAsia="zh-CN"/>
        </w:rPr>
        <w:br/>
      </w:r>
      <w:r>
        <w:rPr>
          <w:lang w:eastAsia="zh-CN"/>
        </w:rPr>
        <w:t>　　第八：适当的时机，用强制力保护双方。</w:t>
      </w:r>
      <w:r>
        <w:rPr>
          <w:lang w:eastAsia="zh-CN"/>
        </w:rPr>
        <w:br/>
      </w:r>
      <w:r>
        <w:rPr>
          <w:lang w:eastAsia="zh-CN"/>
        </w:rPr>
        <w:t>　　一般在没有足够的时间沟通时，我们需要用强制力让沟通更有效率。但是要注意出发点应该是保护双方，所以应该把注意力集中在自己和他人的需要上，而非评价这个人的行为。如果出发点变成了惩罚，我们倾向于认为对方是邪恶的，需要用惩罚让其悔改，这样就变成了施暴者，很难获得友善的回应。</w:t>
      </w:r>
      <w:r>
        <w:rPr>
          <w:lang w:eastAsia="zh-CN"/>
        </w:rPr>
        <w:br/>
      </w:r>
      <w:r>
        <w:rPr>
          <w:lang w:eastAsia="zh-CN"/>
        </w:rPr>
        <w:t>　　第九：表达感激</w:t>
      </w:r>
      <w:r>
        <w:rPr>
          <w:lang w:eastAsia="zh-CN"/>
        </w:rPr>
        <w:br/>
      </w:r>
      <w:r>
        <w:rPr>
          <w:lang w:eastAsia="zh-CN"/>
        </w:rPr>
        <w:t>　　每个人都有对感激的渴望，当别人帮助我们时，我们一定要善于表达感激。可以采用如下的结构表达感激：</w:t>
      </w:r>
      <w:r>
        <w:rPr>
          <w:lang w:eastAsia="zh-CN"/>
        </w:rPr>
        <w:br/>
      </w:r>
      <w:r>
        <w:rPr>
          <w:lang w:eastAsia="zh-CN"/>
        </w:rPr>
        <w:t>　　1、对方做了什么使我们的生活得到了改善？</w:t>
      </w:r>
      <w:r>
        <w:rPr>
          <w:lang w:eastAsia="zh-CN"/>
        </w:rPr>
        <w:br/>
      </w:r>
      <w:r>
        <w:rPr>
          <w:lang w:eastAsia="zh-CN"/>
        </w:rPr>
        <w:t>　　2、我们有哪些需要得到了满足</w:t>
      </w:r>
      <w:r>
        <w:rPr>
          <w:lang w:eastAsia="zh-CN"/>
        </w:rPr>
        <w:br/>
      </w:r>
      <w:r>
        <w:rPr>
          <w:lang w:eastAsia="zh-CN"/>
        </w:rPr>
        <w:t>　　3、我们的心情怎么样？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同时，当别人对我们表达感激时，我们也应该坦诚大方的接受，不要自我膨胀或者假谦虚。</w:t>
      </w:r>
      <w:r>
        <w:rPr>
          <w:lang w:eastAsia="zh-CN"/>
        </w:rPr>
        <w:br/>
      </w:r>
      <w:r>
        <w:rPr>
          <w:lang w:eastAsia="zh-CN"/>
        </w:rPr>
        <w:t>　　第十：重获生活的热情</w:t>
      </w:r>
      <w:r>
        <w:rPr>
          <w:lang w:eastAsia="zh-CN"/>
        </w:rPr>
        <w:br/>
      </w:r>
      <w:r>
        <w:rPr>
          <w:lang w:eastAsia="zh-CN"/>
        </w:rPr>
        <w:t>　　快节奏的生活让我们随波逐流的去追逐一些东西，我们自己都不知道是否喜欢，是否需要，只是跟着人群往前走，我们充满迷茫困惑，所以动力源不足。适当停下来，问问自己内心到底想要什么，什么才是真正有意义的事。用非暴力沟通教会我们的方法，观察自己，感受自己的需求，提出请求，让自己的内心得到释放才能更好的生活。</w:t>
      </w:r>
      <w:r>
        <w:rPr>
          <w:lang w:eastAsia="zh-CN"/>
        </w:rPr>
        <w:br/>
      </w:r>
      <w:r>
        <w:rPr>
          <w:lang w:eastAsia="zh-CN"/>
        </w:rPr>
        <w:t>　　老子说“圣人不争，故天下莫能与之争”。道家讲无为之为。非暴力沟通也是这个道理：在一些敏感话题上，你只有放下了说服对方的念头和动机，转而充分和安全地表达自己的看法，内心轨迹和体会，这样才会有最好的结果（无论是否最终说服了对方）。</w:t>
      </w:r>
      <w:r>
        <w:rPr>
          <w:lang w:eastAsia="zh-CN"/>
        </w:rPr>
        <w:br/>
      </w:r>
      <w:r>
        <w:rPr>
          <w:lang w:eastAsia="zh-CN"/>
        </w:rPr>
        <w:t>　　我们要用同理心和对方沟通，不只是单单的讲道理！</w:t>
      </w:r>
      <w:r>
        <w:rPr>
          <w:lang w:eastAsia="zh-CN"/>
        </w:rPr>
        <w:br/>
      </w:r>
      <w:r>
        <w:rPr>
          <w:lang w:eastAsia="zh-CN"/>
        </w:rPr>
        <w:t>　　认知心理学早已揭示，我们的理只是骑象人，情才是大象，骑象人基本是被大象拉着跑的，只有一些特殊的方法能协调两者。非暴力沟通里的共情同理就是一种协调大象与骑象人的途径。反之，在敏感问题上更不应该单用说理，或者“晓之以理，动之以情”的传统策略来说服对方。这在很多时候都是徒劳的，徒增挫败感。</w:t>
      </w:r>
      <w:r>
        <w:rPr>
          <w:lang w:eastAsia="zh-CN"/>
        </w:rPr>
        <w:br/>
      </w:r>
      <w:r>
        <w:rPr>
          <w:lang w:eastAsia="zh-CN"/>
        </w:rPr>
        <w:t>　　在沟通中，情比理重要的多的多！对方认可你的理只是你的情传达后一个自然附带的结果！你的理是要自然与和谐地埋在传达的情里面。这时就能做到，晓之以情，动之以礼。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那么到底非暴力沟通和我们平常工作即企业管理有什么样的联系呢，它是如何和企业管理发生协同作用的呢</w:t>
      </w:r>
      <w:r>
        <w:rPr>
          <w:lang w:eastAsia="zh-CN"/>
        </w:rPr>
        <w:t xml:space="preserve"> ？我认为可以从以下三方面着手。</w:t>
      </w:r>
      <w:r>
        <w:rPr>
          <w:lang w:eastAsia="zh-CN"/>
        </w:rPr>
        <w:br/>
      </w:r>
      <w:r>
        <w:rPr>
          <w:lang w:eastAsia="zh-CN"/>
        </w:rPr>
        <w:t>　　第一：个人发展层面。通过学习非暴力沟通，员工可以掌握人性化沟通的技能，学习主动调整情绪状态的方法，提升工作的专注度和效率，舒缓职场中的压力。另外，管理者和人力资源部能够借助非暴力沟通帮助公司形成一个有效的职业生涯管理系统和人才培养制度，支持员工成长。最后，针对关键人才和公司高管，非暴力沟通还可以用于高管辅导，突破成长瓶颈，激发高层管理团队更大的潜能。</w:t>
      </w:r>
      <w:r>
        <w:rPr>
          <w:lang w:eastAsia="zh-CN"/>
        </w:rPr>
        <w:br/>
      </w:r>
      <w:r>
        <w:rPr>
          <w:lang w:eastAsia="zh-CN"/>
        </w:rPr>
        <w:t>　　第二，团队管理层面。非暴力沟通讲人类共性的需要，在需要层面人们没有冲突，这一点能够支持团队形成真正意义的共同目标，提高团队凝聚力和执行力的同时，实现个人及团队的双赢。</w:t>
      </w:r>
      <w:r>
        <w:rPr>
          <w:lang w:eastAsia="zh-CN"/>
        </w:rPr>
        <w:br/>
      </w:r>
      <w:r>
        <w:rPr>
          <w:lang w:eastAsia="zh-CN"/>
        </w:rPr>
        <w:t>　　另一方面，非暴力沟通还能协调和解决跨部门协作和团队冲突之间的难题，帮助公司部门间优化业务流程的同时，提高部门合作的效益。</w:t>
      </w:r>
      <w:r>
        <w:rPr>
          <w:lang w:eastAsia="zh-CN"/>
        </w:rPr>
        <w:br/>
      </w:r>
    </w:p>
    <w:p w:rsidR="001B1F19" w14:textId="27C3F48A">
      <w:pPr>
        <w:rPr>
          <w:rFonts w:hint="eastAsia"/>
          <w:lang w:eastAsia="zh-CN"/>
        </w:rPr>
      </w:pPr>
      <w:r>
        <w:rPr>
          <w:lang w:eastAsia="zh-CN"/>
        </w:rPr>
        <w:t>　　第三，组织战略层面。非暴力沟通能够支持领导团队重新整合企业的使命、愿景和文化，制定顺应企业内在需要和互联网时代的发展规律的战略，通过使命、文化和制度打造企业内部的自适应生态系统，使得企业以整体组织的形式不断地进化并适应时代的要求，而不再单纯依赖某位个体领导的魅力和作用，同时让企业管理层从根本上理解并有可能说到并做到所谓的企业社会责任，真正为社会和民众做出一个组织本然的.贡献，并提高社会和民众的幸福指数。这是当今企业发展和变革的新课题，也是企业获得竞争优势、锻造基业长青的必由之路。</w:t>
      </w:r>
      <w:r>
        <w:rPr>
          <w:lang w:eastAsia="zh-CN"/>
        </w:rPr>
        <w:br/>
      </w:r>
      <w:r>
        <w:rPr>
          <w:lang w:eastAsia="zh-CN"/>
        </w:rPr>
        <w:t>　　需要补充说明的是，非暴力沟通和企业管理的联系以及相互作用是基于以下的三个假设，也是企业管理的非暴力沟通根基所在。</w:t>
      </w:r>
      <w:r>
        <w:rPr>
          <w:lang w:eastAsia="zh-CN"/>
        </w:rPr>
        <w:br/>
      </w:r>
      <w:r>
        <w:rPr>
          <w:lang w:eastAsia="zh-CN"/>
        </w:rPr>
        <w:t>　　1、需要：在企业中我们称需要为目标、动机和方向。企业管理人员是否可以把注意力放在此，是企业是否能够达成绩效的关键。</w:t>
      </w:r>
      <w:r>
        <w:rPr>
          <w:lang w:eastAsia="zh-CN"/>
        </w:rPr>
        <w:br/>
      </w:r>
      <w:r>
        <w:rPr>
          <w:lang w:eastAsia="zh-CN"/>
        </w:rPr>
        <w:t>　　2、以人为本：关注一个完整的人而不仅仅是与人相关的任务、流程、期限、成本和产出，以人为本有助于组织和管理者与个人建立连接，而这种连接特别有利于提高组织效率、实现团队绩效和稳固员工敬业度。</w:t>
      </w:r>
      <w:r>
        <w:rPr>
          <w:lang w:eastAsia="zh-CN"/>
        </w:rPr>
        <w:br/>
      </w:r>
      <w:r>
        <w:rPr>
          <w:lang w:eastAsia="zh-CN"/>
        </w:rPr>
        <w:t>　　3、企业的天赋使命：如果社会是个有机体，那么企业好比是社会的一个细胞，这个细胞有着它天赋的使命，就是服务于社会这个有机体，而社会作为人类存在的集合，其本质就是服务于人。</w:t>
      </w:r>
      <w:r>
        <w:rPr>
          <w:lang w:eastAsia="zh-CN"/>
        </w:rPr>
        <w:br/>
      </w:r>
      <w:r>
        <w:rPr>
          <w:lang w:eastAsia="zh-CN"/>
        </w:rPr>
        <w:t>　　所以，企业的根本作用是服务于人——通过创造有价值的产品和服务提高社会和人的幸福指数。这是构建一个面向未来的自适应生态组织系统的关键所在。</w:t>
      </w:r>
      <w:r>
        <w:rPr>
          <w:lang w:eastAsia="zh-CN"/>
        </w:rPr>
        <w:br/>
      </w:r>
      <w:r>
        <w:rPr>
          <w:lang w:eastAsia="zh-CN"/>
        </w:rPr>
        <w:t>　　在我们所有的活动与追求中，无非是学会爱与相处，让自己和他人都获得满足和幸福。但是，我们往往发现，越想得到的东西，越可遇而不可求。于是，我们开始沮丧，不知道哪里出了问题，也不知道怎么解救，惶惶不可终日。</w:t>
      </w:r>
      <w:r>
        <w:rPr>
          <w:lang w:eastAsia="zh-CN"/>
        </w:rPr>
        <w:br/>
      </w:r>
      <w:r>
        <w:rPr>
          <w:lang w:eastAsia="zh-CN"/>
        </w:rPr>
        <w:t>　　非暴力沟通是一种让自己和他人都感到轻松、舒服、温暖的沟通方式，是一种让自己和他人都不受伤害的沟通方式。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https://d.book118.com/348041106111006033</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41106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