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初中英语教研组工作计划范文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初中英语教研组工作计划范文1</w:t>
      </w:r>
      <w:r>
        <w:rPr>
          <w:lang w:eastAsia="zh-CN"/>
        </w:rPr>
        <w:br/>
      </w:r>
      <w:r>
        <w:rPr>
          <w:lang w:eastAsia="zh-CN"/>
        </w:rPr>
        <w:t xml:space="preserve">    为了进一步提高我校英语学科教学质量，加强和规范教研组的建设和管理，结合我校实际，特制定以下计划。 </w:t>
      </w:r>
      <w:r>
        <w:rPr>
          <w:lang w:eastAsia="zh-CN"/>
        </w:rPr>
        <w:br/>
      </w:r>
      <w:r>
        <w:rPr>
          <w:lang w:eastAsia="zh-CN"/>
        </w:rPr>
        <w:t>　　一、指导思想</w:t>
      </w:r>
      <w:r>
        <w:rPr>
          <w:lang w:eastAsia="zh-CN"/>
        </w:rPr>
        <w:br/>
      </w:r>
      <w:r>
        <w:rPr>
          <w:lang w:eastAsia="zh-CN"/>
        </w:rPr>
        <w:t>　　以就业为导向，以能力为本位，以实践为中心，以职业需求为标准，探索职业教育的基本规律，积极开展英语教学研究和实践，广泛进行教研活动和交流，总结和推广先进的教学经验，以达到维护良好的教学秩序，提高教学质量，提高教师教学能力和水平，培养适应现代化建设需要的技能人才的目的。</w:t>
      </w:r>
      <w:r>
        <w:rPr>
          <w:lang w:eastAsia="zh-CN"/>
        </w:rPr>
        <w:br/>
      </w:r>
      <w:r>
        <w:rPr>
          <w:lang w:eastAsia="zh-CN"/>
        </w:rPr>
        <w:t>　　二、工作目标</w:t>
      </w:r>
      <w:r>
        <w:rPr>
          <w:lang w:eastAsia="zh-CN"/>
        </w:rPr>
        <w:br/>
      </w:r>
      <w:r>
        <w:rPr>
          <w:lang w:eastAsia="zh-CN"/>
        </w:rPr>
        <w:t>　　1、做好本校英语教研组建设；</w:t>
      </w:r>
      <w:r>
        <w:rPr>
          <w:lang w:eastAsia="zh-CN"/>
        </w:rPr>
        <w:br/>
      </w:r>
      <w:r>
        <w:rPr>
          <w:lang w:eastAsia="zh-CN"/>
        </w:rPr>
        <w:t>　　2、规范与提升我校英语教学质量；</w:t>
      </w:r>
      <w:r>
        <w:rPr>
          <w:lang w:eastAsia="zh-CN"/>
        </w:rPr>
        <w:br/>
      </w:r>
      <w:r>
        <w:rPr>
          <w:lang w:eastAsia="zh-CN"/>
        </w:rPr>
        <w:t>　　3、促进我校英语教师教学能力提升。</w:t>
      </w:r>
      <w:r>
        <w:rPr>
          <w:lang w:eastAsia="zh-CN"/>
        </w:rPr>
        <w:br/>
      </w:r>
      <w:r>
        <w:rPr>
          <w:lang w:eastAsia="zh-CN"/>
        </w:rPr>
        <w:t>　　三、具体措施</w:t>
      </w:r>
      <w:r>
        <w:rPr>
          <w:lang w:eastAsia="zh-CN"/>
        </w:rPr>
        <w:br/>
      </w:r>
      <w:r>
        <w:rPr>
          <w:lang w:eastAsia="zh-CN"/>
        </w:rPr>
        <w:t>　　（一）构筑交流平台，做到资源共享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为拓展信息沟通渠道，构筑交流学习的平台，英语组已加入市中职英语教研组微信群及市英语教研组长群，并已经建立本校英语教研组微信群，借助网络及时交流教学教研体会，探讨教学难点、热点，互通信息，资源共享。</w:t>
      </w:r>
      <w:r>
        <w:rPr>
          <w:lang w:eastAsia="zh-CN"/>
        </w:rPr>
        <w:br/>
      </w:r>
      <w:r>
        <w:rPr>
          <w:lang w:eastAsia="zh-CN"/>
        </w:rPr>
        <w:t>　　（二）完善教学标准，提升我校英语教学质量</w:t>
      </w:r>
      <w:r>
        <w:rPr>
          <w:lang w:eastAsia="zh-CN"/>
        </w:rPr>
        <w:br/>
      </w:r>
      <w:r>
        <w:rPr>
          <w:lang w:eastAsia="zh-CN"/>
        </w:rPr>
        <w:t>　　随着社会经济的发展和我校踊跃参加省市县技能大赛的现状，英语作为一门重要的、必修的文化基础课程，具有很强的'工具性和实践性。同时，随着新课程改革的推进，我们必须严格按照教育系统的课程标准执行，并依据我校实际情况，完善教学标准，提升我校英语教学质量。</w:t>
      </w:r>
      <w:r>
        <w:rPr>
          <w:lang w:eastAsia="zh-CN"/>
        </w:rPr>
        <w:br/>
      </w:r>
      <w:r>
        <w:rPr>
          <w:lang w:eastAsia="zh-CN"/>
        </w:rPr>
        <w:t>　　（三）利用交流平台，促进教师专业教学能力提升</w:t>
      </w:r>
      <w:r>
        <w:rPr>
          <w:lang w:eastAsia="zh-CN"/>
        </w:rPr>
        <w:br/>
      </w:r>
      <w:r>
        <w:rPr>
          <w:lang w:eastAsia="zh-CN"/>
        </w:rPr>
        <w:t>　　教师队伍建设是提高人才培养质量的关键，教师的成长既需要教学实践，也需要交流的平台。充分利用省市县搭建的交流平台，组织老师积极参加培训、交流、竞赛等活动，促进教师更新教学观念、创新教学方法、提高教学水平和能力。同时，配合学校的技能节，与市里技能大赛相接轨，每学年组织一次学生英语知识及技能大赛，提高学生学习英语的兴趣。</w:t>
      </w:r>
      <w:r>
        <w:rPr>
          <w:lang w:eastAsia="zh-CN"/>
        </w:rPr>
        <w:br/>
      </w:r>
      <w:r>
        <w:rPr>
          <w:lang w:eastAsia="zh-CN"/>
        </w:rPr>
        <w:t>　　（四）按照上级主管部门要求，完成相关工作</w:t>
      </w:r>
      <w:r>
        <w:rPr>
          <w:lang w:eastAsia="zh-CN"/>
        </w:rPr>
        <w:br/>
      </w:r>
      <w:r>
        <w:rPr>
          <w:lang w:eastAsia="zh-CN"/>
        </w:rPr>
        <w:t>　　根据校县市省里对英语教学与管理要求，积极配合，参与各级各项活动与竞赛，认真进行常规检查，完成相关工作。</w:t>
      </w:r>
      <w:r>
        <w:rPr>
          <w:lang w:eastAsia="zh-CN"/>
        </w:rPr>
        <w:br/>
      </w:r>
      <w:r>
        <w:rPr>
          <w:lang w:eastAsia="zh-CN"/>
        </w:rPr>
        <w:t>　　希望本教研组工作得到各级领导的指导与支持，本组成员将努力实施计划中各项工作，为我校英语教学质量的提高做出应有的贡献！</w:t>
      </w:r>
      <w:r>
        <w:rPr>
          <w:lang w:eastAsia="zh-CN"/>
        </w:rPr>
        <w:br/>
      </w:r>
      <w:r>
        <w:rPr>
          <w:lang w:eastAsia="zh-CN"/>
        </w:rPr>
        <w:t>　　四、工作行事历</w:t>
      </w:r>
      <w:r>
        <w:rPr>
          <w:lang w:eastAsia="zh-CN"/>
        </w:rPr>
        <w:br/>
      </w:r>
      <w:r>
        <w:rPr>
          <w:lang w:eastAsia="zh-CN"/>
        </w:rPr>
        <w:t>　　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内容安排</w:t>
      </w:r>
      <w:r>
        <w:rPr>
          <w:lang w:eastAsia="zh-CN"/>
        </w:rPr>
        <w:br/>
      </w:r>
      <w:r>
        <w:rPr>
          <w:lang w:eastAsia="zh-CN"/>
        </w:rPr>
        <w:t>　　20__年3月</w:t>
      </w:r>
      <w:r>
        <w:rPr>
          <w:lang w:eastAsia="zh-CN"/>
        </w:rPr>
        <w:br/>
      </w:r>
      <w:r>
        <w:rPr>
          <w:lang w:eastAsia="zh-CN"/>
        </w:rPr>
        <w:t>　　1、召开组内会议，传达学校领导的主要精神和要求，制定教研计划</w:t>
      </w:r>
      <w:r>
        <w:rPr>
          <w:lang w:eastAsia="zh-CN"/>
        </w:rPr>
        <w:br/>
      </w:r>
      <w:r>
        <w:rPr>
          <w:lang w:eastAsia="zh-CN"/>
        </w:rPr>
        <w:t>　　2、参加市第四册创新教材备课会</w:t>
      </w:r>
      <w:r>
        <w:rPr>
          <w:lang w:eastAsia="zh-CN"/>
        </w:rPr>
        <w:br/>
      </w:r>
      <w:r>
        <w:rPr>
          <w:lang w:eastAsia="zh-CN"/>
        </w:rPr>
        <w:t>　　3、组织学生参加公共英语等级考试</w:t>
      </w:r>
      <w:r>
        <w:rPr>
          <w:lang w:eastAsia="zh-CN"/>
        </w:rPr>
        <w:br/>
      </w:r>
      <w:r>
        <w:rPr>
          <w:lang w:eastAsia="zh-CN"/>
        </w:rPr>
        <w:t>　　4、参加市研修班开班仪式暨第一次研修班活动（吴双羽）</w:t>
      </w:r>
      <w:r>
        <w:rPr>
          <w:lang w:eastAsia="zh-CN"/>
        </w:rPr>
        <w:br/>
      </w:r>
      <w:r>
        <w:rPr>
          <w:lang w:eastAsia="zh-CN"/>
        </w:rPr>
        <w:t>　　5、参加地市技工院校英语教研大组会议</w:t>
      </w:r>
      <w:r>
        <w:rPr>
          <w:lang w:eastAsia="zh-CN"/>
        </w:rPr>
        <w:br/>
      </w:r>
      <w:r>
        <w:rPr>
          <w:lang w:eastAsia="zh-CN"/>
        </w:rPr>
        <w:t>　　6、初步制定校技能节英语组参赛方案</w:t>
      </w:r>
      <w:r>
        <w:rPr>
          <w:lang w:eastAsia="zh-CN"/>
        </w:rPr>
        <w:br/>
      </w:r>
      <w:r>
        <w:rPr>
          <w:lang w:eastAsia="zh-CN"/>
        </w:rPr>
        <w:t>　　7、组内第一次集体备课</w:t>
      </w:r>
      <w:r>
        <w:rPr>
          <w:lang w:eastAsia="zh-CN"/>
        </w:rPr>
        <w:br/>
      </w:r>
      <w:r>
        <w:rPr>
          <w:lang w:eastAsia="zh-CN"/>
        </w:rPr>
        <w:t>　　20__年4月</w:t>
      </w:r>
      <w:r>
        <w:rPr>
          <w:lang w:eastAsia="zh-CN"/>
        </w:rPr>
        <w:br/>
      </w:r>
      <w:r>
        <w:rPr>
          <w:lang w:eastAsia="zh-CN"/>
        </w:rPr>
        <w:t>　　1、参加市高三英语教学会议及新高考研讨会</w:t>
      </w:r>
      <w:r>
        <w:rPr>
          <w:lang w:eastAsia="zh-CN"/>
        </w:rPr>
        <w:br/>
      </w:r>
      <w:r>
        <w:rPr>
          <w:lang w:eastAsia="zh-CN"/>
        </w:rPr>
        <w:t>　　2、组织部分老师开课</w:t>
      </w:r>
      <w:r>
        <w:rPr>
          <w:lang w:eastAsia="zh-CN"/>
        </w:rPr>
        <w:br/>
      </w:r>
      <w:r>
        <w:rPr>
          <w:lang w:eastAsia="zh-CN"/>
        </w:rPr>
        <w:t>　　3、组内第二次集体备课</w:t>
      </w:r>
      <w:r>
        <w:rPr>
          <w:lang w:eastAsia="zh-CN"/>
        </w:rPr>
        <w:br/>
      </w:r>
      <w:r>
        <w:rPr>
          <w:lang w:eastAsia="zh-CN"/>
        </w:rPr>
        <w:t>　　4、选派老师参加市英语学业水平测试及公共英语等级考试命题竞赛</w:t>
      </w:r>
      <w:r>
        <w:rPr>
          <w:lang w:eastAsia="zh-CN"/>
        </w:rPr>
        <w:br/>
      </w:r>
      <w:r>
        <w:rPr>
          <w:lang w:eastAsia="zh-CN"/>
        </w:rPr>
        <w:t>　　5、督促校技能节参赛队伍的训练</w:t>
      </w:r>
      <w:r>
        <w:rPr>
          <w:lang w:eastAsia="zh-CN"/>
        </w:rPr>
        <w:br/>
      </w:r>
      <w:r>
        <w:rPr>
          <w:lang w:eastAsia="zh-CN"/>
        </w:rPr>
        <w:t>　　6、进行常规检查</w:t>
      </w:r>
      <w:r>
        <w:rPr>
          <w:lang w:eastAsia="zh-CN"/>
        </w:rPr>
        <w:br/>
      </w:r>
      <w:r>
        <w:rPr>
          <w:lang w:eastAsia="zh-CN"/>
        </w:rPr>
        <w:t>　　20__年5月</w:t>
      </w:r>
      <w:r>
        <w:rPr>
          <w:lang w:eastAsia="zh-CN"/>
        </w:rPr>
        <w:br/>
      </w:r>
      <w:r>
        <w:rPr>
          <w:lang w:eastAsia="zh-CN"/>
        </w:rPr>
        <w:t>　　1、选派老师参加市微课展示教学活动</w:t>
      </w:r>
      <w:r>
        <w:rPr>
          <w:lang w:eastAsia="zh-CN"/>
        </w:rPr>
        <w:br/>
      </w:r>
      <w:r>
        <w:rPr>
          <w:lang w:eastAsia="zh-CN"/>
        </w:rPr>
        <w:t>　　2、组内第三次集体备课</w:t>
      </w:r>
      <w:r>
        <w:rPr>
          <w:lang w:eastAsia="zh-CN"/>
        </w:rPr>
        <w:br/>
      </w:r>
      <w:r>
        <w:rPr>
          <w:lang w:eastAsia="zh-CN"/>
        </w:rPr>
        <w:t>　　3、参加校技能节大赛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4、选派老师参加市英语教学设计竞赛</w:t>
      </w:r>
      <w:r>
        <w:rPr>
          <w:lang w:eastAsia="zh-CN"/>
        </w:rPr>
        <w:br/>
      </w:r>
      <w:r>
        <w:rPr>
          <w:lang w:eastAsia="zh-CN"/>
        </w:rPr>
        <w:t>　　5、选派老师参加市技工院校英语教师专业教学能力竞赛</w:t>
      </w:r>
      <w:r>
        <w:rPr>
          <w:lang w:eastAsia="zh-CN"/>
        </w:rPr>
        <w:br/>
      </w:r>
      <w:r>
        <w:rPr>
          <w:lang w:eastAsia="zh-CN"/>
        </w:rPr>
        <w:t>　　20__年6月</w:t>
      </w:r>
      <w:r>
        <w:rPr>
          <w:lang w:eastAsia="zh-CN"/>
        </w:rPr>
        <w:br/>
      </w:r>
      <w:r>
        <w:rPr>
          <w:lang w:eastAsia="zh-CN"/>
        </w:rPr>
        <w:t>　　1、选派老师参加省技工院校英语教师专业教学能力竞赛</w:t>
      </w:r>
      <w:r>
        <w:rPr>
          <w:lang w:eastAsia="zh-CN"/>
        </w:rPr>
        <w:br/>
      </w:r>
      <w:r>
        <w:rPr>
          <w:lang w:eastAsia="zh-CN"/>
        </w:rPr>
        <w:t>　　2、进行常规检查</w:t>
      </w:r>
      <w:r>
        <w:rPr>
          <w:lang w:eastAsia="zh-CN"/>
        </w:rPr>
        <w:br/>
      </w:r>
      <w:r>
        <w:rPr>
          <w:lang w:eastAsia="zh-CN"/>
        </w:rPr>
        <w:t>　　3、组织老师认真完成期末评卷工作</w:t>
      </w:r>
      <w:r>
        <w:rPr>
          <w:lang w:eastAsia="zh-CN"/>
        </w:rPr>
        <w:br/>
      </w:r>
      <w:r>
        <w:rPr>
          <w:lang w:eastAsia="zh-CN"/>
        </w:rPr>
        <w:t>　　4、完成教研组工作总结</w:t>
      </w:r>
      <w:r>
        <w:rPr>
          <w:lang w:eastAsia="zh-CN"/>
        </w:rPr>
        <w:br/>
      </w:r>
      <w:r>
        <w:rPr>
          <w:lang w:eastAsia="zh-CN"/>
        </w:rPr>
        <w:t>初中英语教研组工作计划范文2</w:t>
      </w:r>
      <w:r>
        <w:rPr>
          <w:lang w:eastAsia="zh-CN"/>
        </w:rPr>
        <w:br/>
      </w:r>
      <w:r>
        <w:rPr>
          <w:lang w:eastAsia="zh-CN"/>
        </w:rPr>
        <w:t xml:space="preserve">    一、指导思想 </w:t>
      </w:r>
      <w:r>
        <w:rPr>
          <w:lang w:eastAsia="zh-CN"/>
        </w:rPr>
        <w:br/>
      </w:r>
      <w:r>
        <w:rPr>
          <w:lang w:eastAsia="zh-CN"/>
        </w:rPr>
        <w:t>　　1、围绕学校的育人目标，以《中学英语课程标准》为基本标准，以激发和培养学生的学习英语的兴趣为基本任务，使学生养成良好的学习习惯和形成有效的学习策略，发展自主学习的精神和合作精神;使学生掌握一定的英语基础知识和听说读写技能，形成一定的综合语言运用能力。</w:t>
      </w:r>
      <w:r>
        <w:rPr>
          <w:lang w:eastAsia="zh-CN"/>
        </w:rPr>
        <w:br/>
      </w:r>
      <w:r>
        <w:rPr>
          <w:lang w:eastAsia="zh-CN"/>
        </w:rPr>
        <w:t>　　2、围绕教研组发展的要求，以教师成长为目标，以校本研修为主线，以课堂教学为载体，以各级各类教研活动为依托，全面促进教研组的进步和发展。</w:t>
      </w:r>
      <w:r>
        <w:rPr>
          <w:lang w:eastAsia="zh-CN"/>
        </w:rPr>
        <w:br/>
      </w:r>
      <w:r>
        <w:rPr>
          <w:lang w:eastAsia="zh-CN"/>
        </w:rPr>
        <w:t>　　二、工作重点</w:t>
      </w:r>
      <w:r>
        <w:rPr>
          <w:lang w:eastAsia="zh-CN"/>
        </w:rPr>
        <w:br/>
      </w:r>
      <w:r>
        <w:rPr>
          <w:lang w:eastAsia="zh-CN"/>
        </w:rPr>
        <w:t>　　(一)教研组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本学期初中英语学科教研工作，要以课堂教学为中心，围绕规范和深化学科教学常规，通过组织教师进行课程和课改理论学习、安排公开课、建立资源库等一系列活动来促进初中英语学科教学质量的提高。</w:t>
      </w:r>
      <w:r>
        <w:rPr>
          <w:lang w:eastAsia="zh-CN"/>
        </w:rPr>
        <w:br/>
      </w:r>
      <w:r>
        <w:rPr>
          <w:lang w:eastAsia="zh-CN"/>
        </w:rPr>
        <w:t>　　(二)各年级</w:t>
      </w:r>
      <w:r>
        <w:rPr>
          <w:lang w:eastAsia="zh-CN"/>
        </w:rPr>
        <w:br/>
      </w:r>
      <w:r>
        <w:rPr>
          <w:lang w:eastAsia="zh-CN"/>
        </w:rPr>
        <w:t>　　1、初一要抓好小学与初中的衔接教学。</w:t>
      </w:r>
      <w:r>
        <w:rPr>
          <w:lang w:eastAsia="zh-CN"/>
        </w:rPr>
        <w:br/>
      </w:r>
      <w:r>
        <w:rPr>
          <w:lang w:eastAsia="zh-CN"/>
        </w:rPr>
        <w:t>　　初一学生在小学阶段学了小学英语教材，基本上达到了小学英语教学的要求，但也出现了一定的分化现象，初一教师要及早摸清情况，根据我校的实际，采取切实有效的措施，抓好中小学衔接教学。在这个基础上进一步培养兴趣，强化基础，抓好起始年级的英语学习习惯。</w:t>
      </w:r>
      <w:r>
        <w:rPr>
          <w:lang w:eastAsia="zh-CN"/>
        </w:rPr>
        <w:br/>
      </w:r>
      <w:r>
        <w:rPr>
          <w:lang w:eastAsia="zh-CN"/>
        </w:rPr>
        <w:t>　　2、初二要培优补差，强化后进生的转化工作。</w:t>
      </w:r>
      <w:r>
        <w:rPr>
          <w:lang w:eastAsia="zh-CN"/>
        </w:rPr>
        <w:br/>
      </w:r>
      <w:r>
        <w:rPr>
          <w:lang w:eastAsia="zh-CN"/>
        </w:rPr>
        <w:t>　　课任教师对本班的后进生，要了解其思想动态、寻找致差原因，有的放矢，区别对待，耐心辅导，力求稳住和缩小两极分化程度。</w:t>
      </w:r>
      <w:r>
        <w:rPr>
          <w:lang w:eastAsia="zh-CN"/>
        </w:rPr>
        <w:br/>
      </w:r>
      <w:r>
        <w:rPr>
          <w:lang w:eastAsia="zh-CN"/>
        </w:rPr>
        <w:t>　　3、初三教学要以本为本、以纲为纲。</w:t>
      </w:r>
      <w:r>
        <w:rPr>
          <w:lang w:eastAsia="zh-CN"/>
        </w:rPr>
        <w:br/>
      </w:r>
      <w:r>
        <w:rPr>
          <w:lang w:eastAsia="zh-CN"/>
        </w:rPr>
        <w:t>　　在扎实认真教好课本基础知识的同时，还要挖掘潜力，查缺补漏，着力加强学法指导和能力培养。特别是要认真学习《考纲》和近几年平凉中考英语真题，注意对考试动向的信息收集和试题研究，提高毕业班教学效率。</w:t>
      </w:r>
      <w:r>
        <w:rPr>
          <w:lang w:eastAsia="zh-CN"/>
        </w:rPr>
        <w:br/>
      </w:r>
      <w:r>
        <w:rPr>
          <w:lang w:eastAsia="zh-CN"/>
        </w:rPr>
        <w:t>　　三、工作措施</w:t>
      </w:r>
      <w:r>
        <w:rPr>
          <w:lang w:eastAsia="zh-CN"/>
        </w:rPr>
        <w:br/>
      </w:r>
      <w:r>
        <w:rPr>
          <w:lang w:eastAsia="zh-CN"/>
        </w:rPr>
        <w:t>　　1、加强教育理论学习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本学期教研组各位老师要通过网上下载、分散学习和教研组会讨论交流等方式来学习《基础教育课程改革纲要》、《英语课程标准》、《英语课程标准解读》和《课程改革与课程评价》等有关课程改革的材料，明确英语课程在基础教育阶段的四个基本任务，特别是要认真学习和理解课程标准中的"六个基本理念"，并用这些理念来指导平时的课堂教学，以提高课堂教学效率。</w:t>
      </w:r>
      <w:r>
        <w:rPr>
          <w:lang w:eastAsia="zh-CN"/>
        </w:rPr>
        <w:br/>
      </w:r>
      <w:r>
        <w:rPr>
          <w:lang w:eastAsia="zh-CN"/>
        </w:rPr>
        <w:t>　　2、做好"教学常规"的'学习和实施工作。</w:t>
      </w:r>
      <w:r>
        <w:rPr>
          <w:lang w:eastAsia="zh-CN"/>
        </w:rPr>
        <w:br/>
      </w:r>
      <w:r>
        <w:rPr>
          <w:lang w:eastAsia="zh-CN"/>
        </w:rPr>
        <w:t>　　在开学初的教研组活动中全组教师要认真学习本校的教学管理制度及常规要求，明确上课、备课、编写教案、布置作业及作业批阅中的一些具体要求，使大家从思想上重视起来。在以后的备课、上课、作业布置和批阅、辅导等各个环节中，以制度为准则，对照检查，严格执行。</w:t>
      </w:r>
      <w:r>
        <w:rPr>
          <w:lang w:eastAsia="zh-CN"/>
        </w:rPr>
        <w:br/>
      </w:r>
      <w:r>
        <w:rPr>
          <w:lang w:eastAsia="zh-CN"/>
        </w:rPr>
        <w:t>　　3、建立初中英语教育教学资源库。</w:t>
      </w:r>
      <w:r>
        <w:rPr>
          <w:lang w:eastAsia="zh-CN"/>
        </w:rPr>
        <w:br/>
      </w:r>
      <w:r>
        <w:rPr>
          <w:lang w:eastAsia="zh-CN"/>
        </w:rPr>
        <w:t>　　本学期教研组将通过公开课、示范课、说课、评课、教学心得、优秀教案、高效作业、精品试题、个人总结、年级汇总和网上收集等各种形式来汇总建立初中英语教育教学资源库。以后还要不断地向资源库添入新的内容，使资源库不断优化、不断更新，真正为我校初中英语教育教学发挥一定的作用。</w:t>
      </w:r>
      <w:r>
        <w:rPr>
          <w:lang w:eastAsia="zh-CN"/>
        </w:rPr>
        <w:br/>
      </w:r>
      <w:r>
        <w:rPr>
          <w:lang w:eastAsia="zh-CN"/>
        </w:rPr>
        <w:t>　　4、加快信息技术学习进程。</w:t>
      </w:r>
      <w:r>
        <w:rPr>
          <w:lang w:eastAsia="zh-CN"/>
        </w:rPr>
        <w:br/>
      </w:r>
      <w:r>
        <w:rPr>
          <w:lang w:eastAsia="zh-CN"/>
        </w:rPr>
        <w:t>　　教研组全体教师要学好电脑技术和网络技术，能熟练运用基本信息技术，从而推动学科教学与信息技术的整合，为以后条件成熟后教师运用现代教学理论设计多媒体教学辅助课件打下基础。</w:t>
      </w:r>
      <w:r>
        <w:rPr>
          <w:lang w:eastAsia="zh-CN"/>
        </w:rPr>
        <w:br/>
      </w:r>
      <w:r>
        <w:rPr>
          <w:lang w:eastAsia="zh-CN"/>
        </w:rPr>
        <w:t>　　5、撰写教育教学论文。</w:t>
      </w:r>
      <w:r>
        <w:rPr>
          <w:lang w:eastAsia="zh-CN"/>
        </w:rPr>
        <w:br/>
      </w:r>
      <w:r>
        <w:rPr>
          <w:lang w:eastAsia="zh-CN"/>
        </w:rPr>
        <w:t>　　全组老师要通过理论学习，不断反思、探索，并联系实际积极撰写外语教育教学论文。每学期至少一篇，期末时输入资源库备案。</w:t>
      </w:r>
      <w:r>
        <w:rPr>
          <w:lang w:eastAsia="zh-CN"/>
        </w:rPr>
        <w:br/>
      </w:r>
      <w:r>
        <w:rPr>
          <w:lang w:eastAsia="zh-CN"/>
        </w:rPr>
        <w:t>　　6、努力鞭策青年教师的成长。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青年教师是英语组的一支生力军，教研组将通过听课、评课、说课、讨论等方式促其不断成长外，还要求青年教师拜经验丰富的老教师为师，经常取经，不断提高。</w:t>
      </w:r>
      <w:r>
        <w:rPr>
          <w:lang w:eastAsia="zh-CN"/>
        </w:rPr>
        <w:br/>
      </w:r>
      <w:r>
        <w:rPr>
          <w:lang w:eastAsia="zh-CN"/>
        </w:rPr>
        <w:t>　　7、搞好教研组建设。</w:t>
      </w:r>
      <w:r>
        <w:rPr>
          <w:lang w:eastAsia="zh-CN"/>
        </w:rPr>
        <w:br/>
      </w:r>
      <w:r>
        <w:rPr>
          <w:lang w:eastAsia="zh-CN"/>
        </w:rPr>
        <w:t>　　(1)本组共8人，初三3人，初二2人，初一3人。</w:t>
      </w:r>
      <w:r>
        <w:rPr>
          <w:lang w:eastAsia="zh-CN"/>
        </w:rPr>
        <w:br/>
      </w:r>
      <w:r>
        <w:rPr>
          <w:lang w:eastAsia="zh-CN"/>
        </w:rPr>
        <w:t>　　(2)教研组会议每逢双周召开</w:t>
      </w:r>
      <w:r>
        <w:rPr>
          <w:lang w:eastAsia="zh-CN"/>
        </w:rPr>
        <w:br/>
      </w:r>
      <w:r>
        <w:rPr>
          <w:lang w:eastAsia="zh-CN"/>
        </w:rPr>
        <w:t>　　(3)参会时要认真履行签到制度</w:t>
      </w:r>
      <w:r>
        <w:rPr>
          <w:lang w:eastAsia="zh-CN"/>
        </w:rPr>
        <w:br/>
      </w:r>
      <w:r>
        <w:rPr>
          <w:lang w:eastAsia="zh-CN"/>
        </w:rPr>
        <w:t>　　(4)教案按学校要求要环节齐全、内容充实、书写工整、有教后记、有周前备课，并且是课时案，在教研组会上统一批阅。</w:t>
      </w:r>
      <w:r>
        <w:rPr>
          <w:lang w:eastAsia="zh-CN"/>
        </w:rPr>
        <w:br/>
      </w:r>
      <w:r>
        <w:rPr>
          <w:lang w:eastAsia="zh-CN"/>
        </w:rPr>
        <w:t>　　(5)听完公开课后要在教研组会上认真进行评课，评课时采取2+2的方式，即至少提两个优点和两个缺点。要逐人逐个发言，并让组内书记员进行记录，形成书面材料备案。</w:t>
      </w:r>
      <w:r>
        <w:rPr>
          <w:lang w:eastAsia="zh-CN"/>
        </w:rPr>
        <w:br/>
      </w:r>
      <w:r>
        <w:rPr>
          <w:lang w:eastAsia="zh-CN"/>
        </w:rPr>
        <w:t>　　(6)组内教师要多听课，同一年级、不同年级的教师之间通过听课可以相互借鉴、扬长避短，从而达到共同提高的目的。</w:t>
      </w:r>
      <w:r>
        <w:rPr>
          <w:lang w:eastAsia="zh-CN"/>
        </w:rPr>
        <w:br/>
      </w:r>
      <w:r>
        <w:rPr>
          <w:lang w:eastAsia="zh-CN"/>
        </w:rPr>
        <w:t>　　(7)按照学校组织的安排，积极参加市、县培训，加强与外校的联系和交流，借鉴兄弟学校的经验。</w:t>
      </w:r>
      <w:r>
        <w:rPr>
          <w:lang w:eastAsia="zh-CN"/>
        </w:rPr>
        <w:br/>
      </w:r>
      <w:r>
        <w:rPr>
          <w:lang w:eastAsia="zh-CN"/>
        </w:rPr>
        <w:t>　　(8)将各种教研活动上形成的教师发言、教学观点、书面材料、试题资料等及时输入资源库。</w:t>
      </w:r>
      <w:r>
        <w:rPr>
          <w:lang w:eastAsia="zh-CN"/>
        </w:rPr>
        <w:br/>
      </w:r>
      <w:r>
        <w:rPr>
          <w:lang w:eastAsia="zh-CN"/>
        </w:rPr>
        <w:t>　　四、活动安排</w:t>
      </w:r>
      <w:r>
        <w:rPr>
          <w:lang w:eastAsia="zh-CN"/>
        </w:rPr>
        <w:br/>
      </w:r>
      <w:r>
        <w:rPr>
          <w:lang w:eastAsia="zh-CN"/>
        </w:rPr>
        <w:t>　　略</w:t>
      </w:r>
      <w:r>
        <w:rPr>
          <w:lang w:eastAsia="zh-CN"/>
        </w:rPr>
        <w:br/>
      </w:r>
      <w:r>
        <w:rPr>
          <w:lang w:eastAsia="zh-CN"/>
        </w:rPr>
        <w:t>初中英语教研组工作计划范文3</w:t>
      </w:r>
      <w:r>
        <w:rPr>
          <w:lang w:eastAsia="zh-CN"/>
        </w:rPr>
        <w:br/>
      </w:r>
      <w:r>
        <w:rPr>
          <w:lang w:eastAsia="zh-CN"/>
        </w:rPr>
        <w:t xml:space="preserve">    一、指导思想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本学期我们英语组以英语新课程理念为指导，在学校及县教研室的领导下，加大教研、科研力度，扎实有效地开展各项教研活动，努力营造英语教育教学的良好氛围，积极进行校本教研，组织教师参加课改理论学习和培训，并组织教师进行听课学习，以促进教师转变教学观念，促进教师整体素质和学科教学质量的提高，从而促进教师专业成长，进一步提升我组教师的英语教学理念、教学水平和教学质量，以提高我们初中英语教学的整体水平。在学校的领导下，团结奋斗，协调好各教研组之间的关系。认真学习新课标和教学大纲，结合实践科学发展观，巩固发展我组的进取精神。在去年英语中考取得成绩的基础上，为把我组的教学教研水平提高到一个新的台阶而努力奋斗。</w:t>
      </w:r>
      <w:r>
        <w:rPr>
          <w:lang w:eastAsia="zh-CN"/>
        </w:rPr>
        <w:br/>
      </w:r>
      <w:r>
        <w:rPr>
          <w:lang w:eastAsia="zh-CN"/>
        </w:rPr>
        <w:t>　　二、工作目标</w:t>
      </w:r>
      <w:r>
        <w:rPr>
          <w:lang w:eastAsia="zh-CN"/>
        </w:rPr>
        <w:br/>
      </w:r>
      <w:r>
        <w:rPr>
          <w:lang w:eastAsia="zh-CN"/>
        </w:rPr>
        <w:t>　　1、教学目标：培养兴趣，加强学习方法指导，稳固提高英语教学质量。配合学校及教务处、教研室组织进行校内外的教学研究活动，组织老师上公开课、一课三议、三课一评等多形式的课，通过听课、评课、研讨等形式，做好课后反思，使本组教师理论与实践水平共同提高。</w:t>
      </w:r>
      <w:r>
        <w:rPr>
          <w:lang w:eastAsia="zh-CN"/>
        </w:rPr>
        <w:br/>
      </w:r>
      <w:r>
        <w:rPr>
          <w:lang w:eastAsia="zh-CN"/>
        </w:rPr>
        <w:t>　　2、本学期将对教师备课制度有所要求，希望通过教研组活动，让老师更好的掌握课程重难点，形成较完整的备课教案。各年级作了如下目标安排：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七年级：七年级的教学工作在做好中小学衔接的基础上进一步培养学生兴趣，强化基础，抓好起始年级的英语学习习惯，平时注重口语的训练，帮助学生克服口语困难，在不让学生负担太重的前提下让学生切切实实有所收获。</w:t>
      </w:r>
      <w:r>
        <w:rPr>
          <w:lang w:eastAsia="zh-CN"/>
        </w:rPr>
        <w:br/>
      </w:r>
      <w:r>
        <w:rPr>
          <w:lang w:eastAsia="zh-CN"/>
        </w:rPr>
        <w:t>　　八年级：学生在巩固七年级学习内容的前提下，需加强阅读教学。因为从课本内容上来说，八年级课本内容相对于七年级在内容上，阅读材料的篇幅有所扩大，在试卷上，八年级试卷加大了阅读理解题量，这就需要老师在传授基础语法知识的同时，加强学生的词汇量和适当补充阅读材料，注意让学生在阅读中慢慢体会到乐趣，在稳固现有成绩的基础上，强化培优补差，力求进一步提升质量。</w:t>
      </w:r>
      <w:r>
        <w:rPr>
          <w:lang w:eastAsia="zh-CN"/>
        </w:rPr>
        <w:br/>
      </w:r>
      <w:r>
        <w:rPr>
          <w:lang w:eastAsia="zh-CN"/>
        </w:rPr>
        <w:t>　　九年级：学生在这个年级段出现了两极分化十分明显的情况，及个别学生甚至出现了非常明显的偏科情况，更严重的则会出现强烈的厌学，弃学的状况，更坏的情况是及个别的会出现与老师相互抵触的动作，所以在这个阶段老师更需要强化自身，在总结反思的基础上，挖掘潜力，查缺补漏，着力加强学习方法的指导和个人的能力培养的同时，还需注意学生思想动态的发展。九年级下学期这一阶段的'复习工作十分关键。面对着升学的压力和任务，面对着这两个班学生的英语程度相差很大的实际情况。我们要更加深入地研究教材，根据学科特点及学生特点研究切实可行的课堂教学模式和复习模式。同时，要进行分层次教学。对于基础好的学生要加大知识的容量，拓展知识的层面，使他们更上一层楼；对于基础较差的学生要因势利导，因材施教，使他们在原有的基础上有所提高、有所收获，为将来的学习打好基础。</w:t>
      </w:r>
      <w:r>
        <w:rPr>
          <w:lang w:eastAsia="zh-CN"/>
        </w:rPr>
        <w:br/>
      </w:r>
      <w:r>
        <w:rPr>
          <w:lang w:eastAsia="zh-CN"/>
        </w:rPr>
        <w:t>　　三、工作措施：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（一）强化本教研组建设，积极发挥教研组的团队合作力量。</w:t>
      </w:r>
      <w:r>
        <w:rPr>
          <w:lang w:eastAsia="zh-CN"/>
        </w:rPr>
        <w:br/>
      </w:r>
      <w:r>
        <w:rPr>
          <w:lang w:eastAsia="zh-CN"/>
        </w:rPr>
        <w:t>　　本学期我们将以教研组为单位进行教学研究，把本教研组作为一个有力的团体，打团队仗，让每一位教师在团队中发挥自己的潜能，凝聚智慧，创造智慧。</w:t>
      </w:r>
      <w:r>
        <w:rPr>
          <w:lang w:eastAsia="zh-CN"/>
        </w:rPr>
        <w:br/>
      </w:r>
      <w:r>
        <w:rPr>
          <w:lang w:eastAsia="zh-CN"/>
        </w:rPr>
        <w:t>　　1、首先，于开学初的教研组活动和全组教师认真学习本校的教学管理制度及常规要求，并做好明确上课、备课、编写教案、布置作业及作业批阅中的一些具体要求，使教师明确认识，从思想上重视起来。并且能有章可循，有规可依。在教学过程中，即在备课、上课、作业的布置和批阅、辅导等各个环节中，以制度为准则，对照检查，严格执行。</w:t>
      </w:r>
      <w:r>
        <w:rPr>
          <w:lang w:eastAsia="zh-CN"/>
        </w:rPr>
        <w:br/>
      </w:r>
      <w:r>
        <w:rPr>
          <w:lang w:eastAsia="zh-CN"/>
        </w:rPr>
        <w:t>　　2、规范教学的每个环节。教研组要在落实常规方面发挥重要作用，要配合教务处和教研室做好常规落实的检查、督促工作；要定期组织教学研究活动，围绕相应的研究专题，组织相应的公开课、观摩课、示范课，通过研讨、观摩、评议等形式，使教研组全体英语教师能够共同提高，人人受益。</w:t>
      </w:r>
      <w:r>
        <w:rPr>
          <w:lang w:eastAsia="zh-CN"/>
        </w:rPr>
        <w:br/>
      </w:r>
      <w:r>
        <w:rPr>
          <w:lang w:eastAsia="zh-CN"/>
        </w:rPr>
        <w:t>　　3学生方面：</w:t>
      </w:r>
      <w:r>
        <w:rPr>
          <w:lang w:eastAsia="zh-CN"/>
        </w:rPr>
        <w:br/>
      </w:r>
      <w:r>
        <w:rPr>
          <w:lang w:eastAsia="zh-CN"/>
        </w:rPr>
        <w:t>　　①本学期会进一步强化后进生的转化工作，做好课后个别辅导。要求各任课教师对本班学生了解清楚，了解其思想动态、学习状况，摸准后进生，寻找致差原因，有的放矢，区别对待，耐心辅导。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②加强九年级毕业班工作的研究，提高毕业班教学效率。扎扎实实，加强对考试动向的信息收集和试题研究，在基础知识到位的同时，抓好听、说、读、写综合能力的培养，特别要重视学生阅读能力的训练，结合学生的现有实际情况，对暂时落后的学生转化辅导同步，坚信教师的努力会使学生更健康成长。</w:t>
      </w:r>
      <w:r>
        <w:rPr>
          <w:lang w:eastAsia="zh-CN"/>
        </w:rPr>
        <w:br/>
      </w:r>
      <w:r>
        <w:rPr>
          <w:lang w:eastAsia="zh-CN"/>
        </w:rPr>
        <w:t>　　（二）加强教学常规管理，提高教学质量。</w:t>
      </w:r>
      <w:r>
        <w:rPr>
          <w:lang w:eastAsia="zh-CN"/>
        </w:rPr>
        <w:br/>
      </w:r>
      <w:r>
        <w:rPr>
          <w:lang w:eastAsia="zh-CN"/>
        </w:rPr>
        <w:t>　　1．加强教学常规管理。全面落实课程计划，严格按课表上课，按教学进度、备课内容上课，提前进课堂，准时下课，每天按时处理学生的作业，不体罚和变相体罚学生。</w:t>
      </w:r>
      <w:r>
        <w:rPr>
          <w:lang w:eastAsia="zh-CN"/>
        </w:rPr>
        <w:br/>
      </w:r>
      <w:r>
        <w:rPr>
          <w:lang w:eastAsia="zh-CN"/>
        </w:rPr>
        <w:t>　　2．做好教学质量检测。每一位教师都要树立质量为主的思想，继续做好培优辅差工作。学校在期中和期末对学生的学习情况进行统一的检测，并对检测的情况进行全面的总结，我们要切实做好这项工作，及时分析教学中存在的问题，提出今后改进的措施。</w:t>
      </w:r>
      <w:r>
        <w:rPr>
          <w:lang w:eastAsia="zh-CN"/>
        </w:rPr>
        <w:br/>
      </w:r>
      <w:r>
        <w:rPr>
          <w:lang w:eastAsia="zh-CN"/>
        </w:rPr>
        <w:t>　　（三）在学习与实践中不断提高教师的队伍素质。</w:t>
      </w:r>
      <w:r>
        <w:rPr>
          <w:lang w:eastAsia="zh-CN"/>
        </w:rPr>
        <w:br/>
      </w:r>
      <w:r>
        <w:rPr>
          <w:lang w:eastAsia="zh-CN"/>
        </w:rPr>
        <w:t>　　教师的发展才能促进学生和学校的发展，鉴于我组均为资历尚浅的成员情况，在进行教研活动是肯定会出现教学片面性的问题，因此我认为我们必须进一步加强教师培养工作，有目标、有层次、有措施地加强师资队伍建设，所以去外校听课学习回来再进行研究探讨，结合我们自身的教学特点，取其精华，用以自我的扬长补短是必须的。</w:t>
      </w:r>
      <w:r>
        <w:rPr>
          <w:lang w:eastAsia="zh-CN"/>
        </w:rPr>
        <w:br/>
      </w:r>
      <w:r>
        <w:rPr>
          <w:lang w:eastAsia="zh-CN"/>
        </w:rPr>
        <w:t>初中英语教研组工作计划范文4</w:t>
      </w:r>
      <w:r>
        <w:rPr>
          <w:lang w:eastAsia="zh-CN"/>
        </w:rPr>
        <w:br/>
      </w:r>
      <w:r>
        <w:rPr>
          <w:lang w:eastAsia="zh-CN"/>
        </w:rPr>
        <w:t xml:space="preserve">    一、指导思想：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以学校总体教学工作为依据，以提高教研质量和教学质量为目标，增强学习意识、服务意识、教科研意识、质量意识、合作意识，充分发挥业务职能的作用，以新课程改革为契机，以更新教育教学观念为先导，以课堂教学改革为重点，以培养学生的创新精神和实践能力为重点，不断深化课堂教学改革，全面提高我校初中英语教研和教学工作水平，在校长的领导下，积极探索，取得更好成绩。</w:t>
      </w:r>
      <w:r>
        <w:rPr>
          <w:lang w:eastAsia="zh-CN"/>
        </w:rPr>
        <w:br/>
      </w:r>
      <w:r>
        <w:rPr>
          <w:lang w:eastAsia="zh-CN"/>
        </w:rPr>
        <w:t>　　二、工作思路：</w:t>
      </w:r>
      <w:r>
        <w:rPr>
          <w:lang w:eastAsia="zh-CN"/>
        </w:rPr>
        <w:br/>
      </w:r>
      <w:r>
        <w:rPr>
          <w:lang w:eastAsia="zh-CN"/>
        </w:rPr>
        <w:t>　　1．教学目标：</w:t>
      </w:r>
      <w:r>
        <w:rPr>
          <w:lang w:eastAsia="zh-CN"/>
        </w:rPr>
        <w:br/>
      </w:r>
      <w:r>
        <w:rPr>
          <w:lang w:eastAsia="zh-CN"/>
        </w:rPr>
        <w:t>　　培养兴趣，加强学法指导，抓常态课堂、高效课堂，稳固提高英语教学质量。</w:t>
      </w:r>
      <w:r>
        <w:rPr>
          <w:lang w:eastAsia="zh-CN"/>
        </w:rPr>
        <w:br/>
      </w:r>
      <w:r>
        <w:rPr>
          <w:lang w:eastAsia="zh-CN"/>
        </w:rPr>
        <w:t>　　2．教研目标：</w:t>
      </w:r>
      <w:r>
        <w:rPr>
          <w:lang w:eastAsia="zh-CN"/>
        </w:rPr>
        <w:br/>
      </w:r>
      <w:r>
        <w:rPr>
          <w:lang w:eastAsia="zh-CN"/>
        </w:rPr>
        <w:t>　　（1）配合学校及教务处、教研室组织进行校内外的教学研究活动，认真撰写论文，组织老师上观摩课、示范课，通过听课、评课、研讨等形式，做好课后反思，使本组教师理论与实践水平共同提高。</w:t>
      </w:r>
      <w:r>
        <w:rPr>
          <w:lang w:eastAsia="zh-CN"/>
        </w:rPr>
        <w:br/>
      </w:r>
      <w:r>
        <w:rPr>
          <w:lang w:eastAsia="zh-CN"/>
        </w:rPr>
        <w:t>　　（2）各年级具体目标如下：</w:t>
      </w:r>
      <w:r>
        <w:rPr>
          <w:lang w:eastAsia="zh-CN"/>
        </w:rPr>
        <w:br/>
      </w:r>
      <w:r>
        <w:rPr>
          <w:lang w:eastAsia="zh-CN"/>
        </w:rPr>
        <w:t>　　七年级：进一步培养兴趣，强化基础，抓好英语学习习惯，平时注重口语的训练，帮助学生克服口语困难，在不让学生负担太重的前提下让学生切切实实有所收获。</w:t>
      </w:r>
      <w:r>
        <w:rPr>
          <w:lang w:eastAsia="zh-CN"/>
        </w:rPr>
        <w:br/>
      </w:r>
      <w:r>
        <w:rPr>
          <w:lang w:eastAsia="zh-CN"/>
        </w:rPr>
        <w:t>　　八年级：加强阅读教学，适当补充阅读材料，注意让学生在阅读中慢慢体会到乐趣，在稳固现有成绩的基础上，强化培优补差，力求进一步提升质量。</w:t>
      </w:r>
      <w:r>
        <w:rPr>
          <w:lang w:eastAsia="zh-CN"/>
        </w:rPr>
        <w:br/>
      </w:r>
      <w:r>
        <w:rPr>
          <w:lang w:eastAsia="zh-CN"/>
        </w:rPr>
        <w:t>　　九年级：在总结反思的基础上，挖掘潜力，查缺补漏，着力加强学法指导和能力培养，为实现12年中考的新突破打好基础。</w:t>
      </w:r>
      <w:r>
        <w:rPr>
          <w:lang w:eastAsia="zh-CN"/>
        </w:rPr>
        <w:br/>
      </w:r>
      <w:r>
        <w:rPr>
          <w:lang w:eastAsia="zh-CN"/>
        </w:rPr>
        <w:t>　　三、具体工作：</w:t>
      </w:r>
      <w:r>
        <w:rPr>
          <w:lang w:eastAsia="zh-CN"/>
        </w:rPr>
        <w:br/>
      </w:r>
      <w:r>
        <w:rPr>
          <w:lang w:eastAsia="zh-CN"/>
        </w:rPr>
        <w:t>　　1．加强理论学习，更新教学理念，全面推进素质教育。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强化教学常规的落实，提高课堂教学效率，组织教师认真学习学校教学常规，指导检查教师的教学工作，特别抓好“备课”、“上课”、“课后辅导”、“培优辅导”等主要环节，鼓励教师充分发挥教学特长，有效提高教学效率。</w:t>
      </w:r>
      <w:r>
        <w:rPr>
          <w:lang w:eastAsia="zh-CN"/>
        </w:rPr>
        <w:br/>
      </w:r>
      <w:r>
        <w:rPr>
          <w:lang w:eastAsia="zh-CN"/>
        </w:rPr>
        <w:t>　　3．打造“常态课堂、高效课堂”。教研组各教师认真学习常态课堂的基本要求，并每人按计划上一次公开课，及时评课，找出不足，共同学习，共同促进，以学生的主体作用为重点，以合作学习的'时效性为重点，从而来实现高效课堂。</w:t>
      </w:r>
      <w:r>
        <w:rPr>
          <w:lang w:eastAsia="zh-CN"/>
        </w:rPr>
        <w:br/>
      </w:r>
      <w:r>
        <w:rPr>
          <w:lang w:eastAsia="zh-CN"/>
        </w:rPr>
        <w:t>　　4．加强备课仍是本学期教研组工作的重点，因此要做到有计划、有目标、有实效。研究教学内容，研究学生，进度，研究教学方法，安排及教学资料要一致。通过各种方式对学生做出统一的.评价，及时了解反馈，及时调整改进，以提高集体备课的质量。通过集体备课、课堂教学、课外辅导、培优补差等多种形式缩小各平行班间的差距，争取整体取得较好的成绩。</w:t>
      </w:r>
      <w:r>
        <w:rPr>
          <w:lang w:eastAsia="zh-CN"/>
        </w:rPr>
        <w:br/>
      </w:r>
      <w:r>
        <w:rPr>
          <w:lang w:eastAsia="zh-CN"/>
        </w:rPr>
        <w:t>　　5．规范教学的每个环节。教研组要在落实常规方面发挥重要作用，要配合教务处和教研室做好常规落实的检查、督促工作；要定期组织教学研究活动，围绕相应的研究专题，组织相应的公开课、观摩课、示范课，通过研讨、观摩、评议等形式，使教研组全体英语教师能够共同提高，人人受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6．组织好英语课外小组活动。做好每月测、期中、期末命题双向分析和补缺、补差同学的成绩跟踪，加强月测命题分析的研讨和落实。从中及时了解学生学习的情况，对教学和命题进行调整。建立备课组内教学评价和质量保障体系，以达到自我诊断、自我调解、自主发展的目的。在英语教师中提倡精选习题、精编习题、因材施教。进一步做好英语补缺补差工作。加强九年级毕业班工作的研究，提高毕业班教学效率。组织九年级英语教师及全组成员认真学习《中小学英语课程标准》、《中考说明》，加强对中考动向的信息收集和试题研究，凝神聚力，争取九年级中考听力、口语测试取得圆满的成绩，扎扎实实教好第一遍，要在基础知识到位的同时，抓好听、说、读、写综合能力的培养，特别要重视学生阅读能力的训练。</w:t>
      </w:r>
      <w:r>
        <w:rPr>
          <w:lang w:eastAsia="zh-CN"/>
        </w:rPr>
        <w:br/>
      </w:r>
      <w:r>
        <w:rPr>
          <w:lang w:eastAsia="zh-CN"/>
        </w:rPr>
        <w:t>　　7．组织本教研组教师撰写论文。英语组要确定教研专题，全体英语教师通过理论学习和校本培训，不断反思、探索，并联系实际积极撰写英语教育教学论文</w:t>
      </w:r>
      <w:r>
        <w:rPr>
          <w:lang w:eastAsia="zh-CN"/>
        </w:rPr>
        <w:br/>
      </w:r>
      <w:r>
        <w:rPr>
          <w:lang w:eastAsia="zh-CN"/>
        </w:rPr>
        <w:t>　　总之，在校的带领下我们英语组全体组员会开拓进取，不断完善自己，将教学质量放首位，为学校的教育事业贡献最大力量。</w:t>
      </w:r>
      <w:r>
        <w:rPr>
          <w:lang w:eastAsia="zh-CN"/>
        </w:rPr>
        <w:br/>
      </w:r>
      <w:r>
        <w:rPr>
          <w:lang w:eastAsia="zh-CN"/>
        </w:rPr>
        <w:t>初中英语教研组工作计划范文5</w:t>
      </w:r>
      <w:r>
        <w:rPr>
          <w:lang w:eastAsia="zh-CN"/>
        </w:rPr>
        <w:br/>
      </w:r>
      <w:r>
        <w:rPr>
          <w:lang w:eastAsia="zh-CN"/>
        </w:rPr>
        <w:t xml:space="preserve">    为配合学校新学期计划和市、区教体局有关要求，办家长放心，学生满意，社会声誉高的__市名校，我们英语组全体教师认真讨论学校了新学期工作计划，很受鼓舞，明确了新学期的奋斗目标，力争在本学期教学工作等各方面取得更好成绩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全组上下团结协作，奋发向上，形成一个有凝聚力的良好群体。老师们能在本学期加强自身师德修养，做到真情热融教，不断提高教育教学能力，在成就事业的同时，实现自身的不断进步。中老年教师做好传帮带工作，青年老师要积极进取，借助学校为我们搭建的平台，勤奋工作，努力做到教育态度端正、教育思想科学、专业水平和教学效果提高快。三位青年教师本学期通过学习展示一节讲练课或读写课。每位老师要摆正心态，不断创造快乐，享受工作，快乐生活，学期末利用教研活动时间讲自己工作中快乐的故事。</w:t>
      </w:r>
      <w:r>
        <w:rPr>
          <w:lang w:eastAsia="zh-CN"/>
        </w:rPr>
        <w:br/>
      </w:r>
      <w:r>
        <w:rPr>
          <w:lang w:eastAsia="zh-CN"/>
        </w:rPr>
        <w:t>　　2、以专业理论学习为着眼点，增强责任意识，提高教育教学理论水平。本学期我们组将以“青岛教育”“每周一读”为蓝本坚持里理论学习，利用教研活动时间集中讨论，通过学习，使我们组教师能站在新的理论高度去实施教学计划，落实教学目标。参加__区中小学教学基本功比武的教师要高度重视，认真学习理论知识，加强教学基本功训练，争取通过率100%，人人取得好成绩。</w:t>
      </w:r>
      <w:r>
        <w:rPr>
          <w:lang w:eastAsia="zh-CN"/>
        </w:rPr>
        <w:br/>
      </w:r>
      <w:r>
        <w:rPr>
          <w:lang w:eastAsia="zh-CN"/>
        </w:rPr>
        <w:t>　　3、突出集备组工作，加强教学研究与学情分析，形成浓厚地教育教学研究氛围。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各集备组期初有计划，期末有总结。集备组长认真组织好每周的集备活动，落实到人，实行责任包干制，写好集备记录。集备要事先定好主题，有针对性，注重精细化，注重集备实效性。结合区片大集备，一个单元的每一课分专人编写教学案、课件、学案，做到质量高、实用性强，然后每一周由主备人整理、修改本单元教案、学案、课件，拿出备课中注意到的重点问题、难点问题进行组内交流，统一意见后进行二次整理形成电子通案。各位老师认真写好每周一个精品案，青年教师手写每堂详案。集备组还要把好练习关、试题关，各级部每周进行一次质量检测，并做好每次质量检测分析，及时交流经验，解决疑难问题，尽可能缩小班与班之间的差距，不断提升各集备组在区片的三率成绩，特别是在提高优秀率方面有得力措施（如分层布置作业，老师单独批改，个别辅导等）。各集备组选出一名细心负责的老师作为资料管理员，建立资料库，收集整理保管组内教学材料，方便老师们查找，使用，交流。</w:t>
      </w:r>
      <w:r>
        <w:rPr>
          <w:lang w:eastAsia="zh-CN"/>
        </w:rPr>
        <w:br/>
      </w:r>
      <w:r>
        <w:rPr>
          <w:lang w:eastAsia="zh-CN"/>
        </w:rPr>
        <w:t>　　2）我们学段相当一部分学生学习英语的主动性差，成绩较好的学生也缺乏灵活解题的学习能力，面对现实我们应该做的是少发牢骚，多想办法。每次集备把研究学生作为重点，结合我们学科特点在培养学生浓厚的学习兴趣和风气上大做文章，要注重情感投入，从关注学生在上课、听讲、作业、自习等各个细节上入手，（如作业批改要给予鼓励激励性的评语，关注学生个性差异多表扬少批评等）。培养学生学习习惯和持之以恒的学习信心，严格要求，同时加强学习方法指导，形成良好的学习竞争风气。各位老师要做好提高不同层次学生学习成绩的详细计划，最大限度提高。</w:t>
      </w:r>
      <w:r>
        <w:rPr>
          <w:lang w:eastAsia="zh-CN"/>
        </w:rPr>
        <w:br/>
      </w:r>
      <w:r>
        <w:rPr>
          <w:lang w:eastAsia="zh-CN"/>
        </w:rPr>
        <w:t>　　4、打造高校课堂，上好每一节课，确保45分钟课堂教学高效率。</w:t>
      </w:r>
      <w:r>
        <w:rPr>
          <w:lang w:eastAsia="zh-CN"/>
        </w:rPr>
        <w:br/>
      </w:r>
      <w:r>
        <w:rPr>
          <w:lang w:eastAsia="zh-CN"/>
        </w:rPr>
        <w:t>　　1）结合__区“激情教学”十条要求，根据英语学科特点努力做到</w:t>
      </w:r>
      <w:r>
        <w:rPr>
          <w:lang w:eastAsia="zh-CN"/>
        </w:rPr>
        <w:br/>
      </w:r>
      <w:r>
        <w:rPr>
          <w:lang w:eastAsia="zh-CN"/>
        </w:rPr>
        <w:t>　　1、老师以饱满的热情进入课堂，带动起每一位学生的兴趣，使每一位学生都学有所获，同时注意不同层次的`学生的需要。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2、促使师生、生生多维互动，运用小组合作组织教学时，注意小组合作的有效性，关注问题预设与问题生成的真正探究价值，不能仅仅满足于表面的课堂活跃。</w:t>
      </w:r>
      <w:r>
        <w:rPr>
          <w:lang w:eastAsia="zh-CN"/>
        </w:rPr>
        <w:br/>
      </w:r>
      <w:r>
        <w:rPr>
          <w:lang w:eastAsia="zh-CN"/>
        </w:rPr>
        <w:t>　　3、关注学生听课状态，让学生紧跟着老师授课，充分调动学生的积极性，让学生的思维活动起来，培养学生的创新精神和实践能力。</w:t>
      </w:r>
      <w:r>
        <w:rPr>
          <w:lang w:eastAsia="zh-CN"/>
        </w:rPr>
        <w:br/>
      </w:r>
      <w:r>
        <w:rPr>
          <w:lang w:eastAsia="zh-CN"/>
        </w:rPr>
        <w:t>　　2）今年暑期全省远程培训提高了老师们的专业知识和专业技能，为了更便于课堂操作，突出教学实效性，我们计划利用教研活动时间针对几个重要环节进行二次培训，使三维目标不成为摆设。在教学目标达程度、教学设计、讲授倾听效果、巩固练习等各个环节把好关，使每一个教学环节都做到扎实有效。</w:t>
      </w:r>
      <w:r>
        <w:rPr>
          <w:lang w:eastAsia="zh-CN"/>
        </w:rPr>
        <w:br/>
      </w:r>
      <w:r>
        <w:rPr>
          <w:lang w:eastAsia="zh-CN"/>
        </w:rPr>
        <w:t>　　3）努力提高自身的课堂管理能力和驾驭能力，重点抓好三个步骤：课前精心备课，课堂认真实施，课后抓牢落实。重点做好几个点：</w:t>
      </w:r>
      <w:r>
        <w:rPr>
          <w:lang w:eastAsia="zh-CN"/>
        </w:rPr>
        <w:br/>
      </w:r>
      <w:r>
        <w:rPr>
          <w:lang w:eastAsia="zh-CN"/>
        </w:rPr>
        <w:t>　　1）、课前有准备，2）、课上有激情，3）、教学有节奏，4）、练习有目的，5）、作业布置有层次，6）、课后有反馈，7）、词语过关天天有。</w:t>
      </w:r>
      <w:r>
        <w:rPr>
          <w:lang w:eastAsia="zh-CN"/>
        </w:rPr>
        <w:br/>
      </w:r>
      <w:r>
        <w:rPr>
          <w:lang w:eastAsia="zh-CN"/>
        </w:rPr>
        <w:t>　　4）建立本组（由出示过区市公开课的老师和集备组长组成）听评课智囊团，结合学校开展的“三课”活动，在各集备组开展“同课异构”教学研究活动，全体组员参与听课、评课，然后各集备组推出一或两人参加组内重点课题研讨课的选拔，智囊团集中听课，评课然后选出优秀选手参与学校公开课的评选，目的在于增强老师们的竞争意识，提高出课质量，提炼有效的教法、学法加以推广，形成新的课型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5、结合学校计划做好校本课程的宣传，申报，辅导和评价工作。各年级根据学生特点可选用全体学生参加、部分选拔、学生自愿等形式实施校本课程。七年级主要进行词语竞赛、英语交际用语对话；八年级主要进行英语模仿秀、英语短剧表演；九年级主要进行英语朗诵、英语演讲。另外我们计划开展“it’smy day！”活动，特请外教亲临学校与学生进行面对面交流，提高学生学英语的兴趣，开阔学生的眼界，让学生亲自感受英语的魅力。</w:t>
      </w:r>
      <w:r>
        <w:rPr>
          <w:lang w:eastAsia="zh-CN"/>
        </w:rPr>
        <w:br/>
      </w:r>
      <w:r>
        <w:rPr>
          <w:lang w:eastAsia="zh-CN"/>
        </w:rPr>
        <w:t>　　6、认真参加区片、市的教研活动，积极参与讨论、教研，把握教改动向。大力提高本组老师的竞争意识，借助我校为老师们提供的平台，鼓励老师们走出学校，走出区片，敢与__市的名师切磋技艺。</w:t>
      </w:r>
      <w:r>
        <w:rPr>
          <w:lang w:eastAsia="zh-CN"/>
        </w:rPr>
        <w:br/>
      </w:r>
      <w:r>
        <w:rPr>
          <w:lang w:eastAsia="zh-CN"/>
        </w:rPr>
        <w:t>　　教学质量是学校的生命，决定一个教师与一所学校的生存。校容我荣，愿我们英语组老师齐心协力，为学校的发展尽自己一份力量。</w:t>
      </w:r>
      <w:r>
        <w:rPr>
          <w:lang w:eastAsia="zh-CN"/>
        </w:rPr>
        <w:br/>
      </w:r>
      <w:r>
        <w:rPr>
          <w:lang w:eastAsia="zh-CN"/>
        </w:rPr>
        <w:t>初中英语教研组工作计划范文6</w:t>
      </w:r>
      <w:r>
        <w:rPr>
          <w:lang w:eastAsia="zh-CN"/>
        </w:rPr>
        <w:br/>
      </w:r>
      <w:r>
        <w:rPr>
          <w:lang w:eastAsia="zh-CN"/>
        </w:rPr>
        <w:t xml:space="preserve">    一、指导思想 </w:t>
      </w:r>
      <w:r>
        <w:rPr>
          <w:lang w:eastAsia="zh-CN"/>
        </w:rPr>
        <w:br/>
      </w:r>
      <w:r>
        <w:rPr>
          <w:lang w:eastAsia="zh-CN"/>
        </w:rPr>
        <w:t>　　初中英语教研工作以《基础课程改革纲要》为指针，以推进新课程改革为中心，以《英语课程标准》为指导，以提高学科教学质量为重点，着力抓好中学英语学科教学基本要求的修订与实施以及学科课堂教学模式的探讨，进一步提高课堂教学效率，全面提升学科教学质量。</w:t>
      </w:r>
      <w:r>
        <w:rPr>
          <w:lang w:eastAsia="zh-CN"/>
        </w:rPr>
        <w:br/>
      </w:r>
      <w:r>
        <w:rPr>
          <w:lang w:eastAsia="zh-CN"/>
        </w:rPr>
        <w:t>　　二、工作要点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继续开展课标、教材培训，确保学科课改工作的有效实施。本学期开学初，将在七年级举办《英语课程标准》和《新目标》英语教材培训活动，帮助教师转变教育观念，转变教学行为，实施有效教学，以适应课程改革的需要。</w:t>
      </w:r>
      <w:r>
        <w:rPr>
          <w:lang w:eastAsia="zh-CN"/>
        </w:rPr>
        <w:br/>
      </w:r>
      <w:r>
        <w:rPr>
          <w:lang w:eastAsia="zh-CN"/>
        </w:rPr>
        <w:t>　　2、大力开展课堂教学模式的研究和实践活动，提高课堂教学效率。本学期将开展英语课堂教学模式的实践活动，加强课堂教学模式实践的督促和指导，提高课堂教学的有效性。</w:t>
      </w:r>
      <w:r>
        <w:rPr>
          <w:lang w:eastAsia="zh-CN"/>
        </w:rPr>
        <w:br/>
      </w:r>
      <w:r>
        <w:rPr>
          <w:lang w:eastAsia="zh-CN"/>
        </w:rPr>
        <w:t>　　3、转变教研方式，加强教学指导。本期教研工作将进一步下移工作重心，改进工作方法，深入教研组，指导、督促和参与学校的校本教学研究，与教师建立一种平等对话、互相学习的合作伙伴关系。了解教师教学、教研、科研工作中存在的主要困难，重点指导集体备课、教学案例分析等与教师成长紧密相关的教研活动，使教师自觉养成在研究状态下工作的职业生活方式。</w:t>
      </w:r>
      <w:r>
        <w:rPr>
          <w:lang w:eastAsia="zh-CN"/>
        </w:rPr>
        <w:br/>
      </w:r>
      <w:r>
        <w:rPr>
          <w:lang w:eastAsia="zh-CN"/>
        </w:rPr>
        <w:t>　　4、继续抓好学科教研网络建设，提高同步教案设计的质量。要充分利用信息平台，推进教研工作信息化，实现网上教研资源的共享，提高学科教研工作的实效性。本期要加大九年级英语同步备课的指导力度，加强备课教师的培训，发挥网络同步备课栏目在教学中的指导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5、加强教研片区建设，促进共同发展。加强校际间的学科教研活动，使区域教研资源得到有效的整合与互补，有效推进学科课改和校本教研的实施。通过开展公开课观摩、教学经验交流、毕业复习工作的研讨等活动，促进片区内学科间的交流与合作，相互学习，共同提高。同时培养教师的.研究意识、合作精神，使新课程的实施与教师的专业成长同步。</w:t>
      </w:r>
      <w:r>
        <w:rPr>
          <w:lang w:eastAsia="zh-CN"/>
        </w:rPr>
        <w:br/>
      </w:r>
      <w:r>
        <w:rPr>
          <w:lang w:eastAsia="zh-CN"/>
        </w:rPr>
        <w:t>　　6、培养和使用骨干教师，着力打造品牌教师。做到有计划、有目的、有重点地指导和培养学科骨干教师，并通过他们带动一个教研组和年级备课组，带好一批学科教师。通过各级各类教研活动的开展，充分发挥区中心教研组成员、片区学科教研组长、学校教研组长和学科带头人在教学、教研、科研中的“领头羊”作用，切实解决教学中的实际问题。</w:t>
      </w:r>
      <w:r>
        <w:rPr>
          <w:lang w:eastAsia="zh-CN"/>
        </w:rPr>
        <w:br/>
      </w:r>
      <w:r>
        <w:rPr>
          <w:lang w:eastAsia="zh-CN"/>
        </w:rPr>
        <w:t>　　7、加强毕业年级的教学研究，重视毕业复习指导工作。针对区内初中学校校点多，分布广，阵线长这一特点，教研员要加强教学视导，深入学校，走进课堂，了解、分析毕业班英语教学现状，找出教学中存在的主要问题，有针对性地提出教学建议，有效地指导毕业年级的教学工作，提升教育教学质量。</w:t>
      </w:r>
      <w:r>
        <w:rPr>
          <w:lang w:eastAsia="zh-CN"/>
        </w:rPr>
        <w:br/>
      </w:r>
      <w:r>
        <w:rPr>
          <w:lang w:eastAsia="zh-CN"/>
        </w:rPr>
        <w:t>　　三、具体工作及措施</w:t>
      </w:r>
      <w:r>
        <w:rPr>
          <w:lang w:eastAsia="zh-CN"/>
        </w:rPr>
        <w:br/>
      </w:r>
      <w:r>
        <w:rPr>
          <w:lang w:eastAsia="zh-CN"/>
        </w:rPr>
        <w:t>　　1、做好青年教师指导培养工作。</w:t>
      </w:r>
      <w:r>
        <w:rPr>
          <w:lang w:eastAsia="zh-CN"/>
        </w:rPr>
        <w:br/>
      </w:r>
      <w:r>
        <w:rPr>
          <w:lang w:eastAsia="zh-CN"/>
        </w:rPr>
        <w:t>　　（1）让特色鲜明业务水平高，师德高尚的教师与他们结对。</w:t>
      </w:r>
      <w:r>
        <w:rPr>
          <w:lang w:eastAsia="zh-CN"/>
        </w:rPr>
        <w:br/>
      </w:r>
      <w:r>
        <w:rPr>
          <w:lang w:eastAsia="zh-CN"/>
        </w:rPr>
        <w:t>　　（2）从备课、听课、教学理念等方面进行指导、培养。</w:t>
      </w:r>
      <w:r>
        <w:rPr>
          <w:lang w:eastAsia="zh-CN"/>
        </w:rPr>
        <w:br/>
      </w:r>
      <w:r>
        <w:rPr>
          <w:lang w:eastAsia="zh-CN"/>
        </w:rPr>
        <w:t>　　（3）创造机会让新教师多听课，多上公开课。</w:t>
      </w:r>
      <w:r>
        <w:rPr>
          <w:lang w:eastAsia="zh-CN"/>
        </w:rPr>
        <w:br/>
      </w:r>
      <w:r>
        <w:rPr>
          <w:lang w:eastAsia="zh-CN"/>
        </w:rPr>
        <w:t>　　（4）开展教学评比活动，提高教学基本素养和教学水平。</w:t>
      </w:r>
      <w:r>
        <w:rPr>
          <w:lang w:eastAsia="zh-CN"/>
        </w:rPr>
        <w:br/>
      </w:r>
      <w:r>
        <w:rPr>
          <w:lang w:eastAsia="zh-CN"/>
        </w:rPr>
        <w:t>　　2、加强理论学习，逐步树立“以人为本”的思想，转变陈旧落后的教学观念。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（1）打开学习通道，做到走出去，请进来，与友邻单位加强合作。</w:t>
      </w:r>
      <w:r>
        <w:rPr>
          <w:lang w:eastAsia="zh-CN"/>
        </w:rPr>
        <w:br/>
      </w:r>
      <w:r>
        <w:rPr>
          <w:lang w:eastAsia="zh-CN"/>
        </w:rPr>
        <w:t>　　（2）重视教法、学法研究。</w:t>
      </w:r>
      <w:r>
        <w:rPr>
          <w:lang w:eastAsia="zh-CN"/>
        </w:rPr>
        <w:br/>
      </w:r>
      <w:r>
        <w:rPr>
          <w:lang w:eastAsia="zh-CN"/>
        </w:rPr>
        <w:t>　　（3）积极鼓励，并创造机会让教师参加各种教学活动。</w:t>
      </w:r>
      <w:r>
        <w:rPr>
          <w:lang w:eastAsia="zh-CN"/>
        </w:rPr>
        <w:br/>
      </w:r>
      <w:r>
        <w:rPr>
          <w:lang w:eastAsia="zh-CN"/>
        </w:rPr>
        <w:t>　　3、 重视和加强教研组建设，采取切实措施。</w:t>
      </w:r>
      <w:r>
        <w:rPr>
          <w:lang w:eastAsia="zh-CN"/>
        </w:rPr>
        <w:br/>
      </w:r>
      <w:r>
        <w:rPr>
          <w:lang w:eastAsia="zh-CN"/>
        </w:rPr>
        <w:t>　　（1）教研组活动定时、定点、定内容。</w:t>
      </w:r>
      <w:r>
        <w:rPr>
          <w:lang w:eastAsia="zh-CN"/>
        </w:rPr>
        <w:br/>
      </w:r>
      <w:r>
        <w:rPr>
          <w:lang w:eastAsia="zh-CN"/>
        </w:rPr>
        <w:t>　　（2）健全集体备课制度。</w:t>
      </w:r>
      <w:r>
        <w:rPr>
          <w:lang w:eastAsia="zh-CN"/>
        </w:rPr>
        <w:br/>
      </w:r>
      <w:r>
        <w:rPr>
          <w:lang w:eastAsia="zh-CN"/>
        </w:rPr>
        <w:t>　　（3）配合校教导处做好优秀教研组的评选工作。</w:t>
      </w:r>
      <w:r>
        <w:rPr>
          <w:lang w:eastAsia="zh-CN"/>
        </w:rPr>
        <w:br/>
      </w:r>
      <w:r>
        <w:rPr>
          <w:lang w:eastAsia="zh-CN"/>
        </w:rPr>
        <w:t>　　（4）鼓励教师运用现代信息技术进行课堂教学。</w:t>
      </w:r>
      <w:r>
        <w:rPr>
          <w:lang w:eastAsia="zh-CN"/>
        </w:rPr>
        <w:br/>
      </w:r>
      <w:r>
        <w:rPr>
          <w:lang w:eastAsia="zh-CN"/>
        </w:rPr>
        <w:t>　　4、 培养学生的学习兴趣，全面推进素质教育。</w:t>
      </w:r>
      <w:r>
        <w:rPr>
          <w:lang w:eastAsia="zh-CN"/>
        </w:rPr>
        <w:br/>
      </w:r>
      <w:r>
        <w:rPr>
          <w:lang w:eastAsia="zh-CN"/>
        </w:rPr>
        <w:t>　　（1）各年级开展一次英语竞赛，如演讲、小品，短剧表演等。</w:t>
      </w:r>
      <w:r>
        <w:rPr>
          <w:lang w:eastAsia="zh-CN"/>
        </w:rPr>
        <w:br/>
      </w:r>
      <w:r>
        <w:rPr>
          <w:lang w:eastAsia="zh-CN"/>
        </w:rPr>
        <w:t>　　（2）在课堂上，教师运用各种激励机制来活化课堂，如游戏、英语歌曲、小品等。</w:t>
      </w:r>
      <w:r>
        <w:rPr>
          <w:lang w:eastAsia="zh-CN"/>
        </w:rPr>
        <w:br/>
      </w:r>
      <w:r>
        <w:rPr>
          <w:lang w:eastAsia="zh-CN"/>
        </w:rPr>
        <w:t>　　（3）因人而异，分层施教是全面推进素质教学的关键。</w:t>
      </w:r>
      <w:r>
        <w:rPr>
          <w:lang w:eastAsia="zh-CN"/>
        </w:rPr>
        <w:br/>
      </w:r>
      <w:r>
        <w:rPr>
          <w:lang w:eastAsia="zh-CN"/>
        </w:rPr>
        <w:t>　　5、 定期开展“师徒教学比赛”活动，使青年教师迅速成长。</w:t>
      </w:r>
      <w:r>
        <w:rPr>
          <w:lang w:eastAsia="zh-CN"/>
        </w:rPr>
        <w:br/>
      </w:r>
      <w:r>
        <w:rPr>
          <w:lang w:eastAsia="zh-CN"/>
        </w:rPr>
        <w:t>　　6、 鼓励教师树立先进的理念，建立课题，进行教科研的探索。</w:t>
      </w:r>
      <w:r>
        <w:rPr>
          <w:lang w:eastAsia="zh-CN"/>
        </w:rPr>
        <w:br/>
      </w:r>
      <w:r>
        <w:rPr>
          <w:lang w:eastAsia="zh-CN"/>
        </w:rPr>
        <w:t>　　7、 加强教研组活动的实效性，加强同头备课。</w:t>
      </w:r>
      <w:r>
        <w:rPr>
          <w:lang w:eastAsia="zh-CN"/>
        </w:rPr>
        <w:br/>
      </w:r>
    </w:p>
    <w:p w:rsidR="001B1F19" w14:textId="27C3F48A">
      <w:pPr>
        <w:rPr>
          <w:rFonts w:hint="eastAsia"/>
          <w:lang w:eastAsia="zh-CN"/>
        </w:rPr>
      </w:pPr>
      <w:r>
        <w:rPr>
          <w:lang w:eastAsia="zh-CN"/>
        </w:rPr>
        <w:t>　　教研组活动是难得的一个老师互相交流的机会，充分利用教研组活动，安排好理论学习、多媒体技术学习和教学经验交流等教研组活动内容。活动时，多交流，互相学习，年级与年级间多互通教学内容，高年级为低年级打好基础做准备。互通各种教学信息和资源，做到资源共享。每位老师保留好自己的教学资料，为建立学科教学网页和学科资源库做准备。加强同头备课，固定时间，轮流作发言人，共同设计教学环节，体现集体的力量。</w:t>
      </w:r>
      <w:r>
        <w:rPr>
          <w:lang w:eastAsia="zh-CN"/>
        </w:rPr>
        <w:br/>
      </w:r>
      <w:r>
        <w:rPr>
          <w:lang w:eastAsia="zh-CN"/>
        </w:rPr>
        <w:t>　　8、 做好资源共享工作。</w:t>
      </w:r>
      <w:r>
        <w:rPr>
          <w:lang w:eastAsia="zh-CN"/>
        </w:rPr>
        <w:br/>
      </w:r>
      <w:r>
        <w:rPr>
          <w:lang w:eastAsia="zh-CN"/>
        </w:rPr>
        <w:t>　　现在的英语教材更新很快，一套教材也许只有2轮的寿命，因此，我们越来越需要要进行思想方面的转换，既由课程教学转为话题教学，以不变应万变。因为教材的话题是相对固定的，只是文章发生了变化，词汇也是根据大纲制定的，不会有太大的出入。应对教材更新的方法就是掌握住话题教学，把文章内容作为话题教学的载体。因此，我们需要全组齐心协力，做好资源的整合工作。</w:t>
      </w:r>
      <w:r>
        <w:rPr>
          <w:lang w:eastAsia="zh-CN"/>
        </w:rPr>
        <w:br/>
      </w:r>
      <w:r>
        <w:rPr>
          <w:lang w:eastAsia="zh-CN"/>
        </w:rPr>
        <w:t>　　我们想以年级为单位，每个年级先收集各自年级的资料，初三主要负责中考复习方面的资料，包括试题，各次大考试卷，语法单项练习题和综合练习题，较好较新的阅读文章和完形填空，书面考查题等。初一、二年级负责现在初一、二教材的备课资料，课件汇总，大考试题试卷，课本所涉及的语法内容的讲授和练习材料，和话题有关的多媒体资料，包括网址，图片，影音资料等。每个年级的试题试卷要有电子稿和文字稿，将各项资料分门别类，以文件夹的形式进行整理，方便全组交流。另外，最好有一些授课的感受，例如，认为相关的语言点应讲到什么程度，或是教学过程中的一些反思等。</w:t>
      </w:r>
      <w:r>
        <w:rPr>
          <w:lang w:eastAsia="zh-CN"/>
        </w:rPr>
        <w:br/>
      </w:r>
      <w:r>
        <w:rPr>
          <w:lang w:eastAsia="zh-CN"/>
        </w:rPr>
        <w:t>　　资源共享工作在学期末进行交流，为下个学年的教学工作做好准备。</w:t>
      </w:r>
      <w:r>
        <w:rPr>
          <w:lang w:eastAsia="zh-CN"/>
        </w:rPr>
        <w:br/>
      </w:r>
      <w:r>
        <w:rPr>
          <w:lang w:eastAsia="zh-CN"/>
        </w:rPr>
        <w:t>　　四、听力口语自动化考试和中考工作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https://d.book118.com/348070122011006035</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8070122011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