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pStyle w:val="Title"/>
        <w:jc w:val="center"/>
      </w:pPr>
      <w:r>
        <w:rPr>
          <w:rFonts w:ascii="宋体" w:eastAsia="宋体" w:hAnsi="宋体"/>
          <w:sz w:val="36"/>
        </w:rPr>
        <w:t>跟单文员工作总结范文简短1500字</w:t>
      </w:r>
    </w:p>
    <w:p>
      <w:pPr>
        <w:spacing w:before="100" w:after="200" w:line="360" w:lineRule="auto"/>
        <w:ind w:firstLine="576"/>
        <w:jc w:val="left"/>
      </w:pPr>
      <w:r>
        <w:rPr>
          <w:rFonts w:ascii="宋体" w:eastAsia="宋体" w:hAnsi="宋体"/>
          <w:sz w:val="28"/>
        </w:rPr>
        <w:t>时间一晃而过，弹指之间，20xx年已过半，过去的半年在领导和同事们的悉心关怀和指导下，通过自身的不懈努力，在工作上取得了一定的成果，但也存在了诸多不足，回顾过去的半年，现将工作总结如下：</w:t>
      </w:r>
    </w:p>
    <w:p>
      <w:pPr>
        <w:spacing w:before="100" w:after="200" w:line="360" w:lineRule="auto"/>
        <w:jc w:val="left"/>
      </w:pPr>
      <w:r>
        <w:rPr>
          <w:rFonts w:ascii="宋体 (中文正文)" w:eastAsia="宋体" w:hAnsi="宋体 (中文正文)"/>
          <w:b/>
          <w:sz w:val="28"/>
        </w:rPr>
        <w:t>一、工作的主要职责</w:t>
      </w:r>
    </w:p>
    <w:p>
      <w:pPr>
        <w:spacing w:before="100" w:after="200" w:line="360" w:lineRule="auto"/>
        <w:ind w:firstLine="576"/>
        <w:jc w:val="left"/>
      </w:pPr>
      <w:r>
        <w:rPr>
          <w:rFonts w:ascii="宋体" w:eastAsia="宋体" w:hAnsi="宋体"/>
          <w:sz w:val="28"/>
        </w:rPr>
        <w:t>1、合同</w:t>
      </w:r>
    </w:p>
    <w:p>
      <w:pPr>
        <w:spacing w:before="100" w:after="200" w:line="360" w:lineRule="auto"/>
        <w:ind w:firstLine="576"/>
        <w:jc w:val="left"/>
      </w:pPr>
      <w:r>
        <w:rPr>
          <w:rFonts w:ascii="宋体" w:eastAsia="宋体" w:hAnsi="宋体"/>
          <w:sz w:val="28"/>
        </w:rPr>
        <w:t>（1）合同的制定：与客户及业务员确定合同规格及价格进行制定合同。</w:t>
      </w:r>
    </w:p>
    <w:p>
      <w:pPr>
        <w:spacing w:before="100" w:after="200" w:line="360" w:lineRule="auto"/>
        <w:ind w:firstLine="576"/>
        <w:jc w:val="left"/>
      </w:pPr>
      <w:r>
        <w:rPr>
          <w:rFonts w:ascii="宋体" w:eastAsia="宋体" w:hAnsi="宋体"/>
          <w:sz w:val="28"/>
        </w:rPr>
        <w:t>（2）合同的审批流程：根据公司要求接程序要求完成合同的审批。</w:t>
      </w:r>
    </w:p>
    <w:p>
      <w:pPr>
        <w:spacing w:before="100" w:after="200" w:line="360" w:lineRule="auto"/>
        <w:ind w:firstLine="576"/>
        <w:jc w:val="left"/>
      </w:pPr>
      <w:r>
        <w:rPr>
          <w:rFonts w:ascii="宋体" w:eastAsia="宋体" w:hAnsi="宋体"/>
          <w:sz w:val="28"/>
        </w:rPr>
        <w:t>2、下单及发货跟进：下单员根据合同下单后，及时进行核对；订单审批完，跟进物流发货情况并周一、周三、周五跟踪货柜状态，最终完成货物达到客户公司。</w:t>
      </w:r>
    </w:p>
    <w:p>
      <w:pPr>
        <w:spacing w:before="100" w:after="200" w:line="360" w:lineRule="auto"/>
        <w:ind w:firstLine="576"/>
        <w:jc w:val="left"/>
      </w:pPr>
      <w:r>
        <w:rPr>
          <w:rFonts w:ascii="宋体" w:eastAsia="宋体" w:hAnsi="宋体"/>
          <w:sz w:val="28"/>
        </w:rPr>
        <w:t>3、产品质量及破损投诉</w:t>
      </w:r>
    </w:p>
    <w:p>
      <w:pPr>
        <w:spacing w:before="100" w:after="200" w:line="360" w:lineRule="auto"/>
        <w:ind w:firstLine="576"/>
        <w:jc w:val="left"/>
      </w:pPr>
      <w:r>
        <w:rPr>
          <w:rFonts w:ascii="宋体" w:eastAsia="宋体" w:hAnsi="宋体"/>
          <w:sz w:val="28"/>
        </w:rPr>
        <w:t>（1）产品质量投诉：因客户生产过程中发现玻璃质量问题提出投诉。（2）破损投诉：因客户在接收玻璃时，发现玻璃破损提出投诉。</w:t>
      </w:r>
    </w:p>
    <w:p>
      <w:pPr>
        <w:spacing w:before="100" w:after="200" w:line="360" w:lineRule="auto"/>
        <w:ind w:firstLine="576"/>
        <w:jc w:val="left"/>
      </w:pPr>
      <w:r>
        <w:rPr>
          <w:rFonts w:ascii="宋体" w:eastAsia="宋体" w:hAnsi="宋体"/>
          <w:sz w:val="28"/>
        </w:rPr>
        <w:t>以上情况，及时与客户沟通，并让客户将相关资料（玻璃相片、箱票、发货清单）提供于我，我及时将投诉信息交于客服部，并跟进质保部调查情况，质保部调查出结果后，根据调查结果与客户及业务员沟通，提交处理意见。</w:t>
      </w:r>
    </w:p>
    <w:p>
      <w:pPr>
        <w:spacing w:before="100" w:after="200" w:line="360" w:lineRule="auto"/>
        <w:ind w:firstLine="576"/>
        <w:jc w:val="left"/>
        <w:sectPr w:rsidSect="00034616">
          <w:pgSz w:w="11906" w:h="16838"/>
          <w:pgMar w:top="1440" w:right="1440" w:bottom="1440" w:left="1440" w:header="720" w:footer="720" w:gutter="0"/>
          <w:cols w:space="720"/>
          <w:docGrid w:linePitch="360"/>
        </w:sectPr>
      </w:pPr>
      <w:r>
        <w:rPr>
          <w:rFonts w:ascii="宋体" w:eastAsia="宋体" w:hAnsi="宋体"/>
          <w:sz w:val="28"/>
        </w:rPr>
        <w:t>4、生产计划：与客户及业务确认下月生产计划，并制定表格发于计划部，分时间段跟进生产情况，以确保及时生产。</w:t>
      </w:r>
    </w:p>
    <w:p>
      <w:pPr>
        <w:spacing w:before="100" w:after="200" w:line="360" w:lineRule="auto"/>
        <w:ind w:firstLine="576"/>
        <w:jc w:val="left"/>
      </w:pPr>
      <w:r>
        <w:rPr>
          <w:rFonts w:ascii="宋体" w:eastAsia="宋体" w:hAnsi="宋体"/>
          <w:sz w:val="28"/>
        </w:rPr>
        <w:t>5、回款及余额查询：定期与业务员确认当周或当月回款情况，并每天查看客户帐上余额。</w:t>
      </w:r>
    </w:p>
    <w:p>
      <w:pPr>
        <w:spacing w:before="100" w:after="200" w:line="360" w:lineRule="auto"/>
        <w:ind w:firstLine="576"/>
        <w:jc w:val="left"/>
      </w:pPr>
      <w:r>
        <w:rPr>
          <w:rFonts w:ascii="宋体" w:eastAsia="宋体" w:hAnsi="宋体"/>
          <w:sz w:val="28"/>
        </w:rPr>
        <w:t>6、每月对账单及发票</w:t>
      </w:r>
    </w:p>
    <w:p>
      <w:pPr>
        <w:spacing w:before="100" w:after="200" w:line="360" w:lineRule="auto"/>
        <w:ind w:firstLine="576"/>
        <w:jc w:val="left"/>
      </w:pPr>
      <w:r>
        <w:rPr>
          <w:rFonts w:ascii="宋体" w:eastAsia="宋体" w:hAnsi="宋体"/>
          <w:sz w:val="28"/>
        </w:rPr>
        <w:t>（1）每月对账单与客户核对，如有问题及时沟通并及时处理。确保每月账目明确。</w:t>
      </w:r>
    </w:p>
    <w:p>
      <w:pPr>
        <w:spacing w:before="100" w:after="200" w:line="360" w:lineRule="auto"/>
        <w:ind w:firstLine="576"/>
        <w:jc w:val="left"/>
      </w:pPr>
      <w:r>
        <w:rPr>
          <w:rFonts w:ascii="宋体" w:eastAsia="宋体" w:hAnsi="宋体"/>
          <w:sz w:val="28"/>
        </w:rPr>
        <w:t>（2）发票：每月三次开票，及时寄于客户，并确认客户收到。</w:t>
      </w:r>
    </w:p>
    <w:p>
      <w:pPr>
        <w:spacing w:before="100" w:after="200" w:line="360" w:lineRule="auto"/>
        <w:ind w:firstLine="576"/>
        <w:jc w:val="left"/>
      </w:pPr>
      <w:r>
        <w:rPr>
          <w:rFonts w:ascii="宋体" w:eastAsia="宋体" w:hAnsi="宋体"/>
          <w:sz w:val="28"/>
        </w:rPr>
        <w:t>7、客户三证及开票资料：开发新客户需提供齐全资料，老客户定期查看证件是否有效。</w:t>
      </w:r>
    </w:p>
    <w:p>
      <w:pPr>
        <w:spacing w:before="100" w:after="200" w:line="360" w:lineRule="auto"/>
        <w:ind w:firstLine="576"/>
        <w:jc w:val="left"/>
      </w:pPr>
      <w:r>
        <w:rPr>
          <w:rFonts w:ascii="宋体" w:eastAsia="宋体" w:hAnsi="宋体"/>
          <w:sz w:val="28"/>
        </w:rPr>
        <w:t>8、工作联络函：因工作需要，需与各部门协调帮助。例：箱票的变更、产品包装的变更等。</w:t>
      </w:r>
    </w:p>
    <w:p>
      <w:pPr>
        <w:spacing w:before="100" w:after="200" w:line="360" w:lineRule="auto"/>
        <w:jc w:val="left"/>
      </w:pPr>
      <w:r>
        <w:rPr>
          <w:rFonts w:ascii="宋体 (中文正文)" w:eastAsia="宋体" w:hAnsi="宋体 (中文正文)"/>
          <w:b/>
          <w:sz w:val="28"/>
        </w:rPr>
        <w:t>二、工作完成情况</w:t>
      </w:r>
    </w:p>
    <w:p>
      <w:pPr>
        <w:spacing w:before="100" w:after="200" w:line="360" w:lineRule="auto"/>
        <w:ind w:firstLine="576"/>
        <w:jc w:val="left"/>
      </w:pPr>
      <w:r>
        <w:rPr>
          <w:rFonts w:ascii="宋体" w:eastAsia="宋体" w:hAnsi="宋体"/>
          <w:sz w:val="28"/>
        </w:rPr>
        <w:t>集装箱跟进，总合计：汽车销售部：179个。华北大区：25个。华东大区：76个。</w:t>
      </w:r>
    </w:p>
    <w:p>
      <w:pPr>
        <w:spacing w:before="100" w:after="200" w:line="360" w:lineRule="auto"/>
        <w:jc w:val="left"/>
      </w:pPr>
      <w:r>
        <w:rPr>
          <w:rFonts w:ascii="宋体 (中文正文)" w:eastAsia="宋体" w:hAnsi="宋体 (中文正文)"/>
          <w:b/>
          <w:sz w:val="28"/>
        </w:rPr>
        <w:t>三、工作中的缺点与不足及下步措施</w:t>
      </w:r>
    </w:p>
    <w:p>
      <w:pPr>
        <w:spacing w:before="100" w:after="200" w:line="360" w:lineRule="auto"/>
        <w:ind w:firstLine="576"/>
        <w:jc w:val="left"/>
      </w:pPr>
      <w:r>
        <w:rPr>
          <w:rFonts w:ascii="宋体" w:eastAsia="宋体" w:hAnsi="宋体"/>
          <w:sz w:val="28"/>
        </w:rPr>
        <w:t>1、制定合同时，未达到正确率百分百，以后多自我审查。</w:t>
      </w:r>
    </w:p>
    <w:p>
      <w:pPr>
        <w:spacing w:before="100" w:after="200" w:line="360" w:lineRule="auto"/>
        <w:ind w:firstLine="576"/>
        <w:jc w:val="left"/>
      </w:pPr>
      <w:r>
        <w:rPr>
          <w:rFonts w:ascii="宋体" w:eastAsia="宋体" w:hAnsi="宋体"/>
          <w:sz w:val="28"/>
        </w:rPr>
        <w:t>2、当天生产玻璃厚度未及时了解。以后多与计划部沟通、</w:t>
      </w:r>
    </w:p>
    <w:p>
      <w:pPr>
        <w:spacing w:before="100" w:after="200" w:line="360" w:lineRule="auto"/>
        <w:ind w:firstLine="576"/>
        <w:jc w:val="left"/>
      </w:pPr>
      <w:r>
        <w:rPr>
          <w:rFonts w:ascii="宋体" w:eastAsia="宋体" w:hAnsi="宋体"/>
          <w:sz w:val="28"/>
        </w:rPr>
        <w:t>3、下单后，跟进装柜未及时。以后再与跟进。</w:t>
      </w:r>
    </w:p>
    <w:p>
      <w:pPr>
        <w:spacing w:before="100" w:after="200" w:line="360" w:lineRule="auto"/>
        <w:ind w:firstLine="576"/>
        <w:jc w:val="left"/>
      </w:pPr>
      <w:r>
        <w:rPr>
          <w:rFonts w:ascii="宋体" w:eastAsia="宋体" w:hAnsi="宋体"/>
          <w:sz w:val="28"/>
        </w:rPr>
        <w:t>4、个人技能未达到跟单员的要求，以后加强自我学习。</w:t>
      </w:r>
    </w:p>
    <w:p>
      <w:pPr>
        <w:spacing w:before="100" w:after="200" w:line="360" w:lineRule="auto"/>
        <w:ind w:firstLine="576"/>
        <w:jc w:val="left"/>
        <w:sectPr w:rsidSect="00034616">
          <w:type w:val="nextPage"/>
          <w:pgSz w:w="11906" w:h="16838"/>
          <w:pgMar w:top="1440" w:right="1440" w:bottom="1440" w:left="1440" w:header="720" w:footer="720" w:gutter="0"/>
          <w:pgNumType w:start="2"/>
          <w:cols w:space="720"/>
          <w:titlePg w:val="0"/>
          <w:docGrid w:linePitch="360"/>
        </w:sectPr>
      </w:pPr>
      <w:r>
        <w:rPr>
          <w:rFonts w:ascii="宋体" w:eastAsia="宋体" w:hAnsi="宋体"/>
          <w:sz w:val="28"/>
        </w:rPr>
        <w:t>在以后的工作提高个人技能，调整心态，踏实勤奋的进入工作角色，把工作做好，做好自己的职业规划，做好每一件小事，在工作中不断地进步和完善来回报公司领导对大家的关怀和培养！</w:t>
      </w:r>
    </w:p>
    <w:p>
      <w:pPr>
        <w:spacing w:before="100" w:after="200" w:line="360" w:lineRule="auto"/>
        <w:jc w:val="left"/>
      </w:pPr>
      <w:r>
        <w:rPr>
          <w:rFonts w:ascii="宋体 (中文正文)" w:eastAsia="宋体" w:hAnsi="宋体 (中文正文)"/>
          <w:b/>
          <w:sz w:val="28"/>
        </w:rPr>
        <w:t>一、日常工作</w:t>
      </w:r>
    </w:p>
    <w:p>
      <w:pPr>
        <w:spacing w:before="100" w:after="200" w:line="360" w:lineRule="auto"/>
        <w:ind w:firstLine="576"/>
        <w:jc w:val="left"/>
      </w:pPr>
      <w:r>
        <w:rPr>
          <w:rFonts w:ascii="宋体" w:eastAsia="宋体" w:hAnsi="宋体"/>
          <w:sz w:val="28"/>
        </w:rPr>
        <w:t>⒈全面准备并了解订单资料（客户制单、生产工艺、最终确认样、确认意见或更正资料、特殊情况可携带客样），确认所掌握的所有资料之间制作工艺细节是否统一、详荆对指示不明确的事项详细反映给技术部和业务部，以便及时确认。</w:t>
      </w:r>
    </w:p>
    <w:p>
      <w:pPr>
        <w:spacing w:before="100" w:after="200" w:line="360" w:lineRule="auto"/>
        <w:ind w:firstLine="576"/>
        <w:jc w:val="left"/>
      </w:pPr>
      <w:r>
        <w:rPr>
          <w:rFonts w:ascii="宋体" w:eastAsia="宋体" w:hAnsi="宋体"/>
          <w:sz w:val="28"/>
        </w:rPr>
        <w:t>2跟单员言行、态度均代表本，因此与各业务单位处理相应业务过程中，须把握基本原则、注意言行得体、态度不卑不亢。严禁以任何主观或客观理由对客户（或客户跟单员）有过激的言行。处理业务过程中不能随意越权表态，有问题及时请示决定。</w:t>
      </w:r>
    </w:p>
    <w:p>
      <w:pPr>
        <w:spacing w:before="100" w:after="200" w:line="360" w:lineRule="auto"/>
        <w:ind w:firstLine="576"/>
        <w:jc w:val="left"/>
      </w:pPr>
      <w:r>
        <w:rPr>
          <w:rFonts w:ascii="宋体" w:eastAsia="宋体" w:hAnsi="宋体"/>
          <w:sz w:val="28"/>
        </w:rPr>
        <w:t>3预先充分估量工作中问题的潜在发生性，相应加强工作力度，完善细化前期工作，减少乃至杜绝其发生的可能性。不以发现问题为目的，预先充分防范、工作中重复发掘、及时处理问题并总结经验，对以后的工作方式和细则进一步完善方为根本之道。</w:t>
      </w:r>
    </w:p>
    <w:p>
      <w:pPr>
        <w:spacing w:before="100" w:after="200" w:line="360" w:lineRule="auto"/>
        <w:jc w:val="left"/>
      </w:pPr>
      <w:r>
        <w:rPr>
          <w:rFonts w:ascii="宋体 (中文正文)" w:eastAsia="宋体" w:hAnsi="宋体 (中文正文)"/>
          <w:b/>
          <w:sz w:val="28"/>
        </w:rPr>
        <w:t>二、跟单员工作重要性的体现</w:t>
      </w:r>
    </w:p>
    <w:p>
      <w:pPr>
        <w:spacing w:before="100" w:after="200" w:line="360" w:lineRule="auto"/>
        <w:ind w:firstLine="576"/>
        <w:jc w:val="left"/>
      </w:pPr>
      <w:r>
        <w:rPr>
          <w:rFonts w:ascii="宋体" w:eastAsia="宋体" w:hAnsi="宋体"/>
          <w:sz w:val="28"/>
        </w:rPr>
        <w:t>1.跟单员需要面对客户、面对订单开展工作。</w:t>
      </w:r>
    </w:p>
    <w:p>
      <w:pPr>
        <w:spacing w:before="100" w:after="200" w:line="360" w:lineRule="auto"/>
        <w:ind w:firstLine="576"/>
        <w:jc w:val="left"/>
      </w:pPr>
      <w:r>
        <w:rPr>
          <w:rFonts w:ascii="宋体" w:eastAsia="宋体" w:hAnsi="宋体"/>
          <w:sz w:val="28"/>
        </w:rPr>
        <w:t>3.跟单员工作是一项非常“综合性”和“边缘性”的工作：对外要有业务员的素质，对内要有生产管理的能力。</w:t>
      </w:r>
    </w:p>
    <w:p>
      <w:pPr>
        <w:spacing w:before="100" w:after="200" w:line="360" w:lineRule="auto"/>
        <w:ind w:firstLine="576"/>
        <w:jc w:val="left"/>
      </w:pPr>
      <w:r>
        <w:rPr>
          <w:rFonts w:ascii="宋体" w:eastAsia="宋体" w:hAnsi="宋体"/>
          <w:sz w:val="28"/>
        </w:rPr>
        <w:t>5.生产跟单：对已接的客户订单进行成品出货送达客户前的生产进度、货运报关跟进，以确保如期出货为目标。</w:t>
      </w:r>
    </w:p>
    <w:p>
      <w:pPr>
        <w:spacing w:before="100" w:after="200" w:line="360" w:lineRule="auto"/>
        <w:ind w:firstLine="576"/>
        <w:jc w:val="left"/>
        <w:sectPr w:rsidSect="00034616">
          <w:type w:val="nextPage"/>
          <w:pgSz w:w="11906" w:h="16838"/>
          <w:pgMar w:top="1440" w:right="1440" w:bottom="1440" w:left="1440" w:header="720" w:footer="720" w:gutter="0"/>
          <w:pgNumType w:start="3"/>
          <w:cols w:space="720"/>
          <w:titlePg w:val="0"/>
          <w:docGrid w:linePitch="360"/>
        </w:sectPr>
      </w:pPr>
      <w:r>
        <w:rPr>
          <w:rFonts w:ascii="宋体" w:eastAsia="宋体" w:hAnsi="宋体"/>
          <w:sz w:val="28"/>
        </w:rPr>
        <w:t>6.成功的跟单员应可扮演及具备以下角色或能力：1）谈判者2）与工程人员共事的能力；3）人际关系处理能力；</w:t>
      </w:r>
    </w:p>
    <w:p>
      <w:pPr>
        <w:spacing w:before="100" w:after="200" w:line="360" w:lineRule="auto"/>
        <w:ind w:firstLine="576"/>
        <w:jc w:val="left"/>
      </w:pPr>
      <w:r>
        <w:rPr>
          <w:rFonts w:ascii="宋体" w:eastAsia="宋体" w:hAnsi="宋体"/>
          <w:sz w:val="28"/>
        </w:rPr>
        <w:t>8.审单需做以下几点：品名规格、单价金额、数量、交期、付款方式、包装方式、出货方式。</w:t>
      </w:r>
    </w:p>
    <w:p>
      <w:pPr>
        <w:spacing w:before="100" w:after="200" w:line="360" w:lineRule="auto"/>
        <w:ind w:firstLine="576"/>
        <w:jc w:val="left"/>
      </w:pPr>
      <w:r>
        <w:rPr>
          <w:rFonts w:ascii="宋体" w:eastAsia="宋体" w:hAnsi="宋体"/>
          <w:sz w:val="28"/>
        </w:rPr>
        <w:t>9.生管工作特点：1）提前计划性：要有“赶鸭子上架”的雷厉风行的习惯；不求完美逐渐确定，敢于调整自己的计划；有的计划早做与晚做的工作量都是一样的，我们及早去做就是很合算的。2）准确及时性3）全面完整性</w:t>
      </w:r>
    </w:p>
    <w:p>
      <w:pPr>
        <w:spacing w:before="100" w:after="200" w:line="360" w:lineRule="auto"/>
        <w:ind w:firstLine="576"/>
        <w:jc w:val="left"/>
      </w:pPr>
      <w:r>
        <w:rPr>
          <w:rFonts w:ascii="宋体" w:eastAsia="宋体" w:hAnsi="宋体"/>
          <w:sz w:val="28"/>
        </w:rPr>
        <w:t>10.制定生产计划应遵循的原则及要考虑的因素：交货期先后原则；客户分类原则；产能平衡原则；工艺流程原则；工作部门因素；时间因素。</w:t>
      </w:r>
    </w:p>
    <w:p>
      <w:pPr>
        <w:spacing w:before="100" w:after="200" w:line="360" w:lineRule="auto"/>
        <w:ind w:firstLine="576"/>
        <w:jc w:val="left"/>
      </w:pPr>
      <w:r>
        <w:rPr>
          <w:rFonts w:ascii="宋体" w:eastAsia="宋体" w:hAnsi="宋体"/>
          <w:sz w:val="28"/>
        </w:rPr>
        <w:t>11.采购工作有两个日常动态数据处理大项：一是按订单展开计算物料的需求量（这就是人们常说的MRP，物料需求计划）；二是由信息转换为物料的进度跟踪。</w:t>
      </w:r>
    </w:p>
    <w:p>
      <w:pPr>
        <w:spacing w:before="100" w:after="200" w:line="360" w:lineRule="auto"/>
        <w:ind w:firstLine="576"/>
        <w:jc w:val="left"/>
      </w:pPr>
      <w:r>
        <w:rPr>
          <w:rFonts w:ascii="宋体" w:eastAsia="宋体" w:hAnsi="宋体"/>
          <w:sz w:val="28"/>
        </w:rPr>
        <w:t>进进公司练习曾经有两个多月的工夫，正在这段短短的工夫里，有过高兴，有过高兴，有过苦末路，有过愁闷，有过疑心，苦辣酸甜都阅历了以及正在阅历着，使患上我从一个老成持重的先生，逐步的熟习了公司的构造构造、营业范畴、人事干系、企业文明，正在差别的岗亭上锤炼，随着差别的司理进修，极年夜的开辟了我的目光，积聚了更多的营业常识，进步了任务才能。本文从详细的跟单岗亭动手，次要总结本人对于跟单岗亭的了解以及看法，和一些正在详细岗亭上的心患上领会。</w:t>
      </w:r>
    </w:p>
    <w:p>
      <w:pPr>
        <w:spacing w:before="100" w:after="200" w:line="360" w:lineRule="auto"/>
        <w:jc w:val="left"/>
      </w:pPr>
      <w:r>
        <w:rPr>
          <w:rFonts w:ascii="宋体 (中文正文)" w:eastAsia="宋体" w:hAnsi="宋体 (中文正文)"/>
          <w:sz w:val="28"/>
        </w:rPr>
        <w:t>一、跟单员的界说：</w:t>
      </w:r>
    </w:p>
    <w:p>
      <w:pPr>
        <w:spacing w:before="100" w:after="200" w:line="360" w:lineRule="auto"/>
        <w:ind w:firstLine="576"/>
        <w:jc w:val="left"/>
        <w:sectPr w:rsidSect="00034616">
          <w:type w:val="nextPage"/>
          <w:pgSz w:w="11906" w:h="16838"/>
          <w:pgMar w:top="1440" w:right="1440" w:bottom="1440" w:left="1440" w:header="720" w:footer="720" w:gutter="0"/>
          <w:pgNumType w:start="4"/>
          <w:cols w:space="720"/>
          <w:titlePg w:val="0"/>
          <w:docGrid w:linePitch="360"/>
        </w:sectPr>
      </w:pPr>
    </w:p>
    <w:p>
      <w:pPr>
        <w:spacing w:before="100" w:after="200" w:line="360" w:lineRule="auto"/>
        <w:ind w:firstLine="576"/>
        <w:jc w:val="left"/>
      </w:pPr>
      <w:r>
        <w:rPr>
          <w:rFonts w:ascii="宋体" w:eastAsia="宋体" w:hAnsi="宋体"/>
          <w:sz w:val="28"/>
        </w:rPr>
        <w:t>跟单员是指正在国内商业进程中，依据已经签订的商务合约中无关进口商品的相干请求，代表公司挑选消费加工企业，指点、监视其实现消费进度以确保条约准期实现的专任职员。(不克不及兼职，替换)一切环绕着定单往任务，对于出货交期担任的人，都是跟单员。</w:t>
      </w:r>
    </w:p>
    <w:p>
      <w:pPr>
        <w:spacing w:before="100" w:after="200" w:line="360" w:lineRule="auto"/>
        <w:jc w:val="left"/>
      </w:pPr>
      <w:r>
        <w:rPr>
          <w:rFonts w:ascii="宋体 (中文正文)" w:eastAsia="宋体" w:hAnsi="宋体 (中文正文)"/>
          <w:b/>
          <w:sz w:val="28"/>
        </w:rPr>
        <w:t>二、跟单员的任务内收留：</w:t>
      </w:r>
    </w:p>
    <w:p>
      <w:pPr>
        <w:spacing w:before="100" w:after="200" w:line="360" w:lineRule="auto"/>
        <w:ind w:firstLine="576"/>
        <w:jc w:val="left"/>
      </w:pPr>
      <w:r>
        <w:rPr>
          <w:rFonts w:ascii="宋体" w:eastAsia="宋体" w:hAnsi="宋体"/>
          <w:sz w:val="28"/>
        </w:rPr>
        <w:t>跟单员的次要任务是正在企业营业流程运作进程中，以客户订单为根据，跟踪产物(效劳)运作流向并催促订单落实的业余职员，是各企业展开各项营业，出格是外贸营业的根底性能人之一、</w:t>
      </w:r>
    </w:p>
    <w:p>
      <w:pPr>
        <w:spacing w:before="100" w:after="200" w:line="360" w:lineRule="auto"/>
        <w:jc w:val="left"/>
      </w:pPr>
      <w:r>
        <w:rPr>
          <w:rFonts w:ascii="宋体 (中文正文)" w:eastAsia="宋体" w:hAnsi="宋体 (中文正文)"/>
          <w:b/>
          <w:sz w:val="28"/>
        </w:rPr>
        <w:t>三、跟单员任务的紧张性：</w:t>
      </w:r>
    </w:p>
    <w:p>
      <w:pPr>
        <w:spacing w:before="100" w:after="200" w:line="360" w:lineRule="auto"/>
        <w:ind w:firstLine="576"/>
        <w:jc w:val="left"/>
      </w:pPr>
      <w:r>
        <w:rPr>
          <w:rFonts w:ascii="宋体" w:eastAsia="宋体" w:hAnsi="宋体"/>
          <w:sz w:val="28"/>
        </w:rPr>
        <w:t>面临客户、面临定单展开任务的跟单员，正在现今社会合作日趋剧烈的市场经济情况下，紧张性不时突显进去，正在良多公司，跟单员成为了老板们的“出格助理”。跟单员是企业与市场、营业员与客户之间联络的纽带，跟着商品市场的多样化、小批量化和节拍的放慢，跟单员任务品质的黑白间接影响公司的效劳质量以及企业抽象。</w:t>
      </w:r>
    </w:p>
    <w:p>
      <w:pPr>
        <w:spacing w:before="100" w:after="200" w:line="360" w:lineRule="auto"/>
        <w:ind w:firstLine="576"/>
        <w:jc w:val="left"/>
      </w:pPr>
      <w:r>
        <w:rPr>
          <w:rFonts w:ascii="宋体" w:eastAsia="宋体" w:hAnsi="宋体"/>
          <w:sz w:val="28"/>
        </w:rPr>
        <w:t>跟单员任务是一项十分“综合性”以及“边沿性”的“学科”：对于外要有营业员的本质，对于内要有消费办理的才能。作为一个企业的接单、跟单、出货的窗口，跟单员没有理解工场消费关键的运作状况，那是不可思议的。正在定单的消费来讲，履行者是消费部分，跟单员对于客户担任而寻求的交期告竣率就简直“把握正在”消费部分的手里了。因而，相同、跟催等才能就出格致命。这是跟单员任务的应战性地点。有些时分，跟单员是营业司理的助理;有些时分，跟单员是营业部分一切营业职员的助理;有些时分，跟单员是老板的助理;更多的时分，跟单员是客户的助理。</w:t>
      </w:r>
    </w:p>
    <w:p>
      <w:pPr>
        <w:spacing w:before="100" w:after="200" w:line="360" w:lineRule="auto"/>
        <w:ind w:firstLine="576"/>
        <w:jc w:val="left"/>
      </w:pPr>
      <w:r>
        <w:rPr>
          <w:rFonts w:ascii="宋体" w:eastAsia="宋体" w:hAnsi="宋体"/>
          <w:sz w:val="28"/>
        </w:rPr>
        <w:t>对于公司跟单岗亭的看法</w:t>
      </w:r>
    </w:p>
    <w:p>
      <w:pPr>
        <w:spacing w:before="100" w:after="200" w:line="360" w:lineRule="auto"/>
        <w:jc w:val="left"/>
        <w:sectPr w:rsidSect="00034616">
          <w:type w:val="nextPage"/>
          <w:pgSz w:w="11906" w:h="16838"/>
          <w:pgMar w:top="1440" w:right="1440" w:bottom="1440" w:left="1440" w:header="720" w:footer="720" w:gutter="0"/>
          <w:pgNumType w:start="5"/>
          <w:cols w:space="720"/>
          <w:titlePg w:val="0"/>
          <w:docGrid w:linePitch="360"/>
        </w:sectPr>
      </w:pPr>
      <w:r>
        <w:rPr>
          <w:rFonts w:ascii="宋体 (中文正文)" w:eastAsia="宋体" w:hAnsi="宋体 (中文正文)"/>
          <w:b/>
          <w:sz w:val="28"/>
        </w:rPr>
        <w:t>一、跟单岗亭的任务内收留</w:t>
      </w:r>
    </w:p>
    <w:p>
      <w:pPr>
        <w:spacing w:before="100" w:after="200" w:line="360" w:lineRule="auto"/>
        <w:ind w:firstLine="576"/>
        <w:jc w:val="left"/>
      </w:pPr>
      <w:r>
        <w:rPr>
          <w:rFonts w:ascii="宋体" w:eastAsia="宋体" w:hAnsi="宋体"/>
          <w:sz w:val="28"/>
        </w:rPr>
        <w:t>我公司的跟单岗亭的任务内收留包含：条约的制造、指令的制造下发、装船告诉的制造、箱单以及发票的制造、单证(植检证、产地证、提单等)的查对、单证的寄出、货款的收受接管;与客户实时的联络，经过邮件、德律风或许传真的体式格局向客户供给无效的信息(装船告诉、DDHL号码、货品运输情况等)，依据商业体式格局实时的催款;与发卖司理实时相同，天天更新任务序列表格以及电子表格，向发卖司理供给无效的信息(消费进度、客户提货以及付款、客户请求)，依照发卖司理的思绪制造条约以及指令;与共事实时的和谐，以及单证方面确认植检证以及产地证，以及海运方面确认船期，以及货代方面确认提单。</w:t>
      </w:r>
    </w:p>
    <w:p>
      <w:pPr>
        <w:spacing w:before="100" w:after="200" w:line="360" w:lineRule="auto"/>
        <w:jc w:val="left"/>
      </w:pPr>
      <w:r>
        <w:rPr>
          <w:rFonts w:ascii="宋体 (中文正文)" w:eastAsia="宋体" w:hAnsi="宋体 (中文正文)"/>
          <w:b/>
          <w:sz w:val="28"/>
        </w:rPr>
        <w:t>二、若何更好的做好跟单任务</w:t>
      </w:r>
    </w:p>
    <w:p>
      <w:pPr>
        <w:spacing w:before="100" w:after="200" w:line="360" w:lineRule="auto"/>
        <w:ind w:firstLine="576"/>
        <w:jc w:val="left"/>
      </w:pPr>
      <w:r>
        <w:rPr>
          <w:rFonts w:ascii="宋体" w:eastAsia="宋体" w:hAnsi="宋体"/>
          <w:sz w:val="28"/>
        </w:rPr>
        <w:t>正在做跟单的任务中对于每个关键都必需坚持细心，细心，再细心的的任务立场，由于假如咱们正在任务中呈现的每个失误城市带来十分多的费事以及丧失，比方咱们正在确认产地证，质检证，提单的时分呈现失误，就会给公司带来一些不用要的丧失，假如咱们正在做发票时呈现数字上的过错，那末带来的丧失将是不成估计的。以是正在咱们此后的任务中必定要做到仔细，过细。</w:t>
      </w:r>
    </w:p>
    <w:p>
      <w:pPr>
        <w:spacing w:before="100" w:after="200" w:line="360" w:lineRule="auto"/>
        <w:ind w:firstLine="576"/>
        <w:jc w:val="left"/>
      </w:pPr>
      <w:r>
        <w:rPr>
          <w:rFonts w:ascii="宋体" w:eastAsia="宋体" w:hAnsi="宋体"/>
          <w:sz w:val="28"/>
        </w:rPr>
        <w:t>为更好的做好跟单任务我以为要从如下多少个方面动手：</w:t>
      </w:r>
    </w:p>
    <w:p>
      <w:pPr>
        <w:spacing w:before="100" w:after="200" w:line="360" w:lineRule="auto"/>
        <w:ind w:firstLine="576"/>
        <w:jc w:val="left"/>
      </w:pPr>
      <w:r>
        <w:rPr>
          <w:rFonts w:ascii="宋体" w:eastAsia="宋体" w:hAnsi="宋体"/>
          <w:sz w:val="28"/>
        </w:rPr>
        <w:t>1)熟习客户。熟习咱们客户的要货状况及其纪律，如一些客户爱好要甚么样的货，甚么规格的，有甚么非凡的请求等等，这都是咱们跟单必需理解并熟习的。</w:t>
      </w:r>
    </w:p>
    <w:p>
      <w:pPr>
        <w:spacing w:before="100" w:after="200" w:line="360" w:lineRule="auto"/>
        <w:ind w:firstLine="576"/>
        <w:jc w:val="left"/>
        <w:sectPr w:rsidSect="00034616">
          <w:type w:val="nextPage"/>
          <w:pgSz w:w="11906" w:h="16838"/>
          <w:pgMar w:top="1440" w:right="1440" w:bottom="1440" w:left="1440" w:header="720" w:footer="720" w:gutter="0"/>
          <w:pgNumType w:start="6"/>
          <w:cols w:space="720"/>
          <w:titlePg w:val="0"/>
          <w:docGrid w:linePitch="360"/>
        </w:sectPr>
      </w:pPr>
      <w:r>
        <w:rPr>
          <w:rFonts w:ascii="宋体" w:eastAsia="宋体" w:hAnsi="宋体"/>
          <w:sz w:val="28"/>
        </w:rPr>
        <w:t>2)深化理解产物常识。只要咱们更好的理解咱们的产物才干更无效的任务，增加一些初级的失误，如几多千克的苹果装甚么规格的，正在一个集装箱里能够装几多箱，和这个集装箱内的温度以及透风，这也是咱们必需要理解的根本知识。</w:t>
      </w:r>
    </w:p>
    <w:p>
      <w:pPr>
        <w:spacing w:before="100" w:after="200" w:line="360" w:lineRule="auto"/>
        <w:ind w:firstLine="576"/>
        <w:jc w:val="left"/>
      </w:pPr>
      <w:r>
        <w:rPr>
          <w:rFonts w:ascii="宋体" w:eastAsia="宋体" w:hAnsi="宋体"/>
          <w:sz w:val="28"/>
        </w:rPr>
        <w:t>3)条约与指令。当咱们正在做条约的时分必定要与发卖司理多相同，如客户所要货品的规格，分量，金额以及船期。确保无误后再给客户发过来。正在做指令的时分也是尤其紧张的，指令上的每项都要仔细细心的填写，由于公司的部分员工都是环绕咱们所做的指令来任务的以是更不克不及有涓滴的失误。</w:t>
      </w:r>
    </w:p>
    <w:p>
      <w:pPr>
        <w:spacing w:before="100" w:after="200" w:line="360" w:lineRule="auto"/>
        <w:ind w:firstLine="576"/>
        <w:jc w:val="left"/>
      </w:pPr>
      <w:r>
        <w:rPr>
          <w:rFonts w:ascii="宋体" w:eastAsia="宋体" w:hAnsi="宋体"/>
          <w:sz w:val="28"/>
        </w:rPr>
        <w:t>4)正在确认单证方面。咱们必定要理解到单证对于客户的紧张性，能够正在咱们看来一个没有起眼的过错到了咱们客户那边将是一个十分的费事，乃至间接影响到客户的一般提货，以是也必需做到精确无误。</w:t>
      </w:r>
    </w:p>
    <w:p>
      <w:pPr>
        <w:spacing w:before="100" w:after="200" w:line="360" w:lineRule="auto"/>
        <w:ind w:firstLine="576"/>
        <w:jc w:val="left"/>
      </w:pPr>
      <w:r>
        <w:rPr>
          <w:rFonts w:ascii="宋体" w:eastAsia="宋体" w:hAnsi="宋体"/>
          <w:sz w:val="28"/>
        </w:rPr>
        <w:t>5)正在做箱单，发票方面。正在咱们失掉产地证的时分咱们就能够做箱单发票，做好当前先放好，正在给客户寄单证从前天天反省多少遍，如许能够十分无效的减免失误率。</w:t>
      </w:r>
    </w:p>
    <w:p>
      <w:pPr>
        <w:spacing w:before="100" w:after="200" w:line="360" w:lineRule="auto"/>
        <w:ind w:firstLine="576"/>
        <w:jc w:val="left"/>
      </w:pPr>
      <w:r>
        <w:rPr>
          <w:rFonts w:ascii="宋体" w:eastAsia="宋体" w:hAnsi="宋体"/>
          <w:sz w:val="28"/>
        </w:rPr>
        <w:t>6)正在给客户寄单证方面。当咱们预备好客户所需的单证后，正在确承认以给客户发件时更要谨慎，依据咱们客户的付款前提，有的客户咱们能够间接发件(如DHL/TNT)有的客户则需求咱们经过银行发件，正在做银行发件时咱们需求做一张《进口托收拜托书》交与银行，此间必定要将代收行以及付款人和托收金额精确无误的填分明再交与银行。</w:t>
      </w:r>
    </w:p>
    <w:p>
      <w:pPr>
        <w:spacing w:before="100" w:after="200" w:line="360" w:lineRule="auto"/>
        <w:ind w:firstLine="576"/>
        <w:jc w:val="left"/>
      </w:pPr>
      <w:r>
        <w:rPr>
          <w:rFonts w:ascii="宋体" w:eastAsia="宋体" w:hAnsi="宋体"/>
          <w:sz w:val="28"/>
        </w:rPr>
        <w:t>7)对于货款及单证，货品的跟踪。咱们每一发走一批货，寄走一套单证都要实时的跟踪直到收到客户的货款，才算是实现了这一票的跟踪。</w:t>
      </w:r>
    </w:p>
    <w:p>
      <w:pPr>
        <w:spacing w:before="100" w:after="200" w:line="360" w:lineRule="auto"/>
        <w:ind w:firstLine="576"/>
        <w:jc w:val="left"/>
      </w:pPr>
      <w:r>
        <w:rPr>
          <w:rFonts w:ascii="宋体" w:eastAsia="宋体" w:hAnsi="宋体"/>
          <w:sz w:val="28"/>
        </w:rPr>
        <w:t>为了更好地做好纪录片工作，我认为应该从以下几个方面入手：</w:t>
      </w:r>
    </w:p>
    <w:p>
      <w:pPr>
        <w:spacing w:before="100" w:after="200" w:line="360" w:lineRule="auto"/>
        <w:ind w:firstLine="576"/>
        <w:jc w:val="left"/>
        <w:sectPr w:rsidSect="00034616">
          <w:type w:val="nextPage"/>
          <w:pgSz w:w="11906" w:h="16838"/>
          <w:pgMar w:top="1440" w:right="1440" w:bottom="1440" w:left="1440" w:header="720" w:footer="720" w:gutter="0"/>
          <w:pgNumType w:start="7"/>
          <w:cols w:space="720"/>
          <w:titlePg w:val="0"/>
          <w:docGrid w:linePitch="360"/>
        </w:sectPr>
      </w:pPr>
      <w:r>
        <w:rPr>
          <w:rFonts w:ascii="宋体" w:eastAsia="宋体" w:hAnsi="宋体"/>
          <w:sz w:val="28"/>
        </w:rPr>
        <w:t>1）熟悉客户。熟悉我们客户对商品的需求及其规律，比如客户喜欢什么样的商品，什么规格，有什么特殊要求等等。这是我们订货时必须了解和熟悉的。</w:t>
      </w:r>
    </w:p>
    <w:p>
      <w:pPr>
        <w:spacing w:before="100" w:after="200" w:line="360" w:lineRule="auto"/>
        <w:ind w:firstLine="576"/>
        <w:jc w:val="left"/>
      </w:pPr>
      <w:r>
        <w:rPr>
          <w:rFonts w:ascii="宋体" w:eastAsia="宋体" w:hAnsi="宋体"/>
          <w:sz w:val="28"/>
        </w:rPr>
        <w:t>2）深入了解产品知识。只有对自己的产品有了更好的了解，才能更有效的工作，减少一些低级错误，比如多少公斤的苹果用什么规格包装，一个容器能装多少箱，这个容器里的温度和通风，这也是我们必须了解的基本常识。</w:t>
      </w:r>
    </w:p>
    <w:p>
      <w:pPr>
        <w:spacing w:before="100" w:after="200" w:line="360" w:lineRule="auto"/>
        <w:ind w:firstLine="576"/>
        <w:jc w:val="left"/>
      </w:pPr>
      <w:r>
        <w:rPr>
          <w:rFonts w:ascii="宋体" w:eastAsia="宋体" w:hAnsi="宋体"/>
          <w:sz w:val="28"/>
        </w:rPr>
        <w:t>3）合同和说明。当我们签订合同时，我们必须与销售经理进行更多的沟通，比如客户想要的货物的规格、重量、数量和装运时间表。在发送给客户之前，请确保它是正确的。做指令也很重要，指令中的每一项都要认真填写，因为公司所有员工都是围绕着我们做的指令来工作的，所以根本不可能有错。</w:t>
      </w:r>
    </w:p>
    <w:p>
      <w:pPr>
        <w:spacing w:before="100" w:after="200" w:line="360" w:lineRule="auto"/>
        <w:ind w:firstLine="576"/>
        <w:jc w:val="left"/>
      </w:pPr>
      <w:r>
        <w:rPr>
          <w:rFonts w:ascii="宋体" w:eastAsia="宋体" w:hAnsi="宋体"/>
          <w:sz w:val="28"/>
        </w:rPr>
        <w:t>4）在确认文件时。我们必须理解文件对客户的重要性。在我们看来，一个无关紧要的错误可能会给我们的客户带来很大的麻烦，甚至直接影响客户正常交货，所以必须准确。</w:t>
      </w:r>
    </w:p>
    <w:p>
      <w:pPr>
        <w:spacing w:before="100" w:after="200" w:line="360" w:lineRule="auto"/>
        <w:ind w:firstLine="576"/>
        <w:jc w:val="left"/>
      </w:pPr>
      <w:r>
        <w:rPr>
          <w:rFonts w:ascii="宋体" w:eastAsia="宋体" w:hAnsi="宋体"/>
          <w:sz w:val="28"/>
        </w:rPr>
        <w:t>5）在制作装箱单和发票时。我们拿到原产地证明后，可以开发票，先放好，一天查几次，再把单据发给客户，可以有效降低差错率。</w:t>
      </w:r>
    </w:p>
    <w:p>
      <w:pPr>
        <w:spacing w:before="100" w:after="200" w:line="360" w:lineRule="auto"/>
        <w:ind w:firstLine="576"/>
        <w:jc w:val="left"/>
      </w:pPr>
      <w:r>
        <w:rPr>
          <w:rFonts w:ascii="宋体" w:eastAsia="宋体" w:hAnsi="宋体"/>
          <w:sz w:val="28"/>
        </w:rPr>
        <w:t>6）向客户发送文件。在我们准备好客户要求的文件后，在确认我们可以将它们发送给客户时，我们应该更加小心。根据我们客户的付款条件，有的客户可以直接寄，有的需要我们通过银行寄。我们需要制作一个《出口托收委托书》，并在发送给银行时交给银行。同时，我们必须准确填写收款行、付款人和收款金额，然后交给银行。</w:t>
      </w:r>
    </w:p>
    <w:p>
      <w:pPr>
        <w:spacing w:before="100" w:after="200" w:line="360" w:lineRule="auto"/>
        <w:ind w:firstLine="576"/>
        <w:jc w:val="left"/>
        <w:sectPr w:rsidSect="00034616">
          <w:type w:val="nextPage"/>
          <w:pgSz w:w="11906" w:h="16838"/>
          <w:pgMar w:top="1440" w:right="1440" w:bottom="1440" w:left="1440" w:header="720" w:footer="720" w:gutter="0"/>
          <w:pgNumType w:start="8"/>
          <w:cols w:space="720"/>
          <w:titlePg w:val="0"/>
          <w:docGrid w:linePitch="360"/>
        </w:sectPr>
      </w:pPr>
      <w:r>
        <w:rPr>
          <w:rFonts w:ascii="宋体" w:eastAsia="宋体" w:hAnsi="宋体"/>
          <w:sz w:val="28"/>
        </w:rPr>
        <w:t>7）跟踪货物、单据和货物的付款。我们每次发出一批货，发出一套单据，都要及时跟踪，直到收到客户的付款，这就算是完成了对这张票的跟踪。</w:t>
      </w:r>
    </w:p>
    <w:p>
      <w:pPr>
        <w:spacing w:before="100" w:after="200" w:line="360" w:lineRule="auto"/>
        <w:ind w:firstLine="576"/>
        <w:jc w:val="left"/>
      </w:pPr>
      <w:r>
        <w:rPr>
          <w:rFonts w:ascii="宋体" w:eastAsia="宋体" w:hAnsi="宋体"/>
          <w:sz w:val="28"/>
        </w:rPr>
        <w:t>如果我们在确认原产地证书、质量检验证书和提单时出错，会给公司带来一些不必要的损失。如果我们在开具发票时出现数字错误，损失将是不可估量的。</w:t>
      </w:r>
    </w:p>
    <w:p>
      <w:pPr>
        <w:spacing w:before="100" w:after="200" w:line="360" w:lineRule="auto"/>
        <w:jc w:val="left"/>
      </w:pPr>
      <w:r>
        <w:rPr>
          <w:rFonts w:ascii="宋体 (中文正文)" w:eastAsia="宋体" w:hAnsi="宋体 (中文正文)"/>
          <w:b/>
          <w:sz w:val="28"/>
        </w:rPr>
        <w:t>一、工作内容，对公司的贡献</w:t>
      </w:r>
    </w:p>
    <w:p>
      <w:pPr>
        <w:spacing w:before="100" w:after="200" w:line="360" w:lineRule="auto"/>
        <w:ind w:firstLine="576"/>
        <w:jc w:val="left"/>
      </w:pPr>
      <w:r>
        <w:rPr>
          <w:rFonts w:ascii="宋体" w:eastAsia="宋体" w:hAnsi="宋体"/>
          <w:sz w:val="28"/>
        </w:rPr>
        <w:t>首先，非常感谢公司对我的信任和支持，给了我一个重要的平台。让我在这一年里能充分的学习与成长。</w:t>
      </w:r>
    </w:p>
    <w:p>
      <w:pPr>
        <w:spacing w:before="100" w:after="200" w:line="360" w:lineRule="auto"/>
        <w:ind w:firstLine="576"/>
        <w:jc w:val="left"/>
      </w:pPr>
      <w:r>
        <w:rPr>
          <w:rFonts w:ascii="宋体" w:eastAsia="宋体" w:hAnsi="宋体"/>
          <w:sz w:val="28"/>
        </w:rPr>
        <w:t>xx年全年销售处等重要客户保持稳定外。同比去年，销售量有了很好的提升。</w:t>
      </w:r>
    </w:p>
    <w:p>
      <w:pPr>
        <w:spacing w:before="100" w:after="200" w:line="360" w:lineRule="auto"/>
        <w:ind w:firstLine="576"/>
        <w:jc w:val="left"/>
      </w:pPr>
      <w:r>
        <w:rPr>
          <w:rFonts w:ascii="宋体" w:eastAsia="宋体" w:hAnsi="宋体"/>
          <w:sz w:val="28"/>
        </w:rPr>
        <w:t>对于定单，在生产过程中及时向客户、主管反馈生产进度。努力借助于一些专业的跟单东西，帮助解决跟单过程中的大事、杂事、琐碎事，确保定单准时出运，促使顺利收汇。</w:t>
      </w:r>
    </w:p>
    <w:p>
      <w:pPr>
        <w:spacing w:before="100" w:after="200" w:line="360" w:lineRule="auto"/>
        <w:jc w:val="left"/>
      </w:pPr>
      <w:r>
        <w:rPr>
          <w:rFonts w:ascii="宋体 (中文正文)" w:eastAsia="宋体" w:hAnsi="宋体 (中文正文)"/>
          <w:b/>
          <w:sz w:val="28"/>
        </w:rPr>
        <w:t>二、自己的成长与突破、变化</w:t>
      </w:r>
    </w:p>
    <w:p>
      <w:pPr>
        <w:spacing w:before="100" w:after="200" w:line="360" w:lineRule="auto"/>
        <w:ind w:firstLine="576"/>
        <w:jc w:val="left"/>
      </w:pPr>
      <w:r>
        <w:rPr>
          <w:rFonts w:ascii="宋体" w:eastAsia="宋体" w:hAnsi="宋体"/>
          <w:sz w:val="28"/>
        </w:rPr>
        <w:t>进一步规范自己的工作流程，加强工作的计划性。预先充分估量工作中问题的潜在发生性，预先防范。相应加强工作力度，完善细化前期工作。减少乃至杜绝其发生的可能性。</w:t>
      </w:r>
    </w:p>
    <w:p>
      <w:pPr>
        <w:spacing w:before="100" w:after="200" w:line="360" w:lineRule="auto"/>
        <w:jc w:val="left"/>
      </w:pPr>
      <w:r>
        <w:rPr>
          <w:rFonts w:ascii="宋体 (中文正文)" w:eastAsia="宋体" w:hAnsi="宋体 (中文正文)"/>
          <w:b/>
          <w:sz w:val="28"/>
        </w:rPr>
        <w:t>三、自己的不足及需要改进的地方</w:t>
      </w:r>
    </w:p>
    <w:p>
      <w:pPr>
        <w:spacing w:before="100" w:after="200" w:line="360" w:lineRule="auto"/>
        <w:ind w:firstLine="576"/>
        <w:jc w:val="left"/>
      </w:pPr>
      <w:r>
        <w:rPr>
          <w:rFonts w:ascii="宋体" w:eastAsia="宋体" w:hAnsi="宋体"/>
          <w:sz w:val="28"/>
        </w:rPr>
        <w:t>回首过去，每次为自己顺利解决一个个问题而自我肯定，当然，这些成绩的取得无不包含着领导的不懈关怀和同事的`鼎力协助。但同时也深刻地认识到自己在工作中还有很多不足之处，需要在下一阶段的工作中进一步学习和改进。</w:t>
      </w:r>
    </w:p>
    <w:p>
      <w:pPr>
        <w:spacing w:before="100" w:after="200" w:line="360" w:lineRule="auto"/>
        <w:ind w:firstLine="576"/>
        <w:jc w:val="left"/>
        <w:sectPr w:rsidSect="00034616">
          <w:type w:val="nextPage"/>
          <w:pgSz w:w="11906" w:h="16838"/>
          <w:pgMar w:top="1440" w:right="1440" w:bottom="1440" w:left="1440" w:header="720" w:footer="720" w:gutter="0"/>
          <w:pgNumType w:start="9"/>
          <w:cols w:space="720"/>
          <w:titlePg w:val="0"/>
          <w:docGrid w:linePitch="360"/>
        </w:sectPr>
      </w:pPr>
      <w:r>
        <w:rPr>
          <w:rFonts w:ascii="宋体" w:eastAsia="宋体" w:hAnsi="宋体"/>
          <w:sz w:val="28"/>
        </w:rPr>
        <w:t>1、进一步加强向领导、向同事、向客户学习的力度，不断完善自己。学无止境，年前的我们要时刻保持着一颗虚心向上的心。</w:t>
      </w:r>
    </w:p>
    <w:p>
      <w:pPr>
        <w:spacing w:before="100" w:after="200" w:line="360" w:lineRule="auto"/>
        <w:ind w:firstLine="576"/>
        <w:jc w:val="left"/>
      </w:pPr>
      <w:r>
        <w:rPr>
          <w:rFonts w:ascii="宋体" w:eastAsia="宋体" w:hAnsi="宋体"/>
          <w:sz w:val="28"/>
        </w:rPr>
        <w:t>2、加强产品知识，生产工艺，加工过程知识上的学习。这是目前最欠缺的一块，也是最重要的一块。作为一名跟单（业务）员，如果缺乏这方面的知识，那么其知识结构是不完整的，与客户沟通，订单的操作也不够踏实。</w:t>
      </w:r>
    </w:p>
    <w:p>
      <w:pPr>
        <w:spacing w:before="100" w:after="200" w:line="360" w:lineRule="auto"/>
        <w:ind w:firstLine="576"/>
        <w:jc w:val="left"/>
      </w:pPr>
      <w:r>
        <w:rPr>
          <w:rFonts w:ascii="宋体" w:eastAsia="宋体" w:hAnsi="宋体"/>
          <w:sz w:val="28"/>
        </w:rPr>
        <w:t>在这也衷心希望公司能够继续组织和加强这方面知识的培训。</w:t>
      </w:r>
    </w:p>
    <w:p>
      <w:pPr>
        <w:spacing w:before="100" w:after="200" w:line="360" w:lineRule="auto"/>
        <w:ind w:firstLine="576"/>
        <w:jc w:val="left"/>
      </w:pPr>
      <w:r>
        <w:rPr>
          <w:rFonts w:ascii="宋体" w:eastAsia="宋体" w:hAnsi="宋体"/>
          <w:sz w:val="28"/>
        </w:rPr>
        <w:t>进入公司实习已经有两个多月的时间，在这段短短的时间里，有过喜悦，有过兴奋，有过苦恼，有过忧郁，有过怀疑，苦辣酸甜都经历了和在经历着，使得我从一个初出茅庐的学生，逐渐的熟悉了公司的组织结构、业务范围、人事关系、企业文化，在不同的岗位上锻炼，跟着不同的经理学习，极大的开拓了我的眼光，积累了更多的业务知识，提高了工作能力。本文从具体的跟单岗位着手，主要总结自己对跟单岗位的理解和认识，以及一些在具体岗位上的心得体会。</w:t>
      </w:r>
    </w:p>
    <w:p>
      <w:pPr>
        <w:spacing w:before="100" w:after="200" w:line="360" w:lineRule="auto"/>
        <w:jc w:val="left"/>
      </w:pPr>
      <w:r>
        <w:rPr>
          <w:rFonts w:ascii="宋体 (中文正文)" w:eastAsia="宋体" w:hAnsi="宋体 (中文正文)"/>
          <w:sz w:val="28"/>
        </w:rPr>
        <w:t>1、跟单员的定义：</w:t>
      </w:r>
    </w:p>
    <w:p>
      <w:pPr>
        <w:spacing w:before="100" w:after="200" w:line="360" w:lineRule="auto"/>
        <w:ind w:firstLine="576"/>
        <w:jc w:val="left"/>
      </w:pPr>
      <w:r>
        <w:rPr>
          <w:rFonts w:ascii="宋体" w:eastAsia="宋体" w:hAnsi="宋体"/>
          <w:sz w:val="28"/>
        </w:rPr>
        <w:t>跟单员是指在国际贸易过程中，根据已签署的商务合约中有关出口商品的相关要求，代表公司选择生产加工企业，指导、监督其完成生产进度以确保合同如期完成的专职人员。（不能兼职，替代）所有围绕着订单去工作，对出货交期负责的人，都是跟单员。</w:t>
      </w:r>
    </w:p>
    <w:p>
      <w:pPr>
        <w:spacing w:before="100" w:after="200" w:line="360" w:lineRule="auto"/>
        <w:jc w:val="left"/>
      </w:pPr>
      <w:r>
        <w:rPr>
          <w:rFonts w:ascii="宋体 (中文正文)" w:eastAsia="宋体" w:hAnsi="宋体 (中文正文)"/>
          <w:sz w:val="28"/>
        </w:rPr>
        <w:t>2、跟单员的工作内容：</w:t>
      </w:r>
    </w:p>
    <w:p>
      <w:pPr>
        <w:spacing w:before="100" w:after="200" w:line="360" w:lineRule="auto"/>
        <w:ind w:firstLine="576"/>
        <w:jc w:val="left"/>
      </w:pPr>
      <w:r>
        <w:rPr>
          <w:rFonts w:ascii="宋体" w:eastAsia="宋体" w:hAnsi="宋体"/>
          <w:sz w:val="28"/>
        </w:rPr>
        <w:t>跟单员的主要工作是在企业业务流程运作过程中，以客户定单为依据，跟踪产品（服务）运作流向并督促定单落实的专业人员，是各企业开展各项业务，特别是外贸业务的基础性人才之一、</w:t>
      </w:r>
    </w:p>
    <w:p>
      <w:pPr>
        <w:spacing w:before="100" w:after="200" w:line="360" w:lineRule="auto"/>
        <w:ind w:firstLine="576"/>
        <w:jc w:val="left"/>
      </w:pPr>
      <w:r>
        <w:rPr>
          <w:rFonts w:ascii="宋体" w:eastAsia="宋体" w:hAnsi="宋体"/>
          <w:sz w:val="28"/>
        </w:rPr>
        <w:t>3、跟单员工作的重要性：</w:t>
      </w:r>
      <w:r>
        <w:br/>
      </w:r>
      <w: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 w:history="1">
        <w:r>
          <w:rPr>
            <w:rFonts w:ascii="SimSun" w:eastAsia="SimSun" w:hAnsi="SimSun" w:cs="SimSun"/>
            <w:b/>
            <w:bCs/>
            <w:color w:val="0000EE"/>
            <w:sz w:val="30"/>
            <w:szCs w:val="30"/>
            <w:u w:val="single" w:color="0000EE"/>
          </w:rPr>
          <w:t>https://d.book118.com/348140002011006043</w:t>
        </w:r>
      </w:hyperlink>
    </w:p>
    <w:p>
      <w:pPr>
        <w:spacing w:before="100" w:after="200" w:line="360" w:lineRule="auto"/>
        <w:ind w:firstLine="576"/>
        <w:jc w:val="left"/>
      </w:pPr>
    </w:p>
    <w:sectPr w:rsidSect="00034616">
      <w:type w:val="nextPage"/>
      <w:pgSz w:w="11906" w:h="16838"/>
      <w:pgMar w:top="1440" w:right="1440" w:bottom="1440" w:left="1440" w:header="720" w:footer="720" w:gutter="0"/>
      <w:pgNumType w:start="10"/>
      <w:cols w:space="720"/>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efaultImageDpi w14:val="300"/>
  <w14:docId w14:val="24062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348140002011006043"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revision>1</cp:revision>
  <dcterms:created xsi:type="dcterms:W3CDTF">2013-12-23T23:15:00Z</dcterms:created>
  <dcterms:modified xsi:type="dcterms:W3CDTF">2013-12-23T23:15:00Z</dcterms:modified>
</cp:coreProperties>
</file>