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工厂安全管理制度优秀13篇</w:t>
      </w:r>
    </w:p>
    <w:p>
      <w:pPr>
        <w:spacing w:before="100" w:after="200" w:line="360" w:lineRule="auto"/>
        <w:ind w:firstLine="576"/>
        <w:jc w:val="left"/>
      </w:pPr>
      <w:r>
        <w:rPr>
          <w:rFonts w:ascii="宋体" w:eastAsia="宋体" w:hAnsi="宋体"/>
          <w:sz w:val="28"/>
        </w:rPr>
        <w:t>工厂安全生产管理制度篇一</w:t>
      </w:r>
    </w:p>
    <w:p>
      <w:pPr>
        <w:spacing w:before="100" w:after="200" w:line="360" w:lineRule="auto"/>
        <w:jc w:val="left"/>
      </w:pPr>
      <w:r>
        <w:rPr>
          <w:rFonts w:ascii="宋体 (中文正文)" w:eastAsia="宋体" w:hAnsi="宋体 (中文正文)"/>
          <w:b/>
          <w:sz w:val="28"/>
        </w:rPr>
        <w:t>一、为保证办公及生产秩序的正常运作，为规范员工日常行为，特制定本规范；适用范围。</w:t>
      </w:r>
    </w:p>
    <w:p>
      <w:pPr>
        <w:spacing w:before="100" w:after="200" w:line="360" w:lineRule="auto"/>
        <w:ind w:firstLine="576"/>
        <w:jc w:val="left"/>
      </w:pPr>
      <w:r>
        <w:rPr>
          <w:rFonts w:ascii="宋体" w:eastAsia="宋体" w:hAnsi="宋体"/>
          <w:sz w:val="28"/>
        </w:rPr>
        <w:t>(一)生产办公人员行为规范。</w:t>
      </w:r>
    </w:p>
    <w:p>
      <w:pPr>
        <w:spacing w:before="100" w:after="200" w:line="360" w:lineRule="auto"/>
        <w:ind w:firstLine="576"/>
        <w:jc w:val="left"/>
      </w:pPr>
      <w:r>
        <w:rPr>
          <w:rFonts w:ascii="宋体" w:eastAsia="宋体" w:hAnsi="宋体"/>
          <w:sz w:val="28"/>
        </w:rPr>
        <w:t>1.工作期间衣着、发式整洁，大方得体，禁止奇装异服或过于曝露的服装。男士不得留长发、怪发，女士不留怪异发型，不浓妆艳抹；违者罚款10元；</w:t>
      </w:r>
    </w:p>
    <w:p>
      <w:pPr>
        <w:spacing w:before="100" w:after="200" w:line="360" w:lineRule="auto"/>
        <w:ind w:firstLine="576"/>
        <w:jc w:val="left"/>
      </w:pPr>
      <w:r>
        <w:rPr>
          <w:rFonts w:ascii="宋体" w:eastAsia="宋体" w:hAnsi="宋体"/>
          <w:sz w:val="28"/>
        </w:rPr>
        <w:t>2.办公时间不从事与本岗位无关的活动，不准在上班时间吃零食、睡觉、干私活、随时保持办公区整洁；违者按相应制度执行；违者罚款10元；</w:t>
      </w:r>
    </w:p>
    <w:p>
      <w:pPr>
        <w:spacing w:before="100" w:after="200" w:line="360" w:lineRule="auto"/>
        <w:ind w:firstLine="576"/>
        <w:jc w:val="left"/>
      </w:pPr>
      <w:r>
        <w:rPr>
          <w:rFonts w:ascii="宋体" w:eastAsia="宋体" w:hAnsi="宋体"/>
          <w:sz w:val="28"/>
        </w:rPr>
        <w:t>4.禁止在工作期间串岗聊天，办公区内不得高声喧哗；违者罚款10元；</w:t>
      </w:r>
    </w:p>
    <w:p>
      <w:pPr>
        <w:spacing w:before="100" w:after="200" w:line="360" w:lineRule="auto"/>
        <w:ind w:firstLine="576"/>
        <w:jc w:val="left"/>
      </w:pPr>
      <w:r>
        <w:rPr>
          <w:rFonts w:ascii="宋体" w:eastAsia="宋体" w:hAnsi="宋体"/>
          <w:sz w:val="28"/>
        </w:rPr>
        <w:t>6.私人资料不得在公司打印、复印、传真；违者罚款10元；</w:t>
      </w:r>
    </w:p>
    <w:p>
      <w:pPr>
        <w:spacing w:before="100" w:after="200" w:line="360" w:lineRule="auto"/>
        <w:ind w:firstLine="576"/>
        <w:jc w:val="left"/>
      </w:pPr>
      <w:r>
        <w:rPr>
          <w:rFonts w:ascii="宋体" w:eastAsia="宋体" w:hAnsi="宋体"/>
          <w:sz w:val="28"/>
        </w:rPr>
        <w:t>7.未征得同意，不得使用他人计算机，不得随意翻看他人办公资料物品，需要保密的资料，资料持有人必须按规定保存；违者罚款10元；</w:t>
      </w:r>
    </w:p>
    <w:p>
      <w:pPr>
        <w:spacing w:before="100" w:after="200" w:line="360" w:lineRule="auto"/>
        <w:ind w:firstLine="576"/>
        <w:jc w:val="left"/>
      </w:pPr>
      <w:r>
        <w:rPr>
          <w:rFonts w:ascii="宋体" w:eastAsia="宋体" w:hAnsi="宋体"/>
          <w:sz w:val="28"/>
        </w:rPr>
        <w:t>9.员工需服从领导的安排，并努力做好分配的工作，无正当理由而未如期完成工作或者拒不接受领导的安排、建议；领取材料和工具应申请-条要部门负责人签名登记名称、数量，并由生产部负责人签名，领取人签名--严禁将任何办公文具取回家私用。</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r>
        <w:rPr>
          <w:rFonts w:ascii="宋体" w:eastAsia="宋体" w:hAnsi="宋体"/>
          <w:sz w:val="28"/>
        </w:rPr>
        <w:t>(二)生产区域行为规范</w:t>
      </w:r>
    </w:p>
    <w:p>
      <w:pPr>
        <w:spacing w:before="100" w:after="200" w:line="360" w:lineRule="auto"/>
        <w:ind w:firstLine="576"/>
        <w:jc w:val="left"/>
      </w:pPr>
      <w:r>
        <w:rPr>
          <w:rFonts w:ascii="宋体" w:eastAsia="宋体" w:hAnsi="宋体"/>
          <w:sz w:val="28"/>
        </w:rPr>
        <w:t>1.严禁在工作期间脱岗、串岗、睡觉、闲聊、嬉戏、打闹等，吃东西，抽烟、吐痰、擦鼻涕等-违者罚款10元；</w:t>
      </w:r>
    </w:p>
    <w:p>
      <w:pPr>
        <w:spacing w:before="100" w:after="200" w:line="360" w:lineRule="auto"/>
        <w:ind w:firstLine="576"/>
        <w:jc w:val="left"/>
      </w:pPr>
      <w:r>
        <w:rPr>
          <w:rFonts w:ascii="宋体" w:eastAsia="宋体" w:hAnsi="宋体"/>
          <w:sz w:val="28"/>
        </w:rPr>
        <w:t>2.严禁在车间内接打手机、玩游戏、看视频、听音乐或做其他无关的事情；因工作需要段长以上级别人员接打手机不在本规定内，因工作需要班组长接打手机必须离开生产现场到办公室或离开车间，违者罚款10元；</w:t>
      </w:r>
    </w:p>
    <w:p>
      <w:pPr>
        <w:spacing w:before="100" w:after="200" w:line="360" w:lineRule="auto"/>
        <w:ind w:firstLine="576"/>
        <w:jc w:val="left"/>
      </w:pPr>
      <w:r>
        <w:rPr>
          <w:rFonts w:ascii="宋体" w:eastAsia="宋体" w:hAnsi="宋体"/>
          <w:sz w:val="28"/>
        </w:rPr>
        <w:t>3.在工作中接触不干净物品后必须洗手消毒，工作期间必须保持穿戴整齐，等，违者罚款20元；</w:t>
      </w:r>
    </w:p>
    <w:p>
      <w:pPr>
        <w:spacing w:before="100" w:after="200" w:line="360" w:lineRule="auto"/>
        <w:ind w:firstLine="576"/>
        <w:jc w:val="left"/>
      </w:pPr>
      <w:r>
        <w:rPr>
          <w:rFonts w:ascii="宋体" w:eastAsia="宋体" w:hAnsi="宋体"/>
          <w:sz w:val="28"/>
        </w:rPr>
        <w:t>4.严禁部分领导车间，乱指导生产线。-改变生产指导做法。-一旦做错产品。或者产品质量检验出现问题。不能流程到下一个部门返工现象否则。违者按相关条例执行；罚款--.照材料价格罚款</w:t>
      </w:r>
    </w:p>
    <w:p>
      <w:pPr>
        <w:spacing w:before="100" w:after="200" w:line="360" w:lineRule="auto"/>
        <w:ind w:firstLine="576"/>
        <w:jc w:val="left"/>
      </w:pPr>
      <w:r>
        <w:rPr>
          <w:rFonts w:ascii="宋体" w:eastAsia="宋体" w:hAnsi="宋体"/>
          <w:sz w:val="28"/>
        </w:rPr>
        <w:t>5.员工爱惜公物，有恶意破坏工厂财产或盗窃行为者，不论公物或他人财产，一经发现立即辞退，并依照盗窃之物价款两倍赔偿或视情节轻重送公安机关处理。要有互尊互爱的精神，严禁打架斗殴，如有发生，先动手者，处以100元以上罚款，情节严重者予以辞退，或者移交公安部门；</w:t>
      </w:r>
    </w:p>
    <w:p>
      <w:pPr>
        <w:spacing w:before="100" w:after="200" w:line="360" w:lineRule="auto"/>
        <w:ind w:firstLine="576"/>
        <w:jc w:val="left"/>
      </w:pPr>
      <w:r>
        <w:rPr>
          <w:rFonts w:ascii="宋体" w:eastAsia="宋体" w:hAnsi="宋体"/>
          <w:sz w:val="28"/>
        </w:rPr>
        <w:t>6.员工在生产过程中要注意节约，不得随意乱扔物料、工具，不开无人机、不开无人灯、天燃气及时关闭，如有违反，一次性罚款30元，如有造成设备损坏的，全额赔偿；</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r>
        <w:rPr>
          <w:rFonts w:ascii="宋体" w:eastAsia="宋体" w:hAnsi="宋体"/>
          <w:sz w:val="28"/>
        </w:rPr>
        <w:t>7.所有员工做好车间本区域内的清理、清扫工作，必须保证车间的整洁，如发现车间地面肮脏、有烟头杂物、工作台面凌乱，处以20元罚款。</w:t>
      </w:r>
    </w:p>
    <w:p>
      <w:pPr>
        <w:spacing w:before="100" w:after="200" w:line="360" w:lineRule="auto"/>
        <w:ind w:firstLine="576"/>
        <w:jc w:val="left"/>
      </w:pPr>
      <w:r>
        <w:rPr>
          <w:rFonts w:ascii="宋体" w:eastAsia="宋体" w:hAnsi="宋体"/>
          <w:sz w:val="28"/>
        </w:rPr>
        <w:t>8员工需服从生产领导安排，并努力做好分配工作，无正当理由而未如期完成工作或者拒不接受领导的安排、建议、批评者，处以20元以上罚款；</w:t>
      </w:r>
    </w:p>
    <w:p>
      <w:pPr>
        <w:spacing w:before="100" w:after="200" w:line="360" w:lineRule="auto"/>
        <w:ind w:firstLine="576"/>
        <w:jc w:val="left"/>
      </w:pPr>
      <w:r>
        <w:rPr>
          <w:rFonts w:ascii="宋体" w:eastAsia="宋体" w:hAnsi="宋体"/>
          <w:sz w:val="28"/>
        </w:rPr>
        <w:t>9.管理和监督人员未认真履行职责，处以20元以上罚款，造成损失的追究相应责任；</w:t>
      </w:r>
    </w:p>
    <w:p>
      <w:pPr>
        <w:spacing w:before="100" w:after="200" w:line="360" w:lineRule="auto"/>
        <w:ind w:firstLine="576"/>
        <w:jc w:val="left"/>
      </w:pPr>
      <w:r>
        <w:rPr>
          <w:rFonts w:ascii="宋体" w:eastAsia="宋体" w:hAnsi="宋体"/>
          <w:sz w:val="28"/>
        </w:rPr>
        <w:t>为保障公司高效运行，员工在工作中有义务遵循以下三原则：</w:t>
      </w:r>
    </w:p>
    <w:p>
      <w:pPr>
        <w:spacing w:before="100" w:after="200" w:line="360" w:lineRule="auto"/>
        <w:ind w:firstLine="576"/>
        <w:jc w:val="left"/>
      </w:pPr>
      <w:r>
        <w:rPr>
          <w:rFonts w:ascii="宋体" w:eastAsia="宋体" w:hAnsi="宋体"/>
          <w:sz w:val="28"/>
        </w:rPr>
        <w:t>10、如果工厂有相应的领导负责销售或采购管理。不安规范，去办理--并且-不合理，不按规定办；乱指导生产安排--跟单排期。造成损失的追究相应责任。</w:t>
      </w:r>
    </w:p>
    <w:p>
      <w:pPr>
        <w:spacing w:before="100" w:after="200" w:line="360" w:lineRule="auto"/>
        <w:ind w:firstLine="576"/>
        <w:jc w:val="left"/>
      </w:pPr>
      <w:r>
        <w:rPr>
          <w:rFonts w:ascii="宋体" w:eastAsia="宋体" w:hAnsi="宋体"/>
          <w:sz w:val="28"/>
        </w:rPr>
        <w:t>11、如果公司有相应的管理规范，但规定有不合理的地方，员工需要按规定办，并及时向制定规定部门提出修改建议，这是员工的权利；员工在进行请示的同时可以建议制定相应的制度，制度未出台前，由部门负责人以上级别人员参照相似制度酌情予以处理。</w:t>
      </w:r>
    </w:p>
    <w:p>
      <w:pPr>
        <w:spacing w:before="100" w:after="200" w:line="360" w:lineRule="auto"/>
        <w:ind w:firstLine="576"/>
        <w:jc w:val="left"/>
      </w:pPr>
      <w:r>
        <w:rPr>
          <w:rFonts w:ascii="宋体" w:eastAsia="宋体" w:hAnsi="宋体"/>
          <w:sz w:val="28"/>
        </w:rPr>
        <w:t>12、本规定最终解释权由生产部经理负责。</w:t>
      </w:r>
    </w:p>
    <w:p>
      <w:pPr>
        <w:spacing w:before="100" w:after="200" w:line="360" w:lineRule="auto"/>
        <w:ind w:firstLine="576"/>
        <w:jc w:val="left"/>
      </w:pPr>
      <w:r>
        <w:rPr>
          <w:rFonts w:ascii="宋体" w:eastAsia="宋体" w:hAnsi="宋体"/>
          <w:sz w:val="28"/>
        </w:rPr>
        <w:t>1、为了确保人身安全、机电设备正常运行，降低消耗，保证生产用电、维修用电的安全，特制订车间安全用电管理制度。</w:t>
      </w:r>
    </w:p>
    <w:p>
      <w:pPr>
        <w:spacing w:before="100" w:after="200" w:line="360" w:lineRule="auto"/>
        <w:ind w:firstLine="576"/>
        <w:jc w:val="left"/>
      </w:pPr>
      <w:r>
        <w:rPr>
          <w:rFonts w:ascii="宋体" w:eastAsia="宋体" w:hAnsi="宋体"/>
          <w:sz w:val="28"/>
        </w:rPr>
        <w:t>2、严禁指派无证电工管电，生产线上停送电操作由值班电工执行。并且办理停送电手续，其他任何人不得进行操作。</w:t>
      </w:r>
    </w:p>
    <w:p>
      <w:pPr>
        <w:spacing w:before="100" w:after="200" w:line="360" w:lineRule="auto"/>
        <w:ind w:firstLine="576"/>
        <w:jc w:val="left"/>
      </w:pPr>
      <w:r>
        <w:rPr>
          <w:rFonts w:ascii="宋体" w:eastAsia="宋体" w:hAnsi="宋体"/>
          <w:sz w:val="28"/>
        </w:rPr>
        <w:t>3、车间所有临时用电（电焊机、水泵、照明、切割机、磨光机等）必须由电工安装接线，不得私拉乱接，特殊情况的接电必须经车间领导同意。</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r>
        <w:rPr>
          <w:rFonts w:ascii="宋体" w:eastAsia="宋体" w:hAnsi="宋体"/>
          <w:sz w:val="28"/>
        </w:rPr>
        <w:t>4、电气设备维修、检修必须由正式电工进行作业。</w:t>
      </w:r>
    </w:p>
    <w:p>
      <w:pPr>
        <w:spacing w:before="100" w:after="200" w:line="360" w:lineRule="auto"/>
        <w:ind w:firstLine="576"/>
        <w:jc w:val="left"/>
      </w:pPr>
      <w:r>
        <w:rPr>
          <w:rFonts w:ascii="宋体" w:eastAsia="宋体" w:hAnsi="宋体"/>
          <w:sz w:val="28"/>
        </w:rPr>
        <w:t>5、设备投料前，尽量减少空机运转时间。减少耗电（指不检查设备时）。</w:t>
      </w:r>
    </w:p>
    <w:p>
      <w:pPr>
        <w:spacing w:before="100" w:after="200" w:line="360" w:lineRule="auto"/>
        <w:ind w:firstLine="576"/>
        <w:jc w:val="left"/>
      </w:pPr>
      <w:r>
        <w:rPr>
          <w:rFonts w:ascii="宋体" w:eastAsia="宋体" w:hAnsi="宋体"/>
          <w:sz w:val="28"/>
        </w:rPr>
        <w:t>6、车间电力室、变压器室、电器设备上的安全标志牌，除原来放置人员或负责的运行值班人员外，其他任何人员不准移动，也不得随意乱挂或摘除。</w:t>
      </w:r>
    </w:p>
    <w:p>
      <w:pPr>
        <w:spacing w:before="100" w:after="200" w:line="360" w:lineRule="auto"/>
        <w:ind w:firstLine="576"/>
        <w:jc w:val="left"/>
      </w:pPr>
      <w:r>
        <w:rPr>
          <w:rFonts w:ascii="宋体" w:eastAsia="宋体" w:hAnsi="宋体"/>
          <w:sz w:val="28"/>
        </w:rPr>
        <w:t>7、车间电力室非工作人员及外来人员不准随便出入。</w:t>
      </w:r>
    </w:p>
    <w:p>
      <w:pPr>
        <w:spacing w:before="100" w:after="200" w:line="360" w:lineRule="auto"/>
        <w:ind w:firstLine="576"/>
        <w:jc w:val="left"/>
      </w:pPr>
      <w:r>
        <w:rPr>
          <w:rFonts w:ascii="宋体" w:eastAsia="宋体" w:hAnsi="宋体"/>
          <w:sz w:val="28"/>
        </w:rPr>
        <w:t>8、检修设备时应切断电源，挂好警示牌，必要时派专人监护。</w:t>
      </w:r>
    </w:p>
    <w:p>
      <w:pPr>
        <w:spacing w:before="100" w:after="200" w:line="360" w:lineRule="auto"/>
        <w:ind w:firstLine="576"/>
        <w:jc w:val="left"/>
      </w:pPr>
      <w:r>
        <w:rPr>
          <w:rFonts w:ascii="宋体" w:eastAsia="宋体" w:hAnsi="宋体"/>
          <w:sz w:val="28"/>
        </w:rPr>
        <w:t>9、所有车间人员不准用电炉，碘钨灯等烧饭、取暖。</w:t>
      </w:r>
    </w:p>
    <w:p>
      <w:pPr>
        <w:spacing w:before="100" w:after="200" w:line="360" w:lineRule="auto"/>
        <w:ind w:firstLine="576"/>
        <w:jc w:val="left"/>
      </w:pPr>
      <w:r>
        <w:rPr>
          <w:rFonts w:ascii="宋体" w:eastAsia="宋体" w:hAnsi="宋体"/>
          <w:sz w:val="28"/>
        </w:rPr>
        <w:t>10、电工作业时，应正确穿戴防护用品。不准带电作业，特殊情况下，须采取安全措施，并有人监护。检修高压电气设备，必须先断电、放电、验电，确认已经放电完全了才可进行检修。</w:t>
      </w:r>
    </w:p>
    <w:p>
      <w:pPr>
        <w:spacing w:before="100" w:after="200" w:line="360" w:lineRule="auto"/>
        <w:ind w:firstLine="576"/>
        <w:jc w:val="left"/>
      </w:pPr>
      <w:r>
        <w:rPr>
          <w:rFonts w:ascii="宋体" w:eastAsia="宋体" w:hAnsi="宋体"/>
          <w:sz w:val="28"/>
        </w:rPr>
        <w:t>11、使用手持电动工具时，必须检查电缆有无破损，烧蚀以及绝缘情况。</w:t>
      </w:r>
    </w:p>
    <w:p>
      <w:pPr>
        <w:spacing w:before="100" w:after="200" w:line="360" w:lineRule="auto"/>
        <w:ind w:firstLine="576"/>
        <w:jc w:val="left"/>
      </w:pPr>
      <w:r>
        <w:rPr>
          <w:rFonts w:ascii="宋体" w:eastAsia="宋体" w:hAnsi="宋体"/>
          <w:sz w:val="28"/>
        </w:rPr>
        <w:t>12、使用电气设备时，遇紧急情况的`应立即切断电源。</w:t>
      </w:r>
    </w:p>
    <w:p>
      <w:pPr>
        <w:spacing w:before="100" w:after="200" w:line="360" w:lineRule="auto"/>
        <w:ind w:firstLine="576"/>
        <w:jc w:val="left"/>
      </w:pPr>
      <w:r>
        <w:rPr>
          <w:rFonts w:ascii="宋体" w:eastAsia="宋体" w:hAnsi="宋体"/>
          <w:sz w:val="28"/>
        </w:rPr>
        <w:t>14、移动非固定安装的电气设备时，如：电风扇、照明灯、电焊机等，必须先切断电源再移动。导线要收拾好，不得在地面上拖来拖去，以免磨损。</w:t>
      </w:r>
    </w:p>
    <w:p>
      <w:pPr>
        <w:spacing w:before="100" w:after="200" w:line="360" w:lineRule="auto"/>
        <w:ind w:firstLine="576"/>
        <w:jc w:val="left"/>
      </w:pPr>
      <w:r>
        <w:rPr>
          <w:rFonts w:ascii="宋体" w:eastAsia="宋体" w:hAnsi="宋体"/>
          <w:sz w:val="28"/>
        </w:rPr>
        <w:t>15、工作台上机床使用的局部照明灯的电压不得超过36V。</w:t>
      </w:r>
    </w:p>
    <w:p>
      <w:pPr>
        <w:spacing w:before="100" w:after="200" w:line="360" w:lineRule="auto"/>
        <w:ind w:firstLine="576"/>
        <w:jc w:val="left"/>
      </w:pPr>
      <w:r>
        <w:rPr>
          <w:rFonts w:ascii="宋体" w:eastAsia="宋体" w:hAnsi="宋体"/>
          <w:sz w:val="28"/>
        </w:rPr>
        <w:t>16、不准使用检修中机器的电气设备。</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17、不准用水冲洗各带电体，如电机、开关盒、线槽等。</w:t>
      </w:r>
    </w:p>
    <w:p>
      <w:pPr>
        <w:spacing w:before="100" w:after="200" w:line="360" w:lineRule="auto"/>
        <w:ind w:firstLine="576"/>
        <w:jc w:val="left"/>
      </w:pPr>
      <w:r>
        <w:rPr>
          <w:rFonts w:ascii="宋体" w:eastAsia="宋体" w:hAnsi="宋体"/>
          <w:sz w:val="28"/>
        </w:rPr>
        <w:t>18、发现有漏电情况时，马上停机，将电源关掉后立即去找电工处理。</w:t>
      </w:r>
    </w:p>
    <w:p>
      <w:pPr>
        <w:spacing w:before="100" w:after="200" w:line="360" w:lineRule="auto"/>
        <w:ind w:firstLine="576"/>
        <w:jc w:val="left"/>
      </w:pPr>
      <w:r>
        <w:rPr>
          <w:rFonts w:ascii="宋体" w:eastAsia="宋体" w:hAnsi="宋体"/>
          <w:sz w:val="28"/>
        </w:rPr>
        <w:t>19、在更换保险丝时，要按负荷选择合格保险丝，不得任意加大或以铜丝代替。</w:t>
      </w:r>
    </w:p>
    <w:p>
      <w:pPr>
        <w:spacing w:before="100" w:after="200" w:line="360" w:lineRule="auto"/>
        <w:ind w:firstLine="576"/>
        <w:jc w:val="left"/>
      </w:pPr>
      <w:r>
        <w:rPr>
          <w:rFonts w:ascii="宋体" w:eastAsia="宋体" w:hAnsi="宋体"/>
          <w:sz w:val="28"/>
        </w:rPr>
        <w:t>20、严禁用铁柄毛刷清扫或用湿布擦拭电器开关。</w:t>
      </w:r>
    </w:p>
    <w:p>
      <w:pPr>
        <w:spacing w:before="100" w:after="200" w:line="360" w:lineRule="auto"/>
        <w:ind w:firstLine="576"/>
        <w:jc w:val="left"/>
      </w:pPr>
      <w:r>
        <w:rPr>
          <w:rFonts w:ascii="宋体" w:eastAsia="宋体" w:hAnsi="宋体"/>
          <w:sz w:val="28"/>
        </w:rPr>
        <w:t>工厂安全制度篇三</w:t>
      </w:r>
    </w:p>
    <w:p>
      <w:pPr>
        <w:spacing w:before="100" w:after="200" w:line="360" w:lineRule="auto"/>
        <w:ind w:firstLine="576"/>
        <w:jc w:val="left"/>
      </w:pPr>
      <w:r>
        <w:rPr>
          <w:rFonts w:ascii="宋体" w:eastAsia="宋体" w:hAnsi="宋体"/>
          <w:sz w:val="28"/>
        </w:rPr>
        <w:t>第一、安全生产例会制度</w:t>
      </w:r>
    </w:p>
    <w:p>
      <w:pPr>
        <w:spacing w:before="100" w:after="200" w:line="360" w:lineRule="auto"/>
        <w:jc w:val="left"/>
      </w:pPr>
      <w:r>
        <w:rPr>
          <w:rFonts w:ascii="宋体 (中文正文)" w:eastAsia="宋体" w:hAnsi="宋体 (中文正文)"/>
          <w:b/>
          <w:sz w:val="28"/>
        </w:rPr>
        <w:t>一、根据公司安全生产管理制度，贯彻落实安全生产例会制度。</w:t>
      </w:r>
    </w:p>
    <w:p>
      <w:pPr>
        <w:spacing w:before="100" w:after="200" w:line="360" w:lineRule="auto"/>
        <w:jc w:val="left"/>
      </w:pPr>
      <w:r>
        <w:rPr>
          <w:rFonts w:ascii="宋体 (中文正文)" w:eastAsia="宋体" w:hAnsi="宋体 (中文正文)"/>
          <w:b/>
          <w:sz w:val="28"/>
        </w:rPr>
        <w:t>二、公司每月召开一次部门或班组以上安全生产分析会，总经理主持，做好记录并存档。</w:t>
      </w:r>
    </w:p>
    <w:p>
      <w:pPr>
        <w:spacing w:before="100" w:after="200" w:line="360" w:lineRule="auto"/>
        <w:jc w:val="left"/>
      </w:pPr>
      <w:r>
        <w:rPr>
          <w:rFonts w:ascii="宋体 (中文正文)" w:eastAsia="宋体" w:hAnsi="宋体 (中文正文)"/>
          <w:b/>
          <w:sz w:val="28"/>
        </w:rPr>
        <w:t>三、部门每月召开一次班组以上安全工作例会，由经理主持，做好记录并存档。</w:t>
      </w:r>
    </w:p>
    <w:p>
      <w:pPr>
        <w:spacing w:before="100" w:after="200" w:line="360" w:lineRule="auto"/>
        <w:jc w:val="left"/>
      </w:pPr>
      <w:r>
        <w:rPr>
          <w:rFonts w:ascii="宋体 (中文正文)" w:eastAsia="宋体" w:hAnsi="宋体 (中文正文)"/>
          <w:b/>
          <w:sz w:val="28"/>
        </w:rPr>
        <w:t>四、班组每周召开一次班组安全工作例会，班组长主持，做好记录并存档。</w:t>
      </w:r>
    </w:p>
    <w:p>
      <w:pPr>
        <w:spacing w:before="100" w:after="200" w:line="360" w:lineRule="auto"/>
        <w:ind w:firstLine="576"/>
        <w:jc w:val="left"/>
      </w:pPr>
      <w:r>
        <w:rPr>
          <w:rFonts w:ascii="宋体" w:eastAsia="宋体" w:hAnsi="宋体"/>
          <w:sz w:val="28"/>
        </w:rPr>
        <w:t>第二、安全生产检查制度</w:t>
      </w:r>
    </w:p>
    <w:p>
      <w:pPr>
        <w:spacing w:before="100" w:after="200" w:line="360" w:lineRule="auto"/>
        <w:jc w:val="left"/>
      </w:pPr>
      <w:r>
        <w:rPr>
          <w:rFonts w:ascii="宋体 (中文正文)" w:eastAsia="宋体" w:hAnsi="宋体 (中文正文)"/>
          <w:b/>
          <w:sz w:val="28"/>
        </w:rPr>
        <w:t>一、节前安全生产大检查。每年的四大节日前对市场进行安全生产大检查。</w:t>
      </w:r>
    </w:p>
    <w:p>
      <w:pPr>
        <w:spacing w:before="100" w:after="200" w:line="360" w:lineRule="auto"/>
        <w:jc w:val="left"/>
      </w:pPr>
      <w:r>
        <w:rPr>
          <w:rFonts w:ascii="宋体 (中文正文)" w:eastAsia="宋体" w:hAnsi="宋体 (中文正文)"/>
          <w:b/>
          <w:sz w:val="28"/>
        </w:rPr>
        <w:t>二、每年的春季和秋季各安排一次全面的安全生产大检查。</w:t>
      </w:r>
    </w:p>
    <w:p>
      <w:pPr>
        <w:spacing w:before="100" w:after="200" w:line="360" w:lineRule="auto"/>
        <w:jc w:val="left"/>
      </w:pPr>
      <w:r>
        <w:rPr>
          <w:rFonts w:ascii="宋体 (中文正文)" w:eastAsia="宋体" w:hAnsi="宋体 (中文正文)"/>
          <w:b/>
          <w:sz w:val="28"/>
        </w:rPr>
        <w:t>三、每年的夏季到来之前安排一次夏季安全用电专项安全大检查。</w:t>
      </w:r>
    </w:p>
    <w:p>
      <w:pPr>
        <w:spacing w:before="100" w:after="200" w:line="360" w:lineRule="auto"/>
        <w:jc w:val="left"/>
        <w:sectPr w:rsidSect="00034616">
          <w:type w:val="nextPage"/>
          <w:pgSz w:w="11906" w:h="16838"/>
          <w:pgMar w:top="1440" w:right="1440" w:bottom="1440" w:left="1440" w:header="720" w:footer="720" w:gutter="0"/>
          <w:pgNumType w:start="5"/>
          <w:cols w:space="720"/>
          <w:titlePg w:val="0"/>
          <w:docGrid w:linePitch="360"/>
        </w:sectPr>
      </w:pPr>
      <w:r>
        <w:rPr>
          <w:rFonts w:ascii="宋体 (中文正文)" w:eastAsia="宋体" w:hAnsi="宋体 (中文正文)"/>
          <w:b/>
          <w:sz w:val="28"/>
        </w:rPr>
        <w:t>四、对市场内危险性较大的重点部位定期进行巡检，原则上每月检查一次。</w:t>
      </w:r>
    </w:p>
    <w:p>
      <w:pPr>
        <w:spacing w:before="100" w:after="200" w:line="360" w:lineRule="auto"/>
        <w:jc w:val="left"/>
      </w:pPr>
      <w:r>
        <w:rPr>
          <w:rFonts w:ascii="宋体 (中文正文)" w:eastAsia="宋体" w:hAnsi="宋体 (中文正文)"/>
          <w:b/>
          <w:sz w:val="28"/>
        </w:rPr>
        <w:t>五、定期进行市场巡查，对市场进行动态监管。原则上每季度进行一次。</w:t>
      </w:r>
    </w:p>
    <w:p>
      <w:pPr>
        <w:spacing w:before="100" w:after="200" w:line="360" w:lineRule="auto"/>
        <w:jc w:val="left"/>
      </w:pPr>
      <w:r>
        <w:rPr>
          <w:rFonts w:ascii="宋体 (中文正文)" w:eastAsia="宋体" w:hAnsi="宋体 (中文正文)"/>
          <w:b/>
          <w:sz w:val="28"/>
        </w:rPr>
        <w:t>六、重大政治经济文化活动中，要在活动前和活动中开展安全生产大检查。</w:t>
      </w:r>
    </w:p>
    <w:p>
      <w:pPr>
        <w:spacing w:before="100" w:after="200" w:line="360" w:lineRule="auto"/>
        <w:jc w:val="left"/>
      </w:pPr>
      <w:r>
        <w:rPr>
          <w:rFonts w:ascii="宋体 (中文正文)" w:eastAsia="宋体" w:hAnsi="宋体 (中文正文)"/>
          <w:b/>
          <w:sz w:val="28"/>
        </w:rPr>
        <w:t>七、做好市、区安全生产监管部门安排的其他检查工作。</w:t>
      </w:r>
    </w:p>
    <w:p>
      <w:pPr>
        <w:spacing w:before="100" w:after="200" w:line="360" w:lineRule="auto"/>
        <w:jc w:val="left"/>
      </w:pPr>
      <w:r>
        <w:rPr>
          <w:rFonts w:ascii="宋体 (中文正文)" w:eastAsia="宋体" w:hAnsi="宋体 (中文正文)"/>
          <w:b/>
          <w:sz w:val="28"/>
        </w:rPr>
        <w:t>八、安全生产大检查必须由领导带队，组织相关部门负责人、技术人员参加，确保检查效果。</w:t>
      </w:r>
    </w:p>
    <w:p>
      <w:pPr>
        <w:spacing w:before="100" w:after="200" w:line="360" w:lineRule="auto"/>
        <w:ind w:firstLine="576"/>
        <w:jc w:val="left"/>
      </w:pPr>
      <w:r>
        <w:rPr>
          <w:rFonts w:ascii="宋体" w:eastAsia="宋体" w:hAnsi="宋体"/>
          <w:sz w:val="28"/>
        </w:rPr>
        <w:t>第三、北方汽配城安全经营投入保障制度</w:t>
      </w:r>
    </w:p>
    <w:p>
      <w:pPr>
        <w:spacing w:before="100" w:after="200" w:line="360" w:lineRule="auto"/>
        <w:ind w:firstLine="576"/>
        <w:jc w:val="left"/>
      </w:pPr>
      <w:r>
        <w:rPr>
          <w:rFonts w:ascii="宋体" w:eastAsia="宋体" w:hAnsi="宋体"/>
          <w:sz w:val="28"/>
        </w:rPr>
        <w:t>为了保证公司的安全经营，公司每年支出专项资金，配备安全设施，加强安全管理保证设备的正常运行。</w:t>
      </w:r>
    </w:p>
    <w:p>
      <w:pPr>
        <w:spacing w:before="100" w:after="200" w:line="360" w:lineRule="auto"/>
        <w:jc w:val="left"/>
      </w:pPr>
      <w:r>
        <w:rPr>
          <w:rFonts w:ascii="宋体 (中文正文)" w:eastAsia="宋体" w:hAnsi="宋体 (中文正文)"/>
          <w:b/>
          <w:sz w:val="28"/>
        </w:rPr>
        <w:t>一、公司每年支出部分专项资金用于安全经营改造，专款专用，不准减少或挪为它用。</w:t>
      </w:r>
    </w:p>
    <w:p>
      <w:pPr>
        <w:spacing w:before="100" w:after="200" w:line="360" w:lineRule="auto"/>
        <w:jc w:val="left"/>
      </w:pPr>
      <w:r>
        <w:rPr>
          <w:rFonts w:ascii="宋体 (中文正文)" w:eastAsia="宋体" w:hAnsi="宋体 (中文正文)"/>
          <w:b/>
          <w:sz w:val="28"/>
        </w:rPr>
        <w:t>二、对于各项费用必须按照制度、预算和审批手续支出，并由财务部门申报，审批后方可实施。</w:t>
      </w:r>
    </w:p>
    <w:p>
      <w:pPr>
        <w:spacing w:before="100" w:after="200" w:line="360" w:lineRule="auto"/>
        <w:jc w:val="left"/>
      </w:pPr>
      <w:r>
        <w:rPr>
          <w:rFonts w:ascii="宋体 (中文正文)" w:eastAsia="宋体" w:hAnsi="宋体 (中文正文)"/>
          <w:b/>
          <w:sz w:val="28"/>
        </w:rPr>
        <w:t>三、安全设施资金投入范围：</w:t>
      </w:r>
    </w:p>
    <w:p>
      <w:pPr>
        <w:spacing w:before="100" w:after="200" w:line="360" w:lineRule="auto"/>
        <w:ind w:firstLine="576"/>
        <w:jc w:val="left"/>
      </w:pPr>
      <w:r>
        <w:rPr>
          <w:rFonts w:ascii="宋体" w:eastAsia="宋体" w:hAnsi="宋体"/>
          <w:sz w:val="28"/>
        </w:rPr>
        <w:t>1、完善、改造安全防护设备、设施支出。安全设备、设施主要是指公司的监控、通风、防汛、调温、防火、灭火等设施设备；</w:t>
      </w:r>
    </w:p>
    <w:p>
      <w:pPr>
        <w:spacing w:before="100" w:after="200" w:line="360" w:lineRule="auto"/>
        <w:ind w:firstLine="576"/>
        <w:jc w:val="left"/>
      </w:pPr>
      <w:r>
        <w:rPr>
          <w:rFonts w:ascii="宋体" w:eastAsia="宋体" w:hAnsi="宋体"/>
          <w:sz w:val="28"/>
        </w:rPr>
        <w:t>2、配备必要的应急救援器材、设备和现场作业人员安全防护物品支出</w:t>
      </w:r>
    </w:p>
    <w:p>
      <w:pPr>
        <w:spacing w:before="100" w:after="200" w:line="360" w:lineRule="auto"/>
        <w:ind w:firstLine="576"/>
        <w:jc w:val="left"/>
      </w:pPr>
      <w:r>
        <w:rPr>
          <w:rFonts w:ascii="宋体" w:eastAsia="宋体" w:hAnsi="宋体"/>
          <w:sz w:val="28"/>
        </w:rPr>
        <w:t>3、安全生产检查与评价支出。</w:t>
      </w:r>
    </w:p>
    <w:p>
      <w:pPr>
        <w:spacing w:before="100" w:after="200" w:line="360" w:lineRule="auto"/>
        <w:ind w:firstLine="576"/>
        <w:jc w:val="left"/>
      </w:pPr>
      <w:r>
        <w:rPr>
          <w:rFonts w:ascii="宋体" w:eastAsia="宋体" w:hAnsi="宋体"/>
          <w:sz w:val="28"/>
        </w:rPr>
        <w:t>4、重大危险源、重大事故隐患的评估、整改、监控指出。</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r>
        <w:rPr>
          <w:rFonts w:ascii="宋体" w:eastAsia="宋体" w:hAnsi="宋体"/>
          <w:sz w:val="28"/>
        </w:rPr>
        <w:t>5、安全技能培训及进行应急救援演练支出。</w:t>
      </w:r>
    </w:p>
    <w:p>
      <w:pPr>
        <w:spacing w:before="100" w:after="200" w:line="360" w:lineRule="auto"/>
        <w:ind w:firstLine="576"/>
        <w:jc w:val="left"/>
      </w:pPr>
      <w:r>
        <w:rPr>
          <w:rFonts w:ascii="宋体" w:eastAsia="宋体" w:hAnsi="宋体"/>
          <w:sz w:val="28"/>
        </w:rPr>
        <w:t>6、其它与安全经营直接相关的支出。</w:t>
      </w:r>
    </w:p>
    <w:p>
      <w:pPr>
        <w:spacing w:before="100" w:after="200" w:line="360" w:lineRule="auto"/>
        <w:jc w:val="left"/>
      </w:pPr>
      <w:r>
        <w:rPr>
          <w:rFonts w:ascii="宋体 (中文正文)" w:eastAsia="宋体" w:hAnsi="宋体 (中文正文)"/>
          <w:b/>
          <w:sz w:val="28"/>
        </w:rPr>
        <w:t>四、设备正常运行保障资金：</w:t>
      </w:r>
    </w:p>
    <w:p>
      <w:pPr>
        <w:spacing w:before="100" w:after="200" w:line="360" w:lineRule="auto"/>
        <w:ind w:firstLine="576"/>
        <w:jc w:val="left"/>
      </w:pPr>
      <w:r>
        <w:rPr>
          <w:rFonts w:ascii="宋体" w:eastAsia="宋体" w:hAnsi="宋体"/>
          <w:sz w:val="28"/>
        </w:rPr>
        <w:t>1、烟、温感报警系统的测试和维修，每个烟、温感探头至少每年轮测一次。</w:t>
      </w:r>
    </w:p>
    <w:p>
      <w:pPr>
        <w:spacing w:before="100" w:after="200" w:line="360" w:lineRule="auto"/>
        <w:ind w:firstLine="576"/>
        <w:jc w:val="left"/>
      </w:pPr>
      <w:r>
        <w:rPr>
          <w:rFonts w:ascii="宋体" w:eastAsia="宋体" w:hAnsi="宋体"/>
          <w:sz w:val="28"/>
        </w:rPr>
        <w:t>2、消防水泵、喷淋水泵每月试开泵一次，检查其是否完整好用。</w:t>
      </w:r>
    </w:p>
    <w:p>
      <w:pPr>
        <w:spacing w:before="100" w:after="200" w:line="360" w:lineRule="auto"/>
        <w:ind w:firstLine="576"/>
        <w:jc w:val="left"/>
      </w:pPr>
      <w:r>
        <w:rPr>
          <w:rFonts w:ascii="宋体" w:eastAsia="宋体" w:hAnsi="宋体"/>
          <w:sz w:val="28"/>
        </w:rPr>
        <w:t>3、正压送风、防排烟系统每半年检测一次。</w:t>
      </w:r>
    </w:p>
    <w:p>
      <w:pPr>
        <w:spacing w:before="100" w:after="200" w:line="360" w:lineRule="auto"/>
        <w:ind w:firstLine="576"/>
        <w:jc w:val="left"/>
      </w:pPr>
      <w:r>
        <w:rPr>
          <w:rFonts w:ascii="宋体" w:eastAsia="宋体" w:hAnsi="宋体"/>
          <w:sz w:val="28"/>
        </w:rPr>
        <w:t>4、室内消火栓、喷淋泄水测试每季度一次。</w:t>
      </w:r>
    </w:p>
    <w:p>
      <w:pPr>
        <w:spacing w:before="100" w:after="200" w:line="360" w:lineRule="auto"/>
        <w:jc w:val="left"/>
      </w:pPr>
      <w:r>
        <w:rPr>
          <w:rFonts w:ascii="宋体 (中文正文)" w:eastAsia="宋体" w:hAnsi="宋体 (中文正文)"/>
          <w:b/>
          <w:sz w:val="28"/>
        </w:rPr>
        <w:t>五、安全经营专项费用用于其它安全技术事项：</w:t>
      </w:r>
    </w:p>
    <w:p>
      <w:pPr>
        <w:spacing w:before="100" w:after="200" w:line="360" w:lineRule="auto"/>
        <w:ind w:firstLine="576"/>
        <w:jc w:val="left"/>
      </w:pPr>
      <w:r>
        <w:rPr>
          <w:rFonts w:ascii="宋体" w:eastAsia="宋体" w:hAnsi="宋体"/>
          <w:sz w:val="28"/>
        </w:rPr>
        <w:t>1、安全经营宣传、教育和培训；</w:t>
      </w:r>
    </w:p>
    <w:p>
      <w:pPr>
        <w:spacing w:before="100" w:after="200" w:line="360" w:lineRule="auto"/>
        <w:jc w:val="left"/>
      </w:pPr>
      <w:r>
        <w:rPr>
          <w:rFonts w:ascii="宋体 (中文正文)" w:eastAsia="宋体" w:hAnsi="宋体 (中文正文)"/>
          <w:sz w:val="28"/>
        </w:rPr>
        <w:t>2、劳动防护用品配备：</w:t>
      </w:r>
    </w:p>
    <w:p>
      <w:pPr>
        <w:spacing w:before="100" w:after="200" w:line="360" w:lineRule="auto"/>
        <w:ind w:firstLine="576"/>
        <w:jc w:val="left"/>
      </w:pPr>
      <w:r>
        <w:rPr>
          <w:rFonts w:ascii="宋体" w:eastAsia="宋体" w:hAnsi="宋体"/>
          <w:sz w:val="28"/>
        </w:rPr>
        <w:t>3、其它保障安全经营的费用。</w:t>
      </w:r>
    </w:p>
    <w:p>
      <w:pPr>
        <w:spacing w:before="100" w:after="200" w:line="360" w:lineRule="auto"/>
        <w:ind w:firstLine="576"/>
        <w:jc w:val="left"/>
      </w:pPr>
      <w:r>
        <w:rPr>
          <w:rFonts w:ascii="宋体" w:eastAsia="宋体" w:hAnsi="宋体"/>
          <w:sz w:val="28"/>
        </w:rPr>
        <w:t>第四、安全生产工作检查、考核、奖惩制度</w:t>
      </w:r>
    </w:p>
    <w:p>
      <w:pPr>
        <w:spacing w:before="100" w:after="200" w:line="360" w:lineRule="auto"/>
        <w:jc w:val="left"/>
      </w:pPr>
      <w:r>
        <w:rPr>
          <w:rFonts w:ascii="宋体 (中文正文)" w:eastAsia="宋体" w:hAnsi="宋体 (中文正文)"/>
          <w:b/>
          <w:sz w:val="28"/>
        </w:rPr>
        <w:t>一、安全生产工作实行逐级检查、考核。</w:t>
      </w:r>
    </w:p>
    <w:p>
      <w:pPr>
        <w:spacing w:before="100" w:after="200" w:line="360" w:lineRule="auto"/>
        <w:jc w:val="left"/>
      </w:pPr>
      <w:r>
        <w:rPr>
          <w:rFonts w:ascii="宋体 (中文正文)" w:eastAsia="宋体" w:hAnsi="宋体 (中文正文)"/>
          <w:b/>
          <w:sz w:val="28"/>
        </w:rPr>
        <w:t>二、安全生产工作实行层层签订责任书，每月将责任书落实情况逐级上报，对安全事故不瞒报。</w:t>
      </w:r>
    </w:p>
    <w:p>
      <w:pPr>
        <w:spacing w:before="100" w:after="200" w:line="360" w:lineRule="auto"/>
        <w:ind w:firstLine="576"/>
        <w:jc w:val="left"/>
      </w:pPr>
      <w:r>
        <w:rPr>
          <w:rFonts w:ascii="宋体" w:eastAsia="宋体" w:hAnsi="宋体"/>
          <w:sz w:val="28"/>
        </w:rPr>
        <w:t>三、公司对部门每月至少一次安全工作检查，部门对班组每周进行一次安全工作检查，安全班组对成员每天进行考核。</w:t>
      </w:r>
    </w:p>
    <w:p>
      <w:pPr>
        <w:spacing w:before="100" w:after="200" w:line="360" w:lineRule="auto"/>
        <w:jc w:val="left"/>
      </w:pPr>
      <w:r>
        <w:rPr>
          <w:rFonts w:ascii="宋体 (中文正文)" w:eastAsia="宋体" w:hAnsi="宋体 (中文正文)"/>
          <w:b/>
          <w:sz w:val="28"/>
        </w:rPr>
        <w:t>四、公司对部门及部门对班组考核以目标责任的完成情况和交付任务完成情况为依据。</w:t>
      </w:r>
    </w:p>
    <w:p>
      <w:pPr>
        <w:spacing w:before="100" w:after="200" w:line="360" w:lineRule="auto"/>
        <w:jc w:val="left"/>
        <w:sectPr w:rsidSect="00034616">
          <w:type w:val="nextPage"/>
          <w:pgSz w:w="11906" w:h="16838"/>
          <w:pgMar w:top="1440" w:right="1440" w:bottom="1440" w:left="1440" w:header="720" w:footer="720" w:gutter="0"/>
          <w:pgNumType w:start="7"/>
          <w:cols w:space="720"/>
          <w:titlePg w:val="0"/>
          <w:docGrid w:linePitch="360"/>
        </w:sectPr>
      </w:pPr>
      <w:r>
        <w:rPr>
          <w:rFonts w:ascii="宋体 (中文正文)" w:eastAsia="宋体" w:hAnsi="宋体 (中文正文)"/>
          <w:b/>
          <w:sz w:val="28"/>
        </w:rPr>
        <w:t>五、检查、考核情况以书面形式汇总于公司，并在安全生产会议上公布。</w:t>
      </w:r>
    </w:p>
    <w:p>
      <w:pPr>
        <w:spacing w:before="100" w:after="200" w:line="360" w:lineRule="auto"/>
        <w:jc w:val="left"/>
      </w:pPr>
      <w:r>
        <w:rPr>
          <w:rFonts w:ascii="宋体 (中文正文)" w:eastAsia="宋体" w:hAnsi="宋体 (中文正文)"/>
          <w:b/>
          <w:sz w:val="28"/>
        </w:rPr>
        <w:t>六、每半年对安全生产工作总结以此为依据开展考核。</w:t>
      </w:r>
    </w:p>
    <w:p>
      <w:pPr>
        <w:spacing w:before="100" w:after="200" w:line="360" w:lineRule="auto"/>
        <w:jc w:val="left"/>
      </w:pPr>
      <w:r>
        <w:rPr>
          <w:rFonts w:ascii="宋体 (中文正文)" w:eastAsia="宋体" w:hAnsi="宋体 (中文正文)"/>
          <w:b/>
          <w:sz w:val="28"/>
        </w:rPr>
        <w:t>七、检查考核结果与安全奖惩制度对应并在当月或年终奖中体现。</w:t>
      </w:r>
    </w:p>
    <w:p>
      <w:pPr>
        <w:spacing w:before="100" w:after="200" w:line="360" w:lineRule="auto"/>
        <w:ind w:firstLine="576"/>
        <w:jc w:val="left"/>
      </w:pPr>
      <w:r>
        <w:rPr>
          <w:rFonts w:ascii="宋体" w:eastAsia="宋体" w:hAnsi="宋体"/>
          <w:sz w:val="28"/>
        </w:rPr>
        <w:t>车间安全生产规章制度篇四</w:t>
      </w:r>
    </w:p>
    <w:p>
      <w:pPr>
        <w:spacing w:before="100" w:after="200" w:line="360" w:lineRule="auto"/>
        <w:ind w:firstLine="576"/>
        <w:jc w:val="left"/>
      </w:pPr>
      <w:r>
        <w:rPr>
          <w:rFonts w:ascii="宋体" w:eastAsia="宋体" w:hAnsi="宋体"/>
          <w:sz w:val="28"/>
        </w:rPr>
        <w:t>1.根据国家法律法规和公司安全管理规定，结合车间实际制定本安全生产管理制度。</w:t>
      </w:r>
    </w:p>
    <w:p>
      <w:pPr>
        <w:spacing w:before="100" w:after="200" w:line="360" w:lineRule="auto"/>
        <w:ind w:firstLine="576"/>
        <w:jc w:val="left"/>
      </w:pPr>
      <w:r>
        <w:rPr>
          <w:rFonts w:ascii="宋体" w:eastAsia="宋体" w:hAnsi="宋体"/>
          <w:sz w:val="28"/>
        </w:rPr>
        <w:t>2.为保障员工身体健康安全，车间运营正常，全体车间员工必须按要求遵守本制度。</w:t>
      </w:r>
    </w:p>
    <w:p>
      <w:pPr>
        <w:spacing w:before="100" w:after="200" w:line="360" w:lineRule="auto"/>
        <w:ind w:firstLine="576"/>
        <w:jc w:val="left"/>
      </w:pPr>
      <w:r>
        <w:rPr>
          <w:rFonts w:ascii="宋体" w:eastAsia="宋体" w:hAnsi="宋体"/>
          <w:sz w:val="28"/>
        </w:rPr>
        <w:t>3.全体车间员工必须按要求参加公司组织的安全生产教育，严格遵守履行制度内容。</w:t>
      </w:r>
    </w:p>
    <w:p>
      <w:pPr>
        <w:spacing w:before="100" w:after="200" w:line="360" w:lineRule="auto"/>
        <w:ind w:firstLine="576"/>
        <w:jc w:val="left"/>
      </w:pPr>
      <w:r>
        <w:rPr>
          <w:rFonts w:ascii="宋体" w:eastAsia="宋体" w:hAnsi="宋体"/>
          <w:sz w:val="28"/>
        </w:rPr>
        <w:t>4.员工上班必须按规定穿着工作服工作鞋，相关特殊工种还需穿戴保护和防护用品。</w:t>
      </w:r>
    </w:p>
    <w:p>
      <w:pPr>
        <w:spacing w:before="100" w:after="200" w:line="360" w:lineRule="auto"/>
        <w:ind w:firstLine="576"/>
        <w:jc w:val="left"/>
      </w:pPr>
      <w:r>
        <w:rPr>
          <w:rFonts w:ascii="宋体" w:eastAsia="宋体" w:hAnsi="宋体"/>
          <w:sz w:val="28"/>
        </w:rPr>
        <w:t>5.上下班工作时间内，不得在生产维修车间追逐、戏嬉、玩耍、打闹和大声喧哗等。</w:t>
      </w:r>
    </w:p>
    <w:p>
      <w:pPr>
        <w:spacing w:before="100" w:after="200" w:line="360" w:lineRule="auto"/>
        <w:ind w:firstLine="576"/>
        <w:jc w:val="left"/>
      </w:pPr>
      <w:r>
        <w:rPr>
          <w:rFonts w:ascii="宋体" w:eastAsia="宋体" w:hAnsi="宋体"/>
          <w:sz w:val="28"/>
        </w:rPr>
        <w:t>6.上下班工作时间内，严禁在生产维修车间工作现场区域内吸烟，使用明火等行为。</w:t>
      </w:r>
    </w:p>
    <w:p>
      <w:pPr>
        <w:spacing w:before="100" w:after="200" w:line="360" w:lineRule="auto"/>
        <w:ind w:firstLine="576"/>
        <w:jc w:val="left"/>
      </w:pPr>
      <w:r>
        <w:rPr>
          <w:rFonts w:ascii="宋体" w:eastAsia="宋体" w:hAnsi="宋体"/>
          <w:sz w:val="28"/>
        </w:rPr>
        <w:t>7.严禁无证、未经考核和允许驾驶车辆，严禁非因工作的需要擅自移动和驾驶车辆。</w:t>
      </w:r>
    </w:p>
    <w:p>
      <w:pPr>
        <w:spacing w:before="100" w:after="200" w:line="360" w:lineRule="auto"/>
        <w:ind w:firstLine="576"/>
        <w:jc w:val="left"/>
      </w:pPr>
      <w:r>
        <w:rPr>
          <w:rFonts w:ascii="宋体" w:eastAsia="宋体" w:hAnsi="宋体"/>
          <w:sz w:val="28"/>
        </w:rPr>
        <w:t>8.严禁在生产维修车间和厂区内试刹车，在车间和厂内行驶速度不得超过8Km／h。</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r>
        <w:rPr>
          <w:rFonts w:ascii="宋体" w:eastAsia="宋体" w:hAnsi="宋体"/>
          <w:sz w:val="28"/>
        </w:rPr>
        <w:t>9.严格按照维修设备操作规定来操作和使用设备，避免造成人员伤害和设备损坏。</w:t>
      </w:r>
    </w:p>
    <w:p>
      <w:pPr>
        <w:spacing w:before="100" w:after="200" w:line="360" w:lineRule="auto"/>
        <w:ind w:firstLine="576"/>
        <w:jc w:val="left"/>
      </w:pPr>
      <w:r>
        <w:rPr>
          <w:rFonts w:ascii="宋体" w:eastAsia="宋体" w:hAnsi="宋体"/>
          <w:sz w:val="28"/>
        </w:rPr>
        <w:t>10.维修作业结束后，要及时清理工作区域积水、油污、杂物和垃圾，并将相关维修设备放回指定位置，保持区域场地整齐清洁，防止造成人员的滑倒和伤害。</w:t>
      </w:r>
    </w:p>
    <w:p>
      <w:pPr>
        <w:spacing w:before="100" w:after="200" w:line="360" w:lineRule="auto"/>
        <w:ind w:firstLine="576"/>
        <w:jc w:val="left"/>
      </w:pPr>
      <w:r>
        <w:rPr>
          <w:rFonts w:ascii="宋体" w:eastAsia="宋体" w:hAnsi="宋体"/>
          <w:sz w:val="28"/>
        </w:rPr>
        <w:t>11.油漆、油漆辅料、油品类物品，不得随意乱放，要进行专人管理和定期检查制度。</w:t>
      </w:r>
    </w:p>
    <w:p>
      <w:pPr>
        <w:spacing w:before="100" w:after="200" w:line="360" w:lineRule="auto"/>
        <w:ind w:firstLine="576"/>
        <w:jc w:val="left"/>
      </w:pPr>
      <w:r>
        <w:rPr>
          <w:rFonts w:ascii="宋体" w:eastAsia="宋体" w:hAnsi="宋体"/>
          <w:sz w:val="28"/>
        </w:rPr>
        <w:t>12.在生产维修车间、油品房和油漆材料房等地方，应该配备充足灭火器和消防器材。</w:t>
      </w:r>
    </w:p>
    <w:p>
      <w:pPr>
        <w:spacing w:before="100" w:after="200" w:line="360" w:lineRule="auto"/>
        <w:ind w:firstLine="576"/>
        <w:jc w:val="left"/>
      </w:pPr>
      <w:r>
        <w:rPr>
          <w:rFonts w:ascii="宋体" w:eastAsia="宋体" w:hAnsi="宋体"/>
          <w:sz w:val="28"/>
        </w:rPr>
        <w:t>13.定期进行安全检查，保持消防器材良好状态，所有人员会正确使用灭火器材设备。</w:t>
      </w:r>
    </w:p>
    <w:p>
      <w:pPr>
        <w:spacing w:before="100" w:after="200" w:line="360" w:lineRule="auto"/>
        <w:ind w:firstLine="576"/>
        <w:jc w:val="left"/>
      </w:pPr>
      <w:r>
        <w:rPr>
          <w:rFonts w:ascii="宋体" w:eastAsia="宋体" w:hAnsi="宋体"/>
          <w:sz w:val="28"/>
        </w:rPr>
        <w:t>14.车间维修照明工作灯应采用低压(36伏以下)安全灯，工作灯不得浸水或在有水的地方使用，并经常检查导线和插座是否良好。</w:t>
      </w:r>
    </w:p>
    <w:p>
      <w:pPr>
        <w:spacing w:before="100" w:after="200" w:line="360" w:lineRule="auto"/>
        <w:ind w:firstLine="576"/>
        <w:jc w:val="left"/>
      </w:pPr>
      <w:r>
        <w:rPr>
          <w:rFonts w:ascii="宋体" w:eastAsia="宋体" w:hAnsi="宋体"/>
          <w:sz w:val="28"/>
        </w:rPr>
        <w:t>15.严禁手上有水或潮湿时，扳动电力控制开关、插拔供电电源插座、用电设备和电源线路，电源供给和控制的电控箱、电源插座要定期进行检查。</w:t>
      </w:r>
    </w:p>
    <w:p>
      <w:pPr>
        <w:spacing w:before="100" w:after="200" w:line="360" w:lineRule="auto"/>
        <w:ind w:firstLine="576"/>
        <w:jc w:val="left"/>
      </w:pPr>
      <w:r>
        <w:rPr>
          <w:rFonts w:ascii="宋体" w:eastAsia="宋体" w:hAnsi="宋体"/>
          <w:sz w:val="28"/>
        </w:rPr>
        <w:t>16.非专业高压电维修人员，严禁擅自修理更换配电箱、供电插座上的用电设备器材。</w:t>
      </w:r>
    </w:p>
    <w:p>
      <w:pPr>
        <w:spacing w:before="100" w:after="200" w:line="360" w:lineRule="auto"/>
        <w:ind w:firstLine="576"/>
        <w:jc w:val="left"/>
      </w:pPr>
      <w:r>
        <w:rPr>
          <w:rFonts w:ascii="宋体" w:eastAsia="宋体" w:hAnsi="宋体"/>
          <w:sz w:val="28"/>
        </w:rPr>
        <w:t>17.每天下班前，必须按要求关闭和切断工作区域内相关用电维修设备和电器设备，关闭和锁好门和窗户，避免用电设备在下雨天淋雨或受潮造成损坏。</w:t>
      </w:r>
    </w:p>
    <w:p>
      <w:pPr>
        <w:spacing w:before="100" w:after="200" w:line="360" w:lineRule="auto"/>
        <w:ind w:firstLine="576"/>
        <w:jc w:val="left"/>
      </w:pPr>
      <w:r>
        <w:rPr>
          <w:rFonts w:ascii="宋体" w:eastAsia="宋体" w:hAnsi="宋体"/>
          <w:sz w:val="28"/>
        </w:rPr>
        <w:t>18.定期对维修车间工作区域和现场进行安全、防火、防盗检查，尤其是节假日，更要重点检查，排除存在的安全隐患。</w:t>
      </w:r>
    </w:p>
    <w:p>
      <w:pPr>
        <w:spacing w:before="100" w:after="200" w:line="360" w:lineRule="auto"/>
        <w:ind w:firstLine="576"/>
        <w:jc w:val="left"/>
        <w:sectPr w:rsidSect="00034616">
          <w:type w:val="nextPage"/>
          <w:pgSz w:w="11906" w:h="16838"/>
          <w:pgMar w:top="1440" w:right="1440" w:bottom="1440" w:left="1440" w:header="720" w:footer="720" w:gutter="0"/>
          <w:pgNumType w:start="9"/>
          <w:cols w:space="720"/>
          <w:titlePg w:val="0"/>
          <w:docGrid w:linePitch="360"/>
        </w:sectPr>
      </w:pPr>
      <w:r>
        <w:rPr>
          <w:rFonts w:ascii="宋体" w:eastAsia="宋体" w:hAnsi="宋体"/>
          <w:sz w:val="28"/>
        </w:rPr>
        <w:t>⑴加强明火管理，防火、防爆区内，不准吸烟。</w:t>
      </w:r>
    </w:p>
    <w:p>
      <w:pPr>
        <w:spacing w:before="100" w:after="200" w:line="360" w:lineRule="auto"/>
        <w:ind w:firstLine="576"/>
        <w:jc w:val="left"/>
      </w:pPr>
      <w:r>
        <w:rPr>
          <w:rFonts w:ascii="宋体" w:eastAsia="宋体" w:hAnsi="宋体"/>
          <w:sz w:val="28"/>
        </w:rPr>
        <w:t>⑵生产区内不准带进小孩。</w:t>
      </w:r>
    </w:p>
    <w:p>
      <w:pPr>
        <w:spacing w:before="100" w:after="200" w:line="360" w:lineRule="auto"/>
        <w:ind w:firstLine="576"/>
        <w:jc w:val="left"/>
      </w:pPr>
      <w:r>
        <w:rPr>
          <w:rFonts w:ascii="宋体" w:eastAsia="宋体" w:hAnsi="宋体"/>
          <w:sz w:val="28"/>
        </w:rPr>
        <w:t>⑶禁火区内，不准无阻火器车辆行驶。</w:t>
      </w:r>
    </w:p>
    <w:p>
      <w:pPr>
        <w:spacing w:before="100" w:after="200" w:line="360" w:lineRule="auto"/>
        <w:ind w:firstLine="576"/>
        <w:jc w:val="left"/>
      </w:pPr>
      <w:r>
        <w:rPr>
          <w:rFonts w:ascii="宋体" w:eastAsia="宋体" w:hAnsi="宋体"/>
          <w:sz w:val="28"/>
        </w:rPr>
        <w:t>⑷上班时间不准睡觉、干私活、离岗和干与生产无关的事情。</w:t>
      </w:r>
    </w:p>
    <w:p>
      <w:pPr>
        <w:spacing w:before="100" w:after="200" w:line="360" w:lineRule="auto"/>
        <w:ind w:firstLine="576"/>
        <w:jc w:val="left"/>
      </w:pPr>
      <w:r>
        <w:rPr>
          <w:rFonts w:ascii="宋体" w:eastAsia="宋体" w:hAnsi="宋体"/>
          <w:sz w:val="28"/>
        </w:rPr>
        <w:t>⑸在班前、班上不准喝酒。</w:t>
      </w:r>
    </w:p>
    <w:p>
      <w:pPr>
        <w:spacing w:before="100" w:after="200" w:line="360" w:lineRule="auto"/>
        <w:ind w:firstLine="576"/>
        <w:jc w:val="left"/>
      </w:pPr>
      <w:r>
        <w:rPr>
          <w:rFonts w:ascii="宋体" w:eastAsia="宋体" w:hAnsi="宋体"/>
          <w:sz w:val="28"/>
        </w:rPr>
        <w:t>⑹不准使用汽油等挥发性强的`可燃性溶体擦洗设备，用具和衣物。</w:t>
      </w:r>
    </w:p>
    <w:p>
      <w:pPr>
        <w:spacing w:before="100" w:after="200" w:line="360" w:lineRule="auto"/>
        <w:ind w:firstLine="576"/>
        <w:jc w:val="left"/>
      </w:pPr>
      <w:r>
        <w:rPr>
          <w:rFonts w:ascii="宋体" w:eastAsia="宋体" w:hAnsi="宋体"/>
          <w:sz w:val="28"/>
        </w:rPr>
        <w:t>⑺不按工厂规定穿戴劳动防护用品(包括工作服、工作鞋、工作帽等)，不准进入工作岗位。</w:t>
      </w:r>
    </w:p>
    <w:p>
      <w:pPr>
        <w:spacing w:before="100" w:after="200" w:line="360" w:lineRule="auto"/>
        <w:ind w:firstLine="576"/>
        <w:jc w:val="left"/>
      </w:pPr>
      <w:r>
        <w:rPr>
          <w:rFonts w:ascii="宋体" w:eastAsia="宋体" w:hAnsi="宋体"/>
          <w:sz w:val="28"/>
        </w:rPr>
        <w:t>⑻安全装置不齐全的设备不准使用。</w:t>
      </w:r>
    </w:p>
    <w:p>
      <w:pPr>
        <w:spacing w:before="100" w:after="200" w:line="360" w:lineRule="auto"/>
        <w:ind w:firstLine="576"/>
        <w:jc w:val="left"/>
      </w:pPr>
      <w:r>
        <w:rPr>
          <w:rFonts w:ascii="宋体" w:eastAsia="宋体" w:hAnsi="宋体"/>
          <w:sz w:val="28"/>
        </w:rPr>
        <w:t>⑼不是自我分管的设备、工具不准动用。</w:t>
      </w:r>
    </w:p>
    <w:p>
      <w:pPr>
        <w:spacing w:before="100" w:after="200" w:line="360" w:lineRule="auto"/>
        <w:ind w:firstLine="576"/>
        <w:jc w:val="left"/>
      </w:pPr>
      <w:r>
        <w:rPr>
          <w:rFonts w:ascii="宋体" w:eastAsia="宋体" w:hAnsi="宋体"/>
          <w:sz w:val="28"/>
        </w:rPr>
        <w:t>⑽检修设备时安全措施不落实，不准开始检修。</w:t>
      </w:r>
    </w:p>
    <w:p>
      <w:pPr>
        <w:spacing w:before="100" w:after="200" w:line="360" w:lineRule="auto"/>
        <w:ind w:firstLine="576"/>
        <w:jc w:val="left"/>
      </w:pPr>
      <w:r>
        <w:rPr>
          <w:rFonts w:ascii="宋体" w:eastAsia="宋体" w:hAnsi="宋体"/>
          <w:sz w:val="28"/>
        </w:rPr>
        <w:t>⑾停机检修后的设备、未经彻底检查，不准启用。</w:t>
      </w:r>
    </w:p>
    <w:p>
      <w:pPr>
        <w:spacing w:before="100" w:after="200" w:line="360" w:lineRule="auto"/>
        <w:ind w:firstLine="576"/>
        <w:jc w:val="left"/>
      </w:pPr>
      <w:r>
        <w:rPr>
          <w:rFonts w:ascii="宋体" w:eastAsia="宋体" w:hAnsi="宋体"/>
          <w:sz w:val="28"/>
        </w:rPr>
        <w:t>⑿不系安全带，不准登高作业。</w:t>
      </w:r>
    </w:p>
    <w:p>
      <w:pPr>
        <w:spacing w:before="100" w:after="200" w:line="360" w:lineRule="auto"/>
        <w:ind w:firstLine="576"/>
        <w:jc w:val="left"/>
      </w:pPr>
      <w:r>
        <w:rPr>
          <w:rFonts w:ascii="宋体" w:eastAsia="宋体" w:hAnsi="宋体"/>
          <w:sz w:val="28"/>
        </w:rPr>
        <w:t>⒀脚手架、跳板不牢，不准登高作业。</w:t>
      </w:r>
    </w:p>
    <w:p>
      <w:pPr>
        <w:spacing w:before="100" w:after="200" w:line="360" w:lineRule="auto"/>
        <w:ind w:firstLine="576"/>
        <w:jc w:val="left"/>
      </w:pPr>
      <w:r>
        <w:rPr>
          <w:rFonts w:ascii="宋体" w:eastAsia="宋体" w:hAnsi="宋体"/>
          <w:sz w:val="28"/>
        </w:rPr>
        <w:t>⒁石棉瓦上不固定好跳板，不准登石棉瓦作业。</w:t>
      </w:r>
    </w:p>
    <w:p>
      <w:pPr>
        <w:spacing w:before="100" w:after="200" w:line="360" w:lineRule="auto"/>
        <w:ind w:firstLine="576"/>
        <w:jc w:val="left"/>
      </w:pPr>
      <w:r>
        <w:rPr>
          <w:rFonts w:ascii="宋体" w:eastAsia="宋体" w:hAnsi="宋体"/>
          <w:sz w:val="28"/>
        </w:rPr>
        <w:t>工厂安全生产管理制度篇六</w:t>
      </w:r>
    </w:p>
    <w:p>
      <w:pPr>
        <w:spacing w:before="100" w:after="200" w:line="360" w:lineRule="auto"/>
        <w:ind w:firstLine="576"/>
        <w:jc w:val="left"/>
        <w:sectPr w:rsidSect="00034616">
          <w:type w:val="nextPage"/>
          <w:pgSz w:w="11906" w:h="16838"/>
          <w:pgMar w:top="1440" w:right="1440" w:bottom="1440" w:left="1440" w:header="720" w:footer="720" w:gutter="0"/>
          <w:pgNumType w:start="10"/>
          <w:cols w:space="720"/>
          <w:titlePg w:val="0"/>
          <w:docGrid w:linePitch="360"/>
        </w:sectPr>
      </w:pPr>
      <w:r>
        <w:rPr>
          <w:rFonts w:ascii="宋体" w:eastAsia="宋体" w:hAnsi="宋体"/>
          <w:sz w:val="28"/>
        </w:rPr>
        <w:t>第一条、为认真贯彻安全第一，预防为主'的方针，加强员工安全培训教育工作，增强员工的安全意识和安全防护潜力，减少伤亡事故的发生，现根据建设部《建筑业企业职工安全培训教育暂行规定》的要求结合公司生产实际，制定公司安全培训教育制度。</w:t>
      </w:r>
    </w:p>
    <w:p>
      <w:pPr>
        <w:spacing w:before="100" w:after="200" w:line="360" w:lineRule="auto"/>
        <w:ind w:firstLine="576"/>
        <w:jc w:val="left"/>
      </w:pPr>
      <w:r>
        <w:rPr>
          <w:rFonts w:ascii="宋体" w:eastAsia="宋体" w:hAnsi="宋体"/>
          <w:sz w:val="28"/>
        </w:rPr>
        <w:t>第二条、公司要根据年度安全施工生产需要，由劳人部根据安质部提报的培训需求，制定公司年度安全教育培训计划。公司各项目要依据本单位施工生产状况，制定本单位的年度安全教育培训计划。</w:t>
      </w:r>
    </w:p>
    <w:p>
      <w:pPr>
        <w:spacing w:before="100" w:after="200" w:line="360" w:lineRule="auto"/>
        <w:ind w:firstLine="576"/>
        <w:jc w:val="left"/>
      </w:pPr>
      <w:r>
        <w:rPr>
          <w:rFonts w:ascii="宋体" w:eastAsia="宋体" w:hAnsi="宋体"/>
          <w:sz w:val="28"/>
        </w:rPr>
        <w:t>第三条、对从业人员(含分包队伍)的安全培训教育的组织实施，公司实行谁用工、谁负责的原则。公司负责对公司领导、公司管项目经理、专职安全生产管理人员的安全资格培训取证和公司本部员工的安全教育培训工作。项目经理、安全员、技术员和其他管理人员，特种作业人员的培训取证由项目所在的建设行政主管部门安全管理机构或公司共同组织实施；</w:t>
      </w:r>
    </w:p>
    <w:p>
      <w:pPr>
        <w:spacing w:before="100" w:after="200" w:line="360" w:lineRule="auto"/>
        <w:ind w:firstLine="576"/>
        <w:jc w:val="left"/>
      </w:pPr>
      <w:r>
        <w:rPr>
          <w:rFonts w:ascii="宋体" w:eastAsia="宋体" w:hAnsi="宋体"/>
          <w:sz w:val="28"/>
        </w:rPr>
        <w:t>第四条、公司各项目部负责组织实施本单位的安全生产教育培训工作。</w:t>
      </w:r>
    </w:p>
    <w:p>
      <w:pPr>
        <w:spacing w:before="100" w:after="200" w:line="360" w:lineRule="auto"/>
        <w:ind w:firstLine="576"/>
        <w:jc w:val="left"/>
      </w:pPr>
      <w:r>
        <w:rPr>
          <w:rFonts w:ascii="宋体" w:eastAsia="宋体" w:hAnsi="宋体"/>
          <w:sz w:val="28"/>
        </w:rPr>
        <w:t>4.1项目部员工务必定期理解安全培训教育，坚持先培训，后上岗的制度。</w:t>
      </w:r>
    </w:p>
    <w:p>
      <w:pPr>
        <w:spacing w:before="100" w:after="200" w:line="360" w:lineRule="auto"/>
        <w:ind w:firstLine="576"/>
        <w:jc w:val="left"/>
      </w:pPr>
      <w:r>
        <w:rPr>
          <w:rFonts w:ascii="宋体" w:eastAsia="宋体" w:hAnsi="宋体"/>
          <w:sz w:val="28"/>
        </w:rPr>
        <w:t>4.2项目员工每年务必理解一次专门的安全培训。</w:t>
      </w:r>
    </w:p>
    <w:p>
      <w:pPr>
        <w:spacing w:before="100" w:after="200" w:line="360" w:lineRule="auto"/>
        <w:ind w:firstLine="576"/>
        <w:jc w:val="left"/>
      </w:pPr>
      <w:r>
        <w:rPr>
          <w:rFonts w:ascii="宋体" w:eastAsia="宋体" w:hAnsi="宋体"/>
          <w:sz w:val="28"/>
        </w:rPr>
        <w:t>(1)项目经理每年理解安全培训的时间，不得少于30学时；</w:t>
      </w:r>
    </w:p>
    <w:p>
      <w:pPr>
        <w:spacing w:before="100" w:after="200" w:line="360" w:lineRule="auto"/>
        <w:ind w:firstLine="576"/>
        <w:jc w:val="left"/>
      </w:pPr>
      <w:r>
        <w:rPr>
          <w:rFonts w:ascii="宋体" w:eastAsia="宋体" w:hAnsi="宋体"/>
          <w:sz w:val="28"/>
        </w:rPr>
        <w:t>(2)专职安全管理人员除透过学习培训取得岗位合格证并持证上岗外，每年还务必理解安全专业技术业务培训，时间不得少于40学时；</w:t>
      </w:r>
    </w:p>
    <w:p>
      <w:pPr>
        <w:spacing w:before="100" w:after="200" w:line="360" w:lineRule="auto"/>
        <w:ind w:firstLine="576"/>
        <w:jc w:val="left"/>
      </w:pPr>
      <w:r>
        <w:rPr>
          <w:rFonts w:ascii="宋体" w:eastAsia="宋体" w:hAnsi="宋体"/>
          <w:sz w:val="28"/>
        </w:rPr>
        <w:t>(3)其他管理人员和技术人员每年理解安全培训的时间，不得少于20学时；</w:t>
      </w:r>
    </w:p>
    <w:p>
      <w:pPr>
        <w:spacing w:before="100" w:after="200" w:line="360" w:lineRule="auto"/>
        <w:ind w:firstLine="576"/>
        <w:jc w:val="left"/>
        <w:sectPr w:rsidSect="00034616">
          <w:type w:val="nextPage"/>
          <w:pgSz w:w="11906" w:h="16838"/>
          <w:pgMar w:top="1440" w:right="1440" w:bottom="1440" w:left="1440" w:header="720" w:footer="720" w:gutter="0"/>
          <w:pgNumType w:start="11"/>
          <w:cols w:space="720"/>
          <w:titlePg w:val="0"/>
          <w:docGrid w:linePitch="360"/>
        </w:sectPr>
      </w:pPr>
      <w:r>
        <w:rPr>
          <w:rFonts w:ascii="宋体" w:eastAsia="宋体" w:hAnsi="宋体"/>
          <w:sz w:val="28"/>
        </w:rPr>
        <w:t>(4)特殊工种(包括电工、焊工、架子工、司炉工、爆破工、机械操作工、起重工、塔吊司机及指挥人员、人货两用电梯司机等)在透过专业技术培训并取得岗位操作证后，每年仍需理解有针对性的安全培训，时间不得少于20学时。</w:t>
      </w:r>
    </w:p>
    <w:p>
      <w:pPr>
        <w:spacing w:before="100" w:after="200" w:line="360" w:lineRule="auto"/>
        <w:ind w:firstLine="576"/>
        <w:jc w:val="left"/>
      </w:pPr>
      <w:r>
        <w:rPr>
          <w:rFonts w:ascii="宋体" w:eastAsia="宋体" w:hAnsi="宋体"/>
          <w:sz w:val="28"/>
        </w:rPr>
        <w:t>(5)其他员工每年理解安全培训的时间，不得少于15学时。</w:t>
      </w:r>
    </w:p>
    <w:p>
      <w:pPr>
        <w:spacing w:before="100" w:after="200" w:line="360" w:lineRule="auto"/>
        <w:ind w:firstLine="576"/>
        <w:jc w:val="left"/>
      </w:pPr>
      <w:r>
        <w:rPr>
          <w:rFonts w:ascii="宋体" w:eastAsia="宋体" w:hAnsi="宋体"/>
          <w:sz w:val="28"/>
        </w:rPr>
        <w:t>(6)待岗、转岗、换岗的员工，在重新上岗前，务必理解一次安全培训，时间不得少于20学时。</w:t>
      </w:r>
    </w:p>
    <w:p>
      <w:pPr>
        <w:spacing w:before="100" w:after="200" w:line="360" w:lineRule="auto"/>
        <w:ind w:firstLine="576"/>
        <w:jc w:val="left"/>
      </w:pPr>
      <w:r>
        <w:rPr>
          <w:rFonts w:ascii="宋体" w:eastAsia="宋体" w:hAnsi="宋体"/>
          <w:sz w:val="28"/>
        </w:rPr>
        <w:t>4.3新进场的工人，在理解公司安全培训合格，还务必理解本项目部进行项目、班组的二级安全培训教育，经考核合格后，方能上岗。</w:t>
      </w:r>
    </w:p>
    <w:p>
      <w:pPr>
        <w:spacing w:before="100" w:after="200" w:line="360" w:lineRule="auto"/>
        <w:ind w:firstLine="576"/>
        <w:jc w:val="left"/>
      </w:pPr>
      <w:r>
        <w:rPr>
          <w:rFonts w:ascii="宋体" w:eastAsia="宋体" w:hAnsi="宋体"/>
          <w:sz w:val="28"/>
        </w:rPr>
        <w:t>(1)项目安全培训教育的资料是：工地安全实施标准的执行(包括安全管理制度、安全检查制度、现场设施、过程施工特点、生产和生活环境及可能存在的不安全因素等)。培训教育时间不得少于15学时。</w:t>
      </w:r>
    </w:p>
    <w:p>
      <w:pPr>
        <w:spacing w:before="100" w:after="200" w:line="360" w:lineRule="auto"/>
        <w:ind w:firstLine="576"/>
        <w:jc w:val="left"/>
      </w:pPr>
      <w:r>
        <w:rPr>
          <w:rFonts w:ascii="宋体" w:eastAsia="宋体" w:hAnsi="宋体"/>
          <w:sz w:val="28"/>
        </w:rPr>
        <w:t>(2)班组安全培训的主要资料是：本工种的安全操作规程及技术交底中的有关资料、事故案例分析、劳动纪律和岗位讲评等。培训教育的时间不得少于20学时。</w:t>
      </w:r>
    </w:p>
    <w:p>
      <w:pPr>
        <w:spacing w:before="100" w:after="200" w:line="360" w:lineRule="auto"/>
        <w:ind w:firstLine="576"/>
        <w:jc w:val="left"/>
      </w:pPr>
      <w:r>
        <w:rPr>
          <w:rFonts w:ascii="宋体" w:eastAsia="宋体" w:hAnsi="宋体"/>
          <w:sz w:val="28"/>
        </w:rPr>
        <w:t>4.4项目部与各班组负责人务必针对施工作业和施工特点，及时抓好对在场职工冬雨季及节假日前后安全生产教育，做到不违章操作。</w:t>
      </w:r>
    </w:p>
    <w:p>
      <w:pPr>
        <w:spacing w:before="100" w:after="200" w:line="360" w:lineRule="auto"/>
        <w:ind w:firstLine="576"/>
        <w:jc w:val="left"/>
      </w:pPr>
      <w:r>
        <w:rPr>
          <w:rFonts w:ascii="宋体" w:eastAsia="宋体" w:hAnsi="宋体"/>
          <w:sz w:val="28"/>
        </w:rPr>
        <w:t>4.5项目部务必建立员工的安全培训教育档案，没有理解安全教育的职工，不得在施工现场从事作业或者管理活动。</w:t>
      </w:r>
    </w:p>
    <w:p>
      <w:pPr>
        <w:spacing w:before="100" w:after="200" w:line="360" w:lineRule="auto"/>
        <w:ind w:firstLine="576"/>
        <w:jc w:val="left"/>
      </w:pPr>
      <w:r>
        <w:rPr>
          <w:rFonts w:ascii="宋体" w:eastAsia="宋体" w:hAnsi="宋体"/>
          <w:sz w:val="28"/>
        </w:rPr>
        <w:t>4.6一般员工待岗、转岗、换岗，员工重新上岗前以及新进场工人的安全培训教育由项目部自行组织培训。</w:t>
      </w:r>
    </w:p>
    <w:p>
      <w:pPr>
        <w:spacing w:before="100" w:after="200" w:line="360" w:lineRule="auto"/>
        <w:ind w:firstLine="576"/>
        <w:jc w:val="left"/>
      </w:pPr>
      <w:r>
        <w:rPr>
          <w:rFonts w:ascii="宋体" w:eastAsia="宋体" w:hAnsi="宋体"/>
          <w:sz w:val="28"/>
        </w:rPr>
        <w:t>第五条、职工安全培训，应当使用经国家各行业安全主管部门审定的大纲和教材。</w:t>
      </w:r>
    </w:p>
    <w:p>
      <w:pPr>
        <w:spacing w:before="100" w:after="200" w:line="360" w:lineRule="auto"/>
        <w:ind w:firstLine="576"/>
        <w:jc w:val="left"/>
      </w:pPr>
      <w:r>
        <w:rPr>
          <w:rFonts w:ascii="宋体" w:eastAsia="宋体" w:hAnsi="宋体"/>
          <w:sz w:val="28"/>
        </w:rPr>
        <w:t>第六条、安全培训教育要做好记录，并实施考核。安全教育培训记录应使用公司三标一体程序文件中规定的格式。</w:t>
      </w:r>
    </w:p>
    <w:p>
      <w:pPr>
        <w:spacing w:before="100" w:after="200" w:line="360" w:lineRule="auto"/>
        <w:ind w:firstLine="576"/>
        <w:jc w:val="left"/>
        <w:sectPr w:rsidSect="00034616">
          <w:type w:val="nextPage"/>
          <w:pgSz w:w="11906" w:h="16838"/>
          <w:pgMar w:top="1440" w:right="1440" w:bottom="1440" w:left="1440" w:header="720" w:footer="720" w:gutter="0"/>
          <w:pgNumType w:start="12"/>
          <w:cols w:space="720"/>
          <w:titlePg w:val="0"/>
          <w:docGrid w:linePitch="360"/>
        </w:sectPr>
      </w:pPr>
      <w:r>
        <w:rPr>
          <w:rFonts w:ascii="宋体" w:eastAsia="宋体" w:hAnsi="宋体"/>
          <w:sz w:val="28"/>
        </w:rPr>
        <w:t>车间安全生产规章制度篇七</w:t>
      </w:r>
    </w:p>
    <w:p>
      <w:pPr>
        <w:spacing w:before="100" w:after="200" w:line="360" w:lineRule="auto"/>
        <w:ind w:firstLine="576"/>
        <w:jc w:val="left"/>
      </w:pPr>
      <w:r>
        <w:rPr>
          <w:rFonts w:ascii="宋体" w:eastAsia="宋体" w:hAnsi="宋体"/>
          <w:sz w:val="28"/>
        </w:rPr>
        <w:t>为了消除安全隐患，确保安全文明生产，保证职工人身安全，促进车间生产经营的有序发展，结合本车间实际情况，特制订本车间安全生产管理制度。</w:t>
      </w:r>
    </w:p>
    <w:p>
      <w:pPr>
        <w:spacing w:before="100" w:after="200" w:line="360" w:lineRule="auto"/>
        <w:ind w:firstLine="576"/>
        <w:jc w:val="left"/>
      </w:pPr>
      <w:r>
        <w:rPr>
          <w:rFonts w:ascii="宋体" w:eastAsia="宋体" w:hAnsi="宋体"/>
          <w:sz w:val="28"/>
        </w:rPr>
        <w:t>1、职工须按规定穿戴好劳动保护用品，认真执行安全生产有关规定，必须时刻谨记“安全第一、预防为主”的观念。</w:t>
      </w:r>
    </w:p>
    <w:p>
      <w:pPr>
        <w:spacing w:before="100" w:after="200" w:line="360" w:lineRule="auto"/>
        <w:ind w:firstLine="576"/>
        <w:jc w:val="left"/>
      </w:pPr>
      <w:r>
        <w:rPr>
          <w:rFonts w:ascii="宋体" w:eastAsia="宋体" w:hAnsi="宋体"/>
          <w:sz w:val="28"/>
        </w:rPr>
        <w:t>2、严格执行残疾职工的安全监护工作，对残疾职工要组织职工结对子，每一名残疾职工在工作和生活中由班组的其他职工或领导指定人员负责监护，确保残疾职工的安全生产和人身安全。</w:t>
      </w:r>
    </w:p>
    <w:p>
      <w:pPr>
        <w:spacing w:before="100" w:after="200" w:line="360" w:lineRule="auto"/>
        <w:ind w:firstLine="576"/>
        <w:jc w:val="left"/>
      </w:pPr>
      <w:r>
        <w:rPr>
          <w:rFonts w:ascii="宋体" w:eastAsia="宋体" w:hAnsi="宋体"/>
          <w:sz w:val="28"/>
        </w:rPr>
        <w:t>3、职工应熟悉消防器材的放置位置，并掌握其使用方法，消防器材要确保安全有效，应定期检验，放置位置应明显，周围无阻碍物堆放，有效期限标志明显。</w:t>
      </w:r>
    </w:p>
    <w:p>
      <w:pPr>
        <w:spacing w:before="100" w:after="200" w:line="360" w:lineRule="auto"/>
        <w:ind w:firstLine="576"/>
        <w:jc w:val="left"/>
      </w:pPr>
      <w:r>
        <w:rPr>
          <w:rFonts w:ascii="宋体" w:eastAsia="宋体" w:hAnsi="宋体"/>
          <w:sz w:val="28"/>
        </w:rPr>
        <w:t>4、职工在车间内应走安全通道，通过料垛时，应保持安全距离，严禁攀爬料垛。</w:t>
      </w:r>
    </w:p>
    <w:p>
      <w:pPr>
        <w:spacing w:before="100" w:after="200" w:line="360" w:lineRule="auto"/>
        <w:ind w:firstLine="576"/>
        <w:jc w:val="left"/>
      </w:pPr>
      <w:r>
        <w:rPr>
          <w:rFonts w:ascii="宋体" w:eastAsia="宋体" w:hAnsi="宋体"/>
          <w:sz w:val="28"/>
        </w:rPr>
        <w:t>5、工作中，要严格按照执行操作规程和工艺标准，因违规操作造成设备事故并造成一定损失的，视情节给予一定处罚。</w:t>
      </w:r>
    </w:p>
    <w:p>
      <w:pPr>
        <w:spacing w:before="100" w:after="200" w:line="360" w:lineRule="auto"/>
        <w:ind w:firstLine="576"/>
        <w:jc w:val="left"/>
      </w:pPr>
      <w:r>
        <w:rPr>
          <w:rFonts w:ascii="宋体" w:eastAsia="宋体" w:hAnsi="宋体"/>
          <w:sz w:val="28"/>
        </w:rPr>
        <w:t>6、职工在操作设备时应精力集中，不得说笑闲谈或在疲倦状态下继续工作。</w:t>
      </w:r>
    </w:p>
    <w:p>
      <w:pPr>
        <w:spacing w:before="100" w:after="200" w:line="360" w:lineRule="auto"/>
        <w:ind w:firstLine="576"/>
        <w:jc w:val="left"/>
      </w:pPr>
      <w:r>
        <w:rPr>
          <w:rFonts w:ascii="宋体" w:eastAsia="宋体" w:hAnsi="宋体"/>
          <w:sz w:val="28"/>
        </w:rPr>
        <w:t>7、各班组职工应定期对组内设备进行保养维护，减少事故隐患，发现设备异常应立即上报维护。</w:t>
      </w:r>
    </w:p>
    <w:p>
      <w:pPr>
        <w:spacing w:before="100" w:after="200" w:line="360" w:lineRule="auto"/>
        <w:ind w:firstLine="576"/>
        <w:jc w:val="left"/>
        <w:sectPr w:rsidSect="00034616">
          <w:type w:val="nextPage"/>
          <w:pgSz w:w="11906" w:h="16838"/>
          <w:pgMar w:top="1440" w:right="1440" w:bottom="1440" w:left="1440" w:header="720" w:footer="720" w:gutter="0"/>
          <w:pgNumType w:start="13"/>
          <w:cols w:space="720"/>
          <w:titlePg w:val="0"/>
          <w:docGrid w:linePitch="360"/>
        </w:sectPr>
      </w:pPr>
      <w:r>
        <w:rPr>
          <w:rFonts w:ascii="宋体" w:eastAsia="宋体" w:hAnsi="宋体"/>
          <w:sz w:val="28"/>
        </w:rPr>
        <w:t>8、保养维修设备时，必须在明显处挂出警示牌，维修需动用电源时，严禁其他组员触动设备开关。</w:t>
      </w:r>
    </w:p>
    <w:p>
      <w:pPr>
        <w:spacing w:before="100" w:after="200" w:line="360" w:lineRule="auto"/>
        <w:ind w:firstLine="576"/>
        <w:jc w:val="left"/>
      </w:pPr>
      <w:r>
        <w:rPr>
          <w:rFonts w:ascii="宋体" w:eastAsia="宋体" w:hAnsi="宋体"/>
          <w:sz w:val="28"/>
        </w:rPr>
        <w:t>9、职工必须熟练掌握本岗位的安全操作规程，熟悉设备的性能特点，未经允许非本岗位职工严禁擅自操作其他工序的设备，确保安全生产。</w:t>
      </w:r>
    </w:p>
    <w:p>
      <w:pPr>
        <w:spacing w:before="100" w:after="200" w:line="360" w:lineRule="auto"/>
        <w:ind w:firstLine="576"/>
        <w:jc w:val="left"/>
      </w:pPr>
      <w:r>
        <w:rPr>
          <w:rFonts w:ascii="宋体" w:eastAsia="宋体" w:hAnsi="宋体"/>
          <w:sz w:val="28"/>
        </w:rPr>
        <w:t>10、职工应熟悉车间总电源位置，如遇紧急情况应立即停机停电，妥善处理并及时上报。</w:t>
      </w:r>
    </w:p>
    <w:p>
      <w:pPr>
        <w:spacing w:before="100" w:after="200" w:line="360" w:lineRule="auto"/>
        <w:ind w:firstLine="576"/>
        <w:jc w:val="left"/>
      </w:pPr>
      <w:r>
        <w:rPr>
          <w:rFonts w:ascii="宋体" w:eastAsia="宋体" w:hAnsi="宋体"/>
          <w:sz w:val="28"/>
        </w:rPr>
        <w:t>11、车间工作现场地面应时刻保持清洁，成品、备件、原料、废料等堆放应按照规定放置。</w:t>
      </w:r>
    </w:p>
    <w:p>
      <w:pPr>
        <w:spacing w:before="100" w:after="200" w:line="360" w:lineRule="auto"/>
        <w:ind w:firstLine="576"/>
        <w:jc w:val="left"/>
      </w:pPr>
      <w:r>
        <w:rPr>
          <w:rFonts w:ascii="宋体" w:eastAsia="宋体" w:hAnsi="宋体"/>
          <w:sz w:val="28"/>
        </w:rPr>
        <w:t>12、车间内不得私接乱拉电源、电线，如确实需要，需报车间批准，由设备维修人员负责，用后及时拆除。</w:t>
      </w:r>
    </w:p>
    <w:p>
      <w:pPr>
        <w:spacing w:before="100" w:after="200" w:line="360" w:lineRule="auto"/>
        <w:ind w:firstLine="576"/>
        <w:jc w:val="left"/>
      </w:pPr>
      <w:r>
        <w:rPr>
          <w:rFonts w:ascii="宋体" w:eastAsia="宋体" w:hAnsi="宋体"/>
          <w:sz w:val="28"/>
        </w:rPr>
        <w:t>13、下班前，班组长应负责关闭设备及照明电源，关闭门窗。</w:t>
      </w:r>
    </w:p>
    <w:p>
      <w:pPr>
        <w:spacing w:before="100" w:after="200" w:line="360" w:lineRule="auto"/>
        <w:ind w:firstLine="576"/>
        <w:jc w:val="left"/>
      </w:pPr>
      <w:r>
        <w:rPr>
          <w:rFonts w:ascii="宋体" w:eastAsia="宋体" w:hAnsi="宋体"/>
          <w:sz w:val="28"/>
        </w:rPr>
        <w:t>1.目的；</w:t>
      </w:r>
    </w:p>
    <w:p>
      <w:pPr>
        <w:spacing w:before="100" w:after="200" w:line="360" w:lineRule="auto"/>
        <w:ind w:firstLine="576"/>
        <w:jc w:val="left"/>
      </w:pPr>
      <w:r>
        <w:rPr>
          <w:rFonts w:ascii="宋体" w:eastAsia="宋体" w:hAnsi="宋体"/>
          <w:sz w:val="28"/>
        </w:rPr>
        <w:t>保证员工以及公司财产的安全，为员工提供良好的工作环境，识别不安全因素，并避免其发生。</w:t>
      </w:r>
    </w:p>
    <w:p>
      <w:pPr>
        <w:spacing w:before="100" w:after="200" w:line="360" w:lineRule="auto"/>
        <w:ind w:firstLine="576"/>
        <w:jc w:val="left"/>
      </w:pPr>
      <w:r>
        <w:rPr>
          <w:rFonts w:ascii="宋体" w:eastAsia="宋体" w:hAnsi="宋体"/>
          <w:sz w:val="28"/>
        </w:rPr>
        <w:t>2.范围；</w:t>
      </w:r>
    </w:p>
    <w:p>
      <w:pPr>
        <w:spacing w:before="100" w:after="200" w:line="360" w:lineRule="auto"/>
        <w:ind w:firstLine="576"/>
        <w:jc w:val="left"/>
      </w:pPr>
      <w:r>
        <w:rPr>
          <w:rFonts w:ascii="宋体" w:eastAsia="宋体" w:hAnsi="宋体"/>
          <w:sz w:val="28"/>
        </w:rPr>
        <w:t>适用于舒驰容器(天津)有限公司</w:t>
      </w:r>
    </w:p>
    <w:p>
      <w:pPr>
        <w:spacing w:before="100" w:after="200" w:line="360" w:lineRule="auto"/>
        <w:ind w:firstLine="576"/>
        <w:jc w:val="left"/>
      </w:pPr>
      <w:r>
        <w:rPr>
          <w:rFonts w:ascii="宋体" w:eastAsia="宋体" w:hAnsi="宋体"/>
          <w:sz w:val="28"/>
        </w:rPr>
        <w:t>3.制度内容；</w:t>
      </w:r>
    </w:p>
    <w:p>
      <w:pPr>
        <w:spacing w:before="100" w:after="200" w:line="360" w:lineRule="auto"/>
        <w:ind w:firstLine="576"/>
        <w:jc w:val="left"/>
      </w:pPr>
      <w:r>
        <w:rPr>
          <w:rFonts w:ascii="宋体" w:eastAsia="宋体" w:hAnsi="宋体"/>
          <w:sz w:val="28"/>
        </w:rPr>
        <w:t>3.1相关安全的培训和特种设备的操作资格</w:t>
      </w:r>
    </w:p>
    <w:p>
      <w:pPr>
        <w:spacing w:before="100" w:after="200" w:line="360" w:lineRule="auto"/>
        <w:ind w:firstLine="576"/>
        <w:jc w:val="left"/>
      </w:pPr>
      <w:r>
        <w:rPr>
          <w:rFonts w:ascii="宋体" w:eastAsia="宋体" w:hAnsi="宋体"/>
          <w:sz w:val="28"/>
        </w:rPr>
        <w:t>3.1.1员工入职时须进行相关职业健康安全方面的三级培训和教育，并保留记录。</w:t>
      </w:r>
    </w:p>
    <w:p>
      <w:pPr>
        <w:spacing w:before="100" w:after="200" w:line="360" w:lineRule="auto"/>
        <w:ind w:firstLine="576"/>
        <w:jc w:val="left"/>
      </w:pPr>
      <w:r>
        <w:rPr>
          <w:rFonts w:ascii="宋体" w:eastAsia="宋体" w:hAnsi="宋体"/>
          <w:sz w:val="28"/>
        </w:rPr>
        <w:t>3.1.2生产线员工和相关生产线辅助人员，包括设备维护人员，仓库人员，以及其他有可能进入生产现场的`人员进行相关岗位安全操作的培训，对于特殊岗位人员，须持证上岗。</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https://d.book118.com/356030135231010054</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1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5603013523101005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description>generated by python-docx</dc:description>
  <cp:revision>1</cp:revision>
  <dcterms:created xsi:type="dcterms:W3CDTF">2013-12-23T23:15:00Z</dcterms:created>
  <dcterms:modified xsi:type="dcterms:W3CDTF">2013-12-23T23:15:00Z</dcterms:modified>
</cp:coreProperties>
</file>