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班主任年终工作总结（31篇）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最新班主任年终工作总结（精选31篇）</w:t>
      </w:r>
      <w:r>
        <w:rPr>
          <w:lang w:eastAsia="zh-CN"/>
        </w:rPr>
        <w:br/>
      </w:r>
      <w:r>
        <w:rPr>
          <w:lang w:eastAsia="zh-CN"/>
        </w:rPr>
        <w:t xml:space="preserve">    最新班主任年终工作总结 篇1 </w:t>
      </w:r>
      <w:r>
        <w:rPr>
          <w:lang w:eastAsia="zh-CN"/>
        </w:rPr>
        <w:br/>
      </w:r>
      <w:r>
        <w:rPr>
          <w:lang w:eastAsia="zh-CN"/>
        </w:rPr>
        <w:t>　　为了使下学期工作能够做的更好，现将本学期班主任工作总结：</w:t>
      </w:r>
      <w:r>
        <w:rPr>
          <w:lang w:eastAsia="zh-CN"/>
        </w:rPr>
        <w:br/>
      </w:r>
      <w:r>
        <w:rPr>
          <w:lang w:eastAsia="zh-CN"/>
        </w:rPr>
        <w:t>　　1、本学期时间短，任务重，活动多。</w:t>
      </w:r>
      <w:r>
        <w:rPr>
          <w:lang w:eastAsia="zh-CN"/>
        </w:rPr>
        <w:br/>
      </w:r>
      <w:r>
        <w:rPr>
          <w:lang w:eastAsia="zh-CN"/>
        </w:rPr>
        <w:t>　　因此在开学之初，我就着力抓好学生的思想工作，和他们一起算时间，算任务，及时稳定了全班学生的心理，使每个同学都明白自己的奋斗目标，在心中有了一个大略的计划。</w:t>
      </w:r>
      <w:r>
        <w:rPr>
          <w:lang w:eastAsia="zh-CN"/>
        </w:rPr>
        <w:br/>
      </w:r>
      <w:r>
        <w:rPr>
          <w:lang w:eastAsia="zh-CN"/>
        </w:rPr>
        <w:t>　　2、抓好学生日常行为规范，及时发现并解决问题。</w:t>
      </w:r>
      <w:r>
        <w:rPr>
          <w:lang w:eastAsia="zh-CN"/>
        </w:rPr>
        <w:br/>
      </w:r>
      <w:r>
        <w:rPr>
          <w:lang w:eastAsia="zh-CN"/>
        </w:rPr>
        <w:t>　　到了九年级，许多学生开始在思想上出现较大的变化。不少学生已经进入“青春反叛期”，他们常常自认为已经长大，对条条框框的限制约束表示很反感，因而在思想上有很多的麻痹松懈。所以每每趁着召开主题班会的机会，让学生交流体会遵规守纪的重要性，从思想上给学生深刻的认识。</w:t>
      </w:r>
      <w:r>
        <w:rPr>
          <w:lang w:eastAsia="zh-CN"/>
        </w:rPr>
        <w:br/>
      </w:r>
      <w:r>
        <w:rPr>
          <w:lang w:eastAsia="zh-CN"/>
        </w:rPr>
        <w:t>　　3、注重创设良好的学习氛围。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最后，给学生树立学习榜样，乌申斯基说过：“教师个人的范文，对学生的心灵是任何东西都不能代替的最有用的阳光。”班主任的自身素质、道德修养，客观上就是班级群体乃至班级中每一个体的楷模。因此，在班级工作中我时刻注重身教，为人师表，以良好的形象率先示范，潜移默化地影响和激励学生良好习惯的养成。</w:t>
      </w:r>
      <w:r>
        <w:rPr>
          <w:lang w:eastAsia="zh-CN"/>
        </w:rPr>
        <w:br/>
      </w:r>
      <w:r>
        <w:rPr>
          <w:lang w:eastAsia="zh-CN"/>
        </w:rPr>
        <w:t>　　4、重视班干部的工作，发挥他们的先锋模范作用。</w:t>
      </w:r>
      <w:r>
        <w:rPr>
          <w:lang w:eastAsia="zh-CN"/>
        </w:rPr>
        <w:br/>
      </w:r>
      <w:r>
        <w:rPr>
          <w:lang w:eastAsia="zh-CN"/>
        </w:rPr>
        <w:t>　　这一学期的班主任工作使我失去了许多休息和做私事的时间，但也得到了很多的生活充实和家长、学生及学校领导的认可。</w:t>
      </w:r>
      <w:r>
        <w:rPr>
          <w:lang w:eastAsia="zh-CN"/>
        </w:rPr>
        <w:br/>
      </w:r>
      <w:r>
        <w:rPr>
          <w:lang w:eastAsia="zh-CN"/>
        </w:rPr>
        <w:t xml:space="preserve">    最新班主任年终工作总结 篇2 </w:t>
      </w:r>
      <w:r>
        <w:rPr>
          <w:lang w:eastAsia="zh-CN"/>
        </w:rPr>
        <w:br/>
      </w:r>
      <w:r>
        <w:rPr>
          <w:lang w:eastAsia="zh-CN"/>
        </w:rPr>
        <w:t>　　记不清是哪天了，我在校长办公室借到了这本书——《班主任兵法》，仅仅是看了一下目录，便被深深吸引了。作为班主任，我迫切需要汲取充足的养料，以此蓬勃我的班集体。因此，我毫不犹豫地借回了这本实战篇的教育兵法。在学校里，我似乎没有空闲的时间看书，常常忙到顾不上喝水，因此，这本万玮老师倾心打造的《班主任兵法》理所当然地成了我枕边的新客。入睡之前，或是一觉醒来，我都会情不自禁地翻看一会儿，真如书本封面上介绍的那样：捧卷让人爱不释手，掩卷引人沉入反思。</w:t>
      </w:r>
      <w:r>
        <w:rPr>
          <w:lang w:eastAsia="zh-CN"/>
        </w:rPr>
        <w:br/>
      </w:r>
      <w:r>
        <w:rPr>
          <w:lang w:eastAsia="zh-CN"/>
        </w:rPr>
        <w:t>　　感悟一：背书——有效的积累之道</w:t>
      </w:r>
      <w:r>
        <w:rPr>
          <w:lang w:eastAsia="zh-CN"/>
        </w:rPr>
        <w:br/>
      </w:r>
      <w:r>
        <w:rPr>
          <w:lang w:eastAsia="zh-CN"/>
        </w:rPr>
        <w:t>　　《班主任兵法》实战篇以日记体方式，记录了一个特殊的初三班级短短28天的集训故事，而背书是整个故事的主线。万老师在书中深情地写道：“背书的过程，同时也是做人的过程。背书中蕴含着人生的道理，做人的道理。”在背书的过程中，万老师还采用了多钟教育方法，如诚信动员、设置背书记录、分组竞赛等，无不折射出教者灵动的智慧和丰厚的底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万玮老师能够采取背书的方式和学生们一起成长，这一点带给我很大的触动。我想到了自己的学生，虽然是小学生，可能没有初三学生的毅力，但是也可以借背书的方式磨练一下小孩子们的意志，而且，对孩子来说，坚持背诵在知识上是一种积累，在习惯上是一种历练，何乐而不为呢?我现学现卖，立即行动起来。</w:t>
      </w:r>
      <w:r>
        <w:rPr>
          <w:lang w:eastAsia="zh-CN"/>
        </w:rPr>
        <w:br/>
      </w:r>
      <w:r>
        <w:rPr>
          <w:lang w:eastAsia="zh-CN"/>
        </w:rPr>
        <w:t>　　万老师的学生背的是《新概念英语》，我选择了和孩子一起背诵古诗词。我在网上搜索了一下小学阶段必背的古诗词，把它们罗列在一张8开的大纸上，共有七十多首(都是我背过的)。之后，也设置了背诗记录，贴在墙壁的百花园里，考虑到孩子的能力各有差异，他们每天可以自由选择背诵几首，然后根据背诵的多少进行不同的加花奖励。如万老师所言，一开始，孩子们背诵的热情是很高的，每天领取红花的学生络绎不绝。即使是期中考试语文只得了5分的峰也在积极地背诵着。但是，我们在校可以利用的时间实在有限，于临近期末复习的时候，我们的背诗行动算是彻底地告一段落。班级里只有四人全部完成了背诵任务，其余的孩子因为懒惰时断时续，而我始终没有苛求他们，但是，他们每个人都表示有收获，只是多少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看来，敢于挑战自我的学生只是少数，大部分学生仅停留在有想法，没有行动这个层面上。不过，通过反复阅读万老师背书的具体做法和我在实际工作中的一些尝试，让我对今后的背书行动有了很大的信心，首先，我们再次背书时一定要有目的、有计划地进行;其次，我要善于调剂，引导孩子们坚持到底。看吧，这就是背书的过程，看似简单明了，实则真的蕴含着深刻的做人之道啊!梦想(目的)加行动(坚持)不正是在向成功靠近吗?何况，我们的知识和经历迫切需要这样的积淀啊!</w:t>
      </w:r>
      <w:r>
        <w:rPr>
          <w:lang w:eastAsia="zh-CN"/>
        </w:rPr>
        <w:br/>
      </w:r>
      <w:r>
        <w:rPr>
          <w:lang w:eastAsia="zh-CN"/>
        </w:rPr>
        <w:t>　　感悟二：日记——成长的最佳伴侣</w:t>
      </w:r>
      <w:r>
        <w:rPr>
          <w:lang w:eastAsia="zh-CN"/>
        </w:rPr>
        <w:br/>
      </w:r>
      <w:r>
        <w:rPr>
          <w:lang w:eastAsia="zh-CN"/>
        </w:rPr>
        <w:t>　　万老师引导学生们的时候曾这样说道：“凡是有成就的人都是写日记的。”真是一语中的。无论工作如何繁忙、劳累，万老师都会坚持写下当天的感受和思考，这一点实在令人佩服。也正是这日日的积累，才有了书中丰富的生活，才有了如此宝贵的治班经验。而万老师和学生们最直接的沟通方式便是通过日记实现的，日记伴随着师生一起成长。的确，写日记对于生活是一种实实在在的积累的好方式，而师生在日记中的对话，则是心灵层次的交流，这对于增进彼此的默契无疑是一种完美的提升。万老师通过在百忙中阅读学生们的日记，并用心写下评语，及时地了解了学生们的思想动向，发现了很多孩子们身上的闪光点，也解决了很多棘手的问题。当然，读、写、思是同步的，万老师总能于细微之处总结出的独到而深刻的见解，不但激励着他的学生们，也使我的内心世界一次次地受到强烈的震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想到自己，真是汗颜，虽然我也喜欢在日记中倾吐、思考，却始终没有养成坚持写日记的习惯;我经常号召孩子们写日记，也乐于和他们在日记中交流，送去鼓励，但一直没有找到更好的方法激励孩子们坚持写日记。当然，我们也曾尝到过师生共同写日记的甜头，但中年级的孩子能坚持下来的微乎甚微，我对孩子逐渐放宽了要求，把日记改为周记，乐于坚持的同学可以天天写，这种方法似乎更适合中年级的孩子。通过细读万玮老师的《班主任兵法》，我深刻地意识到：写日记，无论对于孩子，还是教者来说，都是成长的最佳途径!而现在的我虽不能说日日坚持，但只要心中有所思、有所感时，这种思考与感受也必定会流淌于心灵的笔端!感谢万老师，感谢日记，让我的人生从此不再肤浅、平庸。</w:t>
      </w:r>
      <w:r>
        <w:rPr>
          <w:lang w:eastAsia="zh-CN"/>
        </w:rPr>
        <w:br/>
      </w:r>
      <w:r>
        <w:rPr>
          <w:lang w:eastAsia="zh-CN"/>
        </w:rPr>
        <w:t>　　《班主任兵法》——一本值得大家用心品读的好书，书里的每一句话、每一个故事都是耐人寻味、引人深思、给人启迪的。有《班主任兵法》相伴的日子真的是好感动、好充实!</w:t>
      </w:r>
      <w:r>
        <w:rPr>
          <w:lang w:eastAsia="zh-CN"/>
        </w:rPr>
        <w:br/>
      </w:r>
      <w:r>
        <w:rPr>
          <w:lang w:eastAsia="zh-CN"/>
        </w:rPr>
        <w:t xml:space="preserve">    最新班主任年终工作总结 篇3 </w:t>
      </w:r>
      <w:r>
        <w:rPr>
          <w:lang w:eastAsia="zh-CN"/>
        </w:rPr>
        <w:br/>
      </w:r>
      <w:r>
        <w:rPr>
          <w:lang w:eastAsia="zh-CN"/>
        </w:rPr>
        <w:t>　　担任__班班主任，面临高_年级下学期繁重的备考任务，不仅教学任务重，而且班主任工作是高中阶段最累最重的，要做深入细致的思想工作，关心每一个学生的思想状态、学习情况，以确保__个学生以健康、稳定的心理，积极紧张的学习情绪做好复习备考。本学期我主要从以下几个方面做好班主任工作：</w:t>
      </w:r>
      <w:r>
        <w:rPr>
          <w:lang w:eastAsia="zh-CN"/>
        </w:rPr>
        <w:br/>
      </w:r>
      <w:r>
        <w:rPr>
          <w:lang w:eastAsia="zh-CN"/>
        </w:rPr>
        <w:t>　　一、重视常规管理，建立班级良好秩序</w:t>
      </w:r>
      <w:r>
        <w:rPr>
          <w:lang w:eastAsia="zh-CN"/>
        </w:rPr>
        <w:br/>
      </w:r>
      <w:r>
        <w:rPr>
          <w:lang w:eastAsia="zh-CN"/>
        </w:rPr>
        <w:t>　　建立良好的班级秩序，营造积极向上的氛围，是保证高_学生高效学习的前提，所以我十分重视常规工作，主要从以下几点做起：</w:t>
      </w:r>
      <w:r>
        <w:rPr>
          <w:lang w:eastAsia="zh-CN"/>
        </w:rPr>
        <w:br/>
      </w:r>
      <w:r>
        <w:rPr>
          <w:lang w:eastAsia="zh-CN"/>
        </w:rPr>
        <w:t>　　(1)做好各项工作的检查督促，在管理上要严字当头，依靠规章制度，力求科学化、规范化，程序化，不因为学生学习紧张而放松对遵守纪律、做好卫生等工作的要求。实践证明，高_下学期抓好纪律、卫生，不仅不会影响高考复习，而且这种一如既往的要求，会使学生感到严肃紧张、积极向上的气氛，防止产生懈怠情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(2)深入班级，及时发现问题，让班规校规落到实处，本学期各项工作繁重，锁碎，但我仍然坚持做好每日下班，力争做到知道每个学生的状态，了解每一天的情况，发现问题及时处理，使大事化小，小事化了。</w:t>
      </w:r>
      <w:r>
        <w:rPr>
          <w:lang w:eastAsia="zh-CN"/>
        </w:rPr>
        <w:br/>
      </w:r>
      <w:r>
        <w:rPr>
          <w:lang w:eastAsia="zh-CN"/>
        </w:rPr>
        <w:t>　　(3)抓好班干部，使常规管理有人抓，工作有人做，班主任对班级的管理工作必须依靠学生干部，教师要放手让班干部工作，经常叮嘱、提醒、检查。充分发挥他们的主观能动性，既减轻了班主任的负担，又锻炼了学生干部。不过，高三年级的学生学习任务非常重，教师要体贴学生，费时耗精力的事不要布置给学生，要确保学生集中精力学习。</w:t>
      </w:r>
      <w:r>
        <w:rPr>
          <w:lang w:eastAsia="zh-CN"/>
        </w:rPr>
        <w:br/>
      </w:r>
      <w:r>
        <w:rPr>
          <w:lang w:eastAsia="zh-CN"/>
        </w:rPr>
        <w:t>　　二、抓尖子，督差生，调动学习积极性</w:t>
      </w:r>
      <w:r>
        <w:rPr>
          <w:lang w:eastAsia="zh-CN"/>
        </w:rPr>
        <w:br/>
      </w:r>
      <w:r>
        <w:rPr>
          <w:lang w:eastAsia="zh-CN"/>
        </w:rPr>
        <w:t>　　调动学习班积极性，形成刻苦学习争先恐后的学风，全面提高全班学生学习成绩，是高_班主任的.首要任务，这方面，我采取了抓两头，带中间的办法，以个别谈话为主要工作形式，做尖子生和差生的指导工作，对尖子生，要求他们明确目标，确定方案，突破弱点，保持优势。同时提出具体措施；对差生，以鼓励为主，多谈话、多检查，发现问题及时纠正，发现进步，充分表扬；形成了优秀学生带头，差生不甘落后，大家争先恐、比学赶超的学习风气。同时利用每次模拟考的成绩，进行个案分析，帮助学生建立自信，树立信心，发现弱点，分析原因，找到改进办法，保证各层次的学生都有强劲的学习劲头，使学习成绩保持上升趋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另外用“以志激人”的办法，激发学习兴趣。一个无追求和奋斗目标的人，就缺少前进动力机械，更谈不上发展，无论是知识获取，技能形成，还是素质提高，都主要来自学习。能够提高学习效率，完成学习目标的途径有二个：一是延长时间，二是提高效率。运用激励措施，通过多途径帮助学生树理想，谈追求，增强责任感、使命感和忧患意识。以培养学生的热情性、主动性、和进取精神。时时力求将学习情绪调控到的“亢奋”状态，“水击石则鸣，人激志则宏”实践证明：高_学生采用激励的方法，能使学生保持持久的学习的动力。</w:t>
      </w:r>
      <w:r>
        <w:rPr>
          <w:lang w:eastAsia="zh-CN"/>
        </w:rPr>
        <w:br/>
      </w:r>
      <w:r>
        <w:rPr>
          <w:lang w:eastAsia="zh-CN"/>
        </w:rPr>
        <w:t>　　三、注意心理辅导，加强学习方法的指导</w:t>
      </w:r>
      <w:r>
        <w:rPr>
          <w:lang w:eastAsia="zh-CN"/>
        </w:rPr>
        <w:br/>
      </w:r>
      <w:r>
        <w:rPr>
          <w:lang w:eastAsia="zh-CN"/>
        </w:rPr>
        <w:t>　　本学期，如何使学生保持心理健康，情绪稳定，使学生高效学习，是班主任的一个重要研究课题，为此，我抽时间进行这方面的学习，阅读了关于学习心理、学习方法的资料，对学生进行心理方面和学习方法的辅导：如何保持考试的良好心理；如何树立自信心；如何进行考前复习;如何进行查缺补漏；如何从考试中发现知识缺陷等等。根据不同学生分别进行不同的指导，收到了一定的效果。总结一学期的工作，有收获，有喜悦，也有教训，有不足。的体会是：只要有爱心，肯花精力、花时间，多学习，多摸索，工作就能会有成绩。的不足是对学生的错误处罚不力，致使有些错误不能得到很好的纠正，如班上少数学生一直经常出现迟到、缺席现象，而我的工作却一直停留在口头批评上，使之造成了不良影响。这是值得吸取的教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总之，高_这一年作为班主任有累也有笑，有苦也有甜，压力也比较大，但通过这一年的坚持，看着学生的努力，其实自己也深受启发，让其回想当年为理想而拼搏的样子。无论结果怎么样，自己尽力了，也就无悔了，继续为了青春而拼搏吧!</w:t>
      </w:r>
      <w:r>
        <w:rPr>
          <w:lang w:eastAsia="zh-CN"/>
        </w:rPr>
        <w:br/>
      </w:r>
      <w:r>
        <w:rPr>
          <w:lang w:eastAsia="zh-CN"/>
        </w:rPr>
        <w:t xml:space="preserve">    最新班主任年终工作总结 篇4 </w:t>
      </w:r>
      <w:r>
        <w:rPr>
          <w:lang w:eastAsia="zh-CN"/>
        </w:rPr>
        <w:br/>
      </w:r>
      <w:r>
        <w:rPr>
          <w:lang w:eastAsia="zh-CN"/>
        </w:rPr>
        <w:t>　　回顾过去大学年的班主任工作，在我跟学生取得共同成长的过程中，心中充满感激。我要感谢我的学生，是你们让我感受到在工作中不断成长的快乐和对自己逐步建立的自信，是你们让我找到作为教师进行专业发展的支撑点、基于实践的学习与反思，是你们给予了我很多关于教育、关于人生、关于学习、关于生活的思考的火花；我要感谢学校和学院主管学生工作的领导和同事们，是你们兢兢业业的认真负责的态度给了我榜样的力量，是你们每一次班主任会议语重心长的嘱托，让我深深感受到班主任工作的重要与伟大。是工作，是实践，给我提供了进行教育教学研究的生命土壤。我衷心地感谢这一切！</w:t>
      </w:r>
      <w:r>
        <w:rPr>
          <w:lang w:eastAsia="zh-CN"/>
        </w:rPr>
        <w:br/>
      </w:r>
      <w:r>
        <w:rPr>
          <w:lang w:eastAsia="zh-CN"/>
        </w:rPr>
        <w:t>　　一、班级学生情况</w:t>
      </w:r>
      <w:r>
        <w:rPr>
          <w:lang w:eastAsia="zh-CN"/>
        </w:rPr>
        <w:br/>
      </w:r>
      <w:r>
        <w:rPr>
          <w:lang w:eastAsia="zh-CN"/>
        </w:rPr>
        <w:t>　　我们信息科学学院__年招收本科生新生近20__，这些学生在第一学年不分专业，到第二学年再根据自己的兴趣以及第一学年的学习进展情况来进行专业的选择。</w:t>
      </w:r>
      <w:r>
        <w:rPr>
          <w:lang w:eastAsia="zh-CN"/>
        </w:rPr>
        <w:br/>
      </w:r>
      <w:r>
        <w:rPr>
          <w:lang w:eastAsia="zh-CN"/>
        </w:rPr>
        <w:t>　　因此，20__学生在第一学年被平均划分为_小班级，我作为班主任主要负责编号为1、2的两个班级的学生工作。这两个班级中原先共有6学生，其中有2位外国留学生，还有3位是从__级转学过来。后来有1位同学转学到数学系，还有1位同学因甲肝休学，所以最后在校班级人数共有66位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二、班主任常规工作</w:t>
      </w:r>
      <w:r>
        <w:rPr>
          <w:lang w:eastAsia="zh-CN"/>
        </w:rPr>
        <w:br/>
      </w:r>
      <w:r>
        <w:rPr>
          <w:lang w:eastAsia="zh-CN"/>
        </w:rPr>
        <w:t>　　班主任常规性的工作是跟学校学生管理结合在一起的，或者说是学校学生管理工作的具体实施，另一方面作为大一学生工作来说，有别于大二、大三的学生工作，大一学生有一个学习和生活的适应过渡问题，因此班主任要紧密配合学校学生工作的部署，对学生的学习态度学习方法予以引导、对生活自理独立能力予以引导、对寝室集体生活行为予以引导、对人身财产安全的防护予以引导、对生活或学习有困难的同学予以帮助、落实常规的学生学籍评选管理执行工作、落实国家贫困生资助工作等。</w:t>
      </w:r>
      <w:r>
        <w:rPr>
          <w:lang w:eastAsia="zh-CN"/>
        </w:rPr>
        <w:br/>
      </w:r>
      <w:r>
        <w:rPr>
          <w:lang w:eastAsia="zh-CN"/>
        </w:rPr>
        <w:t>　　这些工作的落实，充盈着班主任工作全部，体现在开班会、宿舍走访、跟同学的聊天的这些日常工作行为当中。</w:t>
      </w:r>
      <w:r>
        <w:rPr>
          <w:lang w:eastAsia="zh-CN"/>
        </w:rPr>
        <w:br/>
      </w:r>
      <w:r>
        <w:rPr>
          <w:lang w:eastAsia="zh-CN"/>
        </w:rPr>
        <w:t>　　三、我的班主任工作</w:t>
      </w:r>
      <w:r>
        <w:rPr>
          <w:lang w:eastAsia="zh-CN"/>
        </w:rPr>
        <w:br/>
      </w:r>
      <w:r>
        <w:rPr>
          <w:lang w:eastAsia="zh-CN"/>
        </w:rPr>
        <w:t>　　我对班主任工作的认识，是在工作的过程中逐步形成的。刚刚开始的时候作为新手教师，我对自己能否胜任班主任工作的那种心情是十分的忐忑不安，不知道作为班主任究竟要承担哪些责任和义务，十分的担心学生出意外事故。</w:t>
      </w:r>
      <w:r>
        <w:rPr>
          <w:lang w:eastAsia="zh-CN"/>
        </w:rPr>
        <w:br/>
      </w:r>
      <w:r>
        <w:rPr>
          <w:lang w:eastAsia="zh-CN"/>
        </w:rPr>
        <w:t>　　于是在我被通知担任班主任工作、学生还没有正式报到之前，我就开始从学习做起，从网上查资料、向周围同事询问班主任工作手册之类的书籍等等，但实际上“纸上得来终觉浅，绝知此事要躬行”，因此，在后来的实际工作中，我就开始注意观察、记录和思考与总结，提炼适合自己、适合大一学生、适合本班学生的班主任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班主任工作看似琐碎，但实际上是一个整体，是一个系统，这个系统中存在着一些“牵一发而动全身”的相互关联的核心要素，只有抓住这些核心要素的处理，才能让我们班主任工作做得更有实效、更专业、更出色。</w:t>
      </w:r>
      <w:r>
        <w:rPr>
          <w:lang w:eastAsia="zh-CN"/>
        </w:rPr>
        <w:br/>
      </w:r>
      <w:r>
        <w:rPr>
          <w:lang w:eastAsia="zh-CN"/>
        </w:rPr>
        <w:t>　　那么对我来说，我的大一班主任的“工作指南”可以概括为“以学习型组织为管理思想，以质的研究方法为研究指南，以信息环境建设为辅助手段，以人文关怀为落脚点”形成大一班主任工作系统，而其灵魂是“狠抓学习风气，重塑学习化生存的学习习惯”，其执行策略是“防微杜渐，铸造良好的生活习惯”。</w:t>
      </w:r>
      <w:r>
        <w:rPr>
          <w:lang w:eastAsia="zh-CN"/>
        </w:rPr>
        <w:br/>
      </w:r>
      <w:r>
        <w:rPr>
          <w:lang w:eastAsia="zh-CN"/>
        </w:rPr>
        <w:t xml:space="preserve">    最新班主任年终工作总结 篇5 </w:t>
      </w:r>
      <w:r>
        <w:rPr>
          <w:lang w:eastAsia="zh-CN"/>
        </w:rPr>
        <w:br/>
      </w:r>
      <w:r>
        <w:rPr>
          <w:lang w:eastAsia="zh-CN"/>
        </w:rPr>
        <w:t>　　尊敬的各位专家、领导：</w:t>
      </w:r>
      <w:r>
        <w:rPr>
          <w:lang w:eastAsia="zh-CN"/>
        </w:rPr>
        <w:br/>
      </w:r>
      <w:r>
        <w:rPr>
          <w:lang w:eastAsia="zh-CN"/>
        </w:rPr>
        <w:t>　　首先要向您介绍的是我们班级的基本情况：</w:t>
      </w:r>
      <w:r>
        <w:rPr>
          <w:lang w:eastAsia="zh-CN"/>
        </w:rPr>
        <w:br/>
      </w:r>
      <w:r>
        <w:rPr>
          <w:lang w:eastAsia="zh-CN"/>
        </w:rPr>
        <w:t>　　我们班共有_名同学，女生_人，男生_人。一年级学生刚入学，对学校的常规不了解。他们年纪小，自律性差。个别学生不会做值日、不懂得执笔方法等。这些都需要老师不断纠正和督促。</w:t>
      </w:r>
      <w:r>
        <w:rPr>
          <w:lang w:eastAsia="zh-CN"/>
        </w:rPr>
        <w:br/>
      </w:r>
      <w:r>
        <w:rPr>
          <w:lang w:eastAsia="zh-CN"/>
        </w:rPr>
        <w:t>　　管理一年级的班级，开始我可以说没有经验，碰壁的机会也多，但经过一段时间的努力，学生在成长，同样我也在成长，慢慢的，我感觉工作也稍微的轻松了些。反思这一年的班主任工作，我深刻体会到习惯培养的重要性。以下是我在新生习惯养成方面所做的努力：</w:t>
      </w:r>
      <w:r>
        <w:rPr>
          <w:lang w:eastAsia="zh-CN"/>
        </w:rPr>
        <w:br/>
      </w:r>
      <w:r>
        <w:rPr>
          <w:lang w:eastAsia="zh-CN"/>
        </w:rPr>
        <w:t>　　一、注重引导，培养学生良好的学习习惯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为了让学生尽快适应小学生活，开学后，我就十分重视学生学习习惯的培养。注重从小事入手来引导学生。新书发下来之后，我及时引导学生爱护书籍，告诉他们书本是我们的好朋友，是帮助我们学知识、长智慧的好帮手，让他们为书本穿上“新衣”，要求他们保持书本的干净整洁。并在一段时间之后，开展“比新书”活动，进一步激发学生的爱书、护书的积极性。在学习习惯方面，手把手地教学生课前怎样准备文具，课堂上眼睛什么时候看黑板和老师，怎样举手发言，怎样读书，告诉她们书写的正确姿势和格式。并且在日常教学中重复教导，随时提醒。</w:t>
      </w:r>
      <w:r>
        <w:rPr>
          <w:lang w:eastAsia="zh-CN"/>
        </w:rPr>
        <w:br/>
      </w:r>
      <w:r>
        <w:rPr>
          <w:lang w:eastAsia="zh-CN"/>
        </w:rPr>
        <w:t>　　二、从小事做起，培养孩子良好的卫生习惯</w:t>
      </w:r>
      <w:r>
        <w:rPr>
          <w:lang w:eastAsia="zh-CN"/>
        </w:rPr>
        <w:br/>
      </w:r>
      <w:r>
        <w:rPr>
          <w:lang w:eastAsia="zh-CN"/>
        </w:rPr>
        <w:t>　　作为一名一年级的班主任，卫生习惯的培养也是一个重点。在卫生习惯方面，我首先教育学生爱护劳动用具。针对一年级学生动手能力差，不会劳动的实际，我每天和学生一起劳动，手把手的教学生打扫卫生的方法，让学生逐渐学会打扫卫生;学生体会到劳动的辛苦后，我又及时教育学生要爱护别人的劳动成果，不随地吐痰，不乱扔纸屑。教师的榜样作用对学生有直接影响，因此，我以身作则每天都注意随时察看教室卫生。现在，学生能够独立打扫好卫生，基本养成了良好的卫生习惯。</w:t>
      </w:r>
      <w:r>
        <w:rPr>
          <w:lang w:eastAsia="zh-CN"/>
        </w:rPr>
        <w:br/>
      </w:r>
      <w:r>
        <w:rPr>
          <w:lang w:eastAsia="zh-CN"/>
        </w:rPr>
        <w:t>　　三、从细节入手，培养学生良好的生活习惯</w:t>
      </w:r>
      <w:r>
        <w:rPr>
          <w:lang w:eastAsia="zh-CN"/>
        </w:rPr>
        <w:br/>
      </w:r>
      <w:r>
        <w:rPr>
          <w:lang w:eastAsia="zh-CN"/>
        </w:rPr>
        <w:t>　　针对学生实际，我常常利用主题班会，注重培养学生互帮互助、爱惜学习用品的好习惯。结合教师节，教育学生尊敬师长;结合各种比赛，艺术节等培养学生的集体观念，集体荣誉感。总之，我会根据学生实际，结合学校的活动，注重了学生的良好习惯的引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四、耐心教育，以表扬为主，善于捕捉学生的闪光点，鼓励上进</w:t>
      </w:r>
      <w:r>
        <w:rPr>
          <w:lang w:eastAsia="zh-CN"/>
        </w:rPr>
        <w:br/>
      </w:r>
      <w:r>
        <w:rPr>
          <w:lang w:eastAsia="zh-CN"/>
        </w:rPr>
        <w:t>　　爱听表扬是儿童心理特点，表扬运用得恰当，学生的积极因素就会调动起来。人都有自尊心，表扬有批评的作用，是不伤害学生自尊心的批评。我常用表扬某个学生道德品质、思想行为上的积极因素去影响和克服后进学生中存在的消极因素，寓批评于表扬之中。这样有利于学生之间互相学习，达到取长补短的目的。平时我还注意采取奖励的方式表扬做的好的孩子，对做的好的孩子及时发放喜羊羊，对于表现一贯优秀的孩子评选其为“班级之星”，发挥榜样作用，激发学生的竞争意识，从而带动全班同学树立良好的班风。</w:t>
      </w:r>
      <w:r>
        <w:rPr>
          <w:lang w:eastAsia="zh-CN"/>
        </w:rPr>
        <w:br/>
      </w:r>
      <w:r>
        <w:rPr>
          <w:lang w:eastAsia="zh-CN"/>
        </w:rPr>
        <w:t>　　五、注重与家长的沟通交流，共同帮助孩子健康成长</w:t>
      </w:r>
      <w:r>
        <w:rPr>
          <w:lang w:eastAsia="zh-CN"/>
        </w:rPr>
        <w:br/>
      </w:r>
      <w:r>
        <w:rPr>
          <w:lang w:eastAsia="zh-CN"/>
        </w:rPr>
        <w:t>　　孩子是家长的希望。家长往往对学生的成长抱有很大的期望。但同时，家长的一些做法也不够科学。低年级学生自制力差，尤其需要家长的辅导与督促。因此，我利用家长会积极宣传教育教学思想和方法，对家长的家教误区及时引导。平时，针对个别学生的个别情况，我也会利用家校通平台及时与家长联系和沟通，取得家长的理解与支持，共同帮助学生健康成长。</w:t>
      </w:r>
      <w:r>
        <w:rPr>
          <w:lang w:eastAsia="zh-CN"/>
        </w:rPr>
        <w:br/>
      </w:r>
      <w:r>
        <w:rPr>
          <w:lang w:eastAsia="zh-CN"/>
        </w:rPr>
        <w:t>　　六、发现、培养小班干部，建立班级管理制度</w:t>
      </w:r>
      <w:r>
        <w:rPr>
          <w:lang w:eastAsia="zh-CN"/>
        </w:rPr>
        <w:br/>
      </w:r>
      <w:r>
        <w:rPr>
          <w:lang w:eastAsia="zh-CN"/>
        </w:rPr>
        <w:t>　　自新生入学以来，我发现了班内有一些自我管理能力强，做事有主见、有勇气的孩子，就教给他们管理的正确方法，同时在学生面前树立他们的威信，放手让他们工作。但为避免班委成员骄傲，我设立了班级民主测评，全班同学定期为班干部打分、提意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班主任工作是平凡而繁琐的工作，我会在实践中去探索更行之有效的工作方法，使班级管理工作再上新台阶。</w:t>
      </w:r>
      <w:r>
        <w:rPr>
          <w:lang w:eastAsia="zh-CN"/>
        </w:rPr>
        <w:br/>
      </w:r>
      <w:r>
        <w:rPr>
          <w:lang w:eastAsia="zh-CN"/>
        </w:rPr>
        <w:t xml:space="preserve">    最新班主任年终工作总结 篇6 </w:t>
      </w:r>
      <w:r>
        <w:rPr>
          <w:lang w:eastAsia="zh-CN"/>
        </w:rPr>
        <w:br/>
      </w:r>
      <w:r>
        <w:rPr>
          <w:lang w:eastAsia="zh-CN"/>
        </w:rPr>
        <w:t>　　班主任工作是一项繁琐而又细致的工作，由于学生来自不同的家庭，成长和生活环境不同，性格、爱好、特长各有千秋，要想把他们组织成一个讲文明、讲礼貌、守纪律，一切行动听指挥的班集体，就需要班主任做大量细致的工作。</w:t>
      </w:r>
      <w:r>
        <w:rPr>
          <w:lang w:eastAsia="zh-CN"/>
        </w:rPr>
        <w:br/>
      </w:r>
      <w:r>
        <w:rPr>
          <w:lang w:eastAsia="zh-CN"/>
        </w:rPr>
        <w:t>　　一、树立班级目标</w:t>
      </w:r>
      <w:r>
        <w:rPr>
          <w:lang w:eastAsia="zh-CN"/>
        </w:rPr>
        <w:br/>
      </w:r>
      <w:r>
        <w:rPr>
          <w:lang w:eastAsia="zh-CN"/>
        </w:rPr>
        <w:t>　　“人活着是要有点精神的!”没有目标，没有追求，哪来动力?为激励学生奋发向上的斗志，我提出既能振奋学习精神又符合本班实际的班级奋斗目标。本学期初，我班在总结前一学年成绩的基础上，又定下了新学期的全班奋斗的新的目标，目标的确立无疑对学生起了极大的促进作用。为进一步调动学生的积极性，我在平时的班会中，多次号召大家必须团结一致，刻苦学习，为班级争光做贡献。经过全班同学的共同努力，我班的学习气氛和遵规守纪的风气得到发扬。</w:t>
      </w:r>
      <w:r>
        <w:rPr>
          <w:lang w:eastAsia="zh-CN"/>
        </w:rPr>
        <w:br/>
      </w:r>
      <w:r>
        <w:rPr>
          <w:lang w:eastAsia="zh-CN"/>
        </w:rPr>
        <w:t>　　二、培养良好的班风、学风 众所周知，一个良好的班集体必须要有良好的班风、学风。</w:t>
      </w:r>
      <w:r>
        <w:rPr>
          <w:lang w:eastAsia="zh-CN"/>
        </w:rPr>
        <w:br/>
      </w:r>
      <w:r>
        <w:rPr>
          <w:lang w:eastAsia="zh-CN"/>
        </w:rPr>
        <w:t>　　1、健全、完善评估机制，实施科学管理，促进良好的班风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严格班集体的常规管理，是提高班级整体教育质量的关键。学生求知欲旺盛，好胜心强，他们渴望得到老师和同学们的认可。因而我针对学生的这种心理特征，把竞争机制引入班级，让学生在各项评比中锻炼自己的意志，并做到取长补短。用量化的形式进行管理，使好的学生和后进生得到被认同的机会，大大激发了学生的学习热情，增强了学生的竞争意识，也促进了良好的班风形成。</w:t>
      </w:r>
      <w:r>
        <w:rPr>
          <w:lang w:eastAsia="zh-CN"/>
        </w:rPr>
        <w:br/>
      </w:r>
      <w:r>
        <w:rPr>
          <w:lang w:eastAsia="zh-CN"/>
        </w:rPr>
        <w:t>　　2、创设良好的学习环境</w:t>
      </w:r>
      <w:r>
        <w:rPr>
          <w:lang w:eastAsia="zh-CN"/>
        </w:rPr>
        <w:br/>
      </w:r>
      <w:r>
        <w:rPr>
          <w:lang w:eastAsia="zh-CN"/>
        </w:rPr>
        <w:t>　　要创设一个适合读书的环境，首先要力求保证教室的干净，从值日生到每个学生都要求他们要为教室的整洁付出自己的努力。其次，我还注意培养学生的良好学习氛围的形成，我要求早读课时所有同学都将注意力集中在书本上，会使教室形成浓烈的学习的气氛，后来的同学会受到前面同学的影响，这就是利用用功学生本身创造了浓厚的学习气氛;最后，给学生树立学习榜样，乌申斯基说过：“教师个人的范例，对学生的心灵是任何东西都不能代替的最有用的阳光。”班主任的自身素质、道德修养，客观上就是班级群体乃至班级中每一个体的楷模。因此，在班级工作中我时刻注重身教，为人师表，以良好的形象率先示范，潜移默化地影响和激励学生良好习惯的养成。</w:t>
      </w:r>
      <w:r>
        <w:rPr>
          <w:lang w:eastAsia="zh-CN"/>
        </w:rPr>
        <w:br/>
      </w:r>
      <w:r>
        <w:rPr>
          <w:lang w:eastAsia="zh-CN"/>
        </w:rPr>
        <w:t>　　三、加强后进生的思想转化工作</w:t>
      </w:r>
      <w:r>
        <w:rPr>
          <w:lang w:eastAsia="zh-CN"/>
        </w:rPr>
        <w:br/>
      </w:r>
      <w:r>
        <w:rPr>
          <w:lang w:eastAsia="zh-CN"/>
        </w:rPr>
        <w:t>　　一些班主任在学生发生问题后，急于解决，经常找学生家长告状，或到学校政教处寻找解决的办法。我认为在学生发生问题后，大多数学生的心理会很敏感。如果再找家长和学校去刺激他们，很容易产生逆反心理。通过实践，我觉得，事情发生后，如果自己能解决，就不要找学校、家长。对于调皮捣乱的学生，需要有耐心，要长期用真情去感化他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四、 加强和学生家长的联系学生有一半时间是在家里度过的，一个学生在家里学习情况的好坏，在很大程度上决定了学生学习成绩的好坏。而老师很难知道学生在家里的学习情况，就是知道，也难以解决。因此，有必要密切联系学生家长，和学生家长多谈谈，了解学生在家中的表现，让学生家长也了解一下学生在校的表现，共同督促学生认真学习。</w:t>
      </w:r>
      <w:r>
        <w:rPr>
          <w:lang w:eastAsia="zh-CN"/>
        </w:rPr>
        <w:br/>
      </w:r>
      <w:r>
        <w:rPr>
          <w:lang w:eastAsia="zh-CN"/>
        </w:rPr>
        <w:t xml:space="preserve">    最新班主任年终工作总结 篇7 </w:t>
      </w:r>
      <w:r>
        <w:rPr>
          <w:lang w:eastAsia="zh-CN"/>
        </w:rPr>
        <w:br/>
      </w:r>
      <w:r>
        <w:rPr>
          <w:lang w:eastAsia="zh-CN"/>
        </w:rPr>
        <w:t>　　这学期我负责五年级一班班主任，我体贴酷爱我的门生，既是门生的师长，又是他们的伴侣。我为人师表，以身作则，处处做门生的榜样，让学生在潜移默化中养成精良的进修、生存习性。为了给门生制造一个精良的进修空气，构成联结起劲、尊师守纪、踊跃朝上进步的班风、学风，我在班级管理上花了很多血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起首，我选出了得力的班干，制订了班规，连系少先队的查抄评选轨制，我班也实施登分制，让班干帮忙治理，全部门生举行监视。学生在各方面体现得好就加分，体现欠好就减分。每一个门生的规律、进修、卫生、品行情形都从他的登分表中体现进去。到了期末，依据门生得分的高下评出前十名赋予奖励，如许就形成为了一种合作机制，人人都想得高分，都想设施在各个方面体现本人，为本人夺分，是以，无论是进修仍是规律，门生都有了很大前进，班主任也省去了不少管理上的繁琐细节，大部分学生会很自发地遵照规律和进修。如许有效地激发了门生各方面的积极性，无论是进修、规律仍是卫生、两操都比有了很大前进，这学期我们班共取得面固定红旗。</w:t>
      </w:r>
      <w:r>
        <w:rPr>
          <w:lang w:eastAsia="zh-CN"/>
        </w:rPr>
        <w:br/>
      </w:r>
      <w:r>
        <w:rPr>
          <w:lang w:eastAsia="zh-CN"/>
        </w:rPr>
        <w:t>　　其次，为厚实门生的课外生存，我班这学期开展了厚实多彩的活动。本学期我们班开展了厚实多彩的班队会活动，学生在活动中失掉训练遭到教导，如：崇尚勤俭队会，平安常识队会，猜谜语队会，讲故事队会等，还活期出书墙报，门生的专长失掉发扬。另外在12周的篮球赛上，我们班的门生体现进去的集体荣誉感让我激动，他们奋力拼搏的精神也值得褒扬。经由过程这些活动，培养了门生的下手、动脑才能，也让门生充沛展示了本人的专长。</w:t>
      </w:r>
      <w:r>
        <w:rPr>
          <w:lang w:eastAsia="zh-CN"/>
        </w:rPr>
        <w:br/>
      </w:r>
      <w:r>
        <w:rPr>
          <w:lang w:eastAsia="zh-CN"/>
        </w:rPr>
        <w:t>　　作为班主任，门生的思维教导事情是必弗成少的。每周的星期一早读课都是我对门生举行思维教导的流动时候，应用这20分钟，我会针对比来的工作向门生讲一些做人的事理和办事的准绳、要领等，教会门生一些讲堂上学不到的社会常识，让他们学会区别黑白。偶然也会应用其余时候针对个体门生的题目找门生发言，实时纠正他们的谬误。语文课上，更是常常连系课文内容对门生举行各个方面的思维教导。</w:t>
      </w:r>
      <w:r>
        <w:rPr>
          <w:lang w:eastAsia="zh-CN"/>
        </w:rPr>
        <w:br/>
      </w:r>
      <w:r>
        <w:rPr>
          <w:lang w:eastAsia="zh-CN"/>
        </w:rPr>
        <w:t>　　门生在学校，平安第一，以是平安教导是我天天放学前的需要内容。除了教导门生注重用电、用火平安和交通平安之外，还夸大学生禁绝下河泅水，禁绝玩风险游戏，如爬树、玩弹弓、玩玩具枪、追赶打闹等风险的活动都不同意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作为班主任，抓好门生的进修是重要使命。针对我班门生根底差、进修积极性差的特色，我分外夸大学生一定要做好温习和预习事情。天天早读前我都进课堂查抄门生的温习、预习情形，监视门生养成精良的进修习性。在段考后，给家长发了家校联络条，请求家长和先生配合监视门生实现进修使命。关于根底较差的门生，采用结对子一帮一的体式格局，让学习好的门生赞助差生，人人配合前进。经由一学期的起劲，我班门生的进修问题有了进步，门生进修的积极性也高了，班上形成为了你追我赶、不懂就问的学风。</w:t>
      </w:r>
      <w:r>
        <w:rPr>
          <w:lang w:eastAsia="zh-CN"/>
        </w:rPr>
        <w:br/>
      </w:r>
      <w:r>
        <w:rPr>
          <w:lang w:eastAsia="zh-CN"/>
        </w:rPr>
        <w:t>　　我不但体贴门生的进修、规律，还体贴他们的生存和思维情形，对我班的门生基础都进行了分歧方式的家访，对门生的家庭情形懂得很清晰，加强了学校和家长的联络，为更好的教导门生举行相同。还常常和门生拉家常谈天，实时懂得他们的思维静态。对不遵照规律的门生耐烦教导，不卑视他们，让他们感觉集体的温暖，先生的爱。作为班主任，我进修积极性差的特色，我分外夸大学生一定要做好温习和预习事情。天天早读前我都进课堂查抄门生的温习、预习情形，监视门生养成精良的进修习性。在段考后，给家长发了家校联络条，请求家长和先生配合监视门生实现进修使命。关于根底较差的门生，采用结对子一帮一的体式格局，让学习好的门生赞助差生，人人配合前进。经由一学期的起劲，我班门生的进修问题有了进步，门生进修的积极性也高了，班上形成为了你追我赶、不懂就问的学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我不但体贴门生的进修、规律，还体贴他们的生存和思维情形，对我班的门生基础都进行了分歧方式的家访，对门生的家庭情形懂得很清晰，加强了学校和家长的联络，为更好的教导门生举行相同。还常常和门生拉家常谈天，实时懂得他们的思维静态。对不遵照规律的门生耐烦教导，不卑视他们，让他们感觉集体的温暖，先生的爱。作为班主任，我以身作则，天天早早离开学校指点门生的进修和扫除卫生情形，请求门生做到的事先生起首做到，对门生一视同仁。</w:t>
      </w:r>
      <w:r>
        <w:rPr>
          <w:lang w:eastAsia="zh-CN"/>
        </w:rPr>
        <w:br/>
      </w:r>
      <w:r>
        <w:rPr>
          <w:lang w:eastAsia="zh-CN"/>
        </w:rPr>
        <w:t>　　总之，这个学期我们班的班风、学风比上学期有了更好的改变，门生的集体荣誉感更强，进修的积极性更高，规律、卫生各方面做得更好。</w:t>
      </w:r>
      <w:r>
        <w:rPr>
          <w:lang w:eastAsia="zh-CN"/>
        </w:rPr>
        <w:br/>
      </w:r>
      <w:r>
        <w:rPr>
          <w:lang w:eastAsia="zh-CN"/>
        </w:rPr>
        <w:t>　　一年的时候就这样急忙而过，上面我把本人一年中各项事情举行一下总结。</w:t>
      </w:r>
      <w:r>
        <w:rPr>
          <w:lang w:eastAsia="zh-CN"/>
        </w:rPr>
        <w:br/>
      </w:r>
      <w:r>
        <w:rPr>
          <w:lang w:eastAsia="zh-CN"/>
        </w:rPr>
        <w:t>　　一、教导教学工作事情方面</w:t>
      </w:r>
      <w:r>
        <w:rPr>
          <w:lang w:eastAsia="zh-CN"/>
        </w:rPr>
        <w:br/>
      </w:r>
      <w:r>
        <w:rPr>
          <w:lang w:eastAsia="zh-CN"/>
        </w:rPr>
        <w:t>　　这一年，我负责的是三年级的语文教学工作。从列入事情以来，我简直都是负责一、二年级的教学工作事情，教学工作三年级的语文，对我是个挑衅，为了也能卓越的实现三年级的教学工作使命，起首我应用课余时候进修无关小学中年级的课程目的，应用晚上睡觉以前的时候一遍又一遍的浏览教学工作参考，争夺早日对三年级的语文请求有一个体系地懂得。为了进步门生的读写才能，我从一开端，就给门生安置了一个不成文的功课，那就是天天晚上实现当天的功课后，保持读一篇优异的作文选，由家长在当天的作业本上举行签。刚开始有的门生很不习性，可是一年上去，我班的门生曾经养成为了这个习性，同时，门生的读写才能有显然的进步。全班百分之九十的门生可以或许很顺遂的实现每次作文，并且可以或许做到内容厚实，语句畅通。每篇视察日志都能实现得很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关于门生天天的功课，我都市很当真的修正，并且关于有前进的门生的功课，我会给他写上如许一句话：本日看到你的功课有如许大的前进，先生真庆幸。关于功课实现得非常好的同砚，我会给他写上：你的功课实现得真好，先生很钦佩你。门生看到本人的功课，很庆幸。并且也会在他的功课上给我写上：先生，你看我本日实现的功课有前进吗?另有的门生会在功课背面给我出一道猜谜语或许脑子急转弯的标题。经由过程小小的作业本，拉近了咱们师生的间隔，增进了咱们的豪情，更鼓励了门生当真实现功课的热忱。</w:t>
      </w:r>
      <w:r>
        <w:rPr>
          <w:lang w:eastAsia="zh-CN"/>
        </w:rPr>
        <w:br/>
      </w:r>
      <w:r>
        <w:rPr>
          <w:lang w:eastAsia="zh-CN"/>
        </w:rPr>
        <w:t>　　在教学工作中，我看重每一堂课的教学工作品质，力图让每一个门生喜欢我的课。我认为惟独门生爱好，他才违心接收。我给门生建立一种轻松的进修空气，我用平和的教学工作言语举行讲解，使他们没有压力的举行进修，如许上课氛围异常沉闷，门生们可以或许踊跃的动脑思索，踊跃的回覆题目，书面语抒发才能有显然进步，以是，课任先生也都违心用我班的门生举行优质课。也有不少家长向我反应：先生，我的孩子回来讲，很喜欢听你的课，我听了心里很快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我的教学工作原则是不让每一个门生落后。我班有个门生叫高熠锴，进修根底比较差，我就应用课余时候给他补课，并且我常常和他交心，给他讲学习的重要性，帮他树立自信心，只需发明他的一点前进，我就不失机遇地举行褒扬。为了赞助他进修，我还给他配上一个小副手，只需他一有进修艰苦，能够随时讨教小副手。功夫不负有心人，经由一年的起劲，高熠锴的进修问题有了显然的进步。孙俊伟是从海阳新转来的一个门生，因为从小没有养成一个精良的进修习性，进修懒惰，常常不实现功课，他的家长因为事情忙又没有时间抓他。</w:t>
      </w:r>
      <w:r>
        <w:rPr>
          <w:lang w:eastAsia="zh-CN"/>
        </w:rPr>
        <w:br/>
      </w:r>
      <w:r>
        <w:rPr>
          <w:lang w:eastAsia="zh-CN"/>
        </w:rPr>
        <w:t>　　为了尽快养成一个实时实现功课的习性，我天天晚上下学后看他写功课，当放工的铃声曾经响了，我还在陪伴着他写功课，帮他解决不会的难题。</w:t>
      </w:r>
      <w:r>
        <w:rPr>
          <w:lang w:eastAsia="zh-CN"/>
        </w:rPr>
        <w:br/>
      </w:r>
      <w:r>
        <w:rPr>
          <w:lang w:eastAsia="zh-CN"/>
        </w:rPr>
        <w:t>　　总之，在教学工作中，我注意培植门生的进修习性，鼓动勉励门生在进修中相互赞助，“一帮一、一对红”曾经成为门生们的标语，进修的.积极性调动起来了，进修问题就有了显然的进步。</w:t>
      </w:r>
      <w:r>
        <w:rPr>
          <w:lang w:eastAsia="zh-CN"/>
        </w:rPr>
        <w:br/>
      </w:r>
      <w:r>
        <w:rPr>
          <w:lang w:eastAsia="zh-CN"/>
        </w:rPr>
        <w:t>　　二、班主任事情方面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作为一个班主任，我认为最首要的是培植门生精良的进修习性、生存习性和行动习性，树立一个踊跃向上的班级民风。我要培植门生从小要端正、凶恶、诚恳大胆。我常常教导我的门生，先生不怕你们有错，犯了错大胆的抵赖并矫正，才是最棒的。关于每个门生，不论是学习好与差、家庭环境优与劣，我都市对等看待他们。为了鼓动勉励门生勇于抵赖谬误，实时矫正谬误，我首先给门生做出表率，教员职业道德十禁绝中划定先生禁绝在讲堂打手机，有一次我却没有做到，为了矫正这个谬误，我在班级上背后承认了这个谬误，并保障往后不在上课时直接打电话，让门生监视。我的这一做法使门生很受激动，也纷纭上去找出本人的瑕玷，并保障往后矫正。天天的课间操后的行列，不论是气象如许冰冷，如许酷热，我都市和门生一路走下来，偶然也会像小学生同样跟着音乐迈着我的措施。以是，我班的门生曾经养成为了习性，天天都能精神奋起地举行行列。</w:t>
      </w:r>
      <w:r>
        <w:rPr>
          <w:lang w:eastAsia="zh-CN"/>
        </w:rPr>
        <w:br/>
      </w:r>
      <w:r>
        <w:rPr>
          <w:lang w:eastAsia="zh-CN"/>
        </w:rPr>
        <w:t>　　为了很好的实现班主任事情，我会应用学校的活动不失机遇地举行教导。为了祝贺除夕，学校请求每一个班排演一块节目。其时我就想，我班的男同学性格比拟活跃，好动，如许的机遇也都是女同学的事，以是此次我一定要排演一个有男同学列入的节目，有了这个盘算，我请来了幼儿园的薛先生，把我的设法主意跟她说了，薛先生6 / 12很支撑我的事情帮我排演。如许，全班男同学除了非凡情形没有列入排演，其余都很违心地参加了，在排演中，我培植门生不怕苦、不怕累的精神，我以保护班级的集体声誉来鼓动勉励他们。效果，这块节目受到了学校向导的好评，还代表学校给韩国的小朋友举行上演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我班有一个性格异常活跃好动的同砚，叫张励伟。说实在的，我从一年级起，就异常为她犯愁。可以说，这个门生天天没有临时让你放得下心的时间。在二年级的时间，天天都有门生以至家长向我起诉，张励伟又打我了，关于张励伟，我是真没少费功夫，可是，结果都不是太显然。五月份的一个星期六的清晨，我和孩子去着花石登山，刚到山上，我发现了张励伟，他正在山腰上摘黄花，我很猎奇的过去问：张励伟，你摘花干什么呢?他说：我奶奶病了，我想摘一些英俊的野花放到她的床前，让她庆幸。听了他的话，我的眼泪差点掉进去。如许难得的孝心哪!我说：你真是个孝敬的好孩子，来，我也帮你摘，祝你的奶奶早日病愈。我一边摘花，一边又对他说：“张励伟，你的奶奶为了扶养你，吃了很多苦(张励伟从小父亲就进监狱，母亲把他撩给了奶奶)，你是应当孝敬他，可是，不光是送花你的奶奶庆幸，我认为假如你在学校好好体现，进修前进，你的奶奶会更庆幸，你信不信?”</w:t>
      </w:r>
      <w:r>
        <w:rPr>
          <w:lang w:eastAsia="zh-CN"/>
        </w:rPr>
        <w:br/>
      </w:r>
      <w:r>
        <w:rPr>
          <w:lang w:eastAsia="zh-CN"/>
        </w:rPr>
        <w:t>　　张励伟说：“先生，我知道了，我当前必定好好体现。”说实在的，这个孩子还从来没有这么认真地跟我说过话呢。</w:t>
      </w:r>
      <w:r>
        <w:rPr>
          <w:lang w:eastAsia="zh-CN"/>
        </w:rPr>
        <w:br/>
      </w:r>
      <w:r>
        <w:rPr>
          <w:lang w:eastAsia="zh-CN"/>
        </w:rPr>
        <w:t>　　从此，我发明张励伟岂论在学习上和规律方面都有了显然的前进，尽管间或还会不息的违背一些规律，然则我信任，只需我不懈的起劲，我的教导会胜利的。</w:t>
      </w:r>
      <w:r>
        <w:rPr>
          <w:lang w:eastAsia="zh-CN"/>
        </w:rPr>
        <w:br/>
      </w:r>
      <w:r>
        <w:rPr>
          <w:lang w:eastAsia="zh-CN"/>
        </w:rPr>
        <w:t>　　本学期，我进行了中队委和小队长的轮流制，如许训练的每个门生本人治理本人的才能，同时也有利于班级事情的顺遂开展。</w:t>
      </w:r>
      <w:r>
        <w:rPr>
          <w:lang w:eastAsia="zh-CN"/>
        </w:rPr>
        <w:br/>
      </w:r>
      <w:r>
        <w:rPr>
          <w:lang w:eastAsia="zh-CN"/>
        </w:rPr>
        <w:t>　　以上是我一年来的事情体现，有欠妥指出，请列位先生教正。</w:t>
      </w:r>
      <w:r>
        <w:rPr>
          <w:lang w:eastAsia="zh-CN"/>
        </w:rPr>
        <w:br/>
      </w:r>
      <w:r>
        <w:rPr>
          <w:lang w:eastAsia="zh-CN"/>
        </w:rPr>
        <w:t xml:space="preserve">    最新班主任年终工作总结 篇8 </w:t>
      </w:r>
      <w:r>
        <w:rPr>
          <w:lang w:eastAsia="zh-CN"/>
        </w:rPr>
        <w:br/>
      </w:r>
      <w:r>
        <w:rPr>
          <w:lang w:eastAsia="zh-CN"/>
        </w:rPr>
        <w:t>　　还记得开学第一天带他们入校的情景，还记得第一次面对他们的忐忑，也记得初次站在讲台上的紧张与兴奋…转眼间一个学期马上就要结束了，与这群可亲可爱的孩子们共同度过了一段难忘的时光，我们共同学习共同成长，在生命中留下了一段可贵的回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他们是一群天真可爱的孩子，刚刚迈进小学的校园，一切对他们而言都是新鲜而又陌生的。作为班主任，除了任课之外，帮助他们更好地适应新环境，更好地融入班集体是我的主要职责所在。回想这学期的工作，有苦也有甜，真是累并快乐着。有人说：一个好班主任就是一个好班集体。面对那一个个活泼、好动的孩子，如何让他们健康、快乐地成长，积极主动地投入到学习中呢？在实践中我做了许多努力，为了使新学期班级上能有更新的气息，我将本学期的工作总结如下：</w:t>
      </w:r>
      <w:r>
        <w:rPr>
          <w:lang w:eastAsia="zh-CN"/>
        </w:rPr>
        <w:br/>
      </w:r>
      <w:r>
        <w:rPr>
          <w:lang w:eastAsia="zh-CN"/>
        </w:rPr>
        <w:t>　　一、“无规矩不成方圆”，树立良好的规章制度是必要的。</w:t>
      </w:r>
      <w:r>
        <w:rPr>
          <w:lang w:eastAsia="zh-CN"/>
        </w:rPr>
        <w:br/>
      </w:r>
      <w:r>
        <w:rPr>
          <w:lang w:eastAsia="zh-CN"/>
        </w:rPr>
        <w:t>　　俗话说：“国有国法，家有家规。”同样，一套行之有效的班级常规是促进一个班级成长的必要措施。</w:t>
      </w:r>
      <w:r>
        <w:rPr>
          <w:lang w:eastAsia="zh-CN"/>
        </w:rPr>
        <w:br/>
      </w:r>
      <w:r>
        <w:rPr>
          <w:lang w:eastAsia="zh-CN"/>
        </w:rPr>
        <w:t>　　首先，班级管理制度是促进一个班级成长、学生尽快进入角色的重要举措。</w:t>
      </w:r>
      <w:r>
        <w:rPr>
          <w:lang w:eastAsia="zh-CN"/>
        </w:rPr>
        <w:br/>
      </w:r>
      <w:r>
        <w:rPr>
          <w:lang w:eastAsia="zh-CN"/>
        </w:rPr>
        <w:t>　　1， 班干部责任制：</w:t>
      </w:r>
      <w:r>
        <w:rPr>
          <w:lang w:eastAsia="zh-CN"/>
        </w:rPr>
        <w:br/>
      </w:r>
      <w:r>
        <w:rPr>
          <w:lang w:eastAsia="zh-CN"/>
        </w:rPr>
        <w:t>　　班长：</w:t>
      </w:r>
      <w:r>
        <w:rPr>
          <w:lang w:eastAsia="zh-CN"/>
        </w:rPr>
        <w:br/>
      </w:r>
      <w:r>
        <w:rPr>
          <w:lang w:eastAsia="zh-CN"/>
        </w:rPr>
        <w:t>　　体委：</w:t>
      </w:r>
      <w:r>
        <w:rPr>
          <w:lang w:eastAsia="zh-CN"/>
        </w:rPr>
        <w:br/>
      </w:r>
      <w:r>
        <w:rPr>
          <w:lang w:eastAsia="zh-CN"/>
        </w:rPr>
        <w:t>　　学习委员：</w:t>
      </w:r>
      <w:r>
        <w:rPr>
          <w:lang w:eastAsia="zh-CN"/>
        </w:rPr>
        <w:br/>
      </w:r>
      <w:r>
        <w:rPr>
          <w:lang w:eastAsia="zh-CN"/>
        </w:rPr>
        <w:t>　　语文科代表：</w:t>
      </w:r>
      <w:r>
        <w:rPr>
          <w:lang w:eastAsia="zh-CN"/>
        </w:rPr>
        <w:br/>
      </w:r>
      <w:r>
        <w:rPr>
          <w:lang w:eastAsia="zh-CN"/>
        </w:rPr>
        <w:t>　　数学科代表：</w:t>
      </w:r>
      <w:r>
        <w:rPr>
          <w:lang w:eastAsia="zh-CN"/>
        </w:rPr>
        <w:br/>
      </w:r>
      <w:r>
        <w:rPr>
          <w:lang w:eastAsia="zh-CN"/>
        </w:rPr>
        <w:t>　　纪律委员:</w:t>
      </w:r>
      <w:r>
        <w:rPr>
          <w:lang w:eastAsia="zh-CN"/>
        </w:rPr>
        <w:br/>
      </w:r>
      <w:r>
        <w:rPr>
          <w:lang w:eastAsia="zh-CN"/>
        </w:rPr>
        <w:t>　　图书委员：</w:t>
      </w:r>
      <w:r>
        <w:rPr>
          <w:lang w:eastAsia="zh-CN"/>
        </w:rPr>
        <w:br/>
      </w:r>
      <w:r>
        <w:rPr>
          <w:lang w:eastAsia="zh-CN"/>
        </w:rPr>
        <w:t>　　卫生委员：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班干部是班主任的左右手，对整个班级的精神面貌起着决定性的作用。在班干部选拔时我遵循的原则是：作为班级干部，应具有较强的号召力和自我管理的能力。我在同学中大力表扬班干部们的优点，宣传他们的先进事迹，从而树立了班干部在同学中的威信，时时指点他们的工作方法，对他们的纪律、学习等到各方面提出了更加严格的要求，让他们在同学中真正起到表率作用。有了这支得力的干部队伍，班主任的工作简单而轻松。</w:t>
      </w:r>
      <w:r>
        <w:rPr>
          <w:lang w:eastAsia="zh-CN"/>
        </w:rPr>
        <w:br/>
      </w:r>
      <w:r>
        <w:rPr>
          <w:lang w:eastAsia="zh-CN"/>
        </w:rPr>
        <w:t>　　2、小组责任制：班级人数为56人，共分为五个小组。</w:t>
      </w:r>
      <w:r>
        <w:rPr>
          <w:lang w:eastAsia="zh-CN"/>
        </w:rPr>
        <w:br/>
      </w:r>
      <w:r>
        <w:rPr>
          <w:lang w:eastAsia="zh-CN"/>
        </w:rPr>
        <w:t>　　小组分工细则：①小组轮流制：周一至周五，每个小组轮流值班。</w:t>
      </w:r>
      <w:r>
        <w:rPr>
          <w:lang w:eastAsia="zh-CN"/>
        </w:rPr>
        <w:br/>
      </w:r>
      <w:r>
        <w:rPr>
          <w:lang w:eastAsia="zh-CN"/>
        </w:rPr>
        <w:t>　　②责任落实制：每天值班的小组，负责一整天的纪律和卫生的保持。</w:t>
      </w:r>
      <w:r>
        <w:rPr>
          <w:lang w:eastAsia="zh-CN"/>
        </w:rPr>
        <w:br/>
      </w:r>
      <w:r>
        <w:rPr>
          <w:lang w:eastAsia="zh-CN"/>
        </w:rPr>
        <w:t>　　a、每节课间，由值班小组派两名队员站在班级门口值班，负责监督其他学生的课间纪律情况，例如严禁到天井玩耍和严禁在楼道内打闹、快跑等。</w:t>
      </w:r>
      <w:r>
        <w:rPr>
          <w:lang w:eastAsia="zh-CN"/>
        </w:rPr>
        <w:br/>
      </w:r>
      <w:r>
        <w:rPr>
          <w:lang w:eastAsia="zh-CN"/>
        </w:rPr>
        <w:t>　　b、每节课间，由值班小组检查教室卫生，检查是否有纸屑，及时清理卫生不达标部位，并对卫生保持不好的学生进行说教。同时检查桌椅摆放情况，及时调整桌椅摆放不整齐的部位。</w:t>
      </w:r>
      <w:r>
        <w:rPr>
          <w:lang w:eastAsia="zh-CN"/>
        </w:rPr>
        <w:br/>
      </w:r>
      <w:r>
        <w:rPr>
          <w:lang w:eastAsia="zh-CN"/>
        </w:rPr>
        <w:t>　　c、值班小组中午到校后，在午读之前完成卫生清扫工作。并为班级盆景浇水，同时保持窗台部位的卫生。</w:t>
      </w:r>
      <w:r>
        <w:rPr>
          <w:lang w:eastAsia="zh-CN"/>
        </w:rPr>
        <w:br/>
      </w:r>
      <w:r>
        <w:rPr>
          <w:lang w:eastAsia="zh-CN"/>
        </w:rPr>
        <w:t>　　d、值班小组负责组织学生进校后、上课前这段时间的活动，组内推选一名代表带领大家进行朗诵，积极组织好老师不在的空档时间段的班级纪律。</w:t>
      </w:r>
      <w:r>
        <w:rPr>
          <w:lang w:eastAsia="zh-CN"/>
        </w:rPr>
        <w:br/>
      </w:r>
      <w:r>
        <w:rPr>
          <w:lang w:eastAsia="zh-CN"/>
        </w:rPr>
        <w:t>　　3、奖励加分制：班级设置荣誉墙，对学生的行为进行实时评比。</w:t>
      </w:r>
      <w:r>
        <w:rPr>
          <w:lang w:eastAsia="zh-CN"/>
        </w:rPr>
        <w:br/>
      </w:r>
      <w:r>
        <w:rPr>
          <w:lang w:eastAsia="zh-CN"/>
        </w:rPr>
        <w:t>　　个人得分制：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①加分：遵守纪律加一分，积极发言加一分，拾金不昧加一分，书写得优加一分，作业完成质量高加一分，卫生保持好加一分，表现进步加一分，测试满分加二分，</w:t>
      </w:r>
      <w:r>
        <w:rPr>
          <w:lang w:eastAsia="zh-CN"/>
        </w:rPr>
        <w:t xml:space="preserve"> 帮助他人加二分。</w:t>
      </w:r>
      <w:r>
        <w:rPr>
          <w:lang w:eastAsia="zh-CN"/>
        </w:rPr>
        <w:br/>
      </w:r>
      <w:r>
        <w:rPr>
          <w:lang w:eastAsia="zh-CN"/>
        </w:rPr>
        <w:t>　　个人当天得分累计5分，可为所在小组赢得一分。</w:t>
      </w:r>
      <w:r>
        <w:rPr>
          <w:lang w:eastAsia="zh-CN"/>
        </w:rPr>
        <w:br/>
      </w:r>
      <w:r>
        <w:rPr>
          <w:lang w:eastAsia="zh-CN"/>
        </w:rPr>
        <w:t>　　②扣分：违反纪律扣一分，未按时完成作业扣一分，楼道内快跑扣一分，卫生较差扣一分，被值周生记录扣二分。</w:t>
      </w:r>
      <w:r>
        <w:rPr>
          <w:lang w:eastAsia="zh-CN"/>
        </w:rPr>
        <w:br/>
      </w:r>
      <w:r>
        <w:rPr>
          <w:lang w:eastAsia="zh-CN"/>
        </w:rPr>
        <w:t>　　个人当天累计扣分达到3分，所在小组失去一分。</w:t>
      </w:r>
      <w:r>
        <w:rPr>
          <w:lang w:eastAsia="zh-CN"/>
        </w:rPr>
        <w:br/>
      </w:r>
      <w:r>
        <w:rPr>
          <w:lang w:eastAsia="zh-CN"/>
        </w:rPr>
        <w:t>　　小组得分制：小组大比拼</w:t>
      </w:r>
      <w:r>
        <w:rPr>
          <w:lang w:eastAsia="zh-CN"/>
        </w:rPr>
        <w:br/>
      </w:r>
      <w:r>
        <w:rPr>
          <w:lang w:eastAsia="zh-CN"/>
        </w:rPr>
        <w:t>　　①根据值周小组当天的任务完成情况酌情加分。合格加2分，优秀加3分。</w:t>
      </w:r>
      <w:r>
        <w:rPr>
          <w:lang w:eastAsia="zh-CN"/>
        </w:rPr>
        <w:br/>
      </w:r>
      <w:r>
        <w:rPr>
          <w:lang w:eastAsia="zh-CN"/>
        </w:rPr>
        <w:t>　　②每次测试，平均分最高的小组加1分。</w:t>
      </w:r>
      <w:r>
        <w:rPr>
          <w:lang w:eastAsia="zh-CN"/>
        </w:rPr>
        <w:br/>
      </w:r>
      <w:r>
        <w:rPr>
          <w:lang w:eastAsia="zh-CN"/>
        </w:rPr>
        <w:t>　　③对于纪律遵守情况好和上课积极配合的小组进行实时加分。</w:t>
      </w:r>
      <w:r>
        <w:rPr>
          <w:lang w:eastAsia="zh-CN"/>
        </w:rPr>
        <w:br/>
      </w:r>
      <w:r>
        <w:rPr>
          <w:lang w:eastAsia="zh-CN"/>
        </w:rPr>
        <w:t>　　④组内成员为班级荣誉争光的，所在小组赢得2分。</w:t>
      </w:r>
      <w:r>
        <w:rPr>
          <w:lang w:eastAsia="zh-CN"/>
        </w:rPr>
        <w:br/>
      </w:r>
      <w:r>
        <w:rPr>
          <w:lang w:eastAsia="zh-CN"/>
        </w:rPr>
        <w:t>　　⑤学校组织的重要活动，若能保持整体的良好效果并遵守纪律，每个小组赢得2分。</w:t>
      </w:r>
      <w:r>
        <w:rPr>
          <w:lang w:eastAsia="zh-CN"/>
        </w:rPr>
        <w:br/>
      </w:r>
      <w:r>
        <w:rPr>
          <w:lang w:eastAsia="zh-CN"/>
        </w:rPr>
        <w:t>　　⑥每天得分最高的优胜小组内的成员，每个人赢得1分。每周优胜小组成员，每人赢得2分。</w:t>
      </w:r>
      <w:r>
        <w:rPr>
          <w:lang w:eastAsia="zh-CN"/>
        </w:rPr>
        <w:br/>
      </w:r>
      <w:r>
        <w:rPr>
          <w:lang w:eastAsia="zh-CN"/>
        </w:rPr>
        <w:t>　　⑦若组内成员发生严重的违纪现象，个人扣2分，组长扣2分，小组扣2分。</w:t>
      </w:r>
      <w:r>
        <w:rPr>
          <w:lang w:eastAsia="zh-CN"/>
        </w:rPr>
        <w:br/>
      </w:r>
      <w:r>
        <w:rPr>
          <w:lang w:eastAsia="zh-CN"/>
        </w:rPr>
        <w:t>　　⑧小组内成员有2名及以上未完成作业，小组扣一分。</w:t>
      </w:r>
      <w:r>
        <w:rPr>
          <w:lang w:eastAsia="zh-CN"/>
        </w:rPr>
        <w:br/>
      </w:r>
      <w:r>
        <w:rPr>
          <w:lang w:eastAsia="zh-CN"/>
        </w:rPr>
        <w:t>　　奖励机制：班级设一二三等奖品</w:t>
      </w:r>
      <w:r>
        <w:rPr>
          <w:lang w:eastAsia="zh-CN"/>
        </w:rPr>
        <w:br/>
      </w:r>
      <w:r>
        <w:rPr>
          <w:lang w:eastAsia="zh-CN"/>
        </w:rPr>
        <w:t>　　①每20分一档，个人所得积分首次超过20分，即可挑选奖品，奖品分一等奖、二等奖、三等奖。个人所得积分亦可累计，争取大奖。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②每天优胜的小组，组内成员可获得老师准备的形式各异的奖品。例如奖励卡，书签，问候信等；每周的优胜小组，组内成员可获得拍照留念的机会，并在全班面前为获胜小组举行成功仪式，并将成功信息反馈给家长，公开表扬。</w:t>
      </w:r>
      <w:r>
        <w:rPr>
          <w:lang w:eastAsia="zh-CN"/>
        </w:rPr>
        <w:br/>
      </w:r>
      <w:r>
        <w:rPr>
          <w:lang w:eastAsia="zh-CN"/>
        </w:rPr>
        <w:t>　　③期中和期末阶段检测中，取得双百的学生和进步明显的学生可获得班级颁发的奖状。</w:t>
      </w:r>
      <w:r>
        <w:rPr>
          <w:lang w:eastAsia="zh-CN"/>
        </w:rPr>
        <w:br/>
      </w:r>
      <w:r>
        <w:rPr>
          <w:lang w:eastAsia="zh-CN"/>
        </w:rPr>
        <w:t>　　④平时各式各样的测试中，取得100分即可获得一张个人奖励卡，并获得拍照留念，在班级QQ群公开表扬的机会。集齐5张奖励卡，即可向老师申请颁发正式的奖状。</w:t>
      </w:r>
      <w:r>
        <w:rPr>
          <w:lang w:eastAsia="zh-CN"/>
        </w:rPr>
        <w:br/>
      </w:r>
      <w:r>
        <w:rPr>
          <w:lang w:eastAsia="zh-CN"/>
        </w:rPr>
        <w:t>　　4、互帮互助制:</w:t>
      </w:r>
      <w:r>
        <w:rPr>
          <w:lang w:eastAsia="zh-CN"/>
        </w:rPr>
        <w:br/>
      </w:r>
      <w:r>
        <w:rPr>
          <w:lang w:eastAsia="zh-CN"/>
        </w:rPr>
        <w:t>　　为防止小组间因竞争而互相对立，影响班级整体的团结，特打破组间限制，将班级的56人分为28个小小组，两人一组，由学习成绩优异者带领成绩较差者，形成两人一组，一对一服务的良好氛围。</w:t>
      </w:r>
      <w:r>
        <w:rPr>
          <w:lang w:eastAsia="zh-CN"/>
        </w:rPr>
        <w:br/>
      </w:r>
      <w:r>
        <w:rPr>
          <w:lang w:eastAsia="zh-CN"/>
        </w:rPr>
        <w:t>　　两人为一个整体，当成绩较差者遇到学习问题，成绩优异者要及时提供帮助，监督其学习，并帮助其解决问题。不但可以增强学生间的情感，还可以培养学生的沟通能力。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其次，良好的习惯对孩子们的未来发展起到至关重要的作用。开学的第一周对学生进行了养成教育，目的是帮助学生养成良好的学习习惯、卫生习惯、纪律习惯，这也是班主任的一项重要工作。有时候自己会反思是否对学生要求过于严格，可是也正是这种严格帮助他们更规范的融入小学生活学习中，对他们日后的学习成长都是有帮助的。好的纪律、好的卫生又会帮助学生营造更好的学习氛围，不失为一种良性循环。这一学期，在我的积极引导和同学们的认真配合下，我们班的学习、纪律、卫生都取得了十足的进步。</w:t>
      </w:r>
      <w:r>
        <w:rPr>
          <w:lang w:eastAsia="zh-CN"/>
        </w:rPr>
        <w:br/>
      </w:r>
      <w:r>
        <w:rPr>
          <w:lang w:eastAsia="zh-CN"/>
        </w:rPr>
        <w:t>　　二、“有爱才有家”，对学生有关心、耐心和爱心，才能促进这个大家庭的团结向上。</w:t>
      </w:r>
      <w:r>
        <w:rPr>
          <w:lang w:eastAsia="zh-CN"/>
        </w:rPr>
        <w:br/>
      </w:r>
      <w:r>
        <w:rPr>
          <w:lang w:eastAsia="zh-CN"/>
        </w:rPr>
        <w:t>　　首先，作为班主任，我深信每一朵儿童之花都会绽放，我应该关心学生的生活。那些学习困难、相貌平平甚至有特殊需要的学生，更渴望老师的关爱。在班级活动中，我会给他们更多表现的机会，让大家看到他们内心的美；不当众公布成绩，而是默默地鼓励并期待他们的蜕变；多和他们沟通，及时解决学习生活中所遇到的问题。如今，孩子们在一点一滴地进步着，相信在我们共同的努力下，他们一定会尽快赶上大家的步伐。</w:t>
      </w:r>
      <w:r>
        <w:rPr>
          <w:lang w:eastAsia="zh-CN"/>
        </w:rPr>
        <w:br/>
      </w:r>
      <w:r>
        <w:rPr>
          <w:lang w:eastAsia="zh-CN"/>
        </w:rPr>
        <w:t>　　其次，时刻关注学生的身体状况以及心理活动，让他们感受到来自学校和老师的温暖。班主任要有一双敏锐的眼睛，时刻关注学生细微的变化，以便采取及时的措施，发现问题解决问题。在平时的相处中，经常会有学生出现身体不舒服或行为表现失常的状况，这个时候作为班主任，应该及时和学生面对面沟通，了解具体情况，有必要时和家长取得联系，让孩子感受到来自我们的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再次，班主任的耐心和恒心，才是激励学生稳步前进的重要举措。一年级的学生刚刚踏入小学的校园，对学校的规章制度比较模糊，而且现阶段的学生缺乏纪律意识，有的事情叮嘱二次、三次，四次、五次，依然如故，这就要求一年级老师有不厌其烦的、足够的耐心，以致形成习惯为止。而好习惯的养成也正是本学期的教育主题之一。</w:t>
      </w:r>
      <w:r>
        <w:rPr>
          <w:lang w:eastAsia="zh-CN"/>
        </w:rPr>
        <w:br/>
      </w:r>
      <w:r>
        <w:rPr>
          <w:lang w:eastAsia="zh-CN"/>
        </w:rPr>
        <w:t>　　与此同时，积极开发同学们的班集体意识，引导他们学会团结友爱，互帮互助，由此树立他们正确的人生观价值观。我班目前班级秩序良好，尤其在劳动、做好事等方面表现积极，集会、集队等能做到安静、整齐。</w:t>
      </w:r>
      <w:r>
        <w:rPr>
          <w:lang w:eastAsia="zh-CN"/>
        </w:rPr>
        <w:br/>
      </w:r>
      <w:r>
        <w:rPr>
          <w:lang w:eastAsia="zh-CN"/>
        </w:rPr>
        <w:t>　　如果教师能以一个包容者的心态来面对所有的孩子，这个班级大家庭定会越来越温暖，孩子的梦想也会更自在地飞翔。</w:t>
      </w:r>
      <w:r>
        <w:rPr>
          <w:lang w:eastAsia="zh-CN"/>
        </w:rPr>
        <w:br/>
      </w:r>
      <w:r>
        <w:rPr>
          <w:lang w:eastAsia="zh-CN"/>
        </w:rPr>
        <w:t>　　三、家长是班级的强大支撑和后盾，要加强与家长联系。</w:t>
      </w:r>
      <w:r>
        <w:rPr>
          <w:lang w:eastAsia="zh-CN"/>
        </w:rPr>
        <w:br/>
      </w:r>
      <w:r>
        <w:rPr>
          <w:lang w:eastAsia="zh-CN"/>
        </w:rPr>
        <w:t>　　首先，成立班级家委会并和家委会成员及时沟通。我和家委会的成员建立了讨论组，平日里经常讨论一些班级事务，我们的共同目标是希望在我们的共同努力下，把班级建设的更好。我会把我的`一些想法告知家委会成员，他们会及时和其他家长取得联系，然后将具体情况反馈给我，我会根据他们反映的情况安排下一步的工作。和家委会的有效沟通，使得工作中省去了很多复杂的环节，开展起来也更加顺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其次，多和成绩相对较差以及生活上有困难的学生家长取得联系。平时，我能关心爱护班里的每一个学生。对一些表现不太好的同学，更是倾注了更多的爱和心血。我经常和留守学生谈心，抓住他们的闪光点鼓励他们。当他们有困难的时候，我总是耐心地帮助他们。一旦发现他们在学习上、身体上、思想上有什么特殊情况，我总是及时性、主动地和家长联系，向他们了解情况，耐心地做他们的工作，取得家长的理解和配合，更好地教育了学生。</w:t>
      </w:r>
      <w:r>
        <w:rPr>
          <w:lang w:eastAsia="zh-CN"/>
        </w:rPr>
        <w:br/>
      </w:r>
      <w:r>
        <w:rPr>
          <w:lang w:eastAsia="zh-CN"/>
        </w:rPr>
        <w:t>　　再次，建立班级QQ群，及时在群里反映学生的在校表现。每天学生放学后，我会将当天的课上学习内容以及作业要求发布到班级QQ群。最重要的是，每天我会对学生的在校表现情况进行及时的记录，对上课认真听讲、纪律表现出色、有进步、成绩优异、作业完成好等学生进行不同的奖励，并将他们的表现情况以照片或文字的形式记录下来，反馈到班级QQ群。受到表扬的学生的家长会更加配合班主任的工作，未受到表扬的学生的家长会加倍努力，付出更多去教育孩子。俗话说：“要想孩子进步快，首先要从家长入手”。</w:t>
      </w:r>
      <w:r>
        <w:rPr>
          <w:lang w:eastAsia="zh-CN"/>
        </w:rPr>
        <w:br/>
      </w:r>
      <w:r>
        <w:rPr>
          <w:lang w:eastAsia="zh-CN"/>
        </w:rPr>
        <w:t>　　这样，在学生、家长、班主任的共同努力之下，一学期下来，每个孩子都取得了很大的进步，这是我们最大的心愿。</w:t>
      </w:r>
      <w:r>
        <w:rPr>
          <w:lang w:eastAsia="zh-CN"/>
        </w:rPr>
        <w:br/>
      </w:r>
      <w:r>
        <w:rPr>
          <w:lang w:eastAsia="zh-CN"/>
        </w:rPr>
        <w:t>　　今年是我班主任生涯的开端。一名新上岗的班主任，我认识到自己还有很多不足，我会不断地学习，用自己更好的工作帮助学生营造更好的学习氛围，用自己的不断努力陪伴学生们更好地成长。面对一个个幼小的生命，付出爱心，显示诚心，对得起良心。无限相信教育的可能性，在等待、唤醒与期待中为儿童的未来送上完美的一程。</w:t>
      </w:r>
      <w:r>
        <w:rPr>
          <w:lang w:eastAsia="zh-CN"/>
        </w:rPr>
        <w:br/>
      </w:r>
      <w:r>
        <w:rPr>
          <w:lang w:eastAsia="zh-CN"/>
        </w:rPr>
        <w:t xml:space="preserve">    最新班主任年终工作总结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初三任务繁重而前程似锦，今中考招生，比例失衡，形势严峻，此诚危急存亡之秋也。然年级上下不懈于内，校长主任忘身于外者，盖思学校之生存，欲求之于发展也。诚宜开张圣听，以求中考之良策，恢弘一中之霸气也。不宜妄自菲薄，消极泄气，以塞完成中考目标之路也。</w:t>
      </w:r>
      <w:r>
        <w:rPr>
          <w:lang w:eastAsia="zh-CN"/>
        </w:rPr>
        <w:br/>
      </w:r>
      <w:r>
        <w:rPr>
          <w:lang w:eastAsia="zh-CN"/>
        </w:rPr>
        <w:t>　　班任科任，俱为一体，论功行赏，不宜异同。制定方案，公平合理，按劳分配，以昭学校平明之理。评优选干，客观公正，以树学校正气之风也。</w:t>
      </w:r>
      <w:r>
        <w:rPr>
          <w:lang w:eastAsia="zh-CN"/>
        </w:rPr>
        <w:br/>
      </w:r>
      <w:r>
        <w:rPr>
          <w:lang w:eastAsia="zh-CN"/>
        </w:rPr>
        <w:t>　　重细节，抓规范，此我校生源之所以源源不断也；重边缘，抓对应，此一中中考之所以长盛不衰也。每与班任开会，校长未尝不时刻提醒于此也。政教，后勤，此悉学校正常运转之必需也，望诸位尽职尽责，热情服务，乐于奉献，则中考之再创辉煌，可计日而待也。</w:t>
      </w:r>
      <w:r>
        <w:rPr>
          <w:lang w:eastAsia="zh-CN"/>
        </w:rPr>
        <w:br/>
      </w:r>
      <w:r>
        <w:rPr>
          <w:lang w:eastAsia="zh-CN"/>
        </w:rPr>
        <w:t>　　吾本教师，分配于山区，苟全性命于当世，不求闻达于一中，领导不以吾卑鄙，猥自枉屈，三顾吾于山区之中，咨吾以带班之事，由是感激，遂许领导以驱驰。后值领导更换，受任于变故之际，奉命于重组之间，尔来已有三年矣。</w:t>
      </w:r>
      <w:r>
        <w:rPr>
          <w:lang w:eastAsia="zh-CN"/>
        </w:rPr>
        <w:br/>
      </w:r>
      <w:r>
        <w:rPr>
          <w:lang w:eastAsia="zh-CN"/>
        </w:rPr>
        <w:t>　　领导知吾谨慎，故寄吾以厚望也。受命以来，夙夜忧叹，恐托付不效，以负领导用人之英明也。故起早贪黑，加强巡查，不敢懈怠。今成绩已定，纪律严明，学风浓厚，文明示范，已获三次，月考周测，成绩喜人，此吾所以报学校而忠领导也。至于个人得失，生活艰难，则无所谓矣。</w:t>
      </w:r>
      <w:r>
        <w:rPr>
          <w:lang w:eastAsia="zh-CN"/>
        </w:rPr>
        <w:br/>
      </w:r>
      <w:r>
        <w:rPr>
          <w:lang w:eastAsia="zh-CN"/>
        </w:rPr>
        <w:t>　　愿与班级科任，同舟同济，以提高学生成绩为己任，以战胜中考为目标。各位亦宜自谋，咨诹善道，不断反思以提高效率，吾不胜受恩感激！</w:t>
      </w:r>
      <w:r>
        <w:rPr>
          <w:lang w:eastAsia="zh-CN"/>
        </w:rPr>
        <w:br/>
      </w:r>
      <w:r>
        <w:rPr>
          <w:lang w:eastAsia="zh-CN"/>
        </w:rPr>
        <w:t>　　今当尽力，临表涕零，肺腑所言。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xml:space="preserve">    最新班主任年终工作总结 篇10 </w:t>
      </w:r>
      <w:r>
        <w:rPr>
          <w:lang w:eastAsia="zh-CN"/>
        </w:rPr>
        <w:br/>
      </w:r>
      <w:r>
        <w:rPr>
          <w:lang w:eastAsia="zh-CN"/>
        </w:rPr>
        <w:t>　　一：安全方面：</w:t>
      </w:r>
      <w:r>
        <w:rPr>
          <w:lang w:eastAsia="zh-CN"/>
        </w:rPr>
        <w:br/>
      </w:r>
      <w:r>
        <w:rPr>
          <w:lang w:eastAsia="zh-CN"/>
        </w:rPr>
        <w:t>　　安全教育是幼儿园中一项最最不可缺少的活动。只有在保证幼儿安全的前提下，才能进行良好的教育，安全最为重要。</w:t>
      </w:r>
      <w:r>
        <w:rPr>
          <w:lang w:eastAsia="zh-CN"/>
        </w:rPr>
        <w:br/>
      </w:r>
      <w:r>
        <w:rPr>
          <w:lang w:eastAsia="zh-CN"/>
        </w:rPr>
        <w:t>　　1、幼儿必须在老师的视线范围内。</w:t>
      </w:r>
      <w:r>
        <w:rPr>
          <w:lang w:eastAsia="zh-CN"/>
        </w:rPr>
        <w:br/>
      </w:r>
      <w:r>
        <w:rPr>
          <w:lang w:eastAsia="zh-CN"/>
        </w:rPr>
        <w:t>　　2、每天检查班内的安全隐患，及时发现、及时排除。</w:t>
      </w:r>
      <w:r>
        <w:rPr>
          <w:lang w:eastAsia="zh-CN"/>
        </w:rPr>
        <w:br/>
      </w:r>
      <w:r>
        <w:rPr>
          <w:lang w:eastAsia="zh-CN"/>
        </w:rPr>
        <w:t>　　3、每星期开展安全、健康的活动，并以绘画的形式增强幼儿的记忆力和讲述能力。</w:t>
      </w:r>
      <w:r>
        <w:rPr>
          <w:lang w:eastAsia="zh-CN"/>
        </w:rPr>
        <w:br/>
      </w:r>
      <w:r>
        <w:rPr>
          <w:lang w:eastAsia="zh-CN"/>
        </w:rPr>
        <w:t>　　二:教育活动：</w:t>
      </w:r>
      <w:r>
        <w:rPr>
          <w:lang w:eastAsia="zh-CN"/>
        </w:rPr>
        <w:br/>
      </w:r>
      <w:r>
        <w:rPr>
          <w:lang w:eastAsia="zh-CN"/>
        </w:rPr>
        <w:t>　　1、 重视每一节活动的开展，认真组织好集体活动。</w:t>
      </w:r>
      <w:r>
        <w:rPr>
          <w:lang w:eastAsia="zh-CN"/>
        </w:rPr>
        <w:br/>
      </w:r>
      <w:r>
        <w:rPr>
          <w:lang w:eastAsia="zh-CN"/>
        </w:rPr>
        <w:t>　　2、重视班内幼儿的阅读习惯，开展班内图书漂流活动。每两周更换阅读宣传栏。</w:t>
      </w:r>
      <w:r>
        <w:rPr>
          <w:lang w:eastAsia="zh-CN"/>
        </w:rPr>
        <w:br/>
      </w:r>
      <w:r>
        <w:rPr>
          <w:lang w:eastAsia="zh-CN"/>
        </w:rPr>
        <w:t>　　3、认真学习《指南》，通过对《指南》的学习来促进幼儿的发展。</w:t>
      </w:r>
      <w:r>
        <w:rPr>
          <w:lang w:eastAsia="zh-CN"/>
        </w:rPr>
        <w:br/>
      </w:r>
      <w:r>
        <w:rPr>
          <w:lang w:eastAsia="zh-CN"/>
        </w:rPr>
        <w:t>　　4、做好每一天的一日活动的各个环节，注重每一个活动的教育。</w:t>
      </w:r>
      <w:r>
        <w:rPr>
          <w:lang w:eastAsia="zh-CN"/>
        </w:rPr>
        <w:br/>
      </w:r>
      <w:r>
        <w:rPr>
          <w:lang w:eastAsia="zh-CN"/>
        </w:rPr>
        <w:t>　　三：保育方面：</w:t>
      </w:r>
      <w:r>
        <w:rPr>
          <w:lang w:eastAsia="zh-CN"/>
        </w:rPr>
        <w:br/>
      </w:r>
      <w:r>
        <w:rPr>
          <w:lang w:eastAsia="zh-CN"/>
        </w:rPr>
        <w:t>　　1、重视幼儿的各项习惯培养(整理书包、叠衣服、物归原处等等)</w:t>
      </w:r>
      <w:r>
        <w:rPr>
          <w:lang w:eastAsia="zh-CN"/>
        </w:rPr>
        <w:br/>
      </w:r>
      <w:r>
        <w:rPr>
          <w:lang w:eastAsia="zh-CN"/>
        </w:rPr>
        <w:t>　　2、 培养幼儿良好的生活与卫生习惯，让幼儿保持有规律的生活，养成良好的作息习惯和良好的饮食习惯以及帮助幼儿养成良好的个人卫生习惯。</w:t>
      </w:r>
      <w:r>
        <w:rPr>
          <w:lang w:eastAsia="zh-CN"/>
        </w:rPr>
        <w:br/>
      </w:r>
      <w:r>
        <w:rPr>
          <w:lang w:eastAsia="zh-CN"/>
        </w:rPr>
        <w:t>　　3、</w:t>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xml:space="preserve"> 定期的在班内举行小比赛(整理书包、系鞋带等)培养幼儿基本的生活自理能力和独立自主性。</w:t>
      </w:r>
      <w:r>
        <w:rPr>
          <w:lang w:eastAsia="zh-CN"/>
        </w:rPr>
        <w:br/>
      </w:r>
      <w:r>
        <w:rPr>
          <w:lang w:eastAsia="zh-CN"/>
        </w:rPr>
        <w:t>　　4、 每天做好班内的消毒工作。</w:t>
      </w:r>
      <w:r>
        <w:rPr>
          <w:lang w:eastAsia="zh-CN"/>
        </w:rPr>
        <w:br/>
      </w:r>
      <w:r>
        <w:rPr>
          <w:lang w:eastAsia="zh-CN"/>
        </w:rPr>
        <w:t>　　四：家园活动：</w:t>
      </w:r>
      <w:r>
        <w:rPr>
          <w:lang w:eastAsia="zh-CN"/>
        </w:rPr>
        <w:br/>
      </w:r>
      <w:r>
        <w:rPr>
          <w:lang w:eastAsia="zh-CN"/>
        </w:rPr>
        <w:t>　　1、加强飞信的传播力量，及时的与家长交流、沟通。</w:t>
      </w:r>
      <w:r>
        <w:rPr>
          <w:lang w:eastAsia="zh-CN"/>
        </w:rPr>
        <w:br/>
      </w:r>
      <w:r>
        <w:rPr>
          <w:lang w:eastAsia="zh-CN"/>
        </w:rPr>
        <w:t>　　2、每星期开展家长志愿者活动，让家长走进我们的活动当中，并带动家长进行宣传工作。</w:t>
      </w:r>
      <w:r>
        <w:rPr>
          <w:lang w:eastAsia="zh-CN"/>
        </w:rPr>
        <w:br/>
      </w:r>
      <w:r>
        <w:rPr>
          <w:lang w:eastAsia="zh-CN"/>
        </w:rPr>
        <w:t>　　3、记录好家长一切交代的事情，并在下午后在反馈给家长，让家长放心。</w:t>
      </w:r>
      <w:r>
        <w:rPr>
          <w:lang w:eastAsia="zh-CN"/>
        </w:rPr>
        <w:br/>
      </w:r>
      <w:r>
        <w:rPr>
          <w:lang w:eastAsia="zh-CN"/>
        </w:rPr>
        <w:t>　　4、 亲子活动小作业的开展，加强亲子之间，通过制作、绘画的感情。</w:t>
      </w:r>
      <w:r>
        <w:rPr>
          <w:lang w:eastAsia="zh-CN"/>
        </w:rPr>
        <w:br/>
      </w:r>
      <w:r>
        <w:rPr>
          <w:lang w:eastAsia="zh-CN"/>
        </w:rPr>
        <w:t>　　五：班级特色活动：</w:t>
      </w:r>
      <w:r>
        <w:rPr>
          <w:lang w:eastAsia="zh-CN"/>
        </w:rPr>
        <w:br/>
      </w:r>
      <w:r>
        <w:rPr>
          <w:lang w:eastAsia="zh-CN"/>
        </w:rPr>
        <w:t>　　在今年中，结合我们大三班孩子的学习特点，以及我们学习《指南》的理念，我们三位老师商量决定，今年主要利用废旧材料，来突显出各项开展的活动(废布、报纸、碟片、蛋糕托盘等的废旧材料)以及特色活动——手指印画能够锻炼幼儿的想象力和创造力，本学期将会把手指印画作为本学期的特色活动，每周一次和幼儿创造出美丽而有丰富的画面。</w:t>
      </w:r>
      <w:r>
        <w:rPr>
          <w:lang w:eastAsia="zh-CN"/>
        </w:rPr>
        <w:br/>
      </w:r>
      <w:r>
        <w:rPr>
          <w:lang w:eastAsia="zh-CN"/>
        </w:rPr>
        <w:t>　　(一)古诗配画：</w:t>
      </w:r>
      <w:r>
        <w:rPr>
          <w:lang w:eastAsia="zh-CN"/>
        </w:rPr>
        <w:br/>
      </w:r>
      <w:r>
        <w:rPr>
          <w:lang w:eastAsia="zh-CN"/>
        </w:rPr>
        <w:t>　　1、我们今年会利用废旧材料，将古诗的情景创设出来，增强幼儿对古诗的认识和理解(利用添画、折纸、线描的形式，将古诗的意思画出来)。</w:t>
      </w:r>
      <w:r>
        <w:rPr>
          <w:lang w:eastAsia="zh-CN"/>
        </w:rPr>
        <w:br/>
      </w:r>
      <w:r>
        <w:rPr>
          <w:lang w:eastAsia="zh-CN"/>
        </w:rPr>
        <w:t>　　2、每周一份作品，每一份用不同的材料来创设。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(二)室内区域的创设分区合理，材料架、墙面环境等与区域相呼应。</w:t>
      </w:r>
      <w:r>
        <w:rPr>
          <w:lang w:eastAsia="zh-CN"/>
        </w:rPr>
        <w:br/>
      </w:r>
      <w:r>
        <w:rPr>
          <w:lang w:eastAsia="zh-CN"/>
        </w:rPr>
        <w:t>　　(三)环境创设：在今年中，我们将会主要以幼儿为主，创设主题墙饰，让幼儿参与到环境创设当中。</w:t>
      </w:r>
      <w:r>
        <w:rPr>
          <w:lang w:eastAsia="zh-CN"/>
        </w:rPr>
        <w:br/>
      </w:r>
      <w:r>
        <w:rPr>
          <w:lang w:eastAsia="zh-CN"/>
        </w:rPr>
        <w:t xml:space="preserve">    最新班主任年终工作总结 篇11 </w:t>
      </w:r>
      <w:r>
        <w:rPr>
          <w:lang w:eastAsia="zh-CN"/>
        </w:rPr>
        <w:br/>
      </w:r>
      <w:r>
        <w:rPr>
          <w:lang w:eastAsia="zh-CN"/>
        </w:rPr>
        <w:t>　　虽然我是第一次做班主任，其中的艰难是我所不曾想到的，但我却做得不亦乐乎!我重点从以下几个方面来建设一个奋发向上的班集体。</w:t>
      </w:r>
      <w:r>
        <w:rPr>
          <w:lang w:eastAsia="zh-CN"/>
        </w:rPr>
        <w:br/>
      </w:r>
      <w:r>
        <w:rPr>
          <w:lang w:eastAsia="zh-CN"/>
        </w:rPr>
        <w:t>　　一、树立班级目标</w:t>
      </w:r>
      <w:r>
        <w:rPr>
          <w:lang w:eastAsia="zh-CN"/>
        </w:rPr>
        <w:br/>
      </w:r>
      <w:r>
        <w:rPr>
          <w:lang w:eastAsia="zh-CN"/>
        </w:rPr>
        <w:t>　　勿庸置疑，树立目标对人有极大的推动作用。</w:t>
      </w:r>
      <w:r>
        <w:rPr>
          <w:lang w:eastAsia="zh-CN"/>
        </w:rPr>
        <w:br/>
      </w:r>
      <w:r>
        <w:rPr>
          <w:lang w:eastAsia="zh-CN"/>
        </w:rPr>
        <w:t>　　我们班级的目标是：学生人人学会做人，班级学风浓厚，纪律性强，成为一个团结、守纪、求实、进取的班集体。</w:t>
      </w:r>
      <w:r>
        <w:rPr>
          <w:lang w:eastAsia="zh-CN"/>
        </w:rPr>
        <w:br/>
      </w:r>
      <w:r>
        <w:rPr>
          <w:lang w:eastAsia="zh-CN"/>
        </w:rPr>
        <w:t>　　学生学会做人包括性格特点、心理素质的培养和良好习惯地形成。</w:t>
      </w:r>
      <w:r>
        <w:rPr>
          <w:lang w:eastAsia="zh-CN"/>
        </w:rPr>
        <w:br/>
      </w:r>
      <w:r>
        <w:rPr>
          <w:lang w:eastAsia="zh-CN"/>
        </w:rPr>
        <w:t>　　性格特点包括使学生变得外向而敢于表现自己;大方而不扭扭捏捏;温和而不暴躁。</w:t>
      </w:r>
      <w:r>
        <w:rPr>
          <w:lang w:eastAsia="zh-CN"/>
        </w:rPr>
        <w:br/>
      </w:r>
      <w:r>
        <w:rPr>
          <w:lang w:eastAsia="zh-CN"/>
        </w:rPr>
        <w:t>　　心理素质包括遭受挫折时的心理承受能力，对待挫折的态度，对待别人的正确看法;消除忌妒、自卑、忧郁、焦躁以及懒惰等等不良心理问题，成为一个积极向上、生活充实、心理健康的人。</w:t>
      </w:r>
      <w:r>
        <w:rPr>
          <w:lang w:eastAsia="zh-CN"/>
        </w:rPr>
        <w:br/>
      </w:r>
      <w:r>
        <w:rPr>
          <w:lang w:eastAsia="zh-CN"/>
        </w:rPr>
        <w:t>　　良好习惯包括良好的学习习惯，如认真听讲、按时完成作业、不迟到、不早退等;良好的卫生习惯;良好的生活习惯等等。</w:t>
      </w:r>
      <w:r>
        <w:rPr>
          <w:lang w:eastAsia="zh-CN"/>
        </w:rPr>
        <w:br/>
      </w:r>
      <w:r>
        <w:rPr>
          <w:lang w:eastAsia="zh-CN"/>
        </w:rPr>
        <w:t>　　在这些方面我采用以下方法来积极争取良好的效果。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1、树立团结、守纪、求实、进取的班级风气，以整体环境来影响每一个班级成员。</w:t>
      </w:r>
      <w:r>
        <w:rPr>
          <w:lang w:eastAsia="zh-CN"/>
        </w:rPr>
        <w:br/>
      </w:r>
      <w:r>
        <w:rPr>
          <w:lang w:eastAsia="zh-CN"/>
        </w:rPr>
        <w:t>　　2、对于心理有一些不健康的个别同学，使用温和的态度个别处理。</w:t>
      </w:r>
      <w:r>
        <w:rPr>
          <w:lang w:eastAsia="zh-CN"/>
        </w:rPr>
        <w:br/>
      </w:r>
      <w:r>
        <w:rPr>
          <w:lang w:eastAsia="zh-CN"/>
        </w:rPr>
        <w:t>　　如通过诚恳的谈话、周记等形式交流。</w:t>
      </w:r>
      <w:r>
        <w:rPr>
          <w:lang w:eastAsia="zh-CN"/>
        </w:rPr>
        <w:br/>
      </w:r>
      <w:r>
        <w:rPr>
          <w:lang w:eastAsia="zh-CN"/>
        </w:rPr>
        <w:t>　　3、对于班级成员的共同毛病作统一的强行要求。</w:t>
      </w:r>
      <w:r>
        <w:rPr>
          <w:lang w:eastAsia="zh-CN"/>
        </w:rPr>
        <w:br/>
      </w:r>
      <w:r>
        <w:rPr>
          <w:lang w:eastAsia="zh-CN"/>
        </w:rPr>
        <w:t>　　强迫更改不良习惯，甚至采取必要惩罚措施。</w:t>
      </w:r>
      <w:r>
        <w:rPr>
          <w:lang w:eastAsia="zh-CN"/>
        </w:rPr>
        <w:br/>
      </w:r>
      <w:r>
        <w:rPr>
          <w:lang w:eastAsia="zh-CN"/>
        </w:rPr>
        <w:t>　　如吃零食、不交作业等不良习惯即采用这种方法。</w:t>
      </w:r>
      <w:r>
        <w:rPr>
          <w:lang w:eastAsia="zh-CN"/>
        </w:rPr>
        <w:br/>
      </w:r>
      <w:r>
        <w:rPr>
          <w:lang w:eastAsia="zh-CN"/>
        </w:rPr>
        <w:t>　　4、班主任本人以身作则，带头遵守班级纪律，并以积极饱满的热情来感化每一个同学，用鼓励和微笑来使同学自信、热爱生活、热爱班级，拉近心理距离，和学生成为交心的朋友。</w:t>
      </w:r>
      <w:r>
        <w:rPr>
          <w:lang w:eastAsia="zh-CN"/>
        </w:rPr>
        <w:br/>
      </w:r>
      <w:r>
        <w:rPr>
          <w:lang w:eastAsia="zh-CN"/>
        </w:rPr>
        <w:t>　　二、积极督促学生学习</w:t>
      </w:r>
      <w:r>
        <w:rPr>
          <w:lang w:eastAsia="zh-CN"/>
        </w:rPr>
        <w:br/>
      </w:r>
      <w:r>
        <w:rPr>
          <w:lang w:eastAsia="zh-CN"/>
        </w:rPr>
        <w:t>　　上学期，我们班各方面比兄弟班差。</w:t>
      </w:r>
      <w:r>
        <w:rPr>
          <w:lang w:eastAsia="zh-CN"/>
        </w:rPr>
        <w:br/>
      </w:r>
      <w:r>
        <w:rPr>
          <w:lang w:eastAsia="zh-CN"/>
        </w:rPr>
        <w:t>　　学生学习成绩差，而更重要的是学习习惯差。</w:t>
      </w:r>
      <w:r>
        <w:rPr>
          <w:lang w:eastAsia="zh-CN"/>
        </w:rPr>
        <w:br/>
      </w:r>
      <w:r>
        <w:rPr>
          <w:lang w:eastAsia="zh-CN"/>
        </w:rPr>
        <w:t>　　为了让他们以后都能成为有知识、有文化的人，我采用各种方法来督促他们在学习上下功夫。</w:t>
      </w:r>
      <w:r>
        <w:rPr>
          <w:lang w:eastAsia="zh-CN"/>
        </w:rPr>
        <w:br/>
      </w:r>
      <w:r>
        <w:rPr>
          <w:lang w:eastAsia="zh-CN"/>
        </w:rPr>
        <w:t>　　具体办法包括充分利用晨会课、中午、下午时间读、写、默英语单词，有进步的学生利用讲评课表扬奖励，默不出的学生放学后留下来，督促学习不努力的同学。</w:t>
      </w:r>
      <w:r>
        <w:rPr>
          <w:lang w:eastAsia="zh-CN"/>
        </w:rPr>
        <w:br/>
      </w:r>
      <w:r>
        <w:rPr>
          <w:lang w:eastAsia="zh-CN"/>
        </w:rPr>
        <w:t>　　多走多看防止走神的，严肃批评不交作业，上课违反纪律的等。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经过长时间的努力，我们班在第二学期的期中考试中，英语取得了全年级平均分第一名的好成绩，同学们的脸上都露出了自信、自豪的笑容。</w:t>
      </w:r>
      <w:r>
        <w:rPr>
          <w:lang w:eastAsia="zh-CN"/>
        </w:rPr>
        <w:br/>
      </w:r>
      <w:r>
        <w:rPr>
          <w:lang w:eastAsia="zh-CN"/>
        </w:rPr>
        <w:t>　　作为班主任的我也很高兴，辛勤的付出总会有好的回报。</w:t>
      </w:r>
      <w:r>
        <w:rPr>
          <w:lang w:eastAsia="zh-CN"/>
        </w:rPr>
        <w:br/>
      </w:r>
      <w:r>
        <w:rPr>
          <w:lang w:eastAsia="zh-CN"/>
        </w:rPr>
        <w:t>　　三、严抓课堂纪律</w:t>
      </w:r>
      <w:r>
        <w:rPr>
          <w:lang w:eastAsia="zh-CN"/>
        </w:rPr>
        <w:br/>
      </w:r>
      <w:r>
        <w:rPr>
          <w:lang w:eastAsia="zh-CN"/>
        </w:rPr>
        <w:t>　　课堂纪律的好坏直接影响到班级学风的形成，学生学习积极性的高低，对班级的看法和学生本身对班级的凝聚力。</w:t>
      </w:r>
      <w:r>
        <w:rPr>
          <w:lang w:eastAsia="zh-CN"/>
        </w:rPr>
        <w:br/>
      </w:r>
      <w:r>
        <w:rPr>
          <w:lang w:eastAsia="zh-CN"/>
        </w:rPr>
        <w:t>　　可以说，一个班级如果没有良好的纪律，那么这个班级洽谈室要走向失败。</w:t>
      </w:r>
      <w:r>
        <w:rPr>
          <w:lang w:eastAsia="zh-CN"/>
        </w:rPr>
        <w:br/>
      </w:r>
      <w:r>
        <w:rPr>
          <w:lang w:eastAsia="zh-CN"/>
        </w:rPr>
        <w:t>　　如何抓好课堂纪律呢?狠抓、严管、批评、处罚、谈话、喊家长、写检查、写保证书，等等等等，方法用尽，但效果并不明显。</w:t>
      </w:r>
      <w:r>
        <w:rPr>
          <w:lang w:eastAsia="zh-CN"/>
        </w:rPr>
        <w:br/>
      </w:r>
      <w:r>
        <w:rPr>
          <w:lang w:eastAsia="zh-CN"/>
        </w:rPr>
        <w:t>　　只要我不在教室，纪律马上就会一塌糊涂。</w:t>
      </w:r>
      <w:r>
        <w:rPr>
          <w:lang w:eastAsia="zh-CN"/>
        </w:rPr>
        <w:br/>
      </w:r>
      <w:r>
        <w:rPr>
          <w:lang w:eastAsia="zh-CN"/>
        </w:rPr>
        <w:t>　　于是我们冷静思考了抓纪律的方法，并发现根治纪律的根本在于两点：一是督促学生学习，特别是学习成绩差的不要放弃学习;二是教会学生懂事，学会尊重他人，学会维护自己的面子，学会维护自己在别人心目中的形象，学会自尊。</w:t>
      </w:r>
      <w:r>
        <w:rPr>
          <w:lang w:eastAsia="zh-CN"/>
        </w:rPr>
        <w:br/>
      </w:r>
      <w:r>
        <w:rPr>
          <w:lang w:eastAsia="zh-CN"/>
        </w:rPr>
        <w:t>　　于是我制定了一份《日常行为规范表》，里面罗列了同学们应遵守的各项规章制度的扣分和加分情况，张贴在教室的墙壁上，让每个人都能看清楚自己和别人的扣分和加分。</w:t>
      </w:r>
      <w:r>
        <w:rPr>
          <w:lang w:eastAsia="zh-CN"/>
        </w:rPr>
        <w:br/>
      </w:r>
      <w:r>
        <w:rPr>
          <w:lang w:eastAsia="zh-CN"/>
        </w:rPr>
        <w:t>　　像他们这么大的孩子是最要面子，如此一来，每个人都会注重自己的形象问题，不随便犯错了，经过一个学期下来，我们的纪律受到授课教師的好评，基本上令人满意，创造了一个良好的学习环境。</w:t>
      </w:r>
      <w:r>
        <w:rPr>
          <w:lang w:eastAsia="zh-CN"/>
        </w:rPr>
        <w:br/>
      </w:r>
      <w:r>
        <w:rPr>
          <w:lang w:eastAsia="zh-CN"/>
        </w:rPr>
        <w:t>　　四、服从学校大局的安排，扩大我班在学校的影响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每一年，学校都会给各个班级安排各种各样的工作。</w:t>
      </w:r>
      <w:r>
        <w:rPr>
          <w:lang w:eastAsia="zh-CN"/>
        </w:rPr>
        <w:br/>
      </w:r>
      <w:r>
        <w:rPr>
          <w:lang w:eastAsia="zh-CN"/>
        </w:rPr>
        <w:t>　　作为学校的一个基本单位，如果不能够服从学校的领导，那么一个学校将会乱作一团。</w:t>
      </w:r>
      <w:r>
        <w:rPr>
          <w:lang w:eastAsia="zh-CN"/>
        </w:rPr>
        <w:br/>
      </w:r>
      <w:r>
        <w:rPr>
          <w:lang w:eastAsia="zh-CN"/>
        </w:rPr>
        <w:t>　　作为班主任，我在平时的工作中，能够积极配合学校布置地各种工作，并且能够完满地完成任务。</w:t>
      </w:r>
      <w:r>
        <w:rPr>
          <w:lang w:eastAsia="zh-CN"/>
        </w:rPr>
        <w:br/>
      </w:r>
      <w:r>
        <w:rPr>
          <w:lang w:eastAsia="zh-CN"/>
        </w:rPr>
        <w:t>　　与此同时，我还鼓励学生积极参加学校的各种活动和比赛，利用一切的机会扩大我们班在学校的影响，同时也培养学生敢于表现自己，为班级争得荣誉，树立班级形象的心理素质。</w:t>
      </w:r>
      <w:r>
        <w:rPr>
          <w:lang w:eastAsia="zh-CN"/>
        </w:rPr>
        <w:br/>
      </w:r>
      <w:r>
        <w:rPr>
          <w:lang w:eastAsia="zh-CN"/>
        </w:rPr>
        <w:t>　　在学校进行的秋季运动会中，我们班的同学奋力拼搏，团结一致，在实力并不占优的情况下，取得了男子团体第四名和女子团体第五名的好成绩。</w:t>
      </w:r>
      <w:r>
        <w:rPr>
          <w:lang w:eastAsia="zh-CN"/>
        </w:rPr>
        <w:br/>
      </w:r>
      <w:r>
        <w:rPr>
          <w:lang w:eastAsia="zh-CN"/>
        </w:rPr>
        <w:t>　　这一成绩远远地出乎了我们的意料之外。</w:t>
      </w:r>
      <w:r>
        <w:rPr>
          <w:lang w:eastAsia="zh-CN"/>
        </w:rPr>
        <w:br/>
      </w:r>
      <w:r>
        <w:rPr>
          <w:lang w:eastAsia="zh-CN"/>
        </w:rPr>
        <w:t>　　它是我们全班同学共同奋斗的结果，极大地体现了我们班级的凝聚力，极大地鼓舞了同学们的士气，极大地增强了同学们团结友爱的信心。</w:t>
      </w:r>
      <w:r>
        <w:rPr>
          <w:lang w:eastAsia="zh-CN"/>
        </w:rPr>
        <w:br/>
      </w:r>
      <w:r>
        <w:rPr>
          <w:lang w:eastAsia="zh-CN"/>
        </w:rPr>
        <w:t xml:space="preserve">    最新班主任年终工作总结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本学期，我担任三（1）班的班主任，相对于一、二年级的学生来说，三年级的学生思想稍微复杂，孩子慢慢的有自己的见解，有要求独立的欲望。可是他们对事物的理解还比较模糊，但是他们不再是简单的服从，或显得“不听话”。因此，学生的思想情绪波动较大。另外，由于开学初学校重新换班主任，对学生的影响也较大。有些学生适应新的老师需要相当长的时间，有些学生根本无法适应新的教师，学习中遇到很多困难。作为班主任，我深深认识到了责任的重大和任务的艰巨。本人以学校德育处的要求为指导，结合本班学生的实际情况，我主要采取以下几个措施来管理班级：</w:t>
      </w:r>
      <w:r>
        <w:rPr>
          <w:lang w:eastAsia="zh-CN"/>
        </w:rPr>
        <w:br/>
      </w:r>
      <w:r>
        <w:rPr>
          <w:lang w:eastAsia="zh-CN"/>
        </w:rPr>
        <w:t>　　1、狠抓常规管理，规范学生行为习惯。</w:t>
      </w:r>
      <w:r>
        <w:rPr>
          <w:lang w:eastAsia="zh-CN"/>
        </w:rPr>
        <w:br/>
      </w:r>
      <w:r>
        <w:rPr>
          <w:lang w:eastAsia="zh-CN"/>
        </w:rPr>
        <w:t>　　本人坚持每天尽早到校，尽早进教室，督查规范班级学生的日常行为。要求学生早到校、做好两操、出色完成班级值日卫生、积极参加校组织的各项活动，决不半点马虎，严格要求学生展现自己最好的一面，相信每个人都有自己的优点。平时注重对学生的仪表仪态检查，要求他们注意个人卫生。</w:t>
      </w:r>
      <w:r>
        <w:rPr>
          <w:lang w:eastAsia="zh-CN"/>
        </w:rPr>
        <w:br/>
      </w:r>
      <w:r>
        <w:rPr>
          <w:lang w:eastAsia="zh-CN"/>
        </w:rPr>
        <w:t>　　2、加强班风学风建设，增强班级凝聚力。</w:t>
      </w:r>
      <w:r>
        <w:rPr>
          <w:lang w:eastAsia="zh-CN"/>
        </w:rPr>
        <w:br/>
      </w:r>
      <w:r>
        <w:rPr>
          <w:lang w:eastAsia="zh-CN"/>
        </w:rPr>
        <w:t>　　本学期，原来三一班的学生又转了几个新学生来，班上的凝聚力不是很强。所以开学前一个月，我经常强调班级的课堂纪律和良好的学习习惯的形成。通过集体活动进一步加强学生之间的协作精神和团体意识。这样既能在班级的纪律及常规管理上起到明显的效果，又能使同学之间也能因此养成团结友爱的习惯，在班级中孕育团结友爱的风气，使班级成为一个大家庭。本班学生集体荣誉感较强，一学期来，他们都主动积极参加学校组织的各项活动和比赛。</w:t>
      </w:r>
      <w:r>
        <w:rPr>
          <w:lang w:eastAsia="zh-CN"/>
        </w:rPr>
        <w:br/>
      </w:r>
      <w:r>
        <w:rPr>
          <w:lang w:eastAsia="zh-CN"/>
        </w:rPr>
        <w:t>　　同时重视班集体建设，因为班集体建设是学校管理的基石，它是班级管理主体运用班内外资源、条件，引导师生以正确的方向、方法为指引，朝着良性的健康的方向发展。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强调班风和学风整顿，积极表扬学习积极分子，以此为核心影响更多的学生加入学习的队伍，让学生安心在校学习，让学生学会自主学习。</w:t>
      </w:r>
      <w:r>
        <w:rPr>
          <w:lang w:eastAsia="zh-CN"/>
        </w:rPr>
        <w:br/>
      </w:r>
      <w:r>
        <w:rPr>
          <w:lang w:eastAsia="zh-CN"/>
        </w:rPr>
        <w:t>　　3、强调沟通在班级管理中的作用。</w:t>
      </w:r>
      <w:r>
        <w:rPr>
          <w:lang w:eastAsia="zh-CN"/>
        </w:rPr>
        <w:br/>
      </w:r>
      <w:r>
        <w:rPr>
          <w:lang w:eastAsia="zh-CN"/>
        </w:rPr>
        <w:t>　　（1）善于与任课教师沟通</w:t>
      </w:r>
      <w:r>
        <w:rPr>
          <w:lang w:eastAsia="zh-CN"/>
        </w:rPr>
        <w:br/>
      </w:r>
      <w:r>
        <w:rPr>
          <w:lang w:eastAsia="zh-CN"/>
        </w:rPr>
        <w:t>　　我经常主动与任课老师沟通，倾听任课老师的意见，热心支持和服务任课教师的教学工作。一方面，在学生面前树立任课教师的威信。另一方面，把学生对任课教师的赞誉与改进意见反馈给任课教师，同时，以积极的姿态倾听任课教师对班风、学风建设的合理意见及个别学生的教育对策，并能很快地落实到班级管理的实践中去。</w:t>
      </w:r>
      <w:r>
        <w:rPr>
          <w:lang w:eastAsia="zh-CN"/>
        </w:rPr>
        <w:br/>
      </w:r>
      <w:r>
        <w:rPr>
          <w:lang w:eastAsia="zh-CN"/>
        </w:rPr>
        <w:t>　　（2）乐于与学生家长沟通</w:t>
      </w:r>
      <w:r>
        <w:rPr>
          <w:lang w:eastAsia="zh-CN"/>
        </w:rPr>
        <w:br/>
      </w:r>
      <w:r>
        <w:rPr>
          <w:lang w:eastAsia="zh-CN"/>
        </w:rPr>
        <w:t>　　与家长保持紧密联系，通过家访或者电话联系，与家长沟通，取得家长的理解与信任，取得家长的支持与配合。在与家长沟通过程中，及时了解学生的家庭背景和父母的期望，激发学生的学习热情，同时了解家长的为人之道、思想素质状况。这样可以做到双管齐下，进一步做好学生的转化工作。</w:t>
      </w:r>
      <w:r>
        <w:rPr>
          <w:lang w:eastAsia="zh-CN"/>
        </w:rPr>
        <w:br/>
      </w:r>
      <w:r>
        <w:rPr>
          <w:lang w:eastAsia="zh-CN"/>
        </w:rPr>
        <w:t>　　（3）勤于与学生沟通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与学生多沟通，充分了解学生的实情，切准学生的思想脉搏，可以做好学生的思想工作。所以，我利用一切机会多与学生接触，处处做“有心人”和“知心人”，尽量达到师生心理相容，思想相通。平时，多找学生谈话，多参加学生的活动，找机会与学生进行沟通，让学生把真实的想法和真情告诉给班主任，班主任也应以诚相待，把班级管理的难处与苦处告诉给学生，以便取得学生的谅解、支持与信任。</w:t>
      </w:r>
      <w:r>
        <w:rPr>
          <w:lang w:eastAsia="zh-CN"/>
        </w:rPr>
        <w:br/>
      </w:r>
      <w:r>
        <w:rPr>
          <w:lang w:eastAsia="zh-CN"/>
        </w:rPr>
        <w:t>　　总结，也是我和学生沟通的重要渠道之一。每个星期布置一次总结，要求学生谈谈班级一周所发生的琐事，或者谈谈自己的想法或困惑，随后我会认真记载每次发言，认真地对发言进行评价。要么鼓励他们继续努力；要么帮助他们解决生活中问题；要么接受他们对班级管理提出合情合理的建议等等。通过总结时间，可以让我更清楚了解到班级里存在一些问题，也提供了我与学生进一步沟通的平台。</w:t>
      </w:r>
      <w:r>
        <w:rPr>
          <w:lang w:eastAsia="zh-CN"/>
        </w:rPr>
        <w:br/>
      </w:r>
      <w:r>
        <w:rPr>
          <w:lang w:eastAsia="zh-CN"/>
        </w:rPr>
        <w:t>　　4、以远大的理想激发学生学习。</w:t>
      </w:r>
      <w:r>
        <w:rPr>
          <w:lang w:eastAsia="zh-CN"/>
        </w:rPr>
        <w:br/>
      </w:r>
      <w:r>
        <w:rPr>
          <w:lang w:eastAsia="zh-CN"/>
        </w:rPr>
        <w:t>　　一个人如果没有理想，就好像大海上一艘迷失方向的船，飘到哪儿算哪儿，没有目标，就没有动力。班主任应从小就开始对他们进行理想教育。因为只有让学生明确了自己的奋斗目标，他才会把它转变成学习、生活的动力。他们明白实际与理想之间存在的差距，但这差距并非不可逾越，而是可通过自己的努力去跨越，并要求学生制订自己的学习计划，把对理想的追求转化为学习动力。</w:t>
      </w:r>
      <w:r>
        <w:rPr>
          <w:lang w:eastAsia="zh-CN"/>
        </w:rPr>
        <w:br/>
      </w:r>
      <w:r>
        <w:rPr>
          <w:lang w:eastAsia="zh-CN"/>
        </w:rPr>
        <w:t>　　总的来说，我在实践中不断学习和提高自己班级管理能力，尽量使工作做到完美一点。</w:t>
      </w:r>
      <w:r>
        <w:rPr>
          <w:lang w:eastAsia="zh-CN"/>
        </w:rPr>
        <w:br/>
      </w:r>
      <w:r>
        <w:rPr>
          <w:lang w:eastAsia="zh-CN"/>
        </w:rPr>
        <w:t xml:space="preserve">    最新班主任年终工作总结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我班在学校领导的统一组织下、年级的带领下、任课老师的大力支持和配合下，各项工作顺利开展，学习、工作等方面都取得较突出的成绩。特别是在高考中成绩显著，作为文科平行班，我班有21人上本科线(超7人)，全班55人，有51名同学的成绩上了专科线。本科上线人数超额完成了学校定的目标。现将一学期的工作总结如下：</w:t>
      </w:r>
      <w:r>
        <w:rPr>
          <w:lang w:eastAsia="zh-CN"/>
        </w:rPr>
        <w:br/>
      </w:r>
      <w:r>
        <w:rPr>
          <w:lang w:eastAsia="zh-CN"/>
        </w:rPr>
        <w:t>　　一、首先端正自我心态</w:t>
      </w:r>
      <w:r>
        <w:rPr>
          <w:lang w:eastAsia="zh-CN"/>
        </w:rPr>
        <w:br/>
      </w:r>
      <w:r>
        <w:rPr>
          <w:lang w:eastAsia="zh-CN"/>
        </w:rPr>
        <w:t>　　本学期学生各方面的压力都很大，在备考期间主要的问题是自信心不足，心理问题比较多。而最后冲刺的阶段学生是很信任班主任的，也很渴望在班主任身上得到更多的鼓励和支持。作为班主任，我深刻地体会到这一点，所以我时刻提醒自己首先必须要有健康积极的心态才能更好地为学生服务，因此我在一直给自己灌输这样的思想：在教学上，要用耐心和恒心加上十足的信心教导学生;生活上或其他方面上，要用宽宏大量的心对待他们，做他们的大姐姐。</w:t>
      </w:r>
      <w:r>
        <w:rPr>
          <w:lang w:eastAsia="zh-CN"/>
        </w:rPr>
        <w:br/>
      </w:r>
      <w:r>
        <w:rPr>
          <w:lang w:eastAsia="zh-CN"/>
        </w:rPr>
        <w:t>　　二、继续严抓常规，建立良好的班级秩序</w:t>
      </w:r>
      <w:r>
        <w:rPr>
          <w:lang w:eastAsia="zh-CN"/>
        </w:rPr>
        <w:br/>
      </w:r>
      <w:r>
        <w:rPr>
          <w:lang w:eastAsia="zh-CN"/>
        </w:rPr>
        <w:t>　　通过严抓、常抓常规，让学生深化“细节决定成败，态度决定高度，努力造就实力”的意识，这为高考的有条不紊的复习做好了保障。</w:t>
      </w:r>
      <w:r>
        <w:rPr>
          <w:lang w:eastAsia="zh-CN"/>
        </w:rPr>
        <w:br/>
      </w:r>
      <w:r>
        <w:rPr>
          <w:lang w:eastAsia="zh-CN"/>
        </w:rPr>
        <w:t>　　三、通过多种途径，激发学生的高考复习热情</w:t>
      </w:r>
      <w:r>
        <w:rPr>
          <w:lang w:eastAsia="zh-CN"/>
        </w:rPr>
        <w:br/>
      </w:r>
      <w:r>
        <w:rPr>
          <w:lang w:eastAsia="zh-CN"/>
        </w:rPr>
        <w:t>　　调动学生学习的积极性，激发学生的高考复习热情，形成刻苦学习争先恐后的学风，全面提高全班学生学习成绩，是高三班主任的首要任务，这方面，采取了以下方法：</w:t>
      </w:r>
      <w:r>
        <w:rPr>
          <w:lang w:eastAsia="zh-CN"/>
        </w:rPr>
        <w:br/>
      </w:r>
      <w:r>
        <w:rPr>
          <w:lang w:eastAsia="zh-CN"/>
        </w:rPr>
        <w:t>　　(1)营造良好的高考备考氛围。通过2次的动员大会，先后2次的决心书的张贴，给学生营造浓厚的竞争氛围;自身通过多阅读与高考有关的信息资料，共同与学生学习探讨，给与学生学法指导;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(2)一手抓两头，一手抓临界，两手都要硬。主要是以谈话，面批作业、试卷为主。对尖子生，要求他们明确目标，确定方案，突破弱点，保持优势，同时提出相应的措施;对差生，以鼓励为主，多谈话、多检查，发现问题及时纠正，发现进步，充分表扬;对临界生，则给于全面高度的重视和关注，特别是在大考前，基本上都会以各种各样的方式给于这些临界生适当的鼓励。</w:t>
      </w:r>
      <w:r>
        <w:rPr>
          <w:lang w:eastAsia="zh-CN"/>
        </w:rPr>
        <w:br/>
      </w:r>
      <w:r>
        <w:rPr>
          <w:lang w:eastAsia="zh-CN"/>
        </w:rPr>
        <w:t>　　(3)记录和收集好学生备考的历程。用短期目标、学习上的追赶对手引领，不断积累学生信心，让学生能在长时间内保持好高考备考的高涨热情，同时我把全班同学的奋斗历程都粘贴在课室里。另外还借助与学习小组，形成同学间互助的`学习氛围，这一点在女生宿舍做得比较突出，而且也比较有成效。</w:t>
      </w:r>
      <w:r>
        <w:rPr>
          <w:lang w:eastAsia="zh-CN"/>
        </w:rPr>
        <w:br/>
      </w:r>
      <w:r>
        <w:rPr>
          <w:lang w:eastAsia="zh-CN"/>
        </w:rPr>
        <w:t>　　(4)密切课任教师间的关系，注重学生心理辅导，共同做好学生的思想工作，努力把学生的成绩提上去，特别是携手共同搞好临界生的辅导工作。</w:t>
      </w:r>
      <w:r>
        <w:rPr>
          <w:lang w:eastAsia="zh-CN"/>
        </w:rPr>
        <w:br/>
      </w:r>
      <w:r>
        <w:rPr>
          <w:lang w:eastAsia="zh-CN"/>
        </w:rPr>
        <w:t>　　四、以身作则，给学生以不灭的学习动力和热情</w:t>
      </w:r>
      <w:r>
        <w:rPr>
          <w:lang w:eastAsia="zh-CN"/>
        </w:rPr>
        <w:br/>
      </w:r>
      <w:r>
        <w:rPr>
          <w:lang w:eastAsia="zh-CN"/>
        </w:rPr>
        <w:t>　　对于早晚读，我是这样认为的，我来看早晚读，不仅仅是检查学生是否到期了，而更重要的两点是一是了解学生的状态，二是给学生十足奋斗的动力。</w:t>
      </w:r>
      <w:r>
        <w:rPr>
          <w:lang w:eastAsia="zh-CN"/>
        </w:rPr>
        <w:br/>
      </w:r>
      <w:r>
        <w:rPr>
          <w:lang w:eastAsia="zh-CN"/>
        </w:rPr>
        <w:t>　　五、多利用课余时间用不同的方式了解学生的生活、心理等状况。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到了高三下学期，我特别喜欢与学生一起上体育课，很多时候我都督促我们班的同学一定要去上体育课，因为这是一种很好的减压方式。还有就是晚修放学后多去学生宿舍走动，也会有不少意外的收获。</w:t>
      </w:r>
      <w:r>
        <w:rPr>
          <w:lang w:eastAsia="zh-CN"/>
        </w:rPr>
        <w:br/>
      </w:r>
      <w:r>
        <w:rPr>
          <w:lang w:eastAsia="zh-CN"/>
        </w:rPr>
        <w:t>　　回顾高三走过的点点滴滴，虽苦犹甜，但收获良多。今年是我第一次上高三，也是第一次做高三班主任，经验非常有限，也有一些地方上还做得不够，还有个别有点潜力的学生还没有完全帮助他们踏上本科线，还有尖子生的培养还比较弱。望以后能不断地改进缺点，发扬优点，通过这个舞台提升自己。</w:t>
      </w:r>
      <w:r>
        <w:rPr>
          <w:lang w:eastAsia="zh-CN"/>
        </w:rPr>
        <w:br/>
      </w:r>
      <w:r>
        <w:rPr>
          <w:lang w:eastAsia="zh-CN"/>
        </w:rPr>
        <w:t xml:space="preserve">    最新班主任年终工作总结 篇14 </w:t>
      </w:r>
      <w:r>
        <w:rPr>
          <w:lang w:eastAsia="zh-CN"/>
        </w:rPr>
        <w:br/>
      </w:r>
      <w:r>
        <w:rPr>
          <w:lang w:eastAsia="zh-CN"/>
        </w:rPr>
        <w:t>　　__—20__学年度，担任七年级五班班主任工作。转眼之间，一学期即将结束。按照学期初的计划，通过各种符合学生心理发展特点的活动和大量的工作，对学生进行多方面的教育培养。班级在各方面取得了明显的进步，形成了良好的班风、学风。现将过去的半年工作情况总结如下：</w:t>
      </w:r>
      <w:r>
        <w:rPr>
          <w:lang w:eastAsia="zh-CN"/>
        </w:rPr>
        <w:br/>
      </w:r>
    </w:p>
    <w:p w:rsidR="001B1F19" w14:textId="27C3F48A">
      <w:pPr>
        <w:rPr>
          <w:rFonts w:hint="eastAsia"/>
          <w:lang w:eastAsia="zh-CN"/>
        </w:rPr>
      </w:pPr>
      <w:r>
        <w:rPr>
          <w:lang w:eastAsia="zh-CN"/>
        </w:rPr>
        <w:t>　　一、班级管理和建设方面成效显著。通过自荐、观察、培养、和考核，推选责任心强，综合素质好的“班级干部”，安排相应职务，班委会成员表、值日生轮流表、科代表名单以及相关表格张贴公示，以便于督促检查。给全体同学提供参与班级管理建设的机会。注重策略的落实。通过多种鲜活的形式，调动学生参与热情。责任到人，做到人人有事干，事事有人干，在参与中提高，班级逐渐达到自治。发动学生积极参与班级建设，精心布置教室，加强规范图书角的建设和管理，培养良好的读书习惯，班级文化气息浓郁。充分发动学生自主制定班规，在老师的引导下自由组成小组，合作学习。班会课经常针对班级实际，有的放矢，使教育工作变得具体、生动起来。确定学习目标和挑战对象，在竞争中增强学生们的学习动力，使学生们在团结、自律、进取、深思的班风、学风中迅速成长，丢掉小学时贪玩的习惯，勇于面对初中学习生活的难题，挑战自我。在我与学生的共同努力下，初一五班由年级排名靠后的位次逐步提升。</w:t>
      </w:r>
      <w:r>
        <w:rPr>
          <w:lang w:eastAsia="zh-CN"/>
        </w:rPr>
        <w:br/>
      </w:r>
      <w:r>
        <w:rPr>
          <w:lang w:eastAsia="zh-CN"/>
        </w:rPr>
        <w:t>　　二、以语文教学带动班级管理。我运用生动灵活的教学方式，让学生体味学习语文的快乐，使课堂焕发活力。在我看来，取得考试成绩并不是唯一的语文教育教学目的。针对初一学生的心理特点和新课标要求，我努力采用小组合作的方式改革课堂教学，以自主、合作、探究为主的教学模式，激活学生好奇心，探究欲，培养学生主动思考、质疑、求索以及善于捕捉新信息的能力，并把这种能力的培养定为课堂教学的终极目的。比如，我经常组织学生向同龄人推荐阅读书目的活动。学生们在同龄人的带动下，开始喜爱阅读一些优秀的书籍，培养自己良好的阅读兴趣。我还通过周记、小作文等形式，引导学生仔细观察生活，认真思考书中的哲理语句，勇于发表自己的见解。经过初一这半年的教育教学工作，2我班学生对语文学习的兴趣已经大大提升，以此也带动了班级的管理。</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https://d.book118.com/356222242240010044</w:t>
        </w:r>
      </w:hyperlink>
    </w:p>
    <w:p w:rsidR="001B1F19">
      <w:pPr>
        <w:rPr>
          <w:rFonts w:hint="eastAsia"/>
          <w:lang w:eastAsia="zh-CN"/>
        </w:rPr>
      </w:pPr>
    </w:p>
    <w:sectPr>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56222242240010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