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2024年小学教师培训工作总结（35篇）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2024年小学教师培训工作总结（精选35篇）</w:t>
      </w:r>
      <w:r>
        <w:rPr>
          <w:lang w:eastAsia="zh-CN"/>
        </w:rPr>
        <w:br/>
      </w:r>
      <w:r>
        <w:rPr>
          <w:lang w:eastAsia="zh-CN"/>
        </w:rPr>
        <w:t xml:space="preserve">    2024年小学教师培训工作总结 篇1 </w:t>
      </w:r>
      <w:r>
        <w:rPr>
          <w:lang w:eastAsia="zh-CN"/>
        </w:rPr>
        <w:br/>
      </w:r>
      <w:r>
        <w:rPr>
          <w:lang w:eastAsia="zh-CN"/>
        </w:rPr>
        <w:t>　　这学期我参加了教师远程研修培训，学习了很多东西。在这次的培训学习，主要是看视频、听讲座、听专家点评、看简报看各位老师们的作业、研修日记、看评论以及参与评论，参与专家与学员之间、学员之间的互动讨论。我作为一名教龄只有几年的教师，学到了很多新知识，真是受益匪浅。现将这次培训体会总结如下：</w:t>
      </w:r>
      <w:r>
        <w:rPr>
          <w:lang w:eastAsia="zh-CN"/>
        </w:rPr>
        <w:br/>
      </w:r>
      <w:r>
        <w:rPr>
          <w:lang w:eastAsia="zh-CN"/>
        </w:rPr>
        <w:t>　　1、通过学习和交流更加坚定了热爱教育事业的信念，深入的认识了教育事业的意义和教师工作的重要性，今后一定会以此为动力更加努力工作，全心全意投入事业和工作之中，为我国的教育事业做出更大的新的贡献。</w:t>
      </w:r>
      <w:r>
        <w:rPr>
          <w:lang w:eastAsia="zh-CN"/>
        </w:rPr>
        <w:br/>
      </w:r>
      <w:r>
        <w:rPr>
          <w:lang w:eastAsia="zh-CN"/>
        </w:rPr>
        <w:t>　　2、观念先进了。通过学习交流我的教育观念发生了积极的变化。发现了新形势、新发展，自己一定要努力学习，积极进取，更新观念，促进工作。</w:t>
      </w:r>
      <w:r>
        <w:rPr>
          <w:lang w:eastAsia="zh-CN"/>
        </w:rPr>
        <w:br/>
      </w:r>
      <w:r>
        <w:rPr>
          <w:lang w:eastAsia="zh-CN"/>
        </w:rPr>
        <w:t>　　3、业务水平得到提高。通过学习线上视频专家讲座，教师之间网上讨论交流，学习了一些新知识，自己在网上查阅大量资料，阅读和学习了教师同志们的一些作品。这样不但学习了新知，充实了自己，还提升了业务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4、通过利用网络平台的学习，体会到了我们的工作条件更加优越了，体验了高科技成果对我们教育事业的作用和力量，这样就激励了我的工作。</w:t>
      </w:r>
      <w:r>
        <w:rPr>
          <w:lang w:eastAsia="zh-CN"/>
        </w:rPr>
        <w:br/>
      </w:r>
      <w:r>
        <w:rPr>
          <w:lang w:eastAsia="zh-CN"/>
        </w:rPr>
        <w:t>　　5、通过远程研修，激励自身成长，展望未来。培训是短暂的，但收获是充实的。让我站在了一个崭新的平台上审视了我的教学，使我对今后的工作有了明确的方向。这一次培训活动后，我要把所学的教学理念，咀嚼、消化，内化为自己的教学思想，指导自己的教学实践。要不断搜集教育信息，学习教育理论，增长专业知识。课后经常撰写教学反思，以便今后上课进一步提高。并积极撰写教育随笔和教学论文参与投稿或评比活动。</w:t>
      </w:r>
      <w:r>
        <w:rPr>
          <w:lang w:eastAsia="zh-CN"/>
        </w:rPr>
        <w:br/>
      </w:r>
      <w:r>
        <w:rPr>
          <w:lang w:eastAsia="zh-CN"/>
        </w:rPr>
        <w:t>　　总之，在今后的工作中，我还会一如既往地进行专业研修，不断创新思路，改进教学方法，使自己真正成为一名骨干教师。</w:t>
      </w:r>
      <w:r>
        <w:rPr>
          <w:lang w:eastAsia="zh-CN"/>
        </w:rPr>
        <w:br/>
      </w:r>
      <w:r>
        <w:rPr>
          <w:lang w:eastAsia="zh-CN"/>
        </w:rPr>
        <w:t xml:space="preserve">    2024年小学教师培训工作总结 篇2 </w:t>
      </w:r>
      <w:r>
        <w:rPr>
          <w:lang w:eastAsia="zh-CN"/>
        </w:rPr>
        <w:br/>
      </w:r>
      <w:r>
        <w:rPr>
          <w:lang w:eastAsia="zh-CN"/>
        </w:rPr>
        <w:t>　　大家好!今天很荣幸和大家一起交流，谈一下我在小学教师培训的一些在生活上，教学上的感受。我从以下几个方面说起，也希望各位兄弟姐妹们能从中感受到一些对自己有用的思想。</w:t>
      </w:r>
      <w:r>
        <w:rPr>
          <w:lang w:eastAsia="zh-CN"/>
        </w:rPr>
        <w:br/>
      </w:r>
      <w:r>
        <w:rPr>
          <w:lang w:eastAsia="zh-CN"/>
        </w:rPr>
        <w:t>　　一年对于整个历史长河来说，只不过是沧海一粟。对于人的整个生命来说也只不过是几十分之一。但是，我们每个人却可以把它赋予不同的含义。</w:t>
      </w:r>
      <w:r>
        <w:rPr>
          <w:lang w:eastAsia="zh-CN"/>
        </w:rPr>
        <w:br/>
      </w:r>
      <w:r>
        <w:rPr>
          <w:lang w:eastAsia="zh-CN"/>
        </w:rPr>
        <w:t>　　--年9月，我作为一名新教师进入了上溪小学任教。如今，我已在这所学校工作了一年，回首这一年来的点点滴滴，我实在感慨颇多。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从刚进入学校的时候，我就深刻体会到了一句老话：万事开头难。在工作的初期，我确实感到了很大的困难。面对新接手的语文教学工作，面对一个班的班主任管理工作，使得刚站在教师岗位的我，感到压力很大。在这些困难面前，我明白只有选择坚强，选择努力，选择勇敢面对这一切。于是，我快速适应新的环境，并不断给自己打气，重新审视自己的能力，不断提高自己的知识量。</w:t>
      </w:r>
      <w:r>
        <w:rPr>
          <w:lang w:eastAsia="zh-CN"/>
        </w:rPr>
        <w:br/>
      </w:r>
      <w:r>
        <w:rPr>
          <w:lang w:eastAsia="zh-CN"/>
        </w:rPr>
        <w:t>　　作为新老师，我面临的最大问题就是不熟悉教材，不了解文章的重点和难点，也不知道应该怎样去上课。对此，我的心里十分着急，生怕因为课上得不好而影响了学生对知识的掌握以及对这门课的兴趣。(特别是我的第一节课，我不但觉得自己上得吃力，发现学生也听得困难。)所以，我每次都很认真的备课，查找相关资料，课下还及时反思，积极请教办公室的老师，尽量调整自己的教学方式。听课是提高自身教学能力的一个好方法，新老师只有多听课才能够逐渐积累经验。所以对每一次听课的机会我都十分珍惜，并认真吸取经验，化为自己内在的东西。我自己也上了学校的公开课，校长，教务处主任以及语文组的成员也都听了我的课。他们都为我提供了宝贵的指导意见，我很感谢他们，也因为他们的帮助，我逐步掌握了一些驾驭课堂的技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同时，我也不得不承认，新人就是新人。由于经验的缺乏，我的教学水平与其他有经验的老师相比是有差距的，这一点在考试中就显现出来了。在上学期一学期的考试中，我班的成绩与老教师教的班级相比还是有差距。为此，我感觉很失落。所以，我自身感到压力也很大。从上期的考试中，我认真总结了经验和教训。在下学期中，我更加努力，严格要求学生，并及时调整教学方法和策略，终于使我班的成绩提高了一些。</w:t>
      </w:r>
      <w:r>
        <w:rPr>
          <w:lang w:eastAsia="zh-CN"/>
        </w:rPr>
        <w:br/>
      </w:r>
      <w:r>
        <w:rPr>
          <w:lang w:eastAsia="zh-CN"/>
        </w:rPr>
        <w:t>　　通过一年的工作，我认识到，作为一个没有经验的新老师，只有不断努力，严格要求自己，努力完善自我，才有可能上好课，教好学生。经过一年的努力，可以说紧张忙碌而又收获多多。以下就是我与大家分享的经验和教训：</w:t>
      </w:r>
      <w:r>
        <w:rPr>
          <w:lang w:eastAsia="zh-CN"/>
        </w:rPr>
        <w:br/>
      </w:r>
      <w:r>
        <w:rPr>
          <w:lang w:eastAsia="zh-CN"/>
        </w:rPr>
        <w:t>　　一、抓好学生的学习习惯：</w:t>
      </w:r>
      <w:r>
        <w:rPr>
          <w:lang w:eastAsia="zh-CN"/>
        </w:rPr>
        <w:br/>
      </w:r>
      <w:r>
        <w:rPr>
          <w:lang w:eastAsia="zh-CN"/>
        </w:rPr>
        <w:t>　　作为刚刚进入一年级的小学生来说，如何能让他们在40分钟的课堂上认真地听讲，是非常重要的。因此，培养学生良好的学习习惯是我教学工作开始的重点。我采用编儿歌、口令等形式，将学生学习习惯的培养融入情趣之中，让学生在情趣之中慢慢地养成良好的习惯。从坐直到站立，从写字到读书拿书，从保持正确的读写姿势到爱惜学习用品，都需要老师不厌其烦地讲讲讲、说说说，通过一年的培养，我班学生都能养成良好的学习习惯。</w:t>
      </w:r>
      <w:r>
        <w:rPr>
          <w:lang w:eastAsia="zh-CN"/>
        </w:rPr>
        <w:br/>
      </w:r>
      <w:r>
        <w:rPr>
          <w:lang w:eastAsia="zh-CN"/>
        </w:rPr>
        <w:t>　　二、认真备好课</w:t>
      </w:r>
      <w:r>
        <w:rPr>
          <w:lang w:eastAsia="zh-CN"/>
        </w:rPr>
        <w:br/>
      </w:r>
      <w:r>
        <w:rPr>
          <w:lang w:eastAsia="zh-CN"/>
        </w:rPr>
        <w:t>　　认真备课，不但备学生而且备教材备教法，根据教材内容及学生的实际，设计课的类型，拟定采用的教学方法，并对教学过程的程序及时间安排都作了详细的记录，认真写好教案。每一课都做到“有备而来”，每堂课都在课前做好充分的准备，并制作各种利于吸引学生注意力的有趣教具，课后及时对该课作出总结，写好教学后记，并认真按搜集每课书的知识要点，归纳成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三、抓好学生的基础知识教学：</w:t>
      </w:r>
      <w:r>
        <w:rPr>
          <w:lang w:eastAsia="zh-CN"/>
        </w:rPr>
        <w:br/>
      </w:r>
      <w:r>
        <w:rPr>
          <w:lang w:eastAsia="zh-CN"/>
        </w:rPr>
        <w:t>　　一年级作为学生走进学校的第一步，正如修筑高楼大厦一样，必须要为学生的成长打下坚实的基础。本学期，我主要在注重学生的写字、读书、课外阅读等方面作了努力。</w:t>
      </w:r>
      <w:r>
        <w:rPr>
          <w:lang w:eastAsia="zh-CN"/>
        </w:rPr>
        <w:br/>
      </w:r>
      <w:r>
        <w:rPr>
          <w:lang w:eastAsia="zh-CN"/>
        </w:rPr>
        <w:t>　　(1)抓好写字训练。</w:t>
      </w:r>
      <w:r>
        <w:rPr>
          <w:lang w:eastAsia="zh-CN"/>
        </w:rPr>
        <w:br/>
      </w:r>
      <w:r>
        <w:rPr>
          <w:lang w:eastAsia="zh-CN"/>
        </w:rPr>
        <w:t>　　写字教学是一年级语文教学工作的难点。能让每一个学生写一手好字，是我最大的心愿。所以，在平时的教学工作中，我特别注意对学生写字的要求。首先，要让学生写好字，作为他们的语文老师，我更注重自己在课堂板书、给学生的留言等方面给学生做一个很好的示范。其次，我引导学生学会读帖、描红，既从技能方面要求学生，又从习惯方面的要求学生。特别是习惯方面的要求，如怎样握笔，保持怎样的写字姿势，这些往往容易忽略，而恰恰正是这影响了学生的写字质量的提高，甚至影响到用眼卫生和骨胳发育。因此，在抓好学生写好字的同时，我更注重学生有良好的写字习惯。</w:t>
      </w:r>
      <w:r>
        <w:rPr>
          <w:lang w:eastAsia="zh-CN"/>
        </w:rPr>
        <w:br/>
      </w:r>
      <w:r>
        <w:rPr>
          <w:lang w:eastAsia="zh-CN"/>
        </w:rPr>
        <w:t>　　(2)抓好读书训练。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如何让学生能从“阅读”变为“悦读”是一个关键。首先，调动学生读书的积极性是最为重要的，在课堂上，我经常设立各种各样的读书比赛，小组读、男女读、抽生范读、教读等形式在一定程度上激发了学生读书的兴趣;其次，我注重在阅读教学的过程中，尽量引发学生能打开想象的翅膀，读出自己的感受出来。第三，注重自己的示范性。由于一年级的学生模仿性较强，所以在教学生读课文之前，我都要特别注意这篇课文的字音、语速、语调、语感等方面，尽可能地为学生作出很好的示范。</w:t>
      </w:r>
      <w:r>
        <w:rPr>
          <w:lang w:eastAsia="zh-CN"/>
        </w:rPr>
        <w:br/>
      </w:r>
      <w:r>
        <w:rPr>
          <w:lang w:eastAsia="zh-CN"/>
        </w:rPr>
        <w:t>　　四、做好课后辅导工作</w:t>
      </w:r>
      <w:r>
        <w:rPr>
          <w:lang w:eastAsia="zh-CN"/>
        </w:rPr>
        <w:br/>
      </w:r>
      <w:r>
        <w:rPr>
          <w:lang w:eastAsia="zh-CN"/>
        </w:rPr>
        <w:t>　　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解决他们心结，让他们意识到学习的重要性和必要性，使之对学习萌发兴趣。要通过各种途径激发他们的求知欲和上进心，让他们意识到学习并不是一项任务，也不是一件痛苦的事情。而是充满乐趣的。从而自觉的把身心投放到学习中去。这样，后进生的转化，就由原来的简单粗暴、强制学习转化到自觉的求知上来。使学习成为他们自我意识力度一部分。在此基础上，再教给他们学习的方法，提高他们的技能。并认真细致地做好查漏补缺工作。后进生通常存在很多知识断层，这些都是后进生转化过程中的拌脚石，在做好后进生的转化工作时，要特别注意给他们补课，把他们以前学习的知识断层补充完整，这样，他们就会学得轻松，进步也快，兴趣和求知欲也会随之增加。</w:t>
      </w:r>
      <w:r>
        <w:rPr>
          <w:lang w:eastAsia="zh-CN"/>
        </w:rPr>
        <w:br/>
      </w:r>
      <w:r>
        <w:rPr>
          <w:lang w:eastAsia="zh-CN"/>
        </w:rPr>
        <w:t>　　五、博采众长，提高教学水平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欲给学生一滴水，老师先要有一桶水，尤其是在当今知识更新非常迅速的年代，为更好地适应教学工作。我明白：今天的学习就是为了明天的工作，教师自身素质的提高就是为了更好地干好教育工作。教到老，学到老，才会永远站在教育领域的前端。在教学中，虚心请教其他老师，在教学上，有疑必问。在各个章节的学习上都积极征求其他老师的意见，学习他们的方法，同时，多听老师的课，做到边听边讲，学习别人的优点，克服自己的不足，并常常邀请其他老师来听课，征求他们的意见，改进工作。</w:t>
      </w:r>
      <w:r>
        <w:rPr>
          <w:lang w:eastAsia="zh-CN"/>
        </w:rPr>
        <w:br/>
      </w:r>
      <w:r>
        <w:rPr>
          <w:lang w:eastAsia="zh-CN"/>
        </w:rPr>
        <w:t xml:space="preserve">    2024年小学教师培训工作总结 篇3 </w:t>
      </w:r>
      <w:r>
        <w:rPr>
          <w:lang w:eastAsia="zh-CN"/>
        </w:rPr>
        <w:br/>
      </w:r>
      <w:r>
        <w:rPr>
          <w:lang w:eastAsia="zh-CN"/>
        </w:rPr>
        <w:t>　　1.增强了责任感和使命感。通过培训，学员们感受到了责任重大，增强了学习的自觉性。通过培训，使我们对我国西部地区师资水平有了进一步了解。我们充分认识到：加强西部体育教师培训，提高西部青少年足球教学训练质量，必须更加关注。</w:t>
      </w:r>
      <w:r>
        <w:rPr>
          <w:lang w:eastAsia="zh-CN"/>
        </w:rPr>
        <w:br/>
      </w:r>
      <w:r>
        <w:rPr>
          <w:lang w:eastAsia="zh-CN"/>
        </w:rPr>
        <w:t>　　2.更新了观念。通过培训，学员们不仅在理论和实践有了不同程度的提高，更重要的是在培训中感受到了先进足球教学训练观念，对如何引导学生主动参与和体验足球的快乐，有了全新的理解和把握。如果说“足球训练方法的提高”和“足球理念的更新”是此次培训的直接成果的话，那么，在教育理念上，上升到人生、国家、民族的层面上才是本次培训最有益的收获。学员们在培训期间通过对人大附中的认识，对三高理念的理解，大家一致认识到：体育教师、足球训练乃至整个教育工作，不再是谋生的手段，“一切为了学生的发展，一切为了祖国的腾飞，一切为了人类的进步”才是教育的最终目标。这些新的理念一定会成为每位学员今后教育教学的指导思想和根本出发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3.为了更好的推动西部地区青少年足球运动的普及与发展，建议教育部有关部门的领导，尽快建立起西部地区乃至全国的小学、初中、高中较为稳定竞赛制度。以此促进西部地区和全国校园足球训练水平的快速提高。同时也祝愿全国中小学体育教师“青少年足球训练”的再培训工作更加规模、更加系统、更加规范。</w:t>
      </w:r>
      <w:r>
        <w:rPr>
          <w:lang w:eastAsia="zh-CN"/>
        </w:rPr>
        <w:br/>
      </w:r>
      <w:r>
        <w:rPr>
          <w:lang w:eastAsia="zh-CN"/>
        </w:rPr>
        <w:t>　　4.希望各位学员把在此次培训中学到的新方法、新理念不仅带回到自己的学校，还希望你们成为“宣传队”，成为“播种机”，把人大附中的教育理念和三高的理念推广到更大的范围，为中国足球的普及，为教育的公平发展贡献一份力量。</w:t>
      </w:r>
      <w:r>
        <w:rPr>
          <w:lang w:eastAsia="zh-CN"/>
        </w:rPr>
        <w:br/>
      </w:r>
      <w:r>
        <w:rPr>
          <w:lang w:eastAsia="zh-CN"/>
        </w:rPr>
        <w:t xml:space="preserve">    2024年小学教师培训工作总结 篇4 </w:t>
      </w:r>
      <w:r>
        <w:rPr>
          <w:lang w:eastAsia="zh-CN"/>
        </w:rPr>
        <w:br/>
      </w:r>
      <w:r>
        <w:rPr>
          <w:lang w:eastAsia="zh-CN"/>
        </w:rPr>
        <w:t>　　经过上级教育主管部门的关心指导，我们所在学校的大力支持，以及进修学校领导们的高度重视下，第二届小学教师脱产培训班结业在即，通过这一月的培训学习，我们在各个方面都收获了很多，现将总结如下：</w:t>
      </w:r>
      <w:r>
        <w:rPr>
          <w:lang w:eastAsia="zh-CN"/>
        </w:rPr>
        <w:br/>
      </w:r>
      <w:r>
        <w:rPr>
          <w:lang w:eastAsia="zh-CN"/>
        </w:rPr>
        <w:t>　　一、与名师零距离</w:t>
      </w:r>
      <w:r>
        <w:rPr>
          <w:lang w:eastAsia="zh-CN"/>
        </w:rPr>
        <w:br/>
      </w:r>
      <w:r>
        <w:rPr>
          <w:lang w:eastAsia="zh-CN"/>
        </w:rPr>
        <w:t>　　我们有幸聆听了平遥实验小学苏振希老师的讲座，从中确实感受到了很多自己从未耳闻或心灵触及的新鲜。他是我们平时教育教学生活中可望而不可及的神一般的人物，但在给我们的讲座中却体现出了他随和、开朗、平易近人的一面，他精辟的理论、独到的观点深深地吸引了我，以至于一周的讲座听下来都不觉半点疲惫，反而是精神十足，收获颇丰。甚至愿意多听听他这样精彩的讲座。</w:t>
      </w:r>
      <w:r>
        <w:rPr>
          <w:lang w:eastAsia="zh-CN"/>
        </w:rPr>
        <w:br/>
      </w:r>
      <w:r>
        <w:rPr>
          <w:lang w:eastAsia="zh-CN"/>
        </w:rPr>
        <w:t>　　二、在课堂实践中感悟提升</w:t>
      </w:r>
      <w:r>
        <w:rPr>
          <w:lang w:eastAsia="zh-CN"/>
        </w:rPr>
        <w:br/>
      </w:r>
      <w:r>
        <w:rPr>
          <w:lang w:eastAsia="zh-CN"/>
        </w:rPr>
        <w:t>　　实践课中，每一位上课的老师在课前都是尽心竭力，绞尽脑汁地充分准备，每一堂课都淋漓尽致地展现出了自己的教学风格，这样的课堂实践比我们埋头教书的效果要好上十倍百倍。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三、在沟通交流中体现和谐</w:t>
      </w:r>
      <w:r>
        <w:rPr>
          <w:lang w:eastAsia="zh-CN"/>
        </w:rPr>
        <w:br/>
      </w:r>
      <w:r>
        <w:rPr>
          <w:lang w:eastAsia="zh-CN"/>
        </w:rPr>
        <w:t>　　这种和谐不仅仅体现在我们同学与同学之间，同学和老师之间的相处也很融洽和谐。我们第二届脱产培训班不仅突出了对学员教育教学能力的提升培养，在我们各位负责老师的带领下，更充分体现了对和谐精神的追求。</w:t>
      </w:r>
      <w:r>
        <w:rPr>
          <w:lang w:eastAsia="zh-CN"/>
        </w:rPr>
        <w:br/>
      </w:r>
      <w:r>
        <w:rPr>
          <w:lang w:eastAsia="zh-CN"/>
        </w:rPr>
        <w:t>　　“先进的教学理念、精辟的课堂实践、和谐的学习氛围”，这样的概括用于我们第二届脱产培训班实在是再贴切不过了，正是因为这样，所以我们每位学员都觉得时间实在是过的太快了，让人都不自觉的想“留级”，但毕竟我们都有自己的工作岗位，我们要把学习所得运用到自己的工作中去，更好地完成自己的教学任务，更好地服务于学生，才是培训的最终目的。</w:t>
      </w:r>
      <w:r>
        <w:rPr>
          <w:lang w:eastAsia="zh-CN"/>
        </w:rPr>
        <w:br/>
      </w:r>
      <w:r>
        <w:rPr>
          <w:lang w:eastAsia="zh-CN"/>
        </w:rPr>
        <w:t>　　最后，感谢进修学校的领导给我们提供了这样的学习机会，感谢所有授课的老师对我们在学习生活上的关心和帮助，我们将用更好的教学实绩来作为回报！</w:t>
      </w:r>
      <w:r>
        <w:rPr>
          <w:lang w:eastAsia="zh-CN"/>
        </w:rPr>
        <w:br/>
      </w:r>
      <w:r>
        <w:rPr>
          <w:lang w:eastAsia="zh-CN"/>
        </w:rPr>
        <w:t xml:space="preserve">    2024年小学教师培训工作总结 篇5 </w:t>
      </w:r>
      <w:r>
        <w:rPr>
          <w:lang w:eastAsia="zh-CN"/>
        </w:rPr>
        <w:br/>
      </w:r>
      <w:r>
        <w:rPr>
          <w:lang w:eastAsia="zh-CN"/>
        </w:rPr>
        <w:t>　　通过此次培训，我在教学观上有了一定的转变，不能为了教书而教书，叶圣陶先生说过：教是为了最终达到不需要教，为了达成这个目标，教学不光是简单的传授知识，要重在教学生掌握方法，学会学习，不能只让学生“学到什么”还让学生“学会学习”，学生掌握了方法，终身受用，可以自己获取知识，除了学习，还要注重启迪学生的智慧，给学生充分的空间、时间，发挥出他们的想象力和创造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首先要有终身学习的观点。当今社会、科技飞速发展，只有不断学习，方能与时俱进，以全新的眼光观察和指导自己的教学工作，时代对教师提出了非常高的要求，教师要学习的东西越来越多元化，多学科的知识都要涉及，无论是哪方面的知识都要懂一点方能胜任新时期的教学。</w:t>
      </w:r>
      <w:r>
        <w:rPr>
          <w:lang w:eastAsia="zh-CN"/>
        </w:rPr>
        <w:br/>
      </w:r>
      <w:r>
        <w:rPr>
          <w:lang w:eastAsia="zh-CN"/>
        </w:rPr>
        <w:t>　　2、把学到的观念方法落实在教育教学工作中。帮助学生确定适当的学习目标，指导学生形成良好的学习习惯，掌握学习策略和发展能力，创设丰富的教学情境，激发学生的学习动机和学习兴趣，充分调动学生的积极性，为学生提供各种便利，为学生服务，建立一个民主、宽容的课堂气氛，与学生一起分享他们的情感体验和成功喜悦，能够承认过失和错误。</w:t>
      </w:r>
      <w:r>
        <w:rPr>
          <w:lang w:eastAsia="zh-CN"/>
        </w:rPr>
        <w:br/>
      </w:r>
      <w:r>
        <w:rPr>
          <w:lang w:eastAsia="zh-CN"/>
        </w:rPr>
        <w:t>　　3、向同行学习，不断提升自己。这次培训，接触到了许多优秀的教师同行，他们不但有着扎实的教学功底，更有着锐意进取的钻研精神，他们不怕苦不怕难，与他们探讨、交流，不仅使自己在业务上有所得，更在思想上时刻提醒自己，化紧迫感和危机感为动力。社会不断发展，竞争日益激烈，只有自己不松懈，坚持学习教育理论，同时在思想品德上不断提升自己，使自己既有过硬的业务水平，更有教师具有的道德情操，才能适应新时代的教学。</w:t>
      </w:r>
      <w:r>
        <w:rPr>
          <w:lang w:eastAsia="zh-CN"/>
        </w:rPr>
        <w:br/>
      </w:r>
      <w:r>
        <w:rPr>
          <w:lang w:eastAsia="zh-CN"/>
        </w:rPr>
        <w:t>　　本学期，在区教师进修辅导站的思想指导下，在学校校长室的领导下，我校对教师的培训、继续教育主要抓了以下几个方面的工作！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2、选派一部分青年骨干教师参加了市电教馆组织的网上教师培训，每位老师都根据自己所选择学科的特点，认真完成老师布置的作业，积极参与网上研讨。</w:t>
      </w:r>
      <w:r>
        <w:rPr>
          <w:lang w:eastAsia="zh-CN"/>
        </w:rPr>
        <w:br/>
      </w:r>
      <w:r>
        <w:rPr>
          <w:lang w:eastAsia="zh-CN"/>
        </w:rPr>
        <w:t>　　学校将为骨干教师的发展提供全面支持和帮助。这一责任书的签定，充分显示了我校对培养骨干教师的重视程度，也为一部分中青年教师指明了努力的方向。</w:t>
      </w:r>
      <w:r>
        <w:rPr>
          <w:lang w:eastAsia="zh-CN"/>
        </w:rPr>
        <w:br/>
      </w:r>
      <w:r>
        <w:rPr>
          <w:lang w:eastAsia="zh-CN"/>
        </w:rPr>
        <w:t>　　本学期，学校分管教导认真听取新进教师的随堂课，课后及时反馈听课意见；督促她们上好新教师的校内展示课。</w:t>
      </w:r>
      <w:r>
        <w:rPr>
          <w:lang w:eastAsia="zh-CN"/>
        </w:rPr>
        <w:br/>
      </w:r>
      <w:r>
        <w:rPr>
          <w:lang w:eastAsia="zh-CN"/>
        </w:rPr>
        <w:t>　　学校领导通过观察、思考、讨论，选择了一部分青年教师与学校的一部分经验丰富的老教师或骨干教师结成对子，校长带头与青年教师结对，以身作则，带动起了青年教师的干劲。</w:t>
      </w:r>
      <w:r>
        <w:rPr>
          <w:lang w:eastAsia="zh-CN"/>
        </w:rPr>
        <w:br/>
      </w:r>
      <w:r>
        <w:rPr>
          <w:lang w:eastAsia="zh-CN"/>
        </w:rPr>
        <w:t>　　本学期，各学科教研小组都组织了“一人一课”活动，并在上好组内课的基础上，推选了1～3位老师进行了校级公开教学活动展示。学校行政领导带头上展示课，本学期校长郑运洪老师、教导主任陈景云老师上了示范课，给老师们提供了一个很好的学习机会。</w:t>
      </w:r>
      <w:r>
        <w:rPr>
          <w:lang w:eastAsia="zh-CN"/>
        </w:rPr>
        <w:br/>
      </w:r>
      <w:r>
        <w:rPr>
          <w:lang w:eastAsia="zh-CN"/>
        </w:rPr>
        <w:t>　　2、抓好班主任培训工作。本学期，在陈景云老师的组织领导下，坚持一个月一次的班主任培训工作，学期末，还请了一部分优秀班主任进行了工作交流，大家共同分享好的点子，好的管理方法。</w:t>
      </w:r>
      <w:r>
        <w:rPr>
          <w:lang w:eastAsia="zh-CN"/>
        </w:rPr>
        <w:br/>
      </w:r>
      <w:r>
        <w:rPr>
          <w:lang w:eastAsia="zh-CN"/>
        </w:rPr>
        <w:t>　　校级公开课的质量有所下滑，上课教师要引起重视，课前要加强教研组内的学习与研讨，努力向全校教师展示高质量的课堂教学。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要继续加强校本培训，尽可能地组织教师参加各级各类的课堂教学比赛活动，鼓励教师勤动笔，多写文章，把自己在教学中获得的点滴经验或感想组织成文，积极参与远程课程培训上的学习与研讨。</w:t>
      </w:r>
      <w:r>
        <w:rPr>
          <w:lang w:eastAsia="zh-CN"/>
        </w:rPr>
        <w:br/>
      </w:r>
      <w:r>
        <w:rPr>
          <w:lang w:eastAsia="zh-CN"/>
        </w:rPr>
        <w:t>　　__年的教师培训工作，在一片紧张、繁忙当中度过来了。在县教育局和师训股的正确领导下，校行政一班人带领全体教职员工敢于创新，敢于突破，其间既有探索的艰辛，也有成功的喜悦。现简要回顾总结如下。</w:t>
      </w:r>
      <w:r>
        <w:rPr>
          <w:lang w:eastAsia="zh-CN"/>
        </w:rPr>
        <w:br/>
      </w:r>
      <w:r>
        <w:rPr>
          <w:lang w:eastAsia="zh-CN"/>
        </w:rPr>
        <w:t>　　1、三月份开办了第1期中小学教师继续教育学分年检管理员培训班，共培训县直中学、乡镇中心学校年检管理员_人。从继续教育学分年检的政策解读和技术操作等层面进行了全方位的培训，并在培训期间成功地对全县_多名中小学教师进行了__年的继续教育学分年检。该项工作走在了全省前列，为全省该项工作的开展摸索出了一些成功的经验和做法。许多县市纷纷派人来我校参观取经，颜亚华校长还在全省师训会议上作了经验介绍发言。</w:t>
      </w:r>
      <w:r>
        <w:rPr>
          <w:lang w:eastAsia="zh-CN"/>
        </w:rPr>
        <w:br/>
      </w:r>
      <w:r>
        <w:rPr>
          <w:lang w:eastAsia="zh-CN"/>
        </w:rPr>
        <w:t>　　2、三月分开办了第18期教育行政干部（中学政教主任）培训班，共培训县直中学、乡镇中心政教主任42人。通过培训，帮助政教主任熟悉相关教育政策法规，掌握现代教育新理念，提升学校管理特别是学生管理工作能力。培训期间，还组织政教主任到岳阳市君山许市中学进行了参观学习。</w:t>
      </w:r>
      <w:r>
        <w:rPr>
          <w:lang w:eastAsia="zh-CN"/>
        </w:rPr>
        <w:br/>
      </w:r>
      <w:r>
        <w:rPr>
          <w:lang w:eastAsia="zh-CN"/>
        </w:rPr>
        <w:t>　　3、三月份开办了第21期普通话水平等级提高培训班，共培训全县中小学教师201人。通过培训，有_人通过了二级甲等，_人通过了二级乙等，大多教师拿到了自己的满意等级。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4、四月份开办了第19期教育行政干部（小学校长）培训班，共培训乡镇完全小学副校长和部分联校校长_人。通过培训，帮助校长们树立正确的办学思想，提升校长们履行职责的政治素质和业务能力。培训期间，还组织校长们到衡阳市人民路小学进行了参观学习。</w:t>
      </w:r>
      <w:r>
        <w:rPr>
          <w:lang w:eastAsia="zh-CN"/>
        </w:rPr>
        <w:br/>
      </w:r>
      <w:r>
        <w:rPr>
          <w:lang w:eastAsia="zh-CN"/>
        </w:rPr>
        <w:t>　　5、四月份开办了第2期中小学电脑教师培训班，共培训全县完全小学选派的电脑教师48人。通过培训，参培教师对计算机网络的相关知识和技术有了较为熟练的掌握，网络管理和维护能力也有了一定的提高。</w:t>
      </w:r>
      <w:r>
        <w:rPr>
          <w:lang w:eastAsia="zh-CN"/>
        </w:rPr>
        <w:br/>
      </w:r>
      <w:r>
        <w:rPr>
          <w:lang w:eastAsia="zh-CN"/>
        </w:rPr>
        <w:t>　　6、四月份办了第1期小学科学教师实验教学培训班，共培训全县完全小学选派的科学教师46人。培训当中，主讲教师对全套小学科学教材进行了分析，并对部分重点难点的实验操作进行了演示，同时，还组织了全体参培教师到城关三小听小学科学实验教学的示范课和研讨课，并由我校出钱组织参培教师到省科技馆进行了参观学习。</w:t>
      </w:r>
      <w:r>
        <w:rPr>
          <w:lang w:eastAsia="zh-CN"/>
        </w:rPr>
        <w:br/>
      </w:r>
      <w:r>
        <w:rPr>
          <w:lang w:eastAsia="zh-CN"/>
        </w:rPr>
        <w:t>　　7、八月份协助教育局和师训股举办了“_县__年暑期教育教学改革大型集中培训”。8月24日，来自全县的教育行政干部和部分中小学教师参加了培训，武家山宾馆大会议厅920座，座无虚席。参培人员认真听取了岳阳市许市中学夏忠育校长关于该校课程改革的理念、实作和成果的经验讲座，及广东东莞中学高级教师肖秀兰的有关教师涵养和学生思想教育工作的讲座。整个培训过程，反响热烈，效果很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8、十月份开办了第18期新教师岗前适应性培训班，共培训__年进编的新教师和部分特岗教师_人。培训分三步进行，先是集中短训，主要是培训教学常规，期间分别组织小学、初中教师到城关二小和城关中学观摩学习今年赛课的教学能手示范课；再是回单位在岗实践，完成一篇教育教学论文；随后分小学、20__年小学教师初中教师参加省中小学教师班主任远程研修。新教师学习态度端正，集中短训，到课齐，听课认真；远程研修出现了不少优秀沙龙帖子和优秀作业。</w:t>
      </w:r>
      <w:r>
        <w:rPr>
          <w:lang w:eastAsia="zh-CN"/>
        </w:rPr>
        <w:br/>
      </w:r>
      <w:r>
        <w:rPr>
          <w:lang w:eastAsia="zh-CN"/>
        </w:rPr>
        <w:t>　　9、十月份开办了第20期教育行政干部（教务主任）培训班，共培训县直中学教务主任和乡镇业务辅导员35人。开设了学籍管理、教学常规管理、校本研修、学生德育等课程，并组织参培人员到岳阳市许市中学进行了有关课程改革的现场观摩学习。</w:t>
      </w:r>
      <w:r>
        <w:rPr>
          <w:lang w:eastAsia="zh-CN"/>
        </w:rPr>
        <w:br/>
      </w:r>
      <w:r>
        <w:rPr>
          <w:lang w:eastAsia="zh-CN"/>
        </w:rPr>
        <w:t>　　10、全年开办了了三个类别14个班级的远程培训班。上学期，班主任远程培训班，共培训小学、初中、高中班主任教师_人；有效教学、和谐课堂班，共培训初中语、数、外和小学语、数教师_人；课堂基本功与教学策略班，共培训初中语文和小学数学教师_人。下学期，新教师班主任远程培训班，共培训小学、初中教师_人；课堂基本功与教学策略班，共培训初中数学、小学语文教师_人。总共培训_人，所有班级皆100%按时结业，皆被省远程中心评为了优秀班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调研培训需求，增强培训针对性。调研教师的培训需求，是开展教师培训工作的首要环节。这个工作做好了，可以避免培训的随意性、盲目性，增强培训的计划性和针对性。进入__中小学教师继续教育培训周期，我们对全县中小学教师的培训需求进行了多途径、全方位的调研。年初，师训股和我校组织部分师训负责人和部分中小学校长，在新塘中心校召开了教师培训需求的调研座谈会；平时我们还利用培训办班之便，进行问卷调查和走访交流。在调研的基础上，确定了全年的整体培训思路，培训工作总结10篇增强了培训的针对性。</w:t>
      </w:r>
      <w:r>
        <w:rPr>
          <w:lang w:eastAsia="zh-CN"/>
        </w:rPr>
        <w:br/>
      </w:r>
      <w:r>
        <w:rPr>
          <w:lang w:eastAsia="zh-CN"/>
        </w:rPr>
        <w:t>　　2、夯实培训过程，注重培训实效性。教师培训是一种成人教育，成人教育的最大特点是重在过程。只有整个过程的推进，稳健扎实，才有可能收到切实有用的效果。我校今年的教师培训工作，主要是在“实”字上做文章，在“效”字上下工夫。做到了方案实，管理实，服务实，从而带来了效果实。</w:t>
      </w:r>
      <w:r>
        <w:rPr>
          <w:lang w:eastAsia="zh-CN"/>
        </w:rPr>
        <w:br/>
      </w:r>
      <w:r>
        <w:rPr>
          <w:lang w:eastAsia="zh-CN"/>
        </w:rPr>
        <w:t>　　3、抓好学分年检，激发培训积极性。中小学教师继续教育学分年检，是一项政策性很强、操作性很复杂的细致工作。做好此项工作意义重大，有利于教师培训工作的长期有效顺利开展，有利于教师继续教育科学有序管理和监控，有利于激发教师培训积极性，形成教师专业化发展的长效机制。为了做好我县__年中小学教师继续教育学分年检工作，我们在总结继续教育学分年检工作经验的基础上，我们广泛宣传，精心组织，严格管理，做了大量扎实有效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4、校本研修是教师教育的一种重要形式，也是教师培训的重要组成部分。它既能尊重教师的个体发展愿望，又能满足学校自身的发展需求，不断发挥教师的个体创造力和群体合作力，凸显教师的个体价值与群体绩效。因此，指导并落实好校本研修，发挥学校和教师个体参与培训的自主性，是我校协助县教育行政部门开展的重点工作之一。经与师训股研究，并请示上级主管部门同意，今年我们还开展了由各中小学自主组织的“教师专题培训”，为校本研修提供了新的形式，注入了新的活力。</w:t>
      </w:r>
      <w:r>
        <w:rPr>
          <w:lang w:eastAsia="zh-CN"/>
        </w:rPr>
        <w:br/>
      </w:r>
      <w:r>
        <w:rPr>
          <w:lang w:eastAsia="zh-CN"/>
        </w:rPr>
        <w:t>　　作为一名新入编的教师，我很感激教育局为我们安排的入职培训。这次培训的内容非常全面、紧凑，既有教学常规、班级管理、青年教师培养，也有教学科研、备课、听课等等。通过培训，我对教师这一职业有了全新的理解和体会。培训期间，我有很大的收获。现将自己的心得体会总结如下。</w:t>
      </w:r>
      <w:r>
        <w:rPr>
          <w:lang w:eastAsia="zh-CN"/>
        </w:rPr>
        <w:br/>
      </w:r>
      <w:r>
        <w:rPr>
          <w:lang w:eastAsia="zh-CN"/>
        </w:rPr>
        <w:t>　　最后一场讲座是_老师，他的讲座是《教师激情成长四重奏》，让我了解到如何在平凡的岗位上数十年如一日的保持学习和工作的热情。_老师讲课语言幽默，方法独特，让我在非常愉悦的心境中轻松但充实的度过了三个小时，给这次培训划上了一个圆满的句号。</w:t>
      </w:r>
      <w:r>
        <w:rPr>
          <w:lang w:eastAsia="zh-CN"/>
        </w:rPr>
        <w:br/>
      </w:r>
      <w:r>
        <w:rPr>
          <w:lang w:eastAsia="zh-CN"/>
        </w:rPr>
        <w:t xml:space="preserve">    2024年小学教师培训工作总结 篇6 </w:t>
      </w:r>
      <w:r>
        <w:rPr>
          <w:lang w:eastAsia="zh-CN"/>
        </w:rPr>
        <w:br/>
      </w:r>
      <w:r>
        <w:rPr>
          <w:lang w:eastAsia="zh-CN"/>
        </w:rPr>
        <w:t>　　根据年初指定的教师培训规划，一年来我校领导认真落实规划内容，在县教育局的支持下，我校的教师培训工作取得了较好的成绩，现总结如下。</w:t>
      </w:r>
      <w:r>
        <w:rPr>
          <w:lang w:eastAsia="zh-CN"/>
        </w:rPr>
        <w:br/>
      </w:r>
      <w:r>
        <w:rPr>
          <w:lang w:eastAsia="zh-CN"/>
        </w:rPr>
        <w:t>　　我校领导高度重视教师培训工作，长期坚持以教师的成长和发展作为教师教育的根本出发点和落脚点。首先在时间上和经费上予以保障和支持，我校今年教师培训费用达百分之九以上，高出教师培训经费要求的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我校今年主要开展以校本培训为基础的多种培训，鼓励教师参加继续教育、学术交流、学历提高等多种培训。</w:t>
      </w:r>
      <w:r>
        <w:rPr>
          <w:lang w:eastAsia="zh-CN"/>
        </w:rPr>
        <w:br/>
      </w:r>
      <w:r>
        <w:rPr>
          <w:lang w:eastAsia="zh-CN"/>
        </w:rPr>
        <w:t>　　1、加强班主任培训：良好的教学秩序与良好的学风与班主任的努力分不开，建设一支过硬的班主任队伍是学校的一个工作重点，因此我校高度重视班主任培训工作，开展了班主任工作交流，组织参加了榆林市班主任培训，提高了部分班主任的管理水平。</w:t>
      </w:r>
      <w:r>
        <w:rPr>
          <w:lang w:eastAsia="zh-CN"/>
        </w:rPr>
        <w:br/>
      </w:r>
      <w:r>
        <w:rPr>
          <w:lang w:eastAsia="zh-CN"/>
        </w:rPr>
        <w:t>　　2、加强英语教师的培训：根据县教育局的安排，四到五月份组织我校英语教师参加了英语教师培训，取得了较好的效果，我校英语教师教学水平总体上得到了提高。</w:t>
      </w:r>
      <w:r>
        <w:rPr>
          <w:lang w:eastAsia="zh-CN"/>
        </w:rPr>
        <w:br/>
      </w:r>
      <w:r>
        <w:rPr>
          <w:lang w:eastAsia="zh-CN"/>
        </w:rPr>
        <w:t>　　组织教师开展新课程、新理念的培训，学校积极创造机会让老师出去学习参观，8月份组织我校教师5人去县城学习参观，学习先进的教学经验和管理经验；此外，根据年初指定的规划，开展新理念、新课程、新技术的全员培训，通过培训，使教师树立正确的教育观念，具有良好的职业道德，不断完善知识结构，把握课程改革和教学改革得最新动态，适应新课程标准得要求。</w:t>
      </w:r>
      <w:r>
        <w:rPr>
          <w:lang w:eastAsia="zh-CN"/>
        </w:rPr>
        <w:br/>
      </w:r>
      <w:r>
        <w:rPr>
          <w:lang w:eastAsia="zh-CN"/>
        </w:rPr>
        <w:t>　　我校有一台计算机，组织教师参加计算机操作培训，目前我校教师基本上把握计算机基本知识和操作技能，不同程度地利用计算机进行辅助教学，提高了将信息技术与课程整合的能力。</w:t>
      </w:r>
      <w:r>
        <w:rPr>
          <w:lang w:eastAsia="zh-CN"/>
        </w:rPr>
        <w:br/>
      </w:r>
      <w:r>
        <w:rPr>
          <w:lang w:eastAsia="zh-CN"/>
        </w:rPr>
        <w:t>　　一年来，我校的教师培训工作取得了较好的效果，我们坚持培训与教研、培训与教改相结合理中研修与分散研修相结合，通过培训，教师的教研能力提高了，教学理念加强了，教学方式有了转变，提高了课堂教学效率，今后我们将把这一工作更好的开展下去，为建设一支良好的教师队伍而努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年月，我参加了省农村小学教师“领雁工程”教师培训。这次培训给我们提供了一个再学习、再提高的机会，让我们能聚集在一起相互交流，共同学习，取长补短，共同提高。通过这次培训，收获很多，眼界开阔了，思考问题能站在更高的境界，许多疑问得到了解决或者启发。我们不仅学到了丰富的知识，进一步提高了业务素质。在培训期间，湖州师范学院为我们安排了专题讲座，每一场讲座都好比一份美味大餐，拓展我们的视界，提升我们的'认识。学院还为我们提供了实践机会，学员现场研讨更让我们难忘。学员们多次开展研讨，研讨中没有虚假的恭维，只有真知灼见、真实流露；没有形式上的大话、套话，只有深入思考后的针锋相对。现场研讨，成为思维交锋、不同地域多元教研文化交融的平台。认识，在交流中提升；情感，在交流中深化。</w:t>
      </w:r>
      <w:r>
        <w:rPr>
          <w:lang w:eastAsia="zh-CN"/>
        </w:rPr>
        <w:br/>
      </w:r>
      <w:r>
        <w:rPr>
          <w:lang w:eastAsia="zh-CN"/>
        </w:rPr>
        <w:t>　　这近二个月来的学习，对我既有观念上的洗礼，也有理论上的提高，既有知识上的积淀，也有教学技艺的增长。这是收获丰厚的二个月，也是促进我教学上不断成长的二个月。所以我一次又一次地告诉自己要必须以十二分的干劲和热情努力！</w:t>
      </w:r>
      <w:r>
        <w:rPr>
          <w:lang w:eastAsia="zh-CN"/>
        </w:rPr>
        <w:br/>
      </w:r>
      <w:r>
        <w:rPr>
          <w:lang w:eastAsia="zh-CN"/>
        </w:rPr>
        <w:t>　　随着知识经济时代的到来，信息技术在教育领域广泛运用，“教书匠”式的教师已经不适应时代的需要了，必须具有现代教育观念，并将其运用于教育工作实践，不断思考、摸索，朝着教育家的方向努力。以教师为本的观念应当转为以学生为本，自觉让出主角地位，让学生成为主角，充分相信学生，积极评价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教师除了一方面有丰富的知识外，更多地应具有高尚的道德、情操与人格魅力，教师的言行对学生有直接的影响，教师要通过自身榜样无言的力量教给学生做人道理，教师的价值应体现在道德情操与知识水平、教学能力完善统一上。</w:t>
      </w:r>
      <w:r>
        <w:rPr>
          <w:lang w:eastAsia="zh-CN"/>
        </w:rPr>
        <w:br/>
      </w:r>
      <w:r>
        <w:rPr>
          <w:lang w:eastAsia="zh-CN"/>
        </w:rPr>
        <w:t>　　在现代社会里，必须教育民主化，教师与学生是平等的，教师有尊严、学生也有尊严。每一个学生不管成绩好坏，品德是否有缺陷都有他的尊严，应受到尊重。教师要发自内心地爱学生，努力发现学生多方面的优点，欣赏学生的每一点进步，学生只有感受到老师的爱和尊重，方能愉快地学习，健康的成长。在信息时代，教师很多方面的知识都可能不如学生，那么必须放下架子，与学生建立相互学习的伙伴朋友关系，真诚地向学生学习，教学相长、共同进步。</w:t>
      </w:r>
      <w:r>
        <w:rPr>
          <w:lang w:eastAsia="zh-CN"/>
        </w:rPr>
        <w:br/>
      </w:r>
      <w:r>
        <w:rPr>
          <w:lang w:eastAsia="zh-CN"/>
        </w:rPr>
        <w:t xml:space="preserve">    2024年小学教师培训工作总结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百年大计，教育为本，教育大计，教师为本。”没有高素质的教师队伍，一切高质量教育计划都是空谈。基于这种教育理念，我校的教师培训工作以落实教师专业化这一培训思路。用新的教育思想促进全体教师实现教育专业化的角色的重新定位，在实际培训中，为积极促进我校教师专业素质成长以适应现代教育的步伐，为引导我校教师在今后的转型期间顺利过渡，同时也为巩庄小学教育提供教师后备力量，我校以“促进培养”为手段，开展教师培训工作。我们努力做到领导重视，措施有力，对教师的培训学习给予人力、物力的支持，让每一位教师通过学习提高教学、教育技能。在全体教师的共同努力下，本学年，我校的教师培训工作，取得了较大的发展，现总结如下：</w:t>
      </w:r>
      <w:r>
        <w:rPr>
          <w:lang w:eastAsia="zh-CN"/>
        </w:rPr>
        <w:br/>
      </w:r>
      <w:r>
        <w:rPr>
          <w:lang w:eastAsia="zh-CN"/>
        </w:rPr>
        <w:t>　　一、领导重视，认识到位，制度保证</w:t>
      </w:r>
      <w:r>
        <w:rPr>
          <w:lang w:eastAsia="zh-CN"/>
        </w:rPr>
        <w:br/>
      </w:r>
      <w:r>
        <w:rPr>
          <w:lang w:eastAsia="zh-CN"/>
        </w:rPr>
        <w:t>　　学校领导非常重视教师培训工作，成立了以校长孙克操任组长的教师培训领导小组，加强对教师培训工作的指导，把教师培训作为加强教师队伍建设的重要手段，通过开展教师培训，大力提高教师专业化水平。通过多种形式反馈工作进展情况，对教师产生激励作用。</w:t>
      </w:r>
      <w:r>
        <w:rPr>
          <w:lang w:eastAsia="zh-CN"/>
        </w:rPr>
        <w:br/>
      </w:r>
      <w:r>
        <w:rPr>
          <w:lang w:eastAsia="zh-CN"/>
        </w:rPr>
        <w:t>　　二、提升教师素质，展开培训。</w:t>
      </w:r>
      <w:r>
        <w:rPr>
          <w:lang w:eastAsia="zh-CN"/>
        </w:rPr>
        <w:br/>
      </w:r>
      <w:r>
        <w:rPr>
          <w:lang w:eastAsia="zh-CN"/>
        </w:rPr>
        <w:t>　　1、学校领导根据“学高为师，身正为范”的原则和“内强素质，外树形象”的.要求，制定教师礼仪常规，从教师着装、仪态、</w:t>
      </w:r>
      <w:r>
        <w:rPr>
          <w:lang w:eastAsia="zh-CN"/>
        </w:rPr>
        <w:br/>
      </w:r>
      <w:r>
        <w:rPr>
          <w:lang w:eastAsia="zh-CN"/>
        </w:rPr>
        <w:t>　　仪表、言行等方面对所有教师予以规范指导，很多要求细化到一些有可能被忽略的细节。同时学校要求外出学习、考察培训的教师，回校后利用教师培训时间对全员教师进行培训，传达学习精神。培训可采用作专题讲座、经验交流、讲汇报课等多种形式，产生一人学习，多人受益的效应。</w:t>
      </w:r>
      <w:r>
        <w:rPr>
          <w:lang w:eastAsia="zh-CN"/>
        </w:rPr>
        <w:br/>
      </w:r>
      <w:r>
        <w:rPr>
          <w:lang w:eastAsia="zh-CN"/>
        </w:rPr>
        <w:t>　　2、长期开展师德师风教师培训，通过一系列活动促进教师提升师德修养。</w:t>
      </w:r>
      <w:r>
        <w:rPr>
          <w:lang w:eastAsia="zh-CN"/>
        </w:rPr>
        <w:br/>
      </w:r>
      <w:r>
        <w:rPr>
          <w:lang w:eastAsia="zh-CN"/>
        </w:rPr>
        <w:t>　　3、弘扬“爱和责任”的思想，引导教师把责任和奉献作为“享受”，只有享受生活、享受工作才是“大气”的教师。我校学生以父母外出打工的农村孩子为主，教师不应只关注学生的成绩，更应该关注学生精神成长、成为学生精神成长示范者的“人师”，在工作中心态积极乐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三、教师个性化学习，进行教育新理念培训。</w:t>
      </w:r>
      <w:r>
        <w:rPr>
          <w:lang w:eastAsia="zh-CN"/>
        </w:rPr>
        <w:br/>
      </w:r>
      <w:r>
        <w:rPr>
          <w:lang w:eastAsia="zh-CN"/>
        </w:rPr>
        <w:t>　　1、定期研讨与学习。包括每学期业务学习和各教研组例会。在研讨学习中帮助教师进一步领会课程改革的指导思想、改革目标以及新课程标准所体现的理念，帮助教师了解各学科课程改革的突破点以及对教学的建议，使教师能以此为依据，在对教材进行充分分析和研究的基础上，将理论运用于实践。</w:t>
      </w:r>
      <w:r>
        <w:rPr>
          <w:lang w:eastAsia="zh-CN"/>
        </w:rPr>
        <w:br/>
      </w:r>
      <w:r>
        <w:rPr>
          <w:lang w:eastAsia="zh-CN"/>
        </w:rPr>
        <w:t>　　2、为抓好留守儿童的教育，我校抓住契机，不断研究，大胆尝试，在认真落实国家课程的同时，广泛开展各种兴趣小组、探索具有我校特色的教师课程开发之路。教师课程的开发从另一个方面也促进教师学习，探索一条全新的道路。学校为教师课程开</w:t>
      </w:r>
      <w:r>
        <w:rPr>
          <w:lang w:eastAsia="zh-CN"/>
        </w:rPr>
        <w:br/>
      </w:r>
      <w:r>
        <w:rPr>
          <w:lang w:eastAsia="zh-CN"/>
        </w:rPr>
        <w:t>　　发和实施提供了必要的物质和经费保障，为开发教师教材做好了前期准备工作。通过培训、学习，提高教师对课程的开发、研究能力。加强对课程实施的指导和监控，对教师的备课、上课、作业、辅导学生、检测、评价都有规定。</w:t>
      </w:r>
      <w:r>
        <w:rPr>
          <w:lang w:eastAsia="zh-CN"/>
        </w:rPr>
        <w:br/>
      </w:r>
      <w:r>
        <w:rPr>
          <w:lang w:eastAsia="zh-CN"/>
        </w:rPr>
        <w:t>　　通过以上各种形式的学习，我们的教师培训开阔教师视野，提高教师的素养，促使教师的专业不断发展。总之，在继续教育培训中，努力构建个人、小组、学校三级教师培训体系。通过以老带新、各级各类教研活动的开展、组织自学等多种形式，提高教师的政治思想素质和教育教学能力。</w:t>
      </w:r>
      <w:r>
        <w:rPr>
          <w:lang w:eastAsia="zh-CN"/>
        </w:rPr>
        <w:br/>
      </w:r>
      <w:r>
        <w:rPr>
          <w:lang w:eastAsia="zh-CN"/>
        </w:rPr>
        <w:t xml:space="preserve">    2024年小学教师培训工作总结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今年我有幸参加了云南省中小学教师教育技术能力培训学习。经过学习后，无论在教学和学习的理论水平、计算机操作水平、教育教学的理念、教学和学习过程的设计、开发及评价等方面都有了重要的转变，收获很大，受益匪浅，对现在和今后的教育教学有较大的指导和帮助。现总结如下：</w:t>
      </w:r>
      <w:r>
        <w:rPr>
          <w:lang w:eastAsia="zh-CN"/>
        </w:rPr>
        <w:br/>
      </w:r>
      <w:r>
        <w:rPr>
          <w:lang w:eastAsia="zh-CN"/>
        </w:rPr>
        <w:t>　　1、掌握了教育技术的基本概念、主要理论知识、研究方法，教学媒体选择和使用方法，学习媒体素材的加工和获取方法，掌握了信息检索加工利用方法、授导型和探究型教学设计的模式、教学设计的一般过程(包括前期分析、确定目标、制定策略、选择资源、确立步骤、分析评价)，教学资源与信息化教学资源的基本概念，教学设计的实施与评价反思等。</w:t>
      </w:r>
      <w:r>
        <w:rPr>
          <w:lang w:eastAsia="zh-CN"/>
        </w:rPr>
        <w:br/>
      </w:r>
      <w:r>
        <w:rPr>
          <w:lang w:eastAsia="zh-CN"/>
        </w:rPr>
        <w:t>　　2、提高了信息技术的素养，教育信息技术也是一门科学，更要研究，教师要成为研究者，研究教育教学的规律与教育信息技术的整合，同时，我也认识到教师的成长离不开教育信息技，信息技术使老师面临着如何成长，如何应对新的问题。通过此次培训，让我认识到，学会把信息技术应用在学科教学中能使自己的教学过程条理清晰，直观形象，学生明白易懂，特别是教学流程图让教学过程更加明朗化，为我的教学增添了光彩，使我对课程发展、教育信息技术有了新的认识。认识到教育技术的有效应用对于推进教育信息化、促进教育改革和实施国家课程标准的重要作用，对于优化教学过程、培养创新型人</w:t>
      </w:r>
      <w:r>
        <w:rPr>
          <w:lang w:eastAsia="zh-CN"/>
        </w:rPr>
        <w:br/>
      </w:r>
      <w:r>
        <w:rPr>
          <w:lang w:eastAsia="zh-CN"/>
        </w:rPr>
        <w:t>　　才的重要作用。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3、具备了根据不同的教学任务和学生特点及教学条件有效的设计教学活动的能力，具备了收集、甄别、整合、应用于学科相关的教学资源加以优化教学环境的能力，具备了在教学中对教学资源、学习活动、教学过程进行有效的管理能力。</w:t>
      </w:r>
      <w:r>
        <w:rPr>
          <w:lang w:eastAsia="zh-CN"/>
        </w:rPr>
        <w:br/>
      </w:r>
      <w:r>
        <w:rPr>
          <w:lang w:eastAsia="zh-CN"/>
        </w:rPr>
        <w:t>　　4、本次培训采用网络学习，时间空间灵活，给人轻松自由的选择学习时间带来了方便，特别适合边工作边学习的人。通过在线讨论的方式进行，这一点也给我留下了十分深刻的印象，在线讨论中，不但解决了老师布置任务，而且解决了平时教学中的困惑，以及大家在培训过程中遇到的难点，同一班的互相沟通，成员也可以在全班讨论区发表个人意见。</w:t>
      </w:r>
      <w:r>
        <w:rPr>
          <w:lang w:eastAsia="zh-CN"/>
        </w:rPr>
        <w:br/>
      </w:r>
      <w:r>
        <w:rPr>
          <w:lang w:eastAsia="zh-CN"/>
        </w:rPr>
        <w:t>　　5、学习内容非常实用，从计算机基础操作，如文档编辑，数据的统计处理，演示文稿制作，多媒体素材的获取、加工方法等，如何利用网络搜索信息的方法和技巧，教学设计基本方法等基本技能开始培训，并结合大量中小学实际教学案例，特别是教学各环节的具体设计与处理，Word中的修订功能用于电子作业的批改，E_cel中公式与函数用于成绩统计与分析，上网查找资源和一些软件的学习和使用，又为教师深入开展教科研、更多的获取资料、展示成果提供了帮助。</w:t>
      </w:r>
      <w:r>
        <w:rPr>
          <w:lang w:eastAsia="zh-CN"/>
        </w:rPr>
        <w:br/>
      </w:r>
      <w:r>
        <w:rPr>
          <w:lang w:eastAsia="zh-CN"/>
        </w:rPr>
        <w:t>　　6、矫正了观念的偏颇。以前一提到教育技术能力培训，就把它同信息技术培训等同起来，经过这次培训明白了教育技术是运用各种理论及技术，通过对教与学过程及相关资源的`设计、开发、利用、管理和评价，实现教育教学优化的理论与实践。现代教育技术首先致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于以科学观来考察教学过程的各个环节，运用系统方法分析教学问题和设计教学策略，力求发挥教学系统的整体功能，通过优化教学过程来获得尽可能理想的教学效益。</w:t>
      </w:r>
      <w:r>
        <w:rPr>
          <w:lang w:eastAsia="zh-CN"/>
        </w:rPr>
        <w:br/>
      </w:r>
      <w:r>
        <w:rPr>
          <w:lang w:eastAsia="zh-CN"/>
        </w:rPr>
        <w:t>　　通过自身参实践，对多媒体环境下的信息技术与本学科课程整合的信息化教学设计与课件资源开发的思路和方法及整个过程都有了亲身的体验，对信息技术在教学以及教学管理中的具体运用有了进一步的认识与实践，这是一次实用性非常强的教育技术能力培训，优秀的案例给了我示范，坚实的理论给我教学的动力，把这次培训所学到的新思想、新理念、新技术、新方法带到今后的课堂教学中，提高教学质量、促进每一位学生的发展，这是我培训的目的和收获。</w:t>
      </w:r>
      <w:r>
        <w:rPr>
          <w:lang w:eastAsia="zh-CN"/>
        </w:rPr>
        <w:br/>
      </w:r>
      <w:r>
        <w:rPr>
          <w:lang w:eastAsia="zh-CN"/>
        </w:rPr>
        <w:t>　　总之，通过此次教育技术能力培训，我在备课、上课、辅导以及教育管理方面上有了很大的提高。当然，对教育技术能力的学习才刚刚开始，我会在今后的教育教学中，坚持不懈地研究教育技术，争取在有更大的进步。</w:t>
      </w:r>
      <w:r>
        <w:rPr>
          <w:lang w:eastAsia="zh-CN"/>
        </w:rPr>
        <w:br/>
      </w:r>
      <w:r>
        <w:rPr>
          <w:lang w:eastAsia="zh-CN"/>
        </w:rPr>
        <w:t xml:space="preserve">    2024年小学教师培训工作总结 篇9 </w:t>
      </w:r>
      <w:r>
        <w:rPr>
          <w:lang w:eastAsia="zh-CN"/>
        </w:rPr>
        <w:br/>
      </w:r>
      <w:r>
        <w:rPr>
          <w:lang w:eastAsia="zh-CN"/>
        </w:rPr>
        <w:t>　　20_年全市中小学教师教学技能全员培训于20_年8月1日正式开始,为了重视这次教师学技能培训,我把它作为培养自己良好的学习,锻炼意识,提高综合素质和技能水平,应对各项工作挑战和提高教育教学质量的一项重大措施。</w:t>
      </w:r>
      <w:r>
        <w:rPr>
          <w:lang w:eastAsia="zh-CN"/>
        </w:rPr>
        <w:br/>
      </w:r>
      <w:r>
        <w:rPr>
          <w:lang w:eastAsia="zh-CN"/>
        </w:rPr>
        <w:t>　　一、明确培训目的,充分认识提高自身素质和技能水平的重要性。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我知道,教育要发展就必须需要高素质的人才,教育大业,人才为本;科教兴国,关键在人。当前国内教育发展形势使得人才资源已成为最重要的战略资源,一个国家、一个地方、一所学校加快发展的关键因素在于人才。</w:t>
      </w:r>
      <w:r>
        <w:rPr>
          <w:lang w:eastAsia="zh-CN"/>
        </w:rPr>
        <w:br/>
      </w:r>
      <w:r>
        <w:rPr>
          <w:lang w:eastAsia="zh-CN"/>
        </w:rPr>
        <w:t>　　(2)我经过为期一周的技能培训知道了新课程理念教学提供了崭新的平台,给教师提供了自由伸展的空间,从语文课程标准指出:“学生是学习和发展的主体。语文课程必须根据学生身心发展和语文学习的特点,关注学生的个体养异和不同的学习需求,爱护学生的好奇心、求知欲,充分激发学生的主动意识和进取精神,倡导自主、合作、探索的学习方式。”过去我们常说,要给学生一杯水,教师就必须要有一桶水。通过这次技能培训,使我深深的认识到现课改不仅是给学生一杯水的问题,而是学生如何得到这一杯水的问题,如果老师总觉得自己有“一满桶水”的学问,势必造成学生就是被动的接受者,老师是绝与者,这样的教学必然是“满堂灌”式的,新的课程标准将学生放到了主体地位,学生所得的知识多数情况下应该是自己主动探索结果。叶圣陶先生早就说过,教就是为了达到不需教,假如教师自己占用了课堂的全部时间分析讲解,一点也不给学生留下自我活动的时间,学生怎么享受成功?教师只有在教学中充分发扬民主,而且一切为了学生,直至把课堂也全“主给学生,给学生以尊严,以鼓励,以方法,以胆量,以热情,以成功,才能真正体现学生在课堂中的主体地位。在一周的学习中,上课教师所讲的内容与播放的案例无疑证实了这一点。</w:t>
      </w:r>
      <w:r>
        <w:rPr>
          <w:lang w:eastAsia="zh-CN"/>
        </w:rPr>
        <w:br/>
      </w:r>
      <w:r>
        <w:rPr>
          <w:lang w:eastAsia="zh-CN"/>
        </w:rPr>
        <w:t>　　(3)我们作为一名教师,说到底政治上靠得住、综合素质高、业务能力强是关键,我知道这次技能培训的目的就是为了培养一支综合素质高,业务能力强的高素质教师队伍,努力提高教育教学创新能力,努力提高教育事业发展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(4)当今社会,惟有比别人学得更多,更快,更好,才能保持竞争优势。在知识更新日益加快的今天,如果不及时补充新知识,掌握新技能,拓展新视野,势必丧失竞争优势。我知道形势迫切需要我们每一位教师要不断更新专业知识,更新知识结构,拓宽知识视野,提高专业素养和技能。</w:t>
      </w:r>
      <w:r>
        <w:rPr>
          <w:lang w:eastAsia="zh-CN"/>
        </w:rPr>
        <w:br/>
      </w:r>
      <w:r>
        <w:rPr>
          <w:lang w:eastAsia="zh-CN"/>
        </w:rPr>
        <w:t>　　二、善于学习实践,在提高自身素质上狠下工夫。</w:t>
      </w:r>
      <w:r>
        <w:rPr>
          <w:lang w:eastAsia="zh-CN"/>
        </w:rPr>
        <w:br/>
      </w:r>
      <w:r>
        <w:rPr>
          <w:lang w:eastAsia="zh-CN"/>
        </w:rPr>
        <w:t>　　1.加强学习,善于学习,学习本身就是自我充电、自我提高的过程。重视学习、善于学生是一个事业成功的重要法宝。多读一些书,多思考一些问题,多增长一些知识,从而提高增强新形势下做好教育教学工作的能力。平时,要虚心学习他人,海纳百川、有容乃大,我要敞开心胸,向他人学习、借监,善于和敢于向与观点不一致的人学习,取长补短,为我所用,营造一个有利于自身进步的良好环境。</w:t>
      </w:r>
      <w:r>
        <w:rPr>
          <w:lang w:eastAsia="zh-CN"/>
        </w:rPr>
        <w:br/>
      </w:r>
      <w:r>
        <w:rPr>
          <w:lang w:eastAsia="zh-CN"/>
        </w:rPr>
        <w:t>　　2、学习重在应用,通过这次技能培训,我把学到的东西“见于文章”,这不仅是达到学习目的前一半,还要“施之事业”,应用到教学实践中去,这是更重要的后一半,我不仅要能论事,把事情的来龙去脉弄清楚,还要坚持理论联系实际,把各项工作做成、做实、把教育教学工作不断推向前进。</w:t>
      </w:r>
      <w:r>
        <w:rPr>
          <w:lang w:eastAsia="zh-CN"/>
        </w:rPr>
        <w:br/>
      </w:r>
      <w:r>
        <w:rPr>
          <w:lang w:eastAsia="zh-CN"/>
        </w:rPr>
        <w:t>　　3、中以这次学习为新的起点。不断探索。“学不可以已”,学习贵在持之以恒。学以致用是一个动态的过程,只有学习上的不断进步,才可能在实践中不断开拓进取,否则,事业的进步也将是无源之水,正如“学如逆水行舟,不进则退”这个道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4、是要加强实践锻炼、不断提高工作能力,实践锻炼是提高人才素质、增强工作能力的重要途径,我要敢于在实践中去解决问题,这样才能积累经验、增强智慧和提升胆量,在教学实践中提高业务能力,提高专业水平。</w:t>
      </w:r>
      <w:r>
        <w:rPr>
          <w:lang w:eastAsia="zh-CN"/>
        </w:rPr>
        <w:br/>
      </w:r>
      <w:r>
        <w:rPr>
          <w:lang w:eastAsia="zh-CN"/>
        </w:rPr>
        <w:t>　　总之,在新课程的语文教学中还出现了许多值得思考的问题,如在新理念下如何体现语文学科的特点,语文课堂实践活动如何开展才有效等,这些都需要在教学中不断探索,不断认识,及时总结反思,再到实践中去完善提高。</w:t>
      </w:r>
      <w:r>
        <w:rPr>
          <w:lang w:eastAsia="zh-CN"/>
        </w:rPr>
        <w:br/>
      </w:r>
      <w:r>
        <w:rPr>
          <w:lang w:eastAsia="zh-CN"/>
        </w:rPr>
        <w:t xml:space="preserve">    2024年小学教师培训工作总结 篇10 </w:t>
      </w:r>
      <w:r>
        <w:rPr>
          <w:lang w:eastAsia="zh-CN"/>
        </w:rPr>
        <w:br/>
      </w:r>
      <w:r>
        <w:rPr>
          <w:lang w:eastAsia="zh-CN"/>
        </w:rPr>
        <w:t>　　一、反思日记</w:t>
      </w:r>
      <w:r>
        <w:rPr>
          <w:lang w:eastAsia="zh-CN"/>
        </w:rPr>
        <w:br/>
      </w:r>
      <w:r>
        <w:rPr>
          <w:lang w:eastAsia="zh-CN"/>
        </w:rPr>
        <w:t>　　要加快新教师的成长步伐，就必须以教育教学理论为指导，结合理论反思自己的实践，在反思中真正做到理论联系实际，在实践中不断总结与升华自己的理论水平和实践能力，不断提高自己的教育教学水平。</w:t>
      </w:r>
      <w:r>
        <w:rPr>
          <w:lang w:eastAsia="zh-CN"/>
        </w:rPr>
        <w:br/>
      </w:r>
      <w:r>
        <w:rPr>
          <w:lang w:eastAsia="zh-CN"/>
        </w:rPr>
        <w:t>　　教学反思不是一般意义上的“回顾”，而是反省、思考、探索和解决教育教学过程中各个方面存在的问题。如果一个教师仅仅满足于获得经验而不对经验进行深入的思考，他将永远不会上升到一定的理论高度，只能做一个“教书匠”，而不可能成为教育专家。</w:t>
      </w:r>
      <w:r>
        <w:rPr>
          <w:lang w:eastAsia="zh-CN"/>
        </w:rPr>
        <w:br/>
      </w:r>
      <w:r>
        <w:rPr>
          <w:lang w:eastAsia="zh-CN"/>
        </w:rPr>
        <w:t>　　二、观摩分析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教师相互观摩彼此的课并描述他们所观察到的情景，随后与其他教师相互交换。个人的知识毕竟有限，只有不断地学习别人的先进经验，才能得到不断的充实和提高。新教师都缺乏教学经验，而教学经验又是搞好教学所必需的。因此，尽可能多向别人学习，吸取他人的经验，弥补自己之短。在我校通过师徒结对子的形式，让新教师多听一些富有教学经验和讲课艺术性强的老师的课，把先进的教学方法、处理教材的艺术和心得体会学到手，融会到自己的教学中去。</w:t>
      </w:r>
      <w:r>
        <w:rPr>
          <w:lang w:eastAsia="zh-CN"/>
        </w:rPr>
        <w:br/>
      </w:r>
      <w:r>
        <w:rPr>
          <w:lang w:eastAsia="zh-CN"/>
        </w:rPr>
        <w:t>　　三、刻苦钻研</w:t>
      </w:r>
      <w:r>
        <w:rPr>
          <w:lang w:eastAsia="zh-CN"/>
        </w:rPr>
        <w:br/>
      </w:r>
      <w:r>
        <w:rPr>
          <w:lang w:eastAsia="zh-CN"/>
        </w:rPr>
        <w:t>　　搞好教学工作，教师需有扎实基本功。俗话说得好：打铁先得自身硬。对新教师来说，刻苦钻研，炼就一身过硬的本领是根本。</w:t>
      </w:r>
      <w:r>
        <w:rPr>
          <w:lang w:eastAsia="zh-CN"/>
        </w:rPr>
        <w:br/>
      </w:r>
      <w:r>
        <w:rPr>
          <w:lang w:eastAsia="zh-CN"/>
        </w:rPr>
        <w:t>　　1、深钻课程标准及教材</w:t>
      </w:r>
      <w:r>
        <w:rPr>
          <w:lang w:eastAsia="zh-CN"/>
        </w:rPr>
        <w:br/>
      </w:r>
      <w:r>
        <w:rPr>
          <w:lang w:eastAsia="zh-CN"/>
        </w:rPr>
        <w:t>　　课程标准是新一轮课程改革理念、目标、内容的具体体现，是教师教学的依据，只有深入钻研新课标，才能明确教学目标，恰如其分地掌握知识深度，同时要吃透课标对知识的限定范围，以便胸有成竹地把握好知识的广度。</w:t>
      </w:r>
      <w:r>
        <w:rPr>
          <w:lang w:eastAsia="zh-CN"/>
        </w:rPr>
        <w:br/>
      </w:r>
      <w:r>
        <w:rPr>
          <w:lang w:eastAsia="zh-CN"/>
        </w:rPr>
        <w:t>　　2、悉心备课</w:t>
      </w:r>
      <w:r>
        <w:rPr>
          <w:lang w:eastAsia="zh-CN"/>
        </w:rPr>
        <w:br/>
      </w:r>
      <w:r>
        <w:rPr>
          <w:lang w:eastAsia="zh-CN"/>
        </w:rPr>
        <w:t>　　备好课是上好课的首要环节。备课在备教材的同时，关键是备教法。只有在教法上狠下功夫，教学才能成效显著。现代教学的标志是：教学的重心由教师转向学生，由书本转向经验，由课堂转向活动。教师教的目的是调动学生学习的积极性和思维活动。在教学目标确定方面，要充分体现对不同年级的学生在知识与技能、过程与方法、情感态度与价值观等方面的不同要求。要充分发挥新教师计算机知识丰富的自身优势，大胆探索基于网络环境下的自主学习。备课要注重学生的个别差异研究，不同学生的学习难点往往不同，只有有的放矢，才能收到实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xml:space="preserve">    2024年小学教师培训工作总结 篇11 </w:t>
      </w:r>
      <w:r>
        <w:rPr>
          <w:lang w:eastAsia="zh-CN"/>
        </w:rPr>
        <w:br/>
      </w:r>
      <w:r>
        <w:rPr>
          <w:lang w:eastAsia="zh-CN"/>
        </w:rPr>
        <w:t>　　紧张而又忙碌的一学期教学工作已拉下了帷幕。空闲下来细细品味这一学期教学工作的得与失，我深深感受到一份耕耘一份收获，当然免不了有些遗憾。我知道教育终究是一门遗憾的艺术，所以不禁提笔写下点什么以促进今后的教学更加完善是及其重要的。现将本学期学习工作总结如下：</w:t>
      </w:r>
      <w:r>
        <w:rPr>
          <w:lang w:eastAsia="zh-CN"/>
        </w:rPr>
        <w:br/>
      </w:r>
      <w:r>
        <w:rPr>
          <w:lang w:eastAsia="zh-CN"/>
        </w:rPr>
        <w:t>　　首先谈谈本学期我具体做了哪些工作吧!本学期我主要担任五、六年级的科学教学工作。小学科学课是以培养学生科学素养为宗旨的科学启蒙课程，越来越受到各界的重视，我深知自己肩上的担子的重要性，并下定决心推进我校科学教育的发展。我知道，要想提高教学质量，对我一个刚毕业的老师来说，有一定难度。俗话说：“研在课前、探在课中、思在课后”，我一直用这句话来勉励自己，严格要求自己，精心设计每一节课，尽量使教学工作更加完善。</w:t>
      </w:r>
      <w:r>
        <w:rPr>
          <w:lang w:eastAsia="zh-CN"/>
        </w:rPr>
        <w:br/>
      </w:r>
      <w:r>
        <w:rPr>
          <w:lang w:eastAsia="zh-CN"/>
        </w:rPr>
        <w:t>　　一、本学期教学方面的学习工作：</w:t>
      </w:r>
      <w:r>
        <w:rPr>
          <w:lang w:eastAsia="zh-CN"/>
        </w:rPr>
        <w:br/>
      </w:r>
      <w:r>
        <w:rPr>
          <w:lang w:eastAsia="zh-CN"/>
        </w:rPr>
        <w:t>　　1、课前准备：课前认真钻研教材，分析重点、难点，掌握知识的逻辑，然后做好幻灯片、备好课，做最充分的准备，将最好的一面展示给学生。</w:t>
      </w:r>
      <w:r>
        <w:rPr>
          <w:lang w:eastAsia="zh-CN"/>
        </w:rPr>
        <w:br/>
      </w:r>
      <w:r>
        <w:rPr>
          <w:lang w:eastAsia="zh-CN"/>
        </w:rPr>
        <w:t>　　2、了解上课状况：我会根据每节课的的情况，了解学生是否掌握了难点重点，是否积极参与了课堂，在学习中所遇到的困难有没有及时解决，并有效地对个别学生进行引导。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3、研究教学方法：作为刚毕业的老师，没有教学经验，我困惑了，所以我知道我还要不断的努力，听有经验的老教师的课，吸取他们的经验，多学一些教学方法，以便促进课堂质量。</w:t>
      </w:r>
      <w:r>
        <w:rPr>
          <w:lang w:eastAsia="zh-CN"/>
        </w:rPr>
        <w:br/>
      </w:r>
      <w:r>
        <w:rPr>
          <w:lang w:eastAsia="zh-CN"/>
        </w:rPr>
        <w:t>　　4、热爱学生：如果说一个老师都不喜欢自己的学生，那他就不配当老师。认真、平等对待每一个学生，关注每一个学生，让每个学生都优秀起来，也是我们最近常培训的内容。所有人都渴望得到别人的理解和尊重，每一个学生也一样，他们希望得到老师的理解和尊重。</w:t>
      </w:r>
      <w:r>
        <w:rPr>
          <w:lang w:eastAsia="zh-CN"/>
        </w:rPr>
        <w:br/>
      </w:r>
      <w:r>
        <w:rPr>
          <w:lang w:eastAsia="zh-CN"/>
        </w:rPr>
        <w:t>　　5、不断学习、不断进步、积极参加聂校长的培训，从而更努力地完善自己。</w:t>
      </w:r>
      <w:r>
        <w:rPr>
          <w:lang w:eastAsia="zh-CN"/>
        </w:rPr>
        <w:br/>
      </w:r>
      <w:r>
        <w:rPr>
          <w:lang w:eastAsia="zh-CN"/>
        </w:rPr>
        <w:t>　　二、培训学习总结：</w:t>
      </w:r>
      <w:r>
        <w:rPr>
          <w:lang w:eastAsia="zh-CN"/>
        </w:rPr>
        <w:br/>
      </w:r>
      <w:r>
        <w:rPr>
          <w:lang w:eastAsia="zh-CN"/>
        </w:rPr>
        <w:t>　　本学期培训的主要内容是《课堂改革》、《如何阅读一本书》、《教育机智》等。</w:t>
      </w:r>
      <w:r>
        <w:rPr>
          <w:lang w:eastAsia="zh-CN"/>
        </w:rPr>
        <w:br/>
      </w:r>
      <w:r>
        <w:rPr>
          <w:lang w:eastAsia="zh-CN"/>
        </w:rPr>
        <w:t>　　《课堂改革——如何让我们在教学方面有突飞猛进的变化，以前的教学模式都是老师教学生，老师教什么，学生学什么。由于时代的发展，教学模式改为当前的如何让学生自己学习，也就是说老师教学生部难，但是若要老师教会学生如何学习，有一定难度，所以聂校长抽下午休息时间给我们做简单培训，归纳几点教学过程出现的问题，并对方法给予指点。</w:t>
      </w:r>
      <w:r>
        <w:rPr>
          <w:lang w:eastAsia="zh-CN"/>
        </w:rPr>
        <w:br/>
      </w:r>
      <w:r>
        <w:rPr>
          <w:lang w:eastAsia="zh-CN"/>
        </w:rPr>
        <w:t>　　《如何阅读一本书——教会我们如何阅读，如何享受在书中感受到的乐趣。</w:t>
      </w:r>
      <w:r>
        <w:rPr>
          <w:lang w:eastAsia="zh-CN"/>
        </w:rPr>
        <w:br/>
      </w:r>
      <w:r>
        <w:rPr>
          <w:lang w:eastAsia="zh-CN"/>
        </w:rPr>
        <w:t>　　《教育机智》——眼神、抚摸、交谈、洞察，都是我们在教学中遇到最头疼的问题------如何与学生恰当相处。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久旱逢甘霖，聂校长总是在我们最需要什么的时候，带给我们意想不到的礼物。当然人无完人、金无足赤。我还得不断地学习，更加的努力，争取成为最优秀的。</w:t>
      </w:r>
      <w:r>
        <w:rPr>
          <w:lang w:eastAsia="zh-CN"/>
        </w:rPr>
        <w:br/>
      </w:r>
      <w:r>
        <w:rPr>
          <w:lang w:eastAsia="zh-CN"/>
        </w:rPr>
        <w:t xml:space="preserve">    2024年小学教师培训工作总结 篇12 </w:t>
      </w:r>
      <w:r>
        <w:rPr>
          <w:lang w:eastAsia="zh-CN"/>
        </w:rPr>
        <w:br/>
      </w:r>
      <w:r>
        <w:rPr>
          <w:lang w:eastAsia="zh-CN"/>
        </w:rPr>
        <w:t>　　本学期根据计划完成了以下工作：</w:t>
      </w:r>
      <w:r>
        <w:rPr>
          <w:lang w:eastAsia="zh-CN"/>
        </w:rPr>
        <w:br/>
      </w:r>
      <w:r>
        <w:rPr>
          <w:lang w:eastAsia="zh-CN"/>
        </w:rPr>
        <w:t>　　1、每位教师完成了自己的新学期规划。</w:t>
      </w:r>
      <w:r>
        <w:rPr>
          <w:lang w:eastAsia="zh-CN"/>
        </w:rPr>
        <w:br/>
      </w:r>
      <w:r>
        <w:rPr>
          <w:lang w:eastAsia="zh-CN"/>
        </w:rPr>
        <w:t>　　2、完成骨干教师论坛活动，杨丽娜老师用学习设计备课，上了一堂数学课，所有教师参与评课。</w:t>
      </w:r>
      <w:r>
        <w:rPr>
          <w:lang w:eastAsia="zh-CN"/>
        </w:rPr>
        <w:br/>
      </w:r>
      <w:r>
        <w:rPr>
          <w:lang w:eastAsia="zh-CN"/>
        </w:rPr>
        <w:t>　　3、围绕温馨教室的建设，进行了班主任论坛活动。</w:t>
      </w:r>
      <w:r>
        <w:rPr>
          <w:lang w:eastAsia="zh-CN"/>
        </w:rPr>
        <w:br/>
      </w:r>
      <w:r>
        <w:rPr>
          <w:lang w:eastAsia="zh-CN"/>
        </w:rPr>
        <w:t>　　4、继续一节课活动。</w:t>
      </w:r>
      <w:r>
        <w:rPr>
          <w:lang w:eastAsia="zh-CN"/>
        </w:rPr>
        <w:br/>
      </w:r>
      <w:r>
        <w:rPr>
          <w:lang w:eastAsia="zh-CN"/>
        </w:rPr>
        <w:t>　　5、教务对新聘教师进行了推门课活动，指导新教师提高教学水平。</w:t>
      </w:r>
      <w:r>
        <w:rPr>
          <w:lang w:eastAsia="zh-CN"/>
        </w:rPr>
        <w:br/>
      </w:r>
      <w:r>
        <w:rPr>
          <w:lang w:eastAsia="zh-CN"/>
        </w:rPr>
        <w:t>　　本学期获得的经验是：教师的专业成长需要搭建平台。</w:t>
      </w:r>
      <w:r>
        <w:rPr>
          <w:lang w:eastAsia="zh-CN"/>
        </w:rPr>
        <w:br/>
      </w:r>
      <w:r>
        <w:rPr>
          <w:lang w:eastAsia="zh-CN"/>
        </w:rPr>
        <w:t>　　一直以来都说要对教师进行专业素养的培训，但是到底怎样培训呢?光说理论内容，已经没有老师要听了，因为老师自己能学习理论知识，他们获得新理念的渠道也很多，需要的是给老师一个怎么样的培训平台?</w:t>
      </w:r>
      <w:r>
        <w:rPr>
          <w:lang w:eastAsia="zh-CN"/>
        </w:rPr>
        <w:br/>
      </w:r>
      <w:r>
        <w:rPr>
          <w:lang w:eastAsia="zh-CN"/>
        </w:rPr>
        <w:t>　　反思本学期工作，觉得老师能够给老师搭建平台进行培训是行之有效的一种方式：</w:t>
      </w:r>
      <w:r>
        <w:rPr>
          <w:lang w:eastAsia="zh-CN"/>
        </w:rPr>
        <w:br/>
      </w:r>
      <w:r>
        <w:rPr>
          <w:lang w:eastAsia="zh-CN"/>
        </w:rPr>
        <w:t>　　1、临场指导，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本学期我们进行了推门课针对三年级的学习设计备课方案予以指导，使其教师在教学上有了很大提高。已经开展了几次名师论坛活动，每次管理论坛都是写自己的管理案例和得失，但是本次论坛给每位教导一堂课，同时要在全校教师面前进行评课，这就督促每位参与者能够去学习，去研究课堂，把培训与课堂教学有机融合。</w:t>
      </w:r>
      <w:r>
        <w:rPr>
          <w:lang w:eastAsia="zh-CN"/>
        </w:rPr>
        <w:br/>
      </w:r>
      <w:r>
        <w:rPr>
          <w:lang w:eastAsia="zh-CN"/>
        </w:rPr>
        <w:t>　　2、一节课活动也是教研组的一次活动展示。</w:t>
      </w:r>
      <w:r>
        <w:rPr>
          <w:lang w:eastAsia="zh-CN"/>
        </w:rPr>
        <w:br/>
      </w:r>
      <w:r>
        <w:rPr>
          <w:lang w:eastAsia="zh-CN"/>
        </w:rPr>
        <w:t>　　经过几年的一节课活动它已经不再成为一个人的事情，而是整个备课组，甚至是教研组共同的事情，大家真心想帮助青年教师成功，在这期间，也提高了自己的对教材的理解能力，提高了自己对教材的解读和课堂把我能力。一名青年教师能够在全校教师面前上好一堂课，这也是这个备课组和教研组活动的成果。需要改进之处：</w:t>
      </w:r>
      <w:r>
        <w:rPr>
          <w:lang w:eastAsia="zh-CN"/>
        </w:rPr>
        <w:br/>
      </w:r>
      <w:r>
        <w:rPr>
          <w:lang w:eastAsia="zh-CN"/>
        </w:rPr>
        <w:t>　　鉴于私立学校青年教师比较多，发展不平衡，有的青年教师已经比较成熟，能够独当一面，但是有的还需要关心。但是由于学校的具体情况对青年教师的关心还不够，还缺少一种手把手教的方法，使她们能够真正理解平时教学中遇到的问题应该怎样解决。</w:t>
      </w:r>
      <w:r>
        <w:rPr>
          <w:lang w:eastAsia="zh-CN"/>
        </w:rPr>
        <w:br/>
      </w:r>
      <w:r>
        <w:rPr>
          <w:lang w:eastAsia="zh-CN"/>
        </w:rPr>
        <w:t xml:space="preserve">    2024年小学教师培训工作总结 篇13 </w:t>
      </w:r>
      <w:r>
        <w:rPr>
          <w:lang w:eastAsia="zh-CN"/>
        </w:rPr>
        <w:br/>
      </w:r>
      <w:r>
        <w:rPr>
          <w:lang w:eastAsia="zh-CN"/>
        </w:rPr>
        <w:t>　　在校领导的高度重视和关心下，在全体教师的大力支持和配合下，我们坚持以科学发展观为指导，以提升学校核心竞争力为重点，以校本研修为基础，遵循教师成长的规律，引领教师专业发展，继续贯彻“研、训、教”一体化的原则，发扬开拓进取的精神，推进学校均衡发展、内涵发展、可持续发展。现结合工作具体总结如下：</w:t>
      </w:r>
      <w:r>
        <w:rPr>
          <w:lang w:eastAsia="zh-CN"/>
        </w:rPr>
        <w:br/>
      </w:r>
      <w:r>
        <w:rPr>
          <w:lang w:eastAsia="zh-CN"/>
        </w:rPr>
        <w:t>　　一、以师德师风建设为抓手促进研修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培养、提升教师素质的途径是多方面的，而师德师风建设是一切培训的基础。学校开展了“师德师风建设”系列活动：利用政治学习时间，组织教师学习各种法规;利用学校网络，组织讨论，谈感想、谈体会;组织大家进行了征文活动。</w:t>
      </w:r>
      <w:r>
        <w:rPr>
          <w:lang w:eastAsia="zh-CN"/>
        </w:rPr>
        <w:br/>
      </w:r>
      <w:r>
        <w:rPr>
          <w:lang w:eastAsia="zh-CN"/>
        </w:rPr>
        <w:t>　　二、分层次、有重点地进行研修</w:t>
      </w:r>
      <w:r>
        <w:rPr>
          <w:lang w:eastAsia="zh-CN"/>
        </w:rPr>
        <w:br/>
      </w:r>
      <w:r>
        <w:rPr>
          <w:lang w:eastAsia="zh-CN"/>
        </w:rPr>
        <w:t>　　我校已有现代教育技术设施，而要充分发挥其功能，关键在于教师，在于教师是否有先进的教学理念，否则，用现代化的设施进行传统的教学会给教育带来重大损失。为此，我们组织教师进行了“现代教育技术”的培训，帮助教师懂得信息技术对课程教学的支持作用，理解教育技术应用的多样性，使教师能综合应用各种技术资源创设高效学习环境，在真正意义上实现信息技术与课程的有效整合。</w:t>
      </w:r>
      <w:r>
        <w:rPr>
          <w:lang w:eastAsia="zh-CN"/>
        </w:rPr>
        <w:br/>
      </w:r>
      <w:r>
        <w:rPr>
          <w:lang w:eastAsia="zh-CN"/>
        </w:rPr>
        <w:t>　　由教导处牵头，细化落实，重点开展“青年教师、骨干教师、教研组长、班主任”四支队伍的培训工程，并积极挖掘骨干教师的引领作用。每位骨干教师都能上一堂以“加强课堂教学的自主监控”为主题的示范课，开设一次以“如何减轻小学生的课业负担，真正做到减负增效”为主题的讲座。</w:t>
      </w:r>
      <w:r>
        <w:rPr>
          <w:lang w:eastAsia="zh-CN"/>
        </w:rPr>
        <w:br/>
      </w:r>
      <w:r>
        <w:rPr>
          <w:lang w:eastAsia="zh-CN"/>
        </w:rPr>
        <w:t>　　三、在课堂教学实践中进行培训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先进的教学理念才能真正被教师内化并转化成教师的教学行为，必须在课堂教学的实践中才能得以实现。我们以“提高课堂教学有效性”为主题，开展了系列教学研讨活动，由骨干教师在校级层面上开课，起到一个引领的作用;再由骨干教师为老师们开设讲座，从理论的高度帮助老师们认识提高课堂教学有效性的意义、途径等;最后全体老师在备课组内进行教学展示，落实这一主题，并能在课后进行组内研讨活动，听课教师针对课堂都做详尽的评课，进一步提升了教师的听课、评课的能力。</w:t>
      </w:r>
      <w:r>
        <w:rPr>
          <w:lang w:eastAsia="zh-CN"/>
        </w:rPr>
        <w:br/>
      </w:r>
      <w:r>
        <w:rPr>
          <w:lang w:eastAsia="zh-CN"/>
        </w:rPr>
        <w:t>　　教师的培训工作是一项长期的工作，今后我校将继续做好以上工作的基础上，继续探索“考、教、研、训”机制，让师训工作更扎实地融入到学校的各项工作中，实现以教师良性发展推进学校工作的健康、持续地发展。</w:t>
      </w:r>
      <w:r>
        <w:rPr>
          <w:lang w:eastAsia="zh-CN"/>
        </w:rPr>
        <w:br/>
      </w:r>
      <w:r>
        <w:rPr>
          <w:lang w:eastAsia="zh-CN"/>
        </w:rPr>
        <w:t xml:space="preserve">    2024年小学教师培训工作总结 篇14 </w:t>
      </w:r>
      <w:r>
        <w:rPr>
          <w:lang w:eastAsia="zh-CN"/>
        </w:rPr>
        <w:br/>
      </w:r>
      <w:r>
        <w:rPr>
          <w:lang w:eastAsia="zh-CN"/>
        </w:rPr>
        <w:t>　　美好的时间总是过得很快，信息技术应用能力的提升活动已经结束。在这段时间里，我有幸成为本次教师信息技术应用能力提升小学语文2坊的一员，这也给我提供了这个再学习、再提高的机会。我克服了工作和学习之间的时间冲突，合理安排时间，按时登录平台学习，积极参加YY的答疑活动，感受省管老师工作的真诚，感受授课教师的风采，聆听他们耐心的解惑和真诚的传授，使我特别的感动。</w:t>
      </w:r>
      <w:r>
        <w:rPr>
          <w:lang w:eastAsia="zh-CN"/>
        </w:rPr>
        <w:br/>
      </w:r>
      <w:r>
        <w:rPr>
          <w:lang w:eastAsia="zh-CN"/>
        </w:rPr>
        <w:t>　　这次国培给我的感觉是全新的：足不出户，就能聆听专家的讲授，与同行交流讨论。这段研修的历程，有压力，更有收获。专家的教育教学理念、人格魅力和治学精神深深地印在我的心中。他们所讲内容深刻独到、旁征博引、通俗易懂、生动有趣、发人深省。培训中，老师一方面要求我们以超脱姿态，踏实前行，坚持遵循教育规律，研究教育手段新思路；另一方面也要求我们自觉培养自学发展意识，力求适应现代教育技术的要求，促进学校的信息技术教学上新的台阶。通过深入学习，下面谈一谈这次培训学习的一些感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一、深入掌握Flash课件制作技巧</w:t>
      </w:r>
      <w:r>
        <w:rPr>
          <w:lang w:eastAsia="zh-CN"/>
        </w:rPr>
        <w:br/>
      </w:r>
      <w:r>
        <w:rPr>
          <w:lang w:eastAsia="zh-CN"/>
        </w:rPr>
        <w:t>　　通过两天学习Flash，使我对Flash的动画制作有了比较深入的了解，了解动画原理，了解帧与层的概念，通过多个简单的动画制作实例，为我以后的学习打下基础。此次培训，老师从浅入深，从基本的概念理解开始，以实例入手，给我印象深刻的知识点是音乐的播放与停止、遮罩层的使用、动画制作等技巧。这些技巧的应用，将大大提高我今后制作课件的水平及效率，学就能用，真是“踏破铁鞋无觅处，得来全不费工夫”！</w:t>
      </w:r>
      <w:r>
        <w:rPr>
          <w:lang w:eastAsia="zh-CN"/>
        </w:rPr>
        <w:br/>
      </w:r>
      <w:r>
        <w:rPr>
          <w:lang w:eastAsia="zh-CN"/>
        </w:rPr>
        <w:t>　　二、初步学会电子白板的使用与管理</w:t>
      </w:r>
      <w:r>
        <w:rPr>
          <w:lang w:eastAsia="zh-CN"/>
        </w:rPr>
        <w:br/>
      </w:r>
      <w:r>
        <w:rPr>
          <w:lang w:eastAsia="zh-CN"/>
        </w:rPr>
        <w:t>　　原来我对电子白板的认识几乎无从下手，其中一个原因是我校并没有这些设备，但通过这次学习，我才明白：交互式电子白板就是集传统的黑板，计算机，投影仪等多种功能于一身的新兴的多媒体教学设备。作为教师的我们，首先就是要学习好电子白板的使用方法和技巧，才能学以致用，真正地发挥它强大的功能。</w:t>
      </w:r>
      <w:r>
        <w:rPr>
          <w:lang w:eastAsia="zh-CN"/>
        </w:rPr>
        <w:br/>
      </w:r>
      <w:r>
        <w:rPr>
          <w:lang w:eastAsia="zh-CN"/>
        </w:rPr>
        <w:t xml:space="preserve">    2024年小学教师培训工作总结 篇15 </w:t>
      </w:r>
      <w:r>
        <w:rPr>
          <w:lang w:eastAsia="zh-CN"/>
        </w:rPr>
        <w:br/>
      </w:r>
      <w:r>
        <w:rPr>
          <w:lang w:eastAsia="zh-CN"/>
        </w:rPr>
        <w:t>　　一、更新理念，明确目标。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我校将教师校本培训工作列为学校工作中的重要任务，充分认识到全面实施教师校本培训是更新教师知识结构，转变教师教育理念，提高教师业务素质的重要举措。为了更好地落实学校教师队伍建设和校本培训三至五年工作思路，在开学初特制定我校教师校本培训工作计划，在计划中规定培训内容及形式，落实措施保障，明确校本培训目标。学校领导高度重视教师校本培训，并成立专门的领导小组，确保教师校本培训工作扎实、有效地开展。</w:t>
      </w:r>
      <w:r>
        <w:rPr>
          <w:lang w:eastAsia="zh-CN"/>
        </w:rPr>
        <w:br/>
      </w:r>
      <w:r>
        <w:rPr>
          <w:lang w:eastAsia="zh-CN"/>
        </w:rPr>
        <w:t>　　二、狠抓常规，注重落实。</w:t>
      </w:r>
      <w:r>
        <w:rPr>
          <w:lang w:eastAsia="zh-CN"/>
        </w:rPr>
        <w:br/>
      </w:r>
      <w:r>
        <w:rPr>
          <w:lang w:eastAsia="zh-CN"/>
        </w:rPr>
        <w:t>　　为了更好地开展校本培训工作，学校要求全体教师必须参与校本教研，以教研组为单位，同时设立备课组，为了整体提高全体教师的三项基本功，我校于本学年着后重于训练教师的三项基本功，定于每周三的这个时间进行集中研讨和培训。教研组每周四进行研讨，组织教师集中培训首先做到了“三定”和“三查”：即在每次培训前定时间，定内容，定主讲人，培训时查出勤、查记录、查反思，从制度上保证了培训的严肃性和重要性。同时各教研组根据教师们对学习内容的需要，在开学初广泛征求教师的意见，有针对性的安排培训内容，确保内容是教师们需要的能在教学中产生实效的东西，避免了吃力不讨好的现象，确保内容的实效性。为了加大教学常规管理，学校行政分别下到各教研组、年级组具体指导。教导处进行随堂听课，不定时检查教师的备课、上课和作业批改情况，同时要求各教研组长经常深入各班听课，评课，参与各备课组的教学研讨活动。</w:t>
      </w:r>
      <w:r>
        <w:rPr>
          <w:lang w:eastAsia="zh-CN"/>
        </w:rPr>
        <w:br/>
      </w:r>
      <w:r>
        <w:rPr>
          <w:lang w:eastAsia="zh-CN"/>
        </w:rPr>
        <w:t>　　三、强化管理，创新模式。</w:t>
      </w:r>
      <w:r>
        <w:rPr>
          <w:lang w:eastAsia="zh-CN"/>
        </w:rPr>
        <w:br/>
      </w:r>
      <w:r>
        <w:rPr>
          <w:lang w:eastAsia="zh-CN"/>
        </w:rPr>
        <w:t>　　教师校本培训工作，是学校管理工作中的一个永恒主题，同时又是一个系统工程，强化管理，确保措施到位十分关键。本年度突出以下培训重点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一是突出对新课程内容的培训。随着新课程改革的不断深入和发展，教师的自身素质面临着前所未有的挑战。为此，我们每个教育工作者都必须认真扎实地学好新课改理论，提高对新课改的认识，转变教育教学理念，改变教学行为。课程改变学生的学习方式，同时也将改变教师的教学方式。为此，我们这个学期对青年教师们进行了大量的新课程培训，学习新课标，进行教材解读。</w:t>
      </w:r>
      <w:r>
        <w:rPr>
          <w:lang w:eastAsia="zh-CN"/>
        </w:rPr>
        <w:br/>
      </w:r>
      <w:r>
        <w:rPr>
          <w:lang w:eastAsia="zh-CN"/>
        </w:rPr>
        <w:t>　　二突出教师三笔字的培训。为了整体提高我校教师的素质，本学年我们着重培训教师的三笔字，学习三笔字的各种理论的同时，要求全体教师多多学习各种书法，通过一学年的训练，全体教师整体的三笔字有了一个很好地提高。</w:t>
      </w:r>
      <w:r>
        <w:rPr>
          <w:lang w:eastAsia="zh-CN"/>
        </w:rPr>
        <w:br/>
      </w:r>
      <w:r>
        <w:rPr>
          <w:lang w:eastAsia="zh-CN"/>
        </w:rPr>
        <w:t>　　三是采取“走出去，请进来”的灵活培训形式</w:t>
      </w:r>
      <w:r>
        <w:rPr>
          <w:lang w:eastAsia="zh-CN"/>
        </w:rPr>
        <w:br/>
      </w:r>
      <w:r>
        <w:rPr>
          <w:lang w:eastAsia="zh-CN"/>
        </w:rPr>
        <w:t>　　“走出去，请进来”使教师吸收新的信息，开阔眼界，树立新的教育理念。本学期，校本课程和综合实践课程培训外。同时学校多方创造机会，让教师多接触、多学习，积极组织教师参加、省、市区各级各类观摩、培训等教研活动。</w:t>
      </w:r>
      <w:r>
        <w:rPr>
          <w:lang w:eastAsia="zh-CN"/>
        </w:rPr>
        <w:br/>
      </w:r>
      <w:r>
        <w:rPr>
          <w:lang w:eastAsia="zh-CN"/>
        </w:rPr>
        <w:t>　　本年度我校的校本培训工作取得了一些成绩，但离领导和老师们的要求还有一定差距，今后我们将始终抓住创新这一主旋律，扎实有效地开展教师培训工作，争取更好成绩。</w:t>
      </w:r>
      <w:r>
        <w:rPr>
          <w:lang w:eastAsia="zh-CN"/>
        </w:rPr>
        <w:br/>
      </w:r>
      <w:r>
        <w:rPr>
          <w:lang w:eastAsia="zh-CN"/>
        </w:rPr>
        <w:t xml:space="preserve">    2024年小学教师培训工作总结 篇16 </w:t>
      </w:r>
      <w:r>
        <w:rPr>
          <w:lang w:eastAsia="zh-CN"/>
        </w:rPr>
        <w:br/>
      </w:r>
      <w:r>
        <w:rPr>
          <w:lang w:eastAsia="zh-CN"/>
        </w:rPr>
        <w:t>　　为期两天的小学语文新课程培训结束了，在那么短的时间内真正做到把培训中的内容都弄懂和掌握是件不容易的事，我认为很多知识还有待继续深入学习，并在今后的教学中摸索。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本次培训，我最大的收获就是教学目标更明确了。新课程标准明确提出要培养学生的语文能力，主张实施教学的主体性与强调发展学生的个性特长。这就要求教师全面把握新课标的内容实质，在实际教学过程中运用新的教育理念，深入探究教材内涵，以学生为中心，关注每一位学生的个性特点，注重学生的自主探究问题和创新能力培养，体现以人为本的教育思想。与此同时教师也要把握好新课程评价标准。</w:t>
      </w:r>
      <w:r>
        <w:rPr>
          <w:lang w:eastAsia="zh-CN"/>
        </w:rPr>
        <w:br/>
      </w:r>
      <w:r>
        <w:rPr>
          <w:lang w:eastAsia="zh-CN"/>
        </w:rPr>
        <w:t>　　新课标更多的从学生的角度出发，根据学生自身发展对年段要求进行一些微调。虽然是微微的小调整，但是作为一线语文教师的我来说，感觉新课标真的是替学生着想的。比如：新课标对中段学生的要求，在阅读方面为“初步学会默读，做到不出声，不指读。学习略读，粗知文章大意。”关于让学生学会默读，不出声，不指读。这原来属于第一学段的要求，而这样的要求，说实话对于低段学生来讲，确实比较困难，过早让学生学习默读，只会让学生养成走马观花的阅读习惯，文章中的一些重点词语，他们只能知道得事实而非，甚至还会挫败学生的阅读积极性，而现在的新课标将此要求下放到中段，这样孩子能有更长的时间来学习、练习默读，新课标把难度适当降低，有利于保护学生阅读积极性和阅读兴趣，在循序渐进中，自然而然地学会默读这样一种阅读方式。</w:t>
      </w:r>
      <w:r>
        <w:rPr>
          <w:lang w:eastAsia="zh-CN"/>
        </w:rPr>
        <w:br/>
      </w:r>
      <w:r>
        <w:rPr>
          <w:lang w:eastAsia="zh-CN"/>
        </w:rPr>
        <w:t>　　总之，语文新课程的实施需要我们坚持不懈地探索、总结与反思。在今后的工作中，我一定努力提高自身实施新课程的能力和水平，尽快走进语文新课程。</w:t>
      </w:r>
      <w:r>
        <w:rPr>
          <w:lang w:eastAsia="zh-CN"/>
        </w:rPr>
        <w:br/>
      </w:r>
      <w:r>
        <w:rPr>
          <w:lang w:eastAsia="zh-CN"/>
        </w:rPr>
        <w:t xml:space="preserve">    2024年小学教师培训工作总结 篇17 </w:t>
      </w:r>
      <w:r>
        <w:rPr>
          <w:lang w:eastAsia="zh-CN"/>
        </w:rPr>
        <w:br/>
      </w:r>
      <w:r>
        <w:rPr>
          <w:lang w:eastAsia="zh-CN"/>
        </w:rPr>
        <w:t>　　为认真贯彻中共江苏省委办公厅、江苏省人民政府办公厅转发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一、思想落实</w:t>
      </w:r>
      <w:r>
        <w:rPr>
          <w:lang w:eastAsia="zh-CN"/>
        </w:rPr>
        <w:br/>
      </w:r>
      <w:r>
        <w:rPr>
          <w:lang w:eastAsia="zh-CN"/>
        </w:rPr>
        <w:t>　　的《省教育厅、省委组织部、省监察厅关于规范中小学办学行为深入实施素质教育的意见》和宜兴市教育局《关于开展中小学教师暑期培训工作的通知》，进一步深化教学改革，扎实实施有效教学，不断学习新的教育教学技术，适应素质教育的要求。学校成立暑期培训工作领导小组，认真部署暑期培训工作措施，结合学校实际情况落实培训内容，使全体教师在思想上形成共识。</w:t>
      </w:r>
      <w:r>
        <w:rPr>
          <w:lang w:eastAsia="zh-CN"/>
        </w:rPr>
        <w:br/>
      </w:r>
      <w:r>
        <w:rPr>
          <w:lang w:eastAsia="zh-CN"/>
        </w:rPr>
        <w:t>　　二、内容落实，形式多样。</w:t>
      </w:r>
      <w:r>
        <w:rPr>
          <w:lang w:eastAsia="zh-CN"/>
        </w:rPr>
        <w:br/>
      </w:r>
      <w:r>
        <w:rPr>
          <w:lang w:eastAsia="zh-CN"/>
        </w:rPr>
        <w:t>　　结合我校实际情况，本次暑期培训工作以集中培训、自我学习、网络培训等形式，落实安排了以下一些内容：</w:t>
      </w:r>
      <w:r>
        <w:rPr>
          <w:lang w:eastAsia="zh-CN"/>
        </w:rPr>
        <w:br/>
      </w:r>
      <w:r>
        <w:rPr>
          <w:lang w:eastAsia="zh-CN"/>
        </w:rPr>
        <w:t>　　1、认真学习《省委办公厅省政府办公厅转发省教育厅等部门的通知》。充分认识规范中小学办学行为、深入实施素质教育，全面贯彻党的教育方针、办人民满意教育的内在要求，提高教育教学质量、深化教育教学改革、破解当前基础教育难点热点问题的重要途径。采取切实措施，实施有效教学，确保中小学生课业负担明显下降，规范办学行为，提升学校管理水平。</w:t>
      </w:r>
      <w:r>
        <w:rPr>
          <w:lang w:eastAsia="zh-CN"/>
        </w:rPr>
        <w:br/>
      </w:r>
      <w:r>
        <w:rPr>
          <w:lang w:eastAsia="zh-CN"/>
        </w:rPr>
        <w:t>　　2、开展师德专题培训，努力把师德教育落到实处。</w:t>
      </w:r>
      <w:r>
        <w:rPr>
          <w:lang w:eastAsia="zh-CN"/>
        </w:rPr>
        <w:br/>
      </w:r>
      <w:r>
        <w:rPr>
          <w:lang w:eastAsia="zh-CN"/>
        </w:rPr>
        <w:t>　　围绕《关注教师的心理成长教师问题行为的心理预防》师德专题教育要求，有针对性地进行公共道德和教师职业道德教育。根据二○__年上半年已学的四讲内容，通过教师进一步精读原著、回顾学习讲座内容，认真撰写师德学习心得体会和网上交流等形式，切实提高师德专题教育的实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3、组织有效教学培训，切实提高教师的学科教学素养。重点围绕“有效教学，教学有效”主题，组织教师开展现代教育教学理论学习，切实提高教师的学科教学素养，重点开展以校本培训为主的师资培训。①利用学校网站教育源库平台功能，继续学习《有效教学》校本研修教材“有效教学的设计与实施之四有效管理”，以网上学习互动交流的形式，认真学习有效教学的相关理论，围绕所学内容，结合学科教学的实际，要求青年教师每人撰写一篇有质量的教学论文。</w:t>
      </w:r>
      <w:r>
        <w:rPr>
          <w:lang w:eastAsia="zh-CN"/>
        </w:rPr>
        <w:br/>
      </w:r>
      <w:r>
        <w:rPr>
          <w:lang w:eastAsia="zh-CN"/>
        </w:rPr>
        <w:t>　　②组织教师开展信息技术培训，内容：网页设计。在暑期七月中旬，由我校王之鎏教导组织二十多位青年教师集中培训了五整天共30学时，并于八月中旬利用三天时间集中对参训教师进行了考核与网页设计交流。</w:t>
      </w:r>
      <w:r>
        <w:rPr>
          <w:lang w:eastAsia="zh-CN"/>
        </w:rPr>
        <w:br/>
      </w:r>
      <w:r>
        <w:rPr>
          <w:lang w:eastAsia="zh-CN"/>
        </w:rPr>
        <w:t>　　③组织教师参加教研室、电教馆等组织的“书香江苏网上主题读书”和“快乐假期，轻松阅读”活动，登陆“名师讲坛”网上学习频道“书香江苏”电子图书站点，注册阅读图书，要求每人写一篇读书笔记。</w:t>
      </w:r>
      <w:r>
        <w:rPr>
          <w:lang w:eastAsia="zh-CN"/>
        </w:rPr>
        <w:br/>
      </w:r>
      <w:r>
        <w:rPr>
          <w:lang w:eastAsia="zh-CN"/>
        </w:rPr>
        <w:t>　　④组织开展骨干教师培训班，加快推进名师培养的步伐。4、组织教师认真学习《关于治理在职教师有偿家教工作的若干规定》，坚决抵制在职教师有偿家教。</w:t>
      </w:r>
      <w:r>
        <w:rPr>
          <w:lang w:eastAsia="zh-CN"/>
        </w:rPr>
        <w:br/>
      </w:r>
    </w:p>
    <w:p w:rsidR="001B1F19" w14:textId="27C3F48A">
      <w:pPr>
        <w:rPr>
          <w:rFonts w:hint="eastAsia"/>
          <w:lang w:eastAsia="zh-CN"/>
        </w:rPr>
      </w:pPr>
      <w:r>
        <w:rPr>
          <w:lang w:eastAsia="zh-CN"/>
        </w:rPr>
        <w:t>　　积极引导教师的价值取向和人生追求，倡导岗位奉献精神，进一步严格实施《关于治理在职教师有偿家教工作的若干规定》。在职教师不得从事有偿家教，不得暗示、动员甚至强制学生接受有偿家教，教师之间不得相互介绍学生为对方提供有偿家教生源，不得为其他社会人员、组织介绍有偿家教而从中获利。对违反以上规定的教师，当年教师职业道德年度专项考核和事业单位人员年度考核认定为不合格；不得参加各类先进评选，已获荣誉称号的，按程序提请表彰部门取消相应荣誉称号，农村骨干教师随之取消享受的奖励津贴；降下一个职级聘任专业技术职务，工资待遇按所聘专业技术职务享受；以办班形式从事有偿家教、情节严重、影响极坏的，由所在学校予以解聘。</w:t>
      </w:r>
      <w:r>
        <w:rPr>
          <w:lang w:eastAsia="zh-CN"/>
        </w:rPr>
        <w:br/>
      </w:r>
      <w:r>
        <w:rPr>
          <w:lang w:eastAsia="zh-CN"/>
        </w:rPr>
        <w:t xml:space="preserve">    2024年小学教师培训工作总结 篇18 </w:t>
      </w:r>
      <w:r>
        <w:rPr>
          <w:lang w:eastAsia="zh-CN"/>
        </w:rPr>
        <w:br/>
      </w:r>
      <w:r>
        <w:rPr>
          <w:lang w:eastAsia="zh-CN"/>
        </w:rPr>
        <w:t>　　今年暑假，我参加了江苏省南通市暑期教师网上培训，在培训的过程中，通过“看课”、“作业”、“话题”、“活动”等板块的学习，它使我的思想重新激发出学习的热情，燃起了智慧的火花。</w:t>
      </w:r>
      <w:r>
        <w:rPr>
          <w:lang w:eastAsia="zh-CN"/>
        </w:rPr>
        <w:br/>
      </w:r>
      <w:r>
        <w:rPr>
          <w:lang w:eastAsia="zh-CN"/>
        </w:rPr>
        <w:t>　　一、人性化的培训使教师休息之余得以提高。</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https://d.book118.com/357062133133006036</w:t>
        </w:r>
      </w:hyperlink>
    </w:p>
    <w:p w:rsidR="001B1F19">
      <w:pPr>
        <w:rPr>
          <w:rFonts w:hint="eastAsia"/>
          <w:lang w:eastAsia="zh-CN"/>
        </w:rPr>
      </w:pPr>
    </w:p>
    <w:sectPr>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5706213313300603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