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高二学习计划汇集（30篇）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高二学习计划汇集（通用30篇）</w:t>
      </w:r>
      <w:r>
        <w:rPr>
          <w:lang w:eastAsia="zh-CN"/>
        </w:rPr>
        <w:br/>
      </w:r>
      <w:r>
        <w:rPr>
          <w:lang w:eastAsia="zh-CN"/>
        </w:rPr>
        <w:t xml:space="preserve">    高二学习计划汇集 篇1 </w:t>
      </w:r>
      <w:r>
        <w:rPr>
          <w:lang w:eastAsia="zh-CN"/>
        </w:rPr>
        <w:br/>
      </w:r>
      <w:r>
        <w:rPr>
          <w:lang w:eastAsia="zh-CN"/>
        </w:rPr>
        <w:t>　　在学生会的统一下，学习部于10月中旬开展了招录新干事的活动，摒除了只重形式的弊病。采取了报名，初试，复试，进入适用期的严格程序。保证干事素质，为学生会注入了新鲜血液，同时为大学新生提供了展示自我，锻炼自我的平台。每次的.例会，总结工作，总结经验，吸取教训并部署下一步计划。通过加强管理来提高素质和能力。</w:t>
      </w:r>
      <w:r>
        <w:rPr>
          <w:lang w:eastAsia="zh-CN"/>
        </w:rPr>
        <w:br/>
      </w:r>
      <w:r>
        <w:rPr>
          <w:lang w:eastAsia="zh-CN"/>
        </w:rPr>
        <w:t>　　1.在教育教学工作中，我分析本班孩子情况，根据《纲要》和教材要求，认真制定学期工作计划，准备好每一次活动，开展了丰富多彩的教育活动，先后完成了各个主题活动，开阔了孩子们的视野，帮助他们获得了丰富的生活经验。</w:t>
      </w:r>
      <w:r>
        <w:rPr>
          <w:lang w:eastAsia="zh-CN"/>
        </w:rPr>
        <w:br/>
      </w:r>
      <w:r>
        <w:rPr>
          <w:lang w:eastAsia="zh-CN"/>
        </w:rPr>
        <w:t>　　可爱的小狗四年级作文5当我从动物园把它抱回家时，那几乎是我由始以来最兴奋、喜悦的时刻。它那身雪白的毛上面镶嵌着一块块黄玉似的斑点，看上去，非常漂亮。它的脸上长着一双黑宝石一样的眼睛，可怜巴巴地望着我，好像想着什么。我安慰它说：“我一定会好好照顾你的。”我想，它一定会明白。</w:t>
      </w:r>
      <w:r>
        <w:rPr>
          <w:lang w:eastAsia="zh-CN"/>
        </w:rPr>
        <w:br/>
      </w:r>
      <w:r>
        <w:rPr>
          <w:lang w:eastAsia="zh-CN"/>
        </w:rPr>
        <w:t xml:space="preserve">    高二学习计划汇集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最重要的是上课听讲，回家认真完成好作业</w:t>
      </w:r>
      <w:r>
        <w:rPr>
          <w:lang w:eastAsia="zh-CN"/>
        </w:rPr>
        <w:br/>
      </w:r>
      <w:r>
        <w:rPr>
          <w:lang w:eastAsia="zh-CN"/>
        </w:rPr>
        <w:t>　　这个道理最简单，但有很多人还是做不到，要学会听讲，老师讲的全是重点，上课必须要投入</w:t>
      </w:r>
      <w:r>
        <w:rPr>
          <w:lang w:eastAsia="zh-CN"/>
        </w:rPr>
        <w:br/>
      </w:r>
      <w:r>
        <w:rPr>
          <w:lang w:eastAsia="zh-CN"/>
        </w:rPr>
        <w:t>　　这样你就有了第一次的深刻记忆，作业要认真</w:t>
      </w:r>
      <w:r>
        <w:rPr>
          <w:lang w:eastAsia="zh-CN"/>
        </w:rPr>
        <w:br/>
      </w:r>
      <w:r>
        <w:rPr>
          <w:lang w:eastAsia="zh-CN"/>
        </w:rPr>
        <w:t>　　不是应付，认真做每一道，不会的标记下来，不要拖，第二天立刻问老师或同学，否则你不会的会越积越多，有不会的必须要及时问，否则最后你想问都来不及了。如果你能很快完成作业，不要浪费时间，中间能够适当的休息一下，之后复习当天所学（这就相当于第三遍了）同样的，不理解的概念画下来，抓紧问，在高二，效率很重要，不要看要写的东西多，你就烦，因为你越烦写得越慢，其实你踏踏实实写一会就能完成</w:t>
      </w:r>
      <w:r>
        <w:rPr>
          <w:lang w:eastAsia="zh-CN"/>
        </w:rPr>
        <w:br/>
      </w:r>
      <w:r>
        <w:rPr>
          <w:lang w:eastAsia="zh-CN"/>
        </w:rPr>
        <w:t>　　不要认为课上听懂甚至很熟就不去复习，即使是在基础的概念，都要复习一边，许多人都是对自己当天上课的自信，到了期末忘得一沓糊涂，</w:t>
      </w:r>
      <w:r>
        <w:rPr>
          <w:lang w:eastAsia="zh-CN"/>
        </w:rPr>
        <w:br/>
      </w:r>
      <w:r>
        <w:rPr>
          <w:lang w:eastAsia="zh-CN"/>
        </w:rPr>
        <w:t>　　补课班能够适当上，如果你不能自我抑制，很贪玩，还是报点班，强迫自己学，如果你很努力，不贪玩，其实自己在家根据自己的不足，认真的复习，做题，上学的时候问老师不会得题，这样甚至比你报班还要管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作为学理的，别人理科也好，首先要学的精，不要放过平时的难题，必须看懂其中的方法，多看不同的题型，（上课老师补充的例题必须要记好）遇到不会做的难题，别轻言放下，多捉摸一会，实在不会再问（但不要死抠题，最多想20分钟），这样能够提高你做难题的潜力，如果你十分爱好学习，每一道题，上课老师都会讲很多方法，记住每一个，对你的思维很有好处。</w:t>
      </w:r>
      <w:r>
        <w:rPr>
          <w:lang w:eastAsia="zh-CN"/>
        </w:rPr>
        <w:br/>
      </w:r>
      <w:r>
        <w:rPr>
          <w:lang w:eastAsia="zh-CN"/>
        </w:rPr>
        <w:t>　　每一周的周末要利用好，看看自己这周哪学得不好，重点看他，</w:t>
      </w:r>
      <w:r>
        <w:rPr>
          <w:lang w:eastAsia="zh-CN"/>
        </w:rPr>
        <w:br/>
      </w:r>
      <w:r>
        <w:rPr>
          <w:lang w:eastAsia="zh-CN"/>
        </w:rPr>
        <w:t>　　数学</w:t>
      </w:r>
      <w:r>
        <w:rPr>
          <w:lang w:eastAsia="zh-CN"/>
        </w:rPr>
        <w:br/>
      </w:r>
      <w:r>
        <w:rPr>
          <w:lang w:eastAsia="zh-CN"/>
        </w:rPr>
        <w:t>　　基本概念复习好，重要的是平时做得题，别盲目做，做一些不同类型的题，积累经验，尝试多挑战一些难题，别人的好方法必须要记牢，对答案的时候从中吸取经验，</w:t>
      </w:r>
      <w:r>
        <w:rPr>
          <w:lang w:eastAsia="zh-CN"/>
        </w:rPr>
        <w:br/>
      </w:r>
      <w:r>
        <w:rPr>
          <w:lang w:eastAsia="zh-CN"/>
        </w:rPr>
        <w:t>　　物理</w:t>
      </w:r>
      <w:r>
        <w:rPr>
          <w:lang w:eastAsia="zh-CN"/>
        </w:rPr>
        <w:br/>
      </w:r>
      <w:r>
        <w:rPr>
          <w:lang w:eastAsia="zh-CN"/>
        </w:rPr>
        <w:t>　　看似很难，把道理明白了一点也不难，上课必须要认真听，别傻记那些概念，明白他是怎样回事</w:t>
      </w:r>
      <w:r>
        <w:rPr>
          <w:lang w:eastAsia="zh-CN"/>
        </w:rPr>
        <w:br/>
      </w:r>
      <w:r>
        <w:rPr>
          <w:lang w:eastAsia="zh-CN"/>
        </w:rPr>
        <w:t>　　不明白立刻问老师，否则你做不了题，然后再多看一些好题型，总结不同的方法</w:t>
      </w:r>
      <w:r>
        <w:rPr>
          <w:lang w:eastAsia="zh-CN"/>
        </w:rPr>
        <w:br/>
      </w:r>
      <w:r>
        <w:rPr>
          <w:lang w:eastAsia="zh-CN"/>
        </w:rPr>
        <w:t>　　化学</w:t>
      </w:r>
      <w:r>
        <w:rPr>
          <w:lang w:eastAsia="zh-CN"/>
        </w:rPr>
        <w:br/>
      </w:r>
      <w:r>
        <w:rPr>
          <w:lang w:eastAsia="zh-CN"/>
        </w:rPr>
        <w:t>　　你需要坚持，有毅力，有许多需要记得东西</w:t>
      </w:r>
      <w:r>
        <w:rPr>
          <w:lang w:eastAsia="zh-CN"/>
        </w:rPr>
        <w:br/>
      </w:r>
      <w:r>
        <w:rPr>
          <w:lang w:eastAsia="zh-CN"/>
        </w:rPr>
        <w:t>　　化方什么的，要找规律记，做题根物理数学一样</w:t>
      </w:r>
      <w:r>
        <w:rPr>
          <w:lang w:eastAsia="zh-CN"/>
        </w:rPr>
        <w:br/>
      </w:r>
      <w:r>
        <w:rPr>
          <w:lang w:eastAsia="zh-CN"/>
        </w:rPr>
        <w:t>　　要不定期的复习巩固，时不时地看一看，这样才不会忘</w:t>
      </w:r>
      <w:r>
        <w:rPr>
          <w:lang w:eastAsia="zh-CN"/>
        </w:rPr>
        <w:br/>
      </w:r>
      <w:r>
        <w:rPr>
          <w:lang w:eastAsia="zh-CN"/>
        </w:rPr>
        <w:t>　　生物，只要你认真听讲完成作业，差不了，其他根化学一样，多看，有时间再把握一下细节，扩展一下相关知识</w:t>
      </w:r>
      <w:r>
        <w:rPr>
          <w:lang w:eastAsia="zh-CN"/>
        </w:rPr>
        <w:br/>
      </w:r>
      <w:r>
        <w:rPr>
          <w:lang w:eastAsia="zh-CN"/>
        </w:rPr>
        <w:t>　　理科生用文科提分是一个很好的决策</w:t>
      </w:r>
      <w:r>
        <w:rPr>
          <w:lang w:eastAsia="zh-CN"/>
        </w:rPr>
        <w:br/>
      </w:r>
      <w:r>
        <w:rPr>
          <w:lang w:eastAsia="zh-CN"/>
        </w:rPr>
        <w:t>　　这就需要你持之以恒，英语每一天根据自己的时间</w:t>
      </w:r>
      <w:r>
        <w:rPr>
          <w:lang w:eastAsia="zh-CN"/>
        </w:rPr>
        <w:br/>
      </w:r>
      <w:r>
        <w:rPr>
          <w:lang w:eastAsia="zh-CN"/>
        </w:rPr>
        <w:t>　　背必须的单词（别太多），但必须要坚持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语法跟着老师走，平时多看看，做做题学会怎样用，没天听听磁带，别着急作听力题，听听课文的录音，听者写下来，慢慢来，这对你听力提高很大，多积累一些超纲词汇也很好，高考许多词汇超纲</w:t>
      </w:r>
      <w:r>
        <w:rPr>
          <w:lang w:eastAsia="zh-CN"/>
        </w:rPr>
        <w:br/>
      </w:r>
      <w:r>
        <w:rPr>
          <w:lang w:eastAsia="zh-CN"/>
        </w:rPr>
        <w:t>　　语文</w:t>
      </w:r>
      <w:r>
        <w:rPr>
          <w:lang w:eastAsia="zh-CN"/>
        </w:rPr>
        <w:br/>
      </w:r>
      <w:r>
        <w:rPr>
          <w:lang w:eastAsia="zh-CN"/>
        </w:rPr>
        <w:t>　　跟着老师走，多读一些好文章，增加自己知识</w:t>
      </w:r>
      <w:r>
        <w:rPr>
          <w:lang w:eastAsia="zh-CN"/>
        </w:rPr>
        <w:br/>
      </w:r>
      <w:r>
        <w:rPr>
          <w:lang w:eastAsia="zh-CN"/>
        </w:rPr>
        <w:t>　　看一些好句子，为作文打基础，平时的细节必须要注意，字音什么的在平时就要记牢，一点一滴的打基础，哪不行补哪，</w:t>
      </w:r>
      <w:r>
        <w:rPr>
          <w:lang w:eastAsia="zh-CN"/>
        </w:rPr>
        <w:br/>
      </w:r>
      <w:r>
        <w:rPr>
          <w:lang w:eastAsia="zh-CN"/>
        </w:rPr>
        <w:t>　　平时所有不会的，认为难得，重点的例题，都要标记下来</w:t>
      </w:r>
      <w:r>
        <w:rPr>
          <w:lang w:eastAsia="zh-CN"/>
        </w:rPr>
        <w:br/>
      </w:r>
      <w:r>
        <w:rPr>
          <w:lang w:eastAsia="zh-CN"/>
        </w:rPr>
        <w:t>　　这样你考前就会很简单，很有针对性</w:t>
      </w:r>
      <w:r>
        <w:rPr>
          <w:lang w:eastAsia="zh-CN"/>
        </w:rPr>
        <w:br/>
      </w:r>
      <w:r>
        <w:rPr>
          <w:lang w:eastAsia="zh-CN"/>
        </w:rPr>
        <w:t>　　最重要的一点，是坚持，这对很多人来说很难</w:t>
      </w:r>
      <w:r>
        <w:rPr>
          <w:lang w:eastAsia="zh-CN"/>
        </w:rPr>
        <w:br/>
      </w:r>
      <w:r>
        <w:rPr>
          <w:lang w:eastAsia="zh-CN"/>
        </w:rPr>
        <w:t>　　有一点，别让自己太累，否则第二天听不进去，其实你认真完成好作业，标记下不会的，就能考个不错的成绩，如果你想考的更高，踏踏实实的做下去，重要的是落实！</w:t>
      </w:r>
      <w:r>
        <w:rPr>
          <w:lang w:eastAsia="zh-CN"/>
        </w:rPr>
        <w:br/>
      </w:r>
      <w:r>
        <w:rPr>
          <w:lang w:eastAsia="zh-CN"/>
        </w:rPr>
        <w:t xml:space="preserve">    高二学习计划汇集 篇3 </w:t>
      </w:r>
      <w:r>
        <w:rPr>
          <w:lang w:eastAsia="zh-CN"/>
        </w:rPr>
        <w:br/>
      </w:r>
      <w:r>
        <w:rPr>
          <w:lang w:eastAsia="zh-CN"/>
        </w:rPr>
        <w:t>　　又是一个新学期了（一句被重复过无数次的话），没办法，一想到学习计划，我脑中浮现的就是“新学期”这三个字。经过了高一一年的学习，我想我对于高中的学习状况已经有了很大的适应，在这一年的学习生活中我也改掉了很多不好的习惯，最大的一点就是开始明白什么才算得上是认真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首先，我认为，学习中不可忽略的一点就是要学会分析自己的学习特点，像我——理解潜力还能够，老师讲的东西不是不懂，但却总出错（用家长们的话说就是不认真），而且对于一些死记硬背才能学会的东西总觉得不耐烦，因此，在这点上，我期望自己能在新学期里对待学习更认真，更有耐心。</w:t>
      </w:r>
      <w:r>
        <w:rPr>
          <w:lang w:eastAsia="zh-CN"/>
        </w:rPr>
        <w:br/>
      </w:r>
      <w:r>
        <w:rPr>
          <w:lang w:eastAsia="zh-CN"/>
        </w:rPr>
        <w:t>　　其次，我觉得，在学习中，确定学习目标也是很重要的，学习目标是学生学习努力的方向，正确的学习目标更是能催人奋进。反之，没有目标的学习，就是对时光一种极大的浪费。所以，我暂时的目标就是先进入全班前10名，而对于我较弱的数学我会努力，让它也有所进步。</w:t>
      </w:r>
      <w:r>
        <w:rPr>
          <w:lang w:eastAsia="zh-CN"/>
        </w:rPr>
        <w:br/>
      </w:r>
      <w:r>
        <w:rPr>
          <w:lang w:eastAsia="zh-CN"/>
        </w:rPr>
        <w:t>　　最后，也是最关键的一点，就是要科学安排时间，没有合理的安排，再好的计划也会付之东流。所以，在新学期里，我最要学会的就是要合理安排学习、娱乐、休息的时间，要把每一点一滴宝贵的时间都抓紧。</w:t>
      </w:r>
      <w:r>
        <w:rPr>
          <w:lang w:eastAsia="zh-CN"/>
        </w:rPr>
        <w:br/>
      </w:r>
      <w:r>
        <w:rPr>
          <w:lang w:eastAsia="zh-CN"/>
        </w:rPr>
        <w:t>　　计划写完了，我想，按照惯例，似乎还就应加上几句鼓励的话，但我觉得，有一句话会胜过许许多多鼓励的语言，那么，我就以它作为我学习计划的结尾吧，那就是——定了计划，就必须要实行。</w:t>
      </w:r>
      <w:r>
        <w:rPr>
          <w:lang w:eastAsia="zh-CN"/>
        </w:rPr>
        <w:br/>
      </w:r>
      <w:r>
        <w:rPr>
          <w:lang w:eastAsia="zh-CN"/>
        </w:rPr>
        <w:t xml:space="preserve">    高二学习计划汇集 篇4 </w:t>
      </w:r>
      <w:r>
        <w:rPr>
          <w:lang w:eastAsia="zh-CN"/>
        </w:rPr>
        <w:br/>
      </w:r>
      <w:r>
        <w:rPr>
          <w:lang w:eastAsia="zh-CN"/>
        </w:rPr>
        <w:t>　　一个短暂的暑假已过去，迎来的是一个金色的秋天。在这美好的时刻，新的一学期又开始了，迎着早晨的第一缕阳光，我又重新回到美丽的校园，又开始了新学期的征途。</w:t>
      </w:r>
      <w:r>
        <w:rPr>
          <w:lang w:eastAsia="zh-CN"/>
        </w:rPr>
        <w:br/>
      </w:r>
      <w:r>
        <w:rPr>
          <w:lang w:eastAsia="zh-CN"/>
        </w:rPr>
        <w:t>　　在新学期里，我有一个目标——不要做语言的巨人，要成为行动的主人!我知道了成功不是靠梦想来实现，而是靠自己的行动……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当然，在新的学期中，在学习要有新的成绩，这就要不懈地努力!付出一份努力才会换取一份收获。学习并不是一种兴趣，而是一种责任，是我应该做而且必须做好的事情，同时学习必定会有负担。没有苦的、累的过程，就不会有进步和提升，无论是过去，还是未来不都这样的道理吗?我把自的喜悦，悲伤都化作前进的助力和动力，就会因此不断克服困难取得新进步。成划是我们的喜悦，成功背后是我们辛勤的汗水，我踏入了高二，接下来的日子正是备战高考的见，就更应该好好珍惜这段宝贵的时光充实自己，把自己的理想变为势不可当的动力!</w:t>
      </w:r>
      <w:r>
        <w:rPr>
          <w:lang w:eastAsia="zh-CN"/>
        </w:rPr>
        <w:br/>
      </w:r>
      <w:r>
        <w:rPr>
          <w:lang w:eastAsia="zh-CN"/>
        </w:rPr>
        <w:t>　　不知不觉，我已经踏入新学期的门槛，开始了新学期的生活。新学期，收收心，要很快投入到紧张的学习中。为此，我决定列出以下的学习计划，时刻提醒我在今后的学习中努力勤奋：</w:t>
      </w:r>
      <w:r>
        <w:rPr>
          <w:lang w:eastAsia="zh-CN"/>
        </w:rPr>
        <w:br/>
      </w:r>
      <w:r>
        <w:rPr>
          <w:lang w:eastAsia="zh-CN"/>
        </w:rPr>
        <w:t>　　①当然是好好听课拉</w:t>
      </w:r>
      <w:r>
        <w:rPr>
          <w:lang w:eastAsia="zh-CN"/>
        </w:rPr>
        <w:br/>
      </w:r>
      <w:r>
        <w:rPr>
          <w:lang w:eastAsia="zh-CN"/>
        </w:rPr>
        <w:t>　　②当天教的知识当天晚上复习一便</w:t>
      </w:r>
      <w:r>
        <w:rPr>
          <w:lang w:eastAsia="zh-CN"/>
        </w:rPr>
        <w:br/>
      </w:r>
      <w:r>
        <w:rPr>
          <w:lang w:eastAsia="zh-CN"/>
        </w:rPr>
        <w:t>　　作习时间：上午7：00-11：50下午2：30-5：30晚上8：00-11：00</w:t>
      </w:r>
      <w:r>
        <w:rPr>
          <w:lang w:eastAsia="zh-CN"/>
        </w:rPr>
        <w:br/>
      </w:r>
      <w:r>
        <w:rPr>
          <w:lang w:eastAsia="zh-CN"/>
        </w:rPr>
        <w:t>　　希望大家为我的学习计划提供一些建议!有关学习文课方法，请大家指教!</w:t>
      </w:r>
      <w:r>
        <w:rPr>
          <w:lang w:eastAsia="zh-CN"/>
        </w:rPr>
        <w:br/>
      </w:r>
      <w:r>
        <w:rPr>
          <w:lang w:eastAsia="zh-CN"/>
        </w:rPr>
        <w:t xml:space="preserve">    高二学习计划汇集 篇5 </w:t>
      </w:r>
      <w:r>
        <w:rPr>
          <w:lang w:eastAsia="zh-CN"/>
        </w:rPr>
        <w:br/>
      </w:r>
      <w:r>
        <w:rPr>
          <w:lang w:eastAsia="zh-CN"/>
        </w:rPr>
        <w:t>　　一、制订学习计划的重要性：</w:t>
      </w:r>
      <w:r>
        <w:rPr>
          <w:lang w:eastAsia="zh-CN"/>
        </w:rPr>
        <w:br/>
      </w:r>
      <w:r>
        <w:rPr>
          <w:lang w:eastAsia="zh-CN"/>
        </w:rPr>
        <w:t>　　1、凡事预则立，不预则废。做什么事有了计划就容易取得好的结果，反之则不然。有没有学习计划对你的学习效果有着深刻的影响。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2、防止被动和无目的学习。毫无计划的学习是散漫疏懒，松松垮垮的。很容易被外界的事物所影响。</w:t>
      </w:r>
      <w:r>
        <w:rPr>
          <w:lang w:eastAsia="zh-CN"/>
        </w:rPr>
        <w:br/>
      </w:r>
      <w:r>
        <w:rPr>
          <w:lang w:eastAsia="zh-CN"/>
        </w:rPr>
        <w:t>　　二、制定学习计划的作用：</w:t>
      </w:r>
      <w:r>
        <w:rPr>
          <w:lang w:eastAsia="zh-CN"/>
        </w:rPr>
        <w:br/>
      </w:r>
      <w:r>
        <w:rPr>
          <w:lang w:eastAsia="zh-CN"/>
        </w:rPr>
        <w:t>　　1、计划是实现目标的蓝图。目标不是什么花瓶，你需要制定计划，脚踏实地、有步骤地去实现它。通过计划合理安排时间和任务，使自己达到目标，也使自己明确每一个任务的目的。</w:t>
      </w:r>
      <w:r>
        <w:rPr>
          <w:lang w:eastAsia="zh-CN"/>
        </w:rPr>
        <w:br/>
      </w:r>
      <w:r>
        <w:rPr>
          <w:lang w:eastAsia="zh-CN"/>
        </w:rPr>
        <w:t>　　2、促使自己实行计划。学习生活是千变万化的，它总是在引诱你去偷懒。制定学习计划，可以促使你按照计划实行任务，排除困难和干扰。</w:t>
      </w:r>
      <w:r>
        <w:rPr>
          <w:lang w:eastAsia="zh-CN"/>
        </w:rPr>
        <w:br/>
      </w:r>
      <w:r>
        <w:rPr>
          <w:lang w:eastAsia="zh-CN"/>
        </w:rPr>
        <w:t>　　3、实行计划是意志力的体现。坚持实行计划可以磨练你的意志力，而意志力经过磨练，你的学习收获又会更一步提升。这些进步只会能使你更有自信心，取得更好的成功。</w:t>
      </w:r>
      <w:r>
        <w:rPr>
          <w:lang w:eastAsia="zh-CN"/>
        </w:rPr>
        <w:br/>
      </w:r>
      <w:r>
        <w:rPr>
          <w:lang w:eastAsia="zh-CN"/>
        </w:rPr>
        <w:t>　　4、有利于学习习惯的形成。按照计划行事，能使自己的学习生活节奏分明。从而，该学习时能安心学习，玩的时候能开心地玩。久而久之，所有这些都会形成自觉行动，成为好的学习习惯。</w:t>
      </w:r>
      <w:r>
        <w:rPr>
          <w:lang w:eastAsia="zh-CN"/>
        </w:rPr>
        <w:br/>
      </w:r>
      <w:r>
        <w:rPr>
          <w:lang w:eastAsia="zh-CN"/>
        </w:rPr>
        <w:t>　　5、提高学习效率，减少时间浪费。合理的计划安排使你更有效的利用时间。你会知道多玩一个小时就会有哪项任务不会完成，这会给你带来多大的影响。有了计划，每一步行动都很明确，也不要总是花费心思考虑等下该学什么。</w:t>
      </w:r>
      <w:r>
        <w:rPr>
          <w:lang w:eastAsia="zh-CN"/>
        </w:rPr>
        <w:br/>
      </w:r>
      <w:r>
        <w:rPr>
          <w:lang w:eastAsia="zh-CN"/>
        </w:rPr>
        <w:t>　　三、怎么制定学习计划：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1、计划要考虑全面学习计划不是除了学习，还是学习。学习有时，休憩有时，娱乐也有时，所有这些都要考虑到计划中。计划要兼顾多个方面，学习时不能废寝忘食，这对身体不好，这样的计划也是不科学的。</w:t>
      </w:r>
      <w:r>
        <w:rPr>
          <w:lang w:eastAsia="zh-CN"/>
        </w:rPr>
        <w:br/>
      </w:r>
      <w:r>
        <w:rPr>
          <w:lang w:eastAsia="zh-CN"/>
        </w:rPr>
        <w:t>　　2、长远计划和短期安排在一个比较长的时间内，比分说一个学期或一个学年，你应当有个大致计划。因为实际中学习生活变化很多，又往往无法预测，所有这个长远的计划不需要很具体。但是你应该对必须要做的事情心中有数。而更近一点，比如下一个星期的学习计划，就应该尽量具体些，把较大的任务分配到每周、每天去完成，使长远计划中的任务逐步得到解决。</w:t>
      </w:r>
      <w:r>
        <w:rPr>
          <w:lang w:eastAsia="zh-CN"/>
        </w:rPr>
        <w:br/>
      </w:r>
      <w:r>
        <w:rPr>
          <w:lang w:eastAsia="zh-CN"/>
        </w:rPr>
        <w:t>　　3、有长远计划，却没有短期安排，目标是很难达到的。所以两者缺一不可，长远计划是明确学习目标和进行大致安排;而短期安排则是具体的行动计划。</w:t>
      </w:r>
      <w:r>
        <w:rPr>
          <w:lang w:eastAsia="zh-CN"/>
        </w:rPr>
        <w:br/>
      </w:r>
      <w:r>
        <w:rPr>
          <w:lang w:eastAsia="zh-CN"/>
        </w:rPr>
        <w:t>　　4、安排好常规学习时间和自由学习时间常规学习时间指按学校规定的学习时间，主要用来完成老师布置的学习任务，消化当天所学的知识。而自由学习时间指除常规学习时间外的归自己支配的时间，你可以用来弥补自己学习中欠缺的、或者提高自己对某一学科的优势和特长、或者深入钻研一件有意义的事情。</w:t>
      </w:r>
      <w:r>
        <w:rPr>
          <w:lang w:eastAsia="zh-CN"/>
        </w:rPr>
        <w:br/>
      </w:r>
      <w:r>
        <w:rPr>
          <w:lang w:eastAsia="zh-CN"/>
        </w:rPr>
        <w:t xml:space="preserve">    高二学习计划汇集 篇6 </w:t>
      </w:r>
      <w:r>
        <w:rPr>
          <w:lang w:eastAsia="zh-CN"/>
        </w:rPr>
        <w:br/>
      </w:r>
      <w:r>
        <w:rPr>
          <w:lang w:eastAsia="zh-CN"/>
        </w:rPr>
        <w:t>　　一个短暂的暑假已过去，迎来的是一个金色的秋天。在这完美的时刻，新的一学期又开始了，迎着早晨的第一缕阳光，我又重新回到美丽的校园，又开始了新学期的征途。</w:t>
      </w:r>
      <w:r>
        <w:rPr>
          <w:lang w:eastAsia="zh-CN"/>
        </w:rPr>
        <w:br/>
      </w:r>
      <w:r>
        <w:rPr>
          <w:lang w:eastAsia="zh-CN"/>
        </w:rPr>
        <w:t>　　在新学期里，我有一个目标——不要做语言的巨人，要成为行动的主人！我明白了成功不是靠梦想来实现，而是靠自己的行动……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当然，在新的学期中，在学习要有新的成绩，这就要不懈地努力！付出一份努力才会换取一份收获。学习并不是一种兴趣，而是一种职责，是我就应做而且务必做好的事情，同时学习必定会有负担。没有苦的、累的过程，就不会有进步和提升，无论是过去，还是未来不都这样的道理吗？我把自的喜悦，悲伤都化作前进的助力和动力，就会因此不断克服困难取得新进步。成划是我们的喜悦，成功背后是我们辛勤的汗水，我踏入了高二，接下来的日子正是备战高考的见，就更就应好好珍惜这段宝贵的时光充实自己，把自己的理想变为势不可当的动力！</w:t>
      </w:r>
      <w:r>
        <w:rPr>
          <w:lang w:eastAsia="zh-CN"/>
        </w:rPr>
        <w:br/>
      </w:r>
      <w:r>
        <w:rPr>
          <w:lang w:eastAsia="zh-CN"/>
        </w:rPr>
        <w:t>　　不知不觉，我已经踏入新学期的门槛，开始了新学期的生活。新学期，收收心，要很快投入到紧张的学习中。为此，我决定列出以下的学习计划，时刻提醒我在今后的学习中努力勤奋：</w:t>
      </w:r>
      <w:r>
        <w:rPr>
          <w:lang w:eastAsia="zh-CN"/>
        </w:rPr>
        <w:br/>
      </w:r>
      <w:r>
        <w:rPr>
          <w:lang w:eastAsia="zh-CN"/>
        </w:rPr>
        <w:t>　　①当然是好好听课拉</w:t>
      </w:r>
      <w:r>
        <w:rPr>
          <w:lang w:eastAsia="zh-CN"/>
        </w:rPr>
        <w:br/>
      </w:r>
      <w:r>
        <w:rPr>
          <w:lang w:eastAsia="zh-CN"/>
        </w:rPr>
        <w:t>　　②当天教的知识当天晚上复习一便</w:t>
      </w:r>
      <w:r>
        <w:rPr>
          <w:lang w:eastAsia="zh-CN"/>
        </w:rPr>
        <w:br/>
      </w:r>
      <w:r>
        <w:rPr>
          <w:lang w:eastAsia="zh-CN"/>
        </w:rPr>
        <w:t>　　作习时间：上午7：00－11：50下午2：30－5：30晚上8：00－11：00</w:t>
      </w:r>
      <w:r>
        <w:rPr>
          <w:lang w:eastAsia="zh-CN"/>
        </w:rPr>
        <w:br/>
      </w:r>
      <w:r>
        <w:rPr>
          <w:lang w:eastAsia="zh-CN"/>
        </w:rPr>
        <w:t>　　期望大家为我的学习计划带给一些推荐！有关学习文课方法，请大家指教一二！</w:t>
      </w:r>
      <w:r>
        <w:rPr>
          <w:lang w:eastAsia="zh-CN"/>
        </w:rPr>
        <w:br/>
      </w:r>
      <w:r>
        <w:rPr>
          <w:lang w:eastAsia="zh-CN"/>
        </w:rPr>
        <w:t xml:space="preserve">    高二学习计划汇集 篇7 </w:t>
      </w:r>
      <w:r>
        <w:rPr>
          <w:lang w:eastAsia="zh-CN"/>
        </w:rPr>
        <w:br/>
      </w:r>
      <w:r>
        <w:rPr>
          <w:lang w:eastAsia="zh-CN"/>
        </w:rPr>
        <w:t>　　高二理科学习计划</w:t>
      </w:r>
      <w:r>
        <w:rPr>
          <w:lang w:eastAsia="zh-CN"/>
        </w:rPr>
        <w:br/>
      </w:r>
      <w:r>
        <w:rPr>
          <w:lang w:eastAsia="zh-CN"/>
        </w:rPr>
        <w:t>　　口号和心理暗示：</w:t>
      </w:r>
      <w:r>
        <w:rPr>
          <w:lang w:eastAsia="zh-CN"/>
        </w:rPr>
        <w:br/>
      </w:r>
      <w:r>
        <w:rPr>
          <w:lang w:eastAsia="zh-CN"/>
        </w:rPr>
        <w:t>　　隐蔽精干 长期埋伏 积蓄力量 以待时机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扼住命运的咽喉，使它不能使我屈服!</w:t>
      </w:r>
      <w:r>
        <w:rPr>
          <w:lang w:eastAsia="zh-CN"/>
        </w:rPr>
        <w:br/>
      </w:r>
      <w:r>
        <w:rPr>
          <w:lang w:eastAsia="zh-CN"/>
        </w:rPr>
        <w:t>　　持之有恒 决不放弃!</w:t>
      </w:r>
      <w:r>
        <w:rPr>
          <w:lang w:eastAsia="zh-CN"/>
        </w:rPr>
        <w:br/>
      </w:r>
      <w:r>
        <w:rPr>
          <w:lang w:eastAsia="zh-CN"/>
        </w:rPr>
        <w:t>　　20__年的含辛茹苦，不能在最后的两年付之东流，两年的奋斗，应该成为20__年浓缩的精华!</w:t>
      </w:r>
      <w:r>
        <w:rPr>
          <w:lang w:eastAsia="zh-CN"/>
        </w:rPr>
        <w:br/>
      </w:r>
      <w:r>
        <w:rPr>
          <w:lang w:eastAsia="zh-CN"/>
        </w:rPr>
        <w:t>　　没有什么可以阻挡我的决心和行动!</w:t>
      </w:r>
      <w:r>
        <w:rPr>
          <w:lang w:eastAsia="zh-CN"/>
        </w:rPr>
        <w:br/>
      </w:r>
      <w:r>
        <w:rPr>
          <w:lang w:eastAsia="zh-CN"/>
        </w:rPr>
        <w:t>　　听话就能成就事业!</w:t>
      </w:r>
      <w:r>
        <w:rPr>
          <w:lang w:eastAsia="zh-CN"/>
        </w:rPr>
        <w:br/>
      </w:r>
      <w:r>
        <w:rPr>
          <w:lang w:eastAsia="zh-CN"/>
        </w:rPr>
        <w:t>　　时间安排：</w:t>
      </w:r>
      <w:r>
        <w:rPr>
          <w:lang w:eastAsia="zh-CN"/>
        </w:rPr>
        <w:br/>
      </w:r>
      <w:r>
        <w:rPr>
          <w:lang w:eastAsia="zh-CN"/>
        </w:rPr>
        <w:t>　　完整时间：</w:t>
      </w:r>
      <w:r>
        <w:rPr>
          <w:lang w:eastAsia="zh-CN"/>
        </w:rPr>
        <w:br/>
      </w:r>
      <w:r>
        <w:rPr>
          <w:lang w:eastAsia="zh-CN"/>
        </w:rPr>
        <w:t>　　①每周的周六全天(必须保证上午至少3小时，下午2小时，晚上至少2-3小时的学习量，因为这是你暗中积蓄力量的绝佳时机，更重要的是，周六的一天8小时的学习量相当于一周每天增加了2课时的学习量，那是很了不起的!)</w:t>
      </w:r>
      <w:r>
        <w:rPr>
          <w:lang w:eastAsia="zh-CN"/>
        </w:rPr>
        <w:br/>
      </w:r>
      <w:r>
        <w:rPr>
          <w:lang w:eastAsia="zh-CN"/>
        </w:rPr>
        <w:t>　　② 每天的完整时间：</w:t>
      </w:r>
      <w:r>
        <w:rPr>
          <w:lang w:eastAsia="zh-CN"/>
        </w:rPr>
        <w:br/>
      </w:r>
      <w:r>
        <w:rPr>
          <w:lang w:eastAsia="zh-CN"/>
        </w:rPr>
        <w:t>　　早上6：30?7：15(又是一节课时间!必须做到，当然，一开始可能会艰难些，但只要坚持，不到一个月就可以调整好生物钟。切记，这个时间很重要，要排除万难得到保证) 中午1：00?2：00必须午休，可以保证下午和晚上的状态。</w:t>
      </w:r>
      <w:r>
        <w:rPr>
          <w:lang w:eastAsia="zh-CN"/>
        </w:rPr>
        <w:br/>
      </w:r>
      <w:r>
        <w:rPr>
          <w:lang w:eastAsia="zh-CN"/>
        </w:rPr>
        <w:t>　　下午5：10必须马上去吃饭，争取在6：20以后来到教室。</w:t>
      </w:r>
      <w:r>
        <w:rPr>
          <w:lang w:eastAsia="zh-CN"/>
        </w:rPr>
        <w:br/>
      </w:r>
      <w:r>
        <w:rPr>
          <w:lang w:eastAsia="zh-CN"/>
        </w:rPr>
        <w:t>　　6：20?7：00之间又有一节课!任务是完成老师布置的作业，加上第一节晚自习，大概差不多了。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晚自习第二节课开始：按自己的学习计划学习。记住，谁在一天内除完成作业外能腾出更多的时间给自己，谁的学习效率就是最高的，就可尽可能的取得进步，追赶先进!但前提是必须把当天的作业独立完成并搞懂。</w:t>
      </w:r>
      <w:r>
        <w:rPr>
          <w:lang w:eastAsia="zh-CN"/>
        </w:rPr>
        <w:br/>
      </w:r>
      <w:r>
        <w:rPr>
          <w:lang w:eastAsia="zh-CN"/>
        </w:rPr>
        <w:t>　　零散时间：</w:t>
      </w:r>
      <w:r>
        <w:rPr>
          <w:lang w:eastAsia="zh-CN"/>
        </w:rPr>
        <w:br/>
      </w:r>
      <w:r>
        <w:rPr>
          <w:lang w:eastAsia="zh-CN"/>
        </w:rPr>
        <w:t>　　每节课间应尽力的走出教室换换脑筋，进行休息。或者读一读《读者》或《青年文摘》。手边应随手放着《新华字典》，经常不经意的翻看，久而久之，你会累积很多的文字和语文的基础。</w:t>
      </w:r>
      <w:r>
        <w:rPr>
          <w:lang w:eastAsia="zh-CN"/>
        </w:rPr>
        <w:br/>
      </w:r>
      <w:r>
        <w:rPr>
          <w:lang w:eastAsia="zh-CN"/>
        </w:rPr>
        <w:t>　　每天下午6：20来教室之前，应先在校园里走走。稍作休息。</w:t>
      </w:r>
      <w:r>
        <w:rPr>
          <w:lang w:eastAsia="zh-CN"/>
        </w:rPr>
        <w:br/>
      </w:r>
      <w:r>
        <w:rPr>
          <w:lang w:eastAsia="zh-CN"/>
        </w:rPr>
        <w:t xml:space="preserve">    高二学习计划汇集 篇8 </w:t>
      </w:r>
      <w:r>
        <w:rPr>
          <w:lang w:eastAsia="zh-CN"/>
        </w:rPr>
        <w:br/>
      </w:r>
      <w:r>
        <w:rPr>
          <w:lang w:eastAsia="zh-CN"/>
        </w:rPr>
        <w:t>　　花开驱赶了冬天的感伤，我们伴着春节喜庆的钟声再次踏入了学校的大门。新学期的帷幕为我们拉开了崭新的学习舞台，我们开学了。荣誉的'桂冠往往要荆棘编就，成功的道路往往由汗水铺通，征途绝对非一帆风顺。上个学期的欢笑与泪水，成功与失败等都已成为过去式，我们应该放眼未来，洗去心灵的尘埃，拿上我们的武器，整装待发，大步迈向新学期！</w:t>
      </w:r>
      <w:r>
        <w:rPr>
          <w:lang w:eastAsia="zh-CN"/>
        </w:rPr>
        <w:br/>
      </w:r>
      <w:r>
        <w:rPr>
          <w:lang w:eastAsia="zh-CN"/>
        </w:rPr>
        <w:t>　　在新的学期中，要想成绩攀上更高的山峰，就要为之不懈的努力！一分耕耘一分收获。学习不但是一种兴趣，更是一种责任，是我应该做而且必须做好的事情，学习还会给我们带来副产品——压力。没有苦累的过程，就不会有进步和提升。正是学习中的苦与累缔造出我们加倍努力学习的原动力。无论是过去、现在还是未来这都是永恒不变的定律。再华丽的辞藻都远不及最朴实的行动。我们不可以再做语言的巨人，而是要蜕变为行动的主人。只有真正学会自主学习，成绩才会真正有质的飞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除了知识的摄入外，还有一件很重要的事情，那就是——学会感恩。感恩，是生活中温暖阳光的来源；是彩绘生活的画笔。！“春天来了，我却看不到”这是让人多么心痛的感受。因此，学会感恩是人生路上不可或缺的过程之一。对父母感恩，他们赐予我生命；对老师感恩，他们教会我知识；对朋友感恩，他们给予我帮助；对上天感恩，它在看着我做人。让我感恩的热太多，在这我想说一句：我的亲人，我的朋友，不论是熟识的还是陌生的，我都要感谢你们，感谢你们给我的一切一切。学会感恩、知恩图报是中华民族的传统美德，值得我们不断发扬和继承！</w:t>
      </w:r>
      <w:r>
        <w:rPr>
          <w:lang w:eastAsia="zh-CN"/>
        </w:rPr>
        <w:br/>
      </w:r>
      <w:r>
        <w:rPr>
          <w:lang w:eastAsia="zh-CN"/>
        </w:rPr>
        <w:t>　　书山有路勤为径，学海无涯苦作舟。站在新的起跑线上，我们的目标就在充满希冀的前方。我要加油，在绚丽多彩的初中生活中，好好学习，这是冲刺，面向新的征程，也许会有坎坷，艰险，但我坚信：我一定会战胜一切困难，避过所有的浅滩，到达成功的彼岸！</w:t>
      </w:r>
      <w:r>
        <w:rPr>
          <w:lang w:eastAsia="zh-CN"/>
        </w:rPr>
        <w:br/>
      </w:r>
      <w:r>
        <w:rPr>
          <w:lang w:eastAsia="zh-CN"/>
        </w:rPr>
        <w:t xml:space="preserve">    高二学习计划汇集 篇9 </w:t>
      </w:r>
      <w:r>
        <w:rPr>
          <w:lang w:eastAsia="zh-CN"/>
        </w:rPr>
        <w:br/>
      </w:r>
      <w:r>
        <w:rPr>
          <w:lang w:eastAsia="zh-CN"/>
        </w:rPr>
        <w:t>　　新的学期要来临了，我也要从寒假的快乐中走出，投入紧张的学习。在这段过度期中，定制一个打算，也是对以后学习的一个目标。</w:t>
      </w:r>
      <w:r>
        <w:rPr>
          <w:lang w:eastAsia="zh-CN"/>
        </w:rPr>
        <w:br/>
      </w:r>
      <w:r>
        <w:rPr>
          <w:lang w:eastAsia="zh-CN"/>
        </w:rPr>
        <w:t>　　首先，应该纠正自己的学习态度。态度决定一切!心态是取得成功的一个非常关键的环节，拥有好的心态，就会拥有好的成绩。然后恰当安排各项学习任务，使学习有秩序地进行，有了计划可以把自己的学习管理好。到一定时候对照计划检查总结一下自己的学习，看看有什么优点和缺点，优点发扬，缺点克服，使学习不断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上课仔细听讲，弄懂每一个问题，作业即使完成，追求质量和速度，回家做好预、复习工作。在空余期间多看一本好书，适当做些娱乐。做到少在计算机前一会儿，多看一两本好书，扩展知识面，提高阅读以及协作能力。早晚多听读外语，多积累一些单词，提高英语各方面的水平。从良好的基础上向着更高的目标出发。</w:t>
      </w:r>
      <w:r>
        <w:rPr>
          <w:lang w:eastAsia="zh-CN"/>
        </w:rPr>
        <w:br/>
      </w:r>
      <w:r>
        <w:rPr>
          <w:lang w:eastAsia="zh-CN"/>
        </w:rPr>
        <w:t>　　好记性不如烂笔头。记好每一次的笔记，认真对待每一次的口头作业，只有基础扎实了，才可以累计更多。</w:t>
      </w:r>
      <w:r>
        <w:rPr>
          <w:lang w:eastAsia="zh-CN"/>
        </w:rPr>
        <w:br/>
      </w:r>
      <w:r>
        <w:rPr>
          <w:lang w:eastAsia="zh-CN"/>
        </w:rPr>
        <w:t>　　最后，也是最关键的一点，就是要科学安排时间，没有合理的安排，再好的计划也会付之东流。所以，在新学期里，最要学会的就是要合理安排学习、娱乐、休息的时间，要把每一点一滴宝贵的时间都抓紧。</w:t>
      </w:r>
      <w:r>
        <w:rPr>
          <w:lang w:eastAsia="zh-CN"/>
        </w:rPr>
        <w:br/>
      </w:r>
      <w:r>
        <w:rPr>
          <w:lang w:eastAsia="zh-CN"/>
        </w:rPr>
        <w:t xml:space="preserve">    高二学习计划汇集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要认真，仔细地规划每一分钟。认真投入到学习中。曾经有一位老师对我说，态度决定一切，要以良好的态度去面对学习。挑战自己，相信自己，我个人认为，人一生的时间的有限的，时间不等人，因为这是我初中生涯的最后一段时间，我不会放过从我身边中的每一份时间，挣取把握好身边的每分每秒。环顾学习生涯，我觉得最薄弱的科目是语文，化学。强项是数学和物理。每次月考都有化学，语文拉分，我认为在这些方面我应该加强。我觉得首先应该做到的是应该认真听课，将老师课上所讲内容完全消化，让思维与老师同步。一般先以课本为先，书上的内容是基础。在掌握的基础上，做专项训练，按层次补缺和提高。我还需要建立一本错题集，将在练习中做错的题目和尚未弄懂的题目及时记录下来，逐一解决，形成巩固。在复习中应该提倡务实精神，也应该重视规范化和格式化，要养成科学，严谨的态度。因为任何一次不规范的答题都有可能造成失分。</w:t>
      </w:r>
      <w:r>
        <w:rPr>
          <w:lang w:eastAsia="zh-CN"/>
        </w:rPr>
        <w:br/>
      </w:r>
      <w:r>
        <w:rPr>
          <w:lang w:eastAsia="zh-CN"/>
        </w:rPr>
        <w:t>　　1、因为我最薄弱的一项科目是语文，成绩处于中等水平，作文干巴巴的，不生动。空闲时间多看课外书，每天记1~2条好词佳句,按老师的指导进行写作练习。争取每次作文练习都在95分以上。</w:t>
      </w:r>
      <w:r>
        <w:rPr>
          <w:lang w:eastAsia="zh-CN"/>
        </w:rPr>
        <w:br/>
      </w:r>
      <w:r>
        <w:rPr>
          <w:lang w:eastAsia="zh-CN"/>
        </w:rPr>
        <w:t>　　2、提前老师的讲解做考纲和全品的题目，前天晚上认真预习。多做深，精的题目，拓展思维。</w:t>
      </w:r>
      <w:r>
        <w:rPr>
          <w:lang w:eastAsia="zh-CN"/>
        </w:rPr>
        <w:br/>
      </w:r>
      <w:r>
        <w:rPr>
          <w:lang w:eastAsia="zh-CN"/>
        </w:rPr>
        <w:t>　　3、每天坚持朗读外语作品，养成良好的语感。认真识记考纲后面的单词，严格避免中考因单词而失分。认真复习和预习全品的考点聚焦和附录，要求重点掌握语法，句型。注意活学活用。</w:t>
      </w:r>
      <w:r>
        <w:rPr>
          <w:lang w:eastAsia="zh-CN"/>
        </w:rPr>
        <w:br/>
      </w:r>
      <w:r>
        <w:rPr>
          <w:lang w:eastAsia="zh-CN"/>
        </w:rPr>
        <w:t>　　4、循环复习和背诵常用原子质量表，元素化合价，酸、碱、盐溶解表，严格避免因为忘记它们而在中考中失分。认真识记和归纳老师给出的化学方程式，要求活学活用，知道反应条件，反应结果。</w:t>
      </w:r>
      <w:r>
        <w:rPr>
          <w:lang w:eastAsia="zh-CN"/>
        </w:rPr>
        <w:br/>
      </w:r>
      <w:r>
        <w:rPr>
          <w:lang w:eastAsia="zh-CN"/>
        </w:rPr>
        <w:t>　　5、认真识记物理公式，物质常量，电学和光学是物理里我最薄弱的环节，我要跟随老师的总复习，认真，仔细的巩固电学和光学知识。根据考纲认真复习各点知识，按时完成作业，做笔记。</w:t>
      </w:r>
      <w:r>
        <w:rPr>
          <w:lang w:eastAsia="zh-CN"/>
        </w:rPr>
        <w:br/>
      </w:r>
      <w:r>
        <w:rPr>
          <w:lang w:eastAsia="zh-CN"/>
        </w:rPr>
        <w:t>　　6、根据考纲认真复习历史知识点，在未来的2个多月里循环复习，加强记忆，认真记忆老师归纳的口诀，表格，利用它们能很好的记忆知识点，关注今年发生的时事，联系时事与中学历史的联系。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7、根据考纲与全品上面的题目和知识点循环复习，背诵。由于今年中考政治变得很活，所以不能死记硬背，要活学活用，认真参考其他地市的中考题目。以上的学习计划要认真实施，成功在于行动，过一段时间要仔细分析检查现状，与制定的计划。</w:t>
      </w:r>
      <w:r>
        <w:rPr>
          <w:lang w:eastAsia="zh-CN"/>
        </w:rPr>
        <w:br/>
      </w:r>
      <w:r>
        <w:rPr>
          <w:lang w:eastAsia="zh-CN"/>
        </w:rPr>
        <w:t xml:space="preserve">    高二学习计划汇集 篇11 </w:t>
      </w:r>
      <w:r>
        <w:rPr>
          <w:lang w:eastAsia="zh-CN"/>
        </w:rPr>
        <w:br/>
      </w:r>
      <w:r>
        <w:rPr>
          <w:lang w:eastAsia="zh-CN"/>
        </w:rPr>
        <w:t>　　一个漫长的暑假已过去，迎来的是一个美好的秋天。在这丰收的时刻，新的一学期又开始了，迎着早晨的第一缕阳光，我们又重新回到美丽的校园，开始了新一学期的征途。</w:t>
      </w:r>
      <w:r>
        <w:rPr>
          <w:lang w:eastAsia="zh-CN"/>
        </w:rPr>
        <w:br/>
      </w:r>
      <w:r>
        <w:rPr>
          <w:lang w:eastAsia="zh-CN"/>
        </w:rPr>
        <w:t>　　在过去的征程中，曾拥有过欢笑，拥有个阳光，这都已成为永远的记忆，现在加上一把锁将它封锁起来，摆在我们面前的一切都是新的，看呀？新的学期正在向我们招手。经过五年的锻炼，我们不都是一个个战士，抹去心灵的灰尘，拿上我们的武器，整装待发，新学期的目标向我们冲击！</w:t>
      </w:r>
      <w:r>
        <w:rPr>
          <w:lang w:eastAsia="zh-CN"/>
        </w:rPr>
        <w:br/>
      </w:r>
      <w:r>
        <w:rPr>
          <w:lang w:eastAsia="zh-CN"/>
        </w:rPr>
        <w:t>　　我们又迎来了新学期，在每一个全新的起点，我们每个人都会有一种期盼：明天的我要更精彩。因此，我一定在对美好未来的憧憬中，展现着自己迎接新学期的新气象。今天的老师，同学们都把自己打理得漂漂亮亮，办公室。教室都打扫得干干净净，这样就营造了一种生机勃勃。祥和向上的新气象。相信在这种新气象的感染和鼓舞下。我一定要在新学期取得新进步。</w:t>
      </w:r>
      <w:r>
        <w:rPr>
          <w:lang w:eastAsia="zh-CN"/>
        </w:rPr>
        <w:br/>
      </w:r>
      <w:r>
        <w:rPr>
          <w:lang w:eastAsia="zh-CN"/>
        </w:rPr>
        <w:t>　　在新学期里，我有一个新的目标——不要做语言的巨人，要成为行动的主人！我知道了成功不是靠梦想来实现，而是靠自己的行动……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当然，在新的学期中，在学习要有新的成绩，这就要不懈地努力！付出一份努力才会换取一份收获。学习并不是一种兴趣，而是一种责任，是我应该做而且必须做好的事情，同时学习必定会有负担。没有苦的。累的过程，就不会有进步和提升，无论是过去，还是未来不都这样的道理吗？我把自己的喜悦，悲伤都化作前进的助力和动力，就会因此不断克服困难取得新进步。成功中是我们的喜悦，成功背后是我们辛勤的汗水，没有耕耘就哪有收获没有付出哪有所得。</w:t>
      </w:r>
      <w:r>
        <w:rPr>
          <w:lang w:eastAsia="zh-CN"/>
        </w:rPr>
        <w:br/>
      </w:r>
      <w:r>
        <w:rPr>
          <w:lang w:eastAsia="zh-CN"/>
        </w:rPr>
        <w:t>　　书山有路勤为径，学海无涯苦作舟。向着自己的目标，奋力前进！新的一学期又开始了，开始了新的旅程，杨启新的风帆吧！我要加油，在绚丽多彩的小学生活中，好好学习，这是冲刺，面向新的征程，也许会有坎坷，艰险，我一定会战胜一切困难避过所有的浅滩到达成功的彼岸。</w:t>
      </w:r>
      <w:r>
        <w:rPr>
          <w:lang w:eastAsia="zh-CN"/>
        </w:rPr>
        <w:br/>
      </w:r>
      <w:r>
        <w:rPr>
          <w:lang w:eastAsia="zh-CN"/>
        </w:rPr>
        <w:t xml:space="preserve">    高二学习计划汇集 篇12 </w:t>
      </w:r>
      <w:r>
        <w:rPr>
          <w:lang w:eastAsia="zh-CN"/>
        </w:rPr>
        <w:br/>
      </w:r>
      <w:r>
        <w:rPr>
          <w:lang w:eastAsia="zh-CN"/>
        </w:rPr>
        <w:t>　　一、制定计划前</w:t>
      </w:r>
      <w:r>
        <w:rPr>
          <w:lang w:eastAsia="zh-CN"/>
        </w:rPr>
        <w:br/>
      </w:r>
      <w:r>
        <w:rPr>
          <w:lang w:eastAsia="zh-CN"/>
        </w:rPr>
        <w:t>　　长远计划和短期安排即使有长远计划，却没有短期安排，目标是很难达到的。所以长远计划和短期。</w:t>
      </w:r>
      <w:r>
        <w:rPr>
          <w:lang w:eastAsia="zh-CN"/>
        </w:rPr>
        <w:br/>
      </w:r>
      <w:r>
        <w:rPr>
          <w:lang w:eastAsia="zh-CN"/>
        </w:rPr>
        <w:t>　　安排两者缺一不可，长远计划是明确学习目标和进行大致安排;而短期安排则是具体的行动计划。</w:t>
      </w:r>
      <w:r>
        <w:rPr>
          <w:lang w:eastAsia="zh-CN"/>
        </w:rPr>
        <w:br/>
      </w:r>
      <w:r>
        <w:rPr>
          <w:lang w:eastAsia="zh-CN"/>
        </w:rPr>
        <w:t>　　一个具有灵活性的计划计划安排一方面要有具体明确的要求和量化指针，以便于执行和检查验收，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另一方面，也不能过于僵死呆板，没有任何的灵活变通。在具体安排时，应该是在紧凑，不浪费时间的前提下，保持一定的弹性和保险系数，便于应付偶然情况。比如，你可以每天晚上空出半个小时，作为机动时间，专门完成一天当中没有完成的计划;每周抽出半天时间，专门完成本周未完成的计划。</w:t>
      </w:r>
      <w:r>
        <w:rPr>
          <w:lang w:eastAsia="zh-CN"/>
        </w:rPr>
        <w:br/>
      </w:r>
      <w:r>
        <w:rPr>
          <w:lang w:eastAsia="zh-CN"/>
        </w:rPr>
        <w:t>　　二、制定计划中</w:t>
      </w:r>
      <w:r>
        <w:rPr>
          <w:lang w:eastAsia="zh-CN"/>
        </w:rPr>
        <w:br/>
      </w:r>
      <w:r>
        <w:rPr>
          <w:lang w:eastAsia="zh-CN"/>
        </w:rPr>
        <w:t>　　区分常规学习时间和自由学习时间常规学习时间指按学校规定的学习时间，主要用来完成老师</w:t>
      </w:r>
      <w:r>
        <w:rPr>
          <w:lang w:eastAsia="zh-CN"/>
        </w:rPr>
        <w:br/>
      </w:r>
      <w:r>
        <w:rPr>
          <w:lang w:eastAsia="zh-CN"/>
        </w:rPr>
        <w:t>　　布置的学习任务，消化当天所学的知识。而自由学习时间指除常规学习时间外的归自己支配的时间，你可以用来弥补自己学习中欠缺的、或者提高自己对某一学科的优势。自由学习时间的安排是制定学习计划的重点。所以我们应该提高常规学习时间的效率，增加和正确利用自由学习时间，掌握自己的学习主动权。针对重点进行制定计划重点一是指你学习中的弱科，二是指知识体系中的重点内容。只有抓住重点，兼顾一般才能取得更好的学习效率。注意联系新教材与学过的教材之间的知识点，新知识是建立在对旧知识的深透理解的基础上的，课前自学若发现与新课相关的旧知识掌握不牢时，一定要回过头去把有关的旧课弄懂。</w:t>
      </w:r>
      <w:r>
        <w:rPr>
          <w:lang w:eastAsia="zh-CN"/>
        </w:rPr>
        <w:br/>
      </w:r>
      <w:r>
        <w:rPr>
          <w:lang w:eastAsia="zh-CN"/>
        </w:rPr>
        <w:t>　　三、从实际出发来制定计划</w:t>
      </w:r>
      <w:r>
        <w:rPr>
          <w:lang w:eastAsia="zh-CN"/>
        </w:rPr>
        <w:br/>
      </w:r>
      <w:r>
        <w:rPr>
          <w:lang w:eastAsia="zh-CN"/>
        </w:rPr>
        <w:t>　　知识能力的实际：每个阶段，计划学习多少知识?培养哪些能力</w:t>
      </w:r>
      <w:r>
        <w:rPr>
          <w:lang w:eastAsia="zh-CN"/>
        </w:rPr>
        <w:br/>
      </w:r>
      <w:r>
        <w:rPr>
          <w:lang w:eastAsia="zh-CN"/>
        </w:rPr>
        <w:t>　　时间的实际：常规学习时间和自由支配时间分别有多少?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教学进度的实际：掌握老师教学进度，妥善安排常规学习时间和自由支配时间，以免自己的计划受到“冲击”。实际情况，主要包括以下四方面的内容：你目前的学习成绩;你的学习素质(记忆力、理解力、观察力等);你的学习心态;影响你进步的外部因素。彼，是指你面对的学习和考试，主要体现在教学大纲和考试说明中。这些内容，在教材和各种教辅资料中对每一学科、每一章节的学习目标、考试要求，都有明显提示，可供参考。另外这些内容还会渗透在老师讲课的过程中，他会告诉你哪些是重点，哪些是难点，通过大量习题提升你的解题能力和应试能力。由此看来，知己知彼其实重在“知己”，即透彻分析自己，了解自己。通过对自己的透彻分析，你可以知道自己哪些方面欠缺，哪些方面是具有优势，可以明确自己发展的方向，该定立什么样的中短期目标，该采取哪些措施。透彻分析可以说是你制定计划、实现目标的基础</w:t>
      </w:r>
      <w:r>
        <w:rPr>
          <w:lang w:eastAsia="zh-CN"/>
        </w:rPr>
        <w:br/>
      </w:r>
      <w:r>
        <w:rPr>
          <w:lang w:eastAsia="zh-CN"/>
        </w:rPr>
        <w:t>　　应从难到易制定计划在制定计划时，可以先将某一时段内要完成的所有事情罗列出来，并分为三类：</w:t>
      </w:r>
      <w:r>
        <w:rPr>
          <w:lang w:eastAsia="zh-CN"/>
        </w:rPr>
        <w:br/>
      </w:r>
      <w:r>
        <w:rPr>
          <w:lang w:eastAsia="zh-CN"/>
        </w:rPr>
        <w:t>　　a类：重要而紧急的事;</w:t>
      </w:r>
      <w:r>
        <w:rPr>
          <w:lang w:eastAsia="zh-CN"/>
        </w:rPr>
        <w:br/>
      </w:r>
      <w:r>
        <w:rPr>
          <w:lang w:eastAsia="zh-CN"/>
        </w:rPr>
        <w:t>　　b类：重要而不紧急的事;</w:t>
      </w:r>
      <w:r>
        <w:rPr>
          <w:lang w:eastAsia="zh-CN"/>
        </w:rPr>
        <w:br/>
      </w:r>
      <w:r>
        <w:rPr>
          <w:lang w:eastAsia="zh-CN"/>
        </w:rPr>
        <w:t>　　c类：不重要不紧急的事。具体安排时，你一定要先完成a类，然后是b类，最后是c类。这样先难后易地安排，一方面可以保证你精力最充沛时完成最重要、最紧急的任务，提高学习效率，另一方面，在攻克较难的任务之后再完成较简单的任务，你会觉得更自信，更轻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应制定一个“能做完”的计划应该做出这样的计划：今天早晨要背过多少单词;今天上午要做完几道习题;今天晚上要预习哪一节内容，达到一种什么效果;你不仅要在学习的量上有明显规定，更要在学习的质上有保证，要特别强调“做完”多少。这样做对你学习效率的提高有非常明显的作用。如果只是去做，做多做少、做好做坏都是做了，但这样的“做”对你的学习是有害的。</w:t>
      </w:r>
      <w:r>
        <w:rPr>
          <w:lang w:eastAsia="zh-CN"/>
        </w:rPr>
        <w:br/>
      </w:r>
      <w:r>
        <w:rPr>
          <w:lang w:eastAsia="zh-CN"/>
        </w:rPr>
        <w:t>　　合理安排时间制定计划高一学生应该抓住记忆效果最佳的时间段来安排记忆，提高效率。一般而言，早上6：00—7：00头脑清醒，记忆效果比较好，上午、下午都有课程安排学习比较紧张，中午休息30—50分钟可以缓解疲劳，以便下午有充沛的精力学习。而每天如果不能保证7—8小时睡眠，记忆效果也会降低。提高学习时间的利用率早晨或晚上，或一天学习的开头和结尾的时间，可以安排着重记忆的科目，如外语。心情比较愉快，注意力比较集中，时间较完整时，可以安排比较枯燥，或自己不太喜欢的科目，零星的、注意力不易集中的时间，可以安排做习题和自己最感兴趣的学科。这样可以提高时间利用率。</w:t>
      </w:r>
      <w:r>
        <w:rPr>
          <w:lang w:eastAsia="zh-CN"/>
        </w:rPr>
        <w:br/>
      </w:r>
      <w:r>
        <w:rPr>
          <w:lang w:eastAsia="zh-CN"/>
        </w:rPr>
        <w:t>　　四、制定计划后</w:t>
      </w:r>
      <w:r>
        <w:rPr>
          <w:lang w:eastAsia="zh-CN"/>
        </w:rPr>
        <w:br/>
      </w:r>
      <w:r>
        <w:rPr>
          <w:lang w:eastAsia="zh-CN"/>
        </w:rPr>
        <w:t>　　简单的回顾列表：</w:t>
      </w:r>
      <w:r>
        <w:rPr>
          <w:lang w:eastAsia="zh-CN"/>
        </w:rPr>
        <w:br/>
      </w:r>
      <w:r>
        <w:rPr>
          <w:lang w:eastAsia="zh-CN"/>
        </w:rPr>
        <w:t>　　1、是否完成了计划中的学习任务?</w:t>
      </w:r>
      <w:r>
        <w:rPr>
          <w:lang w:eastAsia="zh-CN"/>
        </w:rPr>
        <w:br/>
      </w:r>
      <w:r>
        <w:rPr>
          <w:lang w:eastAsia="zh-CN"/>
        </w:rPr>
        <w:t>　　2、是不是按照计划去执行任务的?</w:t>
      </w:r>
      <w:r>
        <w:rPr>
          <w:lang w:eastAsia="zh-CN"/>
        </w:rPr>
        <w:br/>
      </w:r>
      <w:r>
        <w:rPr>
          <w:lang w:eastAsia="zh-CN"/>
        </w:rPr>
        <w:t>　　3、学习效果如何?</w:t>
      </w:r>
      <w:r>
        <w:rPr>
          <w:lang w:eastAsia="zh-CN"/>
        </w:rPr>
        <w:br/>
      </w:r>
      <w:r>
        <w:rPr>
          <w:lang w:eastAsia="zh-CN"/>
        </w:rPr>
        <w:t>　　4、如果有任务没有完成，那是什么原因?(安排过紧、太松?)</w:t>
      </w:r>
      <w:r>
        <w:rPr>
          <w:lang w:eastAsia="zh-CN"/>
        </w:rPr>
        <w:br/>
      </w:r>
      <w:r>
        <w:rPr>
          <w:lang w:eastAsia="zh-CN"/>
        </w:rPr>
        <w:t>　　记得补上缺漏，重新修订计划。你也可以通过日记来记录一天的学习计划进度，便于改进和回顾。</w:t>
      </w:r>
      <w:r>
        <w:rPr>
          <w:lang w:eastAsia="zh-CN"/>
        </w:rPr>
        <w:br/>
      </w:r>
      <w:r>
        <w:rPr>
          <w:lang w:eastAsia="zh-CN"/>
        </w:rPr>
        <w:t>　　回答以下问题，可以帮助你进行透彻分析。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（1）你目前的学习成绩在班内与全年级的上游、中游还是下游？</w:t>
      </w:r>
      <w:r>
        <w:rPr>
          <w:lang w:eastAsia="zh-CN"/>
        </w:rPr>
        <w:br/>
      </w:r>
      <w:r>
        <w:rPr>
          <w:lang w:eastAsia="zh-CN"/>
        </w:rPr>
        <w:t>　　（2）在所有学科中，你比较喜欢哪些科目?厌恶哪些科目?原因是什么?</w:t>
      </w:r>
      <w:r>
        <w:rPr>
          <w:lang w:eastAsia="zh-CN"/>
        </w:rPr>
        <w:br/>
      </w:r>
      <w:r>
        <w:rPr>
          <w:lang w:eastAsia="zh-CN"/>
        </w:rPr>
        <w:t>　　（3）哪些科目成绩较好?哪些科目成绩较差?原因是什么?</w:t>
      </w:r>
      <w:r>
        <w:rPr>
          <w:lang w:eastAsia="zh-CN"/>
        </w:rPr>
        <w:br/>
      </w:r>
      <w:r>
        <w:rPr>
          <w:lang w:eastAsia="zh-CN"/>
        </w:rPr>
        <w:t>　　（4）哪些科目提升潜力较大，哪些科目应保持现在的优势?</w:t>
      </w:r>
      <w:r>
        <w:rPr>
          <w:lang w:eastAsia="zh-CN"/>
        </w:rPr>
        <w:br/>
      </w:r>
      <w:r>
        <w:rPr>
          <w:lang w:eastAsia="zh-CN"/>
        </w:rPr>
        <w:t>　　（5）下一步学习，你准备重点突破哪些科目?采取什么样的学习方法?</w:t>
      </w:r>
      <w:r>
        <w:rPr>
          <w:lang w:eastAsia="zh-CN"/>
        </w:rPr>
        <w:br/>
      </w:r>
      <w:r>
        <w:rPr>
          <w:lang w:eastAsia="zh-CN"/>
        </w:rPr>
        <w:t>　　（6）你认为自己的记忆力、理解力如何?学过的东西老记不住是因为本身记忆力差?还是因为没有采取合适的记忆方法?</w:t>
      </w:r>
      <w:r>
        <w:rPr>
          <w:lang w:eastAsia="zh-CN"/>
        </w:rPr>
        <w:br/>
      </w:r>
      <w:r>
        <w:rPr>
          <w:lang w:eastAsia="zh-CN"/>
        </w:rPr>
        <w:t>　　（7）你对未来是否充满信心?</w:t>
      </w:r>
      <w:r>
        <w:rPr>
          <w:lang w:eastAsia="zh-CN"/>
        </w:rPr>
        <w:br/>
      </w:r>
      <w:r>
        <w:rPr>
          <w:lang w:eastAsia="zh-CN"/>
        </w:rPr>
        <w:t>　　（8）你是否有明确的奋斗目标?是否愿为实现这一目标而全身心付出?</w:t>
      </w:r>
      <w:r>
        <w:rPr>
          <w:lang w:eastAsia="zh-CN"/>
        </w:rPr>
        <w:br/>
      </w:r>
      <w:r>
        <w:rPr>
          <w:lang w:eastAsia="zh-CN"/>
        </w:rPr>
        <w:t>　　（9）你觉得自己的自制力如何?上课时是否能集中注意力?自习时是否能按时完成作业?空闲时间能否自主安排?</w:t>
      </w:r>
      <w:r>
        <w:rPr>
          <w:lang w:eastAsia="zh-CN"/>
        </w:rPr>
        <w:br/>
      </w:r>
      <w:r>
        <w:rPr>
          <w:lang w:eastAsia="zh-CN"/>
        </w:rPr>
        <w:t>　　(10)你交往的朋友中，哪些对你的发展有帮助的?哪些可能诱导你偏离奋斗方向?</w:t>
      </w:r>
      <w:r>
        <w:rPr>
          <w:lang w:eastAsia="zh-CN"/>
        </w:rPr>
        <w:br/>
      </w:r>
      <w:r>
        <w:rPr>
          <w:lang w:eastAsia="zh-CN"/>
        </w:rPr>
        <w:t>　　(11)你经常浏览什么内容的网站?这些网站对你的学习和成长有何帮助?有何不良影响?</w:t>
      </w:r>
      <w:r>
        <w:rPr>
          <w:lang w:eastAsia="zh-CN"/>
        </w:rPr>
        <w:br/>
      </w:r>
      <w:r>
        <w:rPr>
          <w:lang w:eastAsia="zh-CN"/>
        </w:rPr>
        <w:t>　　(12)你父母对你上学的期望是什么?在家中能否为你提供较适宜的学习场所?根据对这些问题的回答，你可以制定合理的中短期学习目标。</w:t>
      </w:r>
      <w:r>
        <w:rPr>
          <w:lang w:eastAsia="zh-CN"/>
        </w:rPr>
        <w:br/>
      </w:r>
      <w:r>
        <w:rPr>
          <w:lang w:eastAsia="zh-CN"/>
        </w:rPr>
        <w:t xml:space="preserve">    高二学习计划汇集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科学合理的学习计划对于中学生来说，具有如下几个方面的作用</w:t>
      </w:r>
      <w:r>
        <w:rPr>
          <w:lang w:eastAsia="zh-CN"/>
        </w:rPr>
        <w:br/>
      </w:r>
      <w:r>
        <w:rPr>
          <w:lang w:eastAsia="zh-CN"/>
        </w:rPr>
        <w:t>　　(1)促进学习目标的实现</w:t>
      </w:r>
      <w:r>
        <w:rPr>
          <w:lang w:eastAsia="zh-CN"/>
        </w:rPr>
        <w:br/>
      </w:r>
      <w:r>
        <w:rPr>
          <w:lang w:eastAsia="zh-CN"/>
        </w:rPr>
        <w:t>　　每一个同学都有自己长远的学习目标，而要实现目标，就必须脚踏实地，有计划有步骤地去学习，要从实际出发，安排好学习时间和学习内容。学习计划可以使自己的学习行动和学习目标有机地结合起来，每一项近期任务的完成都会使自己受到鼓舞，从而对学习产生一种潜在的动力，增强实现下一个目标的信心。这些在执行计划中受到的鼓舞和鞭策比来自家长和教师的表扬更及时，更有效。所以制定一个切实可行的学习计划，可以促进学习目标的实现。</w:t>
      </w:r>
      <w:r>
        <w:rPr>
          <w:lang w:eastAsia="zh-CN"/>
        </w:rPr>
        <w:br/>
      </w:r>
      <w:r>
        <w:rPr>
          <w:lang w:eastAsia="zh-CN"/>
        </w:rPr>
        <w:t>　　(2)可以磨炼意志</w:t>
      </w:r>
      <w:r>
        <w:rPr>
          <w:lang w:eastAsia="zh-CN"/>
        </w:rPr>
        <w:br/>
      </w:r>
      <w:r>
        <w:rPr>
          <w:lang w:eastAsia="zh-CN"/>
        </w:rPr>
        <w:t>　　学习计划使学生的各项学习活动目标明确。在努力争取让自己的行动按计划进行时，由于学习生活的千变万化，常会出现一些意想不到的情况，影响着计划的执行，如临时性的集体活动、作业增多、临近等。这时不能急躁，不能呆板的照计划进行，而要及时调整自己的学习计划以适应变化了的情况。有时在计划实施过程中会出现困难，这时就要通过意志力去努力克服，排除诱惑，不断调整自己的行动，不偏离计划中既定的学习目标和任务，直到目标达成为止。在实施计划中，每克服一个困难，完成一个任务，就会在享受胜利喜悦的同时增强克服困难的信心和勇气。若由于计划的不周而暂时没有完成，要及时总结经验教训，修改计划，争取新的胜利。在成功和失败的交替过程中，意志力会得到锻炼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(3)有助于养成良好的学习习惯</w:t>
      </w:r>
      <w:r>
        <w:rPr>
          <w:lang w:eastAsia="zh-CN"/>
        </w:rPr>
        <w:br/>
      </w:r>
      <w:r>
        <w:rPr>
          <w:lang w:eastAsia="zh-CN"/>
        </w:rPr>
        <w:t>　　长期按学习计划办事，就会逐渐养成良好的学习习惯，使学习生活有规律。这种习惯平时表现在每天的时间安排和的运用上。</w:t>
      </w:r>
      <w:r>
        <w:rPr>
          <w:lang w:eastAsia="zh-CN"/>
        </w:rPr>
        <w:br/>
      </w:r>
      <w:r>
        <w:rPr>
          <w:lang w:eastAsia="zh-CN"/>
        </w:rPr>
        <w:t>　　时间安排上一旦形成习惯，到时间起床，到时间就睡觉，该学习时就安心学习，到了锻炼时间就自觉的去锻炼，学习生活就会达到“自动”进行的境界。到了时间不去休息或锻炼，身上就不好受;到了时间不学习，心中就感到缺了点什么。</w:t>
      </w:r>
      <w:r>
        <w:rPr>
          <w:lang w:eastAsia="zh-CN"/>
        </w:rPr>
        <w:br/>
      </w:r>
      <w:r>
        <w:rPr>
          <w:lang w:eastAsia="zh-CN"/>
        </w:rPr>
        <w:t>　　学习方法上一旦养成习惯，就会感到不预习就无法听好课，不复习就不能做好作业。这种良好的学习习惯会大大提高学习效率，提高学习质量。而这种良好的学习习惯是长期按照学习计划进行学习的结果。所以说，良好的学习习惯是学习计划和顽强意志的.产物。</w:t>
      </w:r>
      <w:r>
        <w:rPr>
          <w:lang w:eastAsia="zh-CN"/>
        </w:rPr>
        <w:br/>
      </w:r>
      <w:r>
        <w:rPr>
          <w:lang w:eastAsia="zh-CN"/>
        </w:rPr>
        <w:t>　　(4)可以提高效率，减少时间浪费</w:t>
      </w:r>
      <w:r>
        <w:rPr>
          <w:lang w:eastAsia="zh-CN"/>
        </w:rPr>
        <w:br/>
      </w:r>
      <w:r>
        <w:rPr>
          <w:lang w:eastAsia="zh-CN"/>
        </w:rPr>
        <w:t>　　好的学习计划把学习、休息和活动的时间进行了科学的具体安排。如果自己在学习的时间多玩了一会儿，就会是计划中的任务玩不成，而且由于学习顺序的渐进性，从而使计划中后面的多项任务受到影响。为了完成学习计划，一个用功的学生，不但不轻易浪费时间，而且在学习中十分注意效率。</w:t>
      </w:r>
      <w:r>
        <w:rPr>
          <w:lang w:eastAsia="zh-CN"/>
        </w:rPr>
        <w:br/>
      </w:r>
      <w:r>
        <w:rPr>
          <w:lang w:eastAsia="zh-CN"/>
        </w:rPr>
        <w:t xml:space="preserve">    高二学习计划汇集 篇14 </w:t>
      </w:r>
      <w:r>
        <w:rPr>
          <w:lang w:eastAsia="zh-CN"/>
        </w:rPr>
        <w:br/>
      </w:r>
      <w:r>
        <w:rPr>
          <w:lang w:eastAsia="zh-CN"/>
        </w:rPr>
        <w:t>　　制定计划前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长远计划跟短期安排即使有长远计划，却没有短期安排，目标是很难达到的。所以长远计划跟短期安排两者缺一不可，长远计划是明确学习目标跟进行大致安排;而短期安排则是具体的行动计划。一个具有灵活性的计划计划安排一方面要有具体明确的要求跟量化指针，以便于执行跟检查验收，另一方面，也不能过于僵死呆板，没有任何的灵活变通。在具体安排时，应该是在紧凑，不浪费时间的前提下，保持一定的弹性跟保险系数，便于应付偶然情况。比如，你可以每天晚上空出半个小时，作为机动时间，专门完成一天当中没有完成的计划;每周抽出半天时间，专门完成本周未完成的计划。</w:t>
      </w:r>
      <w:r>
        <w:rPr>
          <w:lang w:eastAsia="zh-CN"/>
        </w:rPr>
        <w:br/>
      </w:r>
      <w:r>
        <w:rPr>
          <w:lang w:eastAsia="zh-CN"/>
        </w:rPr>
        <w:t>　　制定计划中</w:t>
      </w:r>
      <w:r>
        <w:rPr>
          <w:lang w:eastAsia="zh-CN"/>
        </w:rPr>
        <w:br/>
      </w:r>
      <w:r>
        <w:rPr>
          <w:lang w:eastAsia="zh-CN"/>
        </w:rPr>
        <w:t>　　区分常规学习时间跟自由学习时间常规学习时间指按学校规定的学习时间，主要用来完成老师布置的学习任务，消化当天所学的知识。而自由学习时间指除常规学习时间外的归自己支配的时间，你可以用来弥补自己学习中欠缺的、或者提高自己对某一学科的优势。自由学习时间的安排是制定学习计划的重点。所以我们应该提高常规学习时间的效率，增加跟正确利用自由学习时间，掌握自己的学习主动权。针对重点进行制定计划重点一是指你学习中的弱科，二是指知识体系中的重点内容。只有抓住重点，兼顾一般才能取得更好的学习效率。注意联系新教材与学过的教材之间的知识点，新知识是建立在对旧知识的深透理解的基础上的，课前自学若发现与新课相关的旧知识掌握不牢时，一定要回过头去把有关的旧课弄懂。</w:t>
      </w:r>
      <w:r>
        <w:rPr>
          <w:lang w:eastAsia="zh-CN"/>
        </w:rPr>
        <w:br/>
      </w:r>
      <w:r>
        <w:rPr>
          <w:lang w:eastAsia="zh-CN"/>
        </w:rPr>
        <w:t>　　从实际出发来制定计划</w:t>
      </w:r>
      <w:r>
        <w:rPr>
          <w:lang w:eastAsia="zh-CN"/>
        </w:rPr>
        <w:br/>
      </w:r>
      <w:r>
        <w:rPr>
          <w:lang w:eastAsia="zh-CN"/>
        </w:rPr>
        <w:t>　　(1)知识能力的实际：每个阶段，计划学习多少知识?培养哪些能力</w:t>
      </w:r>
      <w:r>
        <w:rPr>
          <w:lang w:eastAsia="zh-CN"/>
        </w:rPr>
        <w:br/>
      </w:r>
      <w:r>
        <w:rPr>
          <w:lang w:eastAsia="zh-CN"/>
        </w:rPr>
        <w:t>　　(2)时间的实际：常规学习时间跟自由支配时间分别有多少?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教学进度的实际：掌握老师教学进度，妥善安排常规学习时间跟自由支配时间，以免自己的计划受到“冲击”。实际情况，主要包括以下四方面的内容：你目前的学习成绩;你的学习素质(记忆力、理解力、观察力等);你的学习心态;影响你进步的外部因素。彼，是指你面对的学习跟考试，主要体现在教学大纲跟考试说明中。这些内容，在教材跟各种教辅资料中对每一学科、每一章节的学习目标、考试要求，都有明显提示，可供参考。另外这些内容还会渗透在老师讲课的过程中，他会告诉你哪些是重点，哪些是难点，通过大量习题提升你的解题能力跟应试能力。由此看来，知己知彼其实重在“知己”，即透彻分析自己，了解自己。通过对自己的透彻分析，你可以知道自己哪些方面欠缺，哪些方面是具有优势，可以明确自己发展的方向，该定立什么样的中短期目标，该采取哪些措施。透彻分析可以说是你制定计划、实现目标的基础应从难到易制定计划在制定计划时，可以先将某一时段内要完成的所有事情罗列出来，并分为三类：</w:t>
      </w:r>
      <w:r>
        <w:rPr>
          <w:lang w:eastAsia="zh-CN"/>
        </w:rPr>
        <w:br/>
      </w:r>
      <w:r>
        <w:rPr>
          <w:lang w:eastAsia="zh-CN"/>
        </w:rPr>
        <w:t>　　a类：重要而紧急的事;</w:t>
      </w:r>
      <w:r>
        <w:rPr>
          <w:lang w:eastAsia="zh-CN"/>
        </w:rPr>
        <w:br/>
      </w:r>
      <w:r>
        <w:rPr>
          <w:lang w:eastAsia="zh-CN"/>
        </w:rPr>
        <w:t>　　b类：重要而不紧急的事;</w:t>
      </w:r>
      <w:r>
        <w:rPr>
          <w:lang w:eastAsia="zh-CN"/>
        </w:rPr>
        <w:br/>
      </w:r>
      <w:r>
        <w:rPr>
          <w:lang w:eastAsia="zh-CN"/>
        </w:rPr>
        <w:t>　　c类：不重要不紧急的事。具体安排时，你一定要先完成a类，然后是b类，最后是c类。这样先难后易地安排，一方面可以保证你精力最充沛时完成最重要、最紧急的任务，提高学习效率，另一方面，在攻克较难的任务之后再完成较简单的任务，你会觉得更自信，更轻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应制定一个“能做完”的计划应该做出这样的计划：今天早晨要背过多少单词;今天上午要做完几道习题;今天晚上要预习哪一节内容，达到一种什么效果;你不仅要在学习的量上有明显规定，更要在学习的质上有保证，要特别强调“做完”多少。这样做对你学习效率的提高有非常明显的作用。如果只是去做，做多做少、做好做坏都是做了，但这样的“做”对你的学习是有害的。</w:t>
      </w:r>
      <w:r>
        <w:rPr>
          <w:lang w:eastAsia="zh-CN"/>
        </w:rPr>
        <w:br/>
      </w:r>
      <w:r>
        <w:rPr>
          <w:lang w:eastAsia="zh-CN"/>
        </w:rPr>
        <w:t>　　合理安排时间制定计划高一学生应该抓住记忆效果的时间段来安排记忆，提高效率。一般而言，早上6：00—7：00头脑清醒，记忆效果比较好，上午、下午都有课程安排学习比较紧张，中午休息30—50分钟可以缓解疲劳，以便下午有充沛的精力学习。而每天如果不能保证7—8小时睡眠，记忆效果也会降低。提高学习时间的利用率早晨或晚上，或一天学习的开头跟结尾的时间，可以安排着重记忆的科目，如外语。心情比较愉快，注意力比较集中，时间较完整时，可以安排比较枯燥，或自己不太喜欢的科目，零星的、注意力不易集中的时间，可以安排做习题跟自己最感兴趣的学科。这样可以提高时间利用率。</w:t>
      </w:r>
      <w:r>
        <w:rPr>
          <w:lang w:eastAsia="zh-CN"/>
        </w:rPr>
        <w:br/>
      </w:r>
      <w:r>
        <w:rPr>
          <w:lang w:eastAsia="zh-CN"/>
        </w:rPr>
        <w:t>　　制定计划后</w:t>
      </w:r>
      <w:r>
        <w:rPr>
          <w:lang w:eastAsia="zh-CN"/>
        </w:rPr>
        <w:br/>
      </w:r>
      <w:r>
        <w:rPr>
          <w:lang w:eastAsia="zh-CN"/>
        </w:rPr>
        <w:t>　　简单的回顾列表：</w:t>
      </w:r>
      <w:r>
        <w:rPr>
          <w:lang w:eastAsia="zh-CN"/>
        </w:rPr>
        <w:br/>
      </w:r>
      <w:r>
        <w:rPr>
          <w:lang w:eastAsia="zh-CN"/>
        </w:rPr>
        <w:t>　　1、是否完成了计划中的学习任务?</w:t>
      </w:r>
      <w:r>
        <w:rPr>
          <w:lang w:eastAsia="zh-CN"/>
        </w:rPr>
        <w:br/>
      </w:r>
      <w:r>
        <w:rPr>
          <w:lang w:eastAsia="zh-CN"/>
        </w:rPr>
        <w:t>　　2、是不是按照计划去执行任务的?</w:t>
      </w:r>
      <w:r>
        <w:rPr>
          <w:lang w:eastAsia="zh-CN"/>
        </w:rPr>
        <w:br/>
      </w:r>
      <w:r>
        <w:rPr>
          <w:lang w:eastAsia="zh-CN"/>
        </w:rPr>
        <w:t>　　3、学习效果如何?</w:t>
      </w:r>
      <w:r>
        <w:rPr>
          <w:lang w:eastAsia="zh-CN"/>
        </w:rPr>
        <w:br/>
      </w:r>
      <w:r>
        <w:rPr>
          <w:lang w:eastAsia="zh-CN"/>
        </w:rPr>
        <w:t>　　4、如果有任务没有完成，那是什么原因?(安排过紧、太松?)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记得补上缺漏，重新修订计划。你也可以通过日记来记录一天的学习计划进度，便于改进跟回顾。</w:t>
      </w:r>
      <w:r>
        <w:rPr>
          <w:lang w:eastAsia="zh-CN"/>
        </w:rPr>
        <w:br/>
      </w:r>
      <w:r>
        <w:rPr>
          <w:lang w:eastAsia="zh-CN"/>
        </w:rPr>
        <w:t>　　回答以下问题，可以帮助你进行透彻分析。</w:t>
      </w:r>
      <w:r>
        <w:rPr>
          <w:lang w:eastAsia="zh-CN"/>
        </w:rPr>
        <w:br/>
      </w:r>
      <w:r>
        <w:rPr>
          <w:lang w:eastAsia="zh-CN"/>
        </w:rPr>
        <w:t>　　(1)你目前的学习成绩在班内与全年级的上游、中游还是下游</w:t>
      </w:r>
      <w:r>
        <w:rPr>
          <w:lang w:eastAsia="zh-CN"/>
        </w:rPr>
        <w:br/>
      </w:r>
      <w:r>
        <w:rPr>
          <w:lang w:eastAsia="zh-CN"/>
        </w:rPr>
        <w:t>　　(2)在所有学科中，你比较喜欢哪些科目?厌恶哪些科目?原因是什么?</w:t>
      </w:r>
      <w:r>
        <w:rPr>
          <w:lang w:eastAsia="zh-CN"/>
        </w:rPr>
        <w:br/>
      </w:r>
      <w:r>
        <w:rPr>
          <w:lang w:eastAsia="zh-CN"/>
        </w:rPr>
        <w:t>　　(3)哪些科目成绩较好?哪些科目成绩较差?原因是什么?</w:t>
      </w:r>
      <w:r>
        <w:rPr>
          <w:lang w:eastAsia="zh-CN"/>
        </w:rPr>
        <w:br/>
      </w:r>
      <w:r>
        <w:rPr>
          <w:lang w:eastAsia="zh-CN"/>
        </w:rPr>
        <w:t>　　(4)哪些科目提升潜力较大，哪些科目应保持现在的优势?</w:t>
      </w:r>
      <w:r>
        <w:rPr>
          <w:lang w:eastAsia="zh-CN"/>
        </w:rPr>
        <w:br/>
      </w:r>
      <w:r>
        <w:rPr>
          <w:lang w:eastAsia="zh-CN"/>
        </w:rPr>
        <w:t>　　(5)下一步学习，你准备重点突破哪些科目?采取什么样的学习方法?</w:t>
      </w:r>
      <w:r>
        <w:rPr>
          <w:lang w:eastAsia="zh-CN"/>
        </w:rPr>
        <w:br/>
      </w:r>
      <w:r>
        <w:rPr>
          <w:lang w:eastAsia="zh-CN"/>
        </w:rPr>
        <w:t>　　(6)你认为自己的记忆力、理解力如何?学过的东西老记不住是因为本身记忆力差?还是因为没有采取合适的记忆方法?</w:t>
      </w:r>
      <w:r>
        <w:rPr>
          <w:lang w:eastAsia="zh-CN"/>
        </w:rPr>
        <w:br/>
      </w:r>
      <w:r>
        <w:rPr>
          <w:lang w:eastAsia="zh-CN"/>
        </w:rPr>
        <w:t>　　(7)你对未来是否充满信心?</w:t>
      </w:r>
      <w:r>
        <w:rPr>
          <w:lang w:eastAsia="zh-CN"/>
        </w:rPr>
        <w:br/>
      </w:r>
      <w:r>
        <w:rPr>
          <w:lang w:eastAsia="zh-CN"/>
        </w:rPr>
        <w:t>　　(8)你是否有明确的奋斗目标?是否愿为实现这一目标而全身心付出?</w:t>
      </w:r>
      <w:r>
        <w:rPr>
          <w:lang w:eastAsia="zh-CN"/>
        </w:rPr>
        <w:br/>
      </w:r>
      <w:r>
        <w:rPr>
          <w:lang w:eastAsia="zh-CN"/>
        </w:rPr>
        <w:t>　　(9)你觉得自己的自制力如何?上课时是否能集中注意力?自习时是否能按时完成作业?空闲时间能否自主安排?</w:t>
      </w:r>
      <w:r>
        <w:rPr>
          <w:lang w:eastAsia="zh-CN"/>
        </w:rPr>
        <w:br/>
      </w:r>
      <w:r>
        <w:rPr>
          <w:lang w:eastAsia="zh-CN"/>
        </w:rPr>
        <w:t>　　(10)你交往的朋友中，哪些对你的发展有帮助的?哪些可能诱导你偏离奋斗方向?</w:t>
      </w:r>
      <w:r>
        <w:rPr>
          <w:lang w:eastAsia="zh-CN"/>
        </w:rPr>
        <w:br/>
      </w:r>
      <w:r>
        <w:rPr>
          <w:lang w:eastAsia="zh-CN"/>
        </w:rPr>
        <w:t>　　(11)你经常浏览什么内容的网站?这些网站对你的学习跟成长有何帮助?有何不良影响?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(12)你父母对你上学的期望是什么?在家中能否为你提供较适宜的学习场所?根据对这些问题的回答，你可以制定合理的中短期学习目标。</w:t>
      </w:r>
      <w:r>
        <w:rPr>
          <w:lang w:eastAsia="zh-CN"/>
        </w:rPr>
        <w:br/>
      </w:r>
      <w:r>
        <w:rPr>
          <w:lang w:eastAsia="zh-CN"/>
        </w:rPr>
        <w:t xml:space="preserve">    高二学习计划汇集 篇15 </w:t>
      </w:r>
      <w:r>
        <w:rPr>
          <w:lang w:eastAsia="zh-CN"/>
        </w:rPr>
        <w:br/>
      </w:r>
      <w:r>
        <w:rPr>
          <w:lang w:eastAsia="zh-CN"/>
        </w:rPr>
        <w:t>　　看着着熟悉的校园、熟悉的老师同学，以及那同样熟悉的上下课铃声，我知道，新的学期开始了，高二的第二个学期的挑战就在我们面前了，学业水平考试的挑战距离我们也只有不到四个月的时间了。所以说这个学期的挑战是巨大的，时间是紧迫的，面对这样的挑战，我知道我必须要做好“战争前的准备”，这样才能在学考的战场上凯旋。所以为了赢得这场“战争”的顺利，我做了这学期的学习计划，如下：</w:t>
      </w:r>
      <w:r>
        <w:rPr>
          <w:lang w:eastAsia="zh-CN"/>
        </w:rPr>
        <w:br/>
      </w:r>
      <w:r>
        <w:rPr>
          <w:lang w:eastAsia="zh-CN"/>
        </w:rPr>
        <w:t>　　一、学会分析问题，和总结问题</w:t>
      </w:r>
      <w:r>
        <w:rPr>
          <w:lang w:eastAsia="zh-CN"/>
        </w:rPr>
        <w:br/>
      </w:r>
      <w:r>
        <w:rPr>
          <w:lang w:eastAsia="zh-CN"/>
        </w:rPr>
        <w:t>　　即使学习如何的繁忙，也不能忘记写日记，所以我每一天的晚自习最后十分钟都要写一篇日记，总结自己这一天的学习情况，找出那些做的好的地方，那些还学要改进的地方。之后给自己的情况做一下分析，发现自己的现状，耿直比较有没有进步或者退步地地方。</w:t>
      </w:r>
      <w:r>
        <w:rPr>
          <w:lang w:eastAsia="zh-CN"/>
        </w:rPr>
        <w:br/>
      </w:r>
      <w:r>
        <w:rPr>
          <w:lang w:eastAsia="zh-CN"/>
        </w:rPr>
        <w:t>　　二、一天的学习从早晨考试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这个学期还运用的是秋季作息时间表，所以是八点钟上课，所以我作为一个走读的学生，必须要在六点五十之前起床，花费十五分钟的时间来记英语单词和语文古诗文，两个科目每一天间隔来学习，一天英语一天语文。早晨的学习是效率最高的时间段，所以我一定要抓住这个机会，把这十五分钟利用到极致，努力在自己计划每天背二十个的单词或三首古诗文的基础上，再进一步，努力把自己之前几个学期学习到的单词、诗文巩固复习好。</w:t>
      </w:r>
      <w:r>
        <w:rPr>
          <w:lang w:eastAsia="zh-CN"/>
        </w:rPr>
        <w:br/>
      </w:r>
      <w:r>
        <w:rPr>
          <w:lang w:eastAsia="zh-CN"/>
        </w:rPr>
        <w:t>　　三、认真听课，争取每一分钟都要利用好</w:t>
      </w:r>
      <w:r>
        <w:rPr>
          <w:lang w:eastAsia="zh-CN"/>
        </w:rPr>
        <w:br/>
      </w:r>
      <w:r>
        <w:rPr>
          <w:lang w:eastAsia="zh-CN"/>
        </w:rPr>
        <w:t>　　上课的这四十五分钟是十分重要的，很多的东西是自己自学理解不透彻的，必须要老师来讲解才行，所以上课的时候千万、一定不能够开小差想其它的事情，努力跟着老师讲课的节奏走。老师上课讲的内容我一定要做好笔记，把那些重点最好是在本子上做好分类，这样方便以后复习的时候查找。</w:t>
      </w:r>
      <w:r>
        <w:rPr>
          <w:lang w:eastAsia="zh-CN"/>
        </w:rPr>
        <w:br/>
      </w:r>
      <w:r>
        <w:rPr>
          <w:lang w:eastAsia="zh-CN"/>
        </w:rPr>
        <w:t>　　四、多做题，熟悉各种题型，巩固上课内容</w:t>
      </w:r>
      <w:r>
        <w:rPr>
          <w:lang w:eastAsia="zh-CN"/>
        </w:rPr>
        <w:br/>
      </w:r>
      <w:r>
        <w:rPr>
          <w:lang w:eastAsia="zh-CN"/>
        </w:rPr>
        <w:t>　　正好过年收到了一些压岁钱，所以我准备拿这些钱来买一些辅导教材，书上的题目和老师布置的题目是远远不够的，我知道我的智商只能算是平常人，比不上那些理解能力好的同学所以我只能更加努力，做多了就熟悉了。所以我计划每一天都要做一张当天课程内容的辅导试卷，而且要是在不借书本的基础上，自己独立完成。多做题目可以让我最各种各样的题型都有所了解还可以让我通过做题来加深最课本知识的理解。</w:t>
      </w:r>
      <w:r>
        <w:rPr>
          <w:lang w:eastAsia="zh-CN"/>
        </w:rPr>
        <w:br/>
      </w:r>
      <w:r>
        <w:rPr>
          <w:lang w:eastAsia="zh-CN"/>
        </w:rPr>
        <w:t>　　这个学期的学习计划就是这个样子了。我以前也是做过各个学期的学习计划的，知识没有很强的实行力度，所以都是半途而废了，这个学期我要严格按照计划来做了，绝对不能够光做计划不实施了!</w:t>
      </w:r>
      <w:r>
        <w:rPr>
          <w:lang w:eastAsia="zh-CN"/>
        </w:rPr>
        <w:br/>
      </w:r>
      <w:r>
        <w:rPr>
          <w:lang w:eastAsia="zh-CN"/>
        </w:rPr>
        <w:t xml:space="preserve">    高二学习计划汇集 篇16 </w:t>
      </w:r>
      <w:r>
        <w:rPr>
          <w:lang w:eastAsia="zh-CN"/>
        </w:rPr>
        <w:br/>
      </w:r>
      <w:r>
        <w:rPr>
          <w:lang w:eastAsia="zh-CN"/>
        </w:rPr>
        <w:t>　　对于学习来讲，除了要对一年以来</w:t>
      </w:r>
      <w:r>
        <w:rPr>
          <w:lang w:eastAsia="zh-CN"/>
        </w:rPr>
        <w:t xml:space="preserve"> 高考</w:t>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复习的时间要统筹安排外，合理安排每日时间，最大效率得提高复习效果尤为重要。以下每日学习计划安排，考生可以参考进行。</w:t>
      </w:r>
      <w:r>
        <w:rPr>
          <w:lang w:eastAsia="zh-CN"/>
        </w:rPr>
        <w:br/>
      </w:r>
      <w:r>
        <w:rPr>
          <w:lang w:eastAsia="zh-CN"/>
        </w:rPr>
        <w:t>　　早上6点-8点：一日之计在于晨，对一般人来说，疲劳已消除，头脑最清醒，体力亦充沛，是学习的黄金时段。可安排对功课的全面复习。</w:t>
      </w:r>
      <w:r>
        <w:rPr>
          <w:lang w:eastAsia="zh-CN"/>
        </w:rPr>
        <w:br/>
      </w:r>
      <w:r>
        <w:rPr>
          <w:lang w:eastAsia="zh-CN"/>
        </w:rPr>
        <w:t>　　早上8点-9点：据试验结果显示，此时人的耐力处于最佳状态，正是接受各种考验的好时间。可安排难度大的攻坚内容。</w:t>
      </w:r>
      <w:r>
        <w:rPr>
          <w:lang w:eastAsia="zh-CN"/>
        </w:rPr>
        <w:br/>
      </w:r>
      <w:r>
        <w:rPr>
          <w:lang w:eastAsia="zh-CN"/>
        </w:rPr>
        <w:t>　　上午9点-11点：试验表明这段时间短期记忆效果很好。对抢记和马上要考核的东西进行突击，可事半功倍。</w:t>
      </w:r>
      <w:r>
        <w:rPr>
          <w:lang w:eastAsia="zh-CN"/>
        </w:rPr>
        <w:br/>
      </w:r>
      <w:r>
        <w:rPr>
          <w:lang w:eastAsia="zh-CN"/>
        </w:rPr>
        <w:t>　　正午13点-14点：饭后人易疲劳，夏季尤其如此。休息调整一下，养精蓄锐，以利再战。最好休息，也可听轻音乐。但午休切莫过长。</w:t>
      </w:r>
      <w:r>
        <w:rPr>
          <w:lang w:eastAsia="zh-CN"/>
        </w:rPr>
        <w:br/>
      </w:r>
      <w:r>
        <w:rPr>
          <w:lang w:eastAsia="zh-CN"/>
        </w:rPr>
        <w:t>　　下午15点-16点：调整后精神又振，试验表明，此时长期记忆效果非常好。可合理安排那些需永久记忆的东西。</w:t>
      </w:r>
      <w:r>
        <w:rPr>
          <w:lang w:eastAsia="zh-CN"/>
        </w:rPr>
        <w:br/>
      </w:r>
      <w:r>
        <w:rPr>
          <w:lang w:eastAsia="zh-CN"/>
        </w:rPr>
        <w:t>　　傍晚17点-18点：试验显示这是完成复杂计算和比较消耗脑力作业的好时间。这段时间适宜做复杂计算和费劲作业。</w:t>
      </w:r>
      <w:r>
        <w:rPr>
          <w:lang w:eastAsia="zh-CN"/>
        </w:rPr>
        <w:br/>
      </w:r>
      <w:r>
        <w:rPr>
          <w:lang w:eastAsia="zh-CN"/>
        </w:rPr>
        <w:t>　　晚饭后：应根据各人情况妥善安排。可分两三段来学习，语、数、外等文理科交叉安排;也可作难易交替安排。</w:t>
      </w:r>
      <w:r>
        <w:rPr>
          <w:lang w:eastAsia="zh-CN"/>
        </w:rPr>
        <w:br/>
      </w:r>
      <w:r>
        <w:rPr>
          <w:lang w:eastAsia="zh-CN"/>
        </w:rPr>
        <w:t xml:space="preserve">    高二学习计划汇集 篇17 </w:t>
      </w:r>
      <w:r>
        <w:rPr>
          <w:lang w:eastAsia="zh-CN"/>
        </w:rPr>
        <w:br/>
      </w:r>
      <w:r>
        <w:rPr>
          <w:lang w:eastAsia="zh-CN"/>
        </w:rPr>
        <w:t>　　2019年的含辛茹苦，不能在最后的两年付之东流，两年的奋斗，应该成为2019年浓缩的精华!</w:t>
      </w:r>
      <w:r>
        <w:rPr>
          <w:lang w:eastAsia="zh-CN"/>
        </w:rPr>
        <w:br/>
      </w:r>
      <w:r>
        <w:rPr>
          <w:lang w:eastAsia="zh-CN"/>
        </w:rPr>
        <w:t>　　没有什么可以阻挡我的决心和行动!</w:t>
      </w:r>
      <w:r>
        <w:rPr>
          <w:lang w:eastAsia="zh-CN"/>
        </w:rPr>
        <w:br/>
      </w:r>
      <w:r>
        <w:rPr>
          <w:lang w:eastAsia="zh-CN"/>
        </w:rPr>
        <w:t>　　听话就能成就事业!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时间安排：</w:t>
      </w:r>
      <w:r>
        <w:rPr>
          <w:lang w:eastAsia="zh-CN"/>
        </w:rPr>
        <w:br/>
      </w:r>
      <w:r>
        <w:rPr>
          <w:lang w:eastAsia="zh-CN"/>
        </w:rPr>
        <w:t>　　完整时间：</w:t>
      </w:r>
      <w:r>
        <w:rPr>
          <w:lang w:eastAsia="zh-CN"/>
        </w:rPr>
        <w:br/>
      </w:r>
      <w:r>
        <w:rPr>
          <w:lang w:eastAsia="zh-CN"/>
        </w:rPr>
        <w:t>　　①每周的周六全天(必须保证上午至少3小时，下午2小时，晚上至少2-3小时的学习量，因为这是你暗中积蓄力量的绝佳时机，更重要的是，周六的一天8小时的学习量相当于一周每天增加了2课时的学习量，那是很了不起的!)</w:t>
      </w:r>
      <w:r>
        <w:rPr>
          <w:lang w:eastAsia="zh-CN"/>
        </w:rPr>
        <w:br/>
      </w:r>
      <w:r>
        <w:rPr>
          <w:lang w:eastAsia="zh-CN"/>
        </w:rPr>
        <w:t>　　② 每天的完整时间：</w:t>
      </w:r>
      <w:r>
        <w:rPr>
          <w:lang w:eastAsia="zh-CN"/>
        </w:rPr>
        <w:br/>
      </w:r>
      <w:r>
        <w:rPr>
          <w:lang w:eastAsia="zh-CN"/>
        </w:rPr>
        <w:t>　　早上6：30?7：15(又是一节课时间!必须做到，当然，一开始可能会艰难些，但只要坚持，不到一个月就可以调整好生物钟。切记，这个时间很重要，要排除万难得到保证)</w:t>
      </w:r>
      <w:r>
        <w:rPr>
          <w:lang w:eastAsia="zh-CN"/>
        </w:rPr>
        <w:br/>
      </w:r>
      <w:r>
        <w:rPr>
          <w:lang w:eastAsia="zh-CN"/>
        </w:rPr>
        <w:t>　　中午1：00?2：00必须午休，可以保证下午和晚上的状态。</w:t>
      </w:r>
      <w:r>
        <w:rPr>
          <w:lang w:eastAsia="zh-CN"/>
        </w:rPr>
        <w:br/>
      </w:r>
      <w:r>
        <w:rPr>
          <w:lang w:eastAsia="zh-CN"/>
        </w:rPr>
        <w:t>　　下午5：10必须马上去吃饭，争取在6：20以后来到教室。</w:t>
      </w:r>
      <w:r>
        <w:rPr>
          <w:lang w:eastAsia="zh-CN"/>
        </w:rPr>
        <w:br/>
      </w:r>
      <w:r>
        <w:rPr>
          <w:lang w:eastAsia="zh-CN"/>
        </w:rPr>
        <w:t>　　6：20?7：00之间又有一节课!任务是完成老师布置的作业，加上第一节晚自习，大概差不多了。</w:t>
      </w:r>
      <w:r>
        <w:rPr>
          <w:lang w:eastAsia="zh-CN"/>
        </w:rPr>
        <w:br/>
      </w:r>
      <w:r>
        <w:rPr>
          <w:lang w:eastAsia="zh-CN"/>
        </w:rPr>
        <w:t>　　晚自习第二节课开始：按自己的学习计划学习。记住，谁在一天内除完成作业外能腾出更多的时间给自己，谁的学习效率就是最高的，就可尽可能的取得进步，追赶先进!但前提是必须把当天的作业独立完成并搞懂。</w:t>
      </w:r>
      <w:r>
        <w:rPr>
          <w:lang w:eastAsia="zh-CN"/>
        </w:rPr>
        <w:br/>
      </w:r>
      <w:r>
        <w:rPr>
          <w:lang w:eastAsia="zh-CN"/>
        </w:rPr>
        <w:t>　　零散时间：</w:t>
      </w:r>
      <w:r>
        <w:rPr>
          <w:lang w:eastAsia="zh-CN"/>
        </w:rPr>
        <w:br/>
      </w:r>
      <w:r>
        <w:rPr>
          <w:lang w:eastAsia="zh-CN"/>
        </w:rPr>
        <w:t>　　每节课间应尽力的走出教室换换脑筋，进行休息。或者读一读《读者》或《青年文摘》。手边应随手放着《新华字典》，经常不经意的翻看，久而久之，你会累积很多的文字和语文的基础。</w:t>
      </w:r>
      <w:r>
        <w:rPr>
          <w:lang w:eastAsia="zh-CN"/>
        </w:rPr>
        <w:br/>
      </w:r>
    </w:p>
    <w:p w:rsidR="001B1F19" w14:textId="27C3F48A">
      <w:pPr>
        <w:rPr>
          <w:rFonts w:hint="eastAsia"/>
          <w:lang w:eastAsia="zh-CN"/>
        </w:rPr>
      </w:pPr>
      <w:r>
        <w:rPr>
          <w:lang w:eastAsia="zh-CN"/>
        </w:rPr>
        <w:t>　　每天下午6：20来教室之前，应先在校园里走走。稍作休息。</w:t>
      </w:r>
      <w:r>
        <w:rPr>
          <w:lang w:eastAsia="zh-CN"/>
        </w:rPr>
        <w:br/>
      </w:r>
      <w:r>
        <w:rPr>
          <w:lang w:eastAsia="zh-CN"/>
        </w:rPr>
        <w:t>　　听课要求</w:t>
      </w:r>
      <w:r>
        <w:rPr>
          <w:lang w:eastAsia="zh-CN"/>
        </w:rPr>
        <w:br/>
      </w:r>
      <w:r>
        <w:rPr>
          <w:lang w:eastAsia="zh-CN"/>
        </w:rPr>
        <w:t>　　行为不错过一分一秒，思想不偏离一丝一毫，笔记不缺漏一点一滴，心态积极，思维超前，当堂尽可能掌握更多内容，主动发言，无所顾忌，做好复习，不耻下问。(记住，课堂是学习的根本，脱离老师上课讲授的学习是最愚蠢的学习，效率最低下的学习，最自以为是而又得不偿失的学习)</w:t>
      </w:r>
      <w:r>
        <w:rPr>
          <w:lang w:eastAsia="zh-CN"/>
        </w:rPr>
        <w:br/>
      </w:r>
      <w:r>
        <w:rPr>
          <w:lang w:eastAsia="zh-CN"/>
        </w:rPr>
        <w:t>　　目标确立</w:t>
      </w:r>
      <w:r>
        <w:rPr>
          <w:lang w:eastAsia="zh-CN"/>
        </w:rPr>
        <w:br/>
      </w:r>
      <w:r>
        <w:rPr>
          <w:lang w:eastAsia="zh-CN"/>
        </w:rPr>
        <w:t>　　目标是学习的原动力，是学习计划的期望结果，分为最低目标和最高目标。</w:t>
      </w:r>
      <w:r>
        <w:rPr>
          <w:lang w:eastAsia="zh-CN"/>
        </w:rPr>
        <w:br/>
      </w:r>
      <w:r>
        <w:rPr>
          <w:lang w:eastAsia="zh-CN"/>
        </w:rPr>
        <w:t>　　最低目标：行为和作息上的要求是最低目标，学习上每天有目标，可以在一天结束后作为尺度衡量当天计划和任务完成的情况，每次考试有目标，应该在一次考试结束后就确定下一次的目标，分为要赶超的同学和总分的增长幅度。每个最低目标的完成，为最高目标打下坚实的基础。</w:t>
      </w:r>
      <w:r>
        <w:rPr>
          <w:lang w:eastAsia="zh-CN"/>
        </w:rPr>
        <w:br/>
      </w:r>
      <w:r>
        <w:rPr>
          <w:lang w:eastAsia="zh-CN"/>
        </w:rPr>
        <w:t>　　最高目标：分为学期目标、高考目标、专业目标和人生大目标。必须符合实际和爱好，又颇具有吸引力，要有梦想成真的可能性和勇气。</w:t>
      </w:r>
      <w:r>
        <w:rPr>
          <w:lang w:eastAsia="zh-CN"/>
        </w:rPr>
        <w:br/>
      </w:r>
      <w:r>
        <w:rPr>
          <w:lang w:eastAsia="zh-CN"/>
        </w:rPr>
        <w:t>　　任务和计划</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https://d.book118.com/358017064043006035</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58017064043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