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新学期学生代表国旗下的演讲（32篇）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新学期学生代表国旗下的演讲（精选32篇）</w:t>
      </w:r>
      <w:r>
        <w:rPr>
          <w:lang w:eastAsia="zh-CN"/>
        </w:rPr>
        <w:br/>
      </w:r>
      <w:r>
        <w:rPr>
          <w:lang w:eastAsia="zh-CN"/>
        </w:rPr>
        <w:t xml:space="preserve">    新学期学生代表国旗下的演讲 篇1 </w:t>
      </w:r>
      <w:r>
        <w:rPr>
          <w:lang w:eastAsia="zh-CN"/>
        </w:rPr>
        <w:br/>
      </w:r>
      <w:r>
        <w:rPr>
          <w:lang w:eastAsia="zh-CN"/>
        </w:rPr>
        <w:t>　　敬爱的老师、亲爱的同学们：</w:t>
      </w:r>
      <w:r>
        <w:rPr>
          <w:lang w:eastAsia="zh-CN"/>
        </w:rPr>
        <w:br/>
      </w:r>
      <w:r>
        <w:rPr>
          <w:lang w:eastAsia="zh-CN"/>
        </w:rPr>
        <w:t>　　大家早上好!我今天演讲的题目是《新学年，新挑战!》当五星红旗在激昂的国歌声中冉冉升起，当新学期的铃声清脆地响起，当崭新的课本一页页翻开，你们的心中是不是充满了希望?但是，亲爱的同学们，你做好准备了吗?准备好迎接新学年的学习了吗?如果你还没想好，就让我们一起来谋划一下吧!</w:t>
      </w:r>
      <w:r>
        <w:rPr>
          <w:lang w:eastAsia="zh-CN"/>
        </w:rPr>
        <w:br/>
      </w:r>
      <w:r>
        <w:rPr>
          <w:lang w:eastAsia="zh-CN"/>
        </w:rPr>
        <w:t>　　第一，要开好头，起好步。凡事开头难，良好的开端是成功的一半，讲的都是开端的重要性。不管是哪一个人，都要重视开学第一天、第一周。要迅速地从暑假的松散状态中调整过来，如果说休息是为了更好的进步，那么接下来该是我们努力奋斗的时候了。怎样重视呢?首先，我们每个人心里要有一个打算、计划，特别是中高年级的同学更应该有自主学习的能力，有一个合理有效的学习计划。希望同学们在老师的协助下制定出适合自己的学习计划。</w:t>
      </w:r>
      <w:r>
        <w:rPr>
          <w:lang w:eastAsia="zh-CN"/>
        </w:rPr>
        <w:br/>
      </w:r>
    </w:p>
    <w:p w:rsidR="001B1F19" w14:textId="0AE8485B">
      <w:pPr>
        <w:pStyle w:val="Heading1"/>
        <w:jc w:val="center"/>
        <w:rPr>
          <w:rFonts w:hint="eastAsia"/>
          <w:lang w:eastAsia="zh-CN"/>
        </w:rPr>
      </w:pPr>
      <w:r>
        <w:rPr>
          <w:sz w:val="44"/>
          <w:lang w:eastAsia="zh-CN"/>
        </w:rPr>
        <w:t>新学期学生代表国旗下的演讲（32篇）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新学期学生代表国旗下的演讲（精选32篇）</w:t>
      </w:r>
      <w:r>
        <w:rPr>
          <w:lang w:eastAsia="zh-CN"/>
        </w:rPr>
        <w:br/>
      </w:r>
      <w:r>
        <w:rPr>
          <w:lang w:eastAsia="zh-CN"/>
        </w:rPr>
        <w:t xml:space="preserve">    新学期学生代表国旗下的演讲 篇1 </w:t>
      </w:r>
      <w:r>
        <w:rPr>
          <w:lang w:eastAsia="zh-CN"/>
        </w:rPr>
        <w:br/>
      </w:r>
      <w:r>
        <w:rPr>
          <w:lang w:eastAsia="zh-CN"/>
        </w:rPr>
        <w:t>　　敬爱的老师、亲爱的同学们：</w:t>
      </w:r>
      <w:r>
        <w:rPr>
          <w:lang w:eastAsia="zh-CN"/>
        </w:rPr>
        <w:br/>
      </w:r>
      <w:r>
        <w:rPr>
          <w:lang w:eastAsia="zh-CN"/>
        </w:rPr>
        <w:t>　　大家早上好!我今天演讲的题目是《新学年，新挑战!》当五星红旗在激昂的国歌声中冉冉升起，当新学期的铃声清脆地响起，当崭新的课本一页页翻开，你们的心中是不是充满了希望?但是，亲爱的同学们，你做好准备了吗?准备好迎接新学年的学习了吗?如果你还没想好，就让我们一起来谋划一下吧!</w:t>
      </w:r>
      <w:r>
        <w:rPr>
          <w:lang w:eastAsia="zh-CN"/>
        </w:rPr>
        <w:br/>
      </w:r>
      <w:r>
        <w:rPr>
          <w:lang w:eastAsia="zh-CN"/>
        </w:rPr>
        <w:t>　　第一，要开好头，起好步。凡事开头难，良好的开端是成功的一半，讲的都是开端的重要性。不管是哪一个人，都要重视开学第一天、第一周。要迅速地从暑假的松散状态中调整过来，如果说休息是为了更好的进步，那么接下来该是我们努力奋斗的时候了。怎样重视呢?首先，我们每个人心里要有一个打算、计划，特别是中高年级的同学更应该有自主学习的能力，有一个合理有效的学习计划。希望同学们在老师的协助下制定出适合自己的学习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当然，这是不可能办到的。这个故事也告诉我们：想着一步登天，是不可能的。只有脚踏实地努力，从基础一点一滴地做起，才能赢得成功。有句话说得好：千里之行，始于足下。学习也是这样，只有抓住每天学到的一点一滴，将来才会有丰硕的成果。</w:t>
      </w:r>
      <w:r>
        <w:rPr>
          <w:lang w:eastAsia="zh-CN"/>
        </w:rPr>
        <w:br/>
      </w:r>
      <w:r>
        <w:rPr>
          <w:lang w:eastAsia="zh-CN"/>
        </w:rPr>
        <w:t>　　第三，遵守学校纪律,养成良好行为规范.松弛的琴弦,弹不出悦耳的音乐,散漫的生活,燃烧不起生命的火焰.学校是一个大家庭,学校的各项规章制度,需要我们大家来共同遵守,在这里强调几点:一是课间活动保持安静,上课遵守纪律,课间不喧哗,走路不追跑;二是校园环境保持干净,不乱扔果皮纸屑,不乱涂不乱画;三是同学之间要谦让和礼让,高年级同学要礼让低年级的小朋友,见到师长要主动问好,做操时自觉排队,互相谦让.四是校内安全牢记心,课间不玩危险游戏,不翻越围栏,不带危险品进校园,不用剪刀,刀片等器具来玩耍,中途不擅自离校,</w:t>
      </w:r>
      <w:r>
        <w:rPr>
          <w:lang w:eastAsia="zh-CN"/>
        </w:rPr>
        <w:br/>
      </w:r>
      <w:r>
        <w:rPr>
          <w:lang w:eastAsia="zh-CN"/>
        </w:rPr>
        <w:t>　　新学期，新起点，我们相信河西中心学校的全体师生一定会以崭新的姿态投入到新的工作和学习中去，会努力让自己做得更好。让我们共同努力，去开创一片属于自己的蓝天吧!我的演讲完毕，谢谢大家!</w:t>
      </w:r>
      <w:r>
        <w:rPr>
          <w:lang w:eastAsia="zh-CN"/>
        </w:rPr>
        <w:br/>
      </w:r>
      <w:r>
        <w:rPr>
          <w:lang w:eastAsia="zh-CN"/>
        </w:rPr>
        <w:t xml:space="preserve">    新学期学生代表国旗下的演讲 篇2 </w:t>
      </w:r>
      <w:r>
        <w:rPr>
          <w:lang w:eastAsia="zh-CN"/>
        </w:rPr>
        <w:br/>
      </w:r>
      <w:r>
        <w:rPr>
          <w:lang w:eastAsia="zh-CN"/>
        </w:rPr>
        <w:t>　　亲爱的老师，亲爱的同学：</w:t>
      </w:r>
      <w:r>
        <w:rPr>
          <w:lang w:eastAsia="zh-CN"/>
        </w:rPr>
        <w:br/>
      </w:r>
      <w:r>
        <w:rPr>
          <w:lang w:eastAsia="zh-CN"/>
        </w:rPr>
        <w:t>　　大家好!</w:t>
      </w:r>
      <w:r>
        <w:rPr>
          <w:lang w:eastAsia="zh-CN"/>
        </w:rPr>
        <w:br/>
      </w:r>
      <w:r>
        <w:rPr>
          <w:lang w:eastAsia="zh-CN"/>
        </w:rPr>
        <w:t>　　今天，我们讲话的主题是健康从心开始</w:t>
      </w:r>
      <w:r>
        <w:rPr>
          <w:lang w:eastAsia="zh-CN"/>
        </w:rPr>
        <w:br/>
      </w:r>
      <w:r>
        <w:rPr>
          <w:lang w:eastAsia="zh-CN"/>
        </w:rPr>
        <w:t>　　我们知道种子长大了，必须经过黑暗中的斗争，当第一缕光照时会看到地面;蛹出茧，必须努力让蝴蝶翅膀美丽如画。</w:t>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21世纪，我们必须排除生活道路上的所有混乱，克服前进道路上的困难，学习，在风浪中工作，勇于勇气。未来的社会还要求个人具有健康的自我和主动的意识和能力的发展。什么是健康?世界卫生组织宪章规定：所谓的健康，身体，精神和社会适应的国家，不只是没有疾病或不弱。所以我们对健康有正确的理解，我们不仅有一个健康的身体更有一个健康的头脑。</w:t>
      </w:r>
      <w:r>
        <w:rPr>
          <w:lang w:eastAsia="zh-CN"/>
        </w:rPr>
        <w:br/>
      </w:r>
      <w:r>
        <w:rPr>
          <w:lang w:eastAsia="zh-CN"/>
        </w:rPr>
        <w:t>　　我们如何能有一个健康的心灵?</w:t>
      </w:r>
      <w:r>
        <w:rPr>
          <w:lang w:eastAsia="zh-CN"/>
        </w:rPr>
        <w:br/>
      </w:r>
      <w:r>
        <w:rPr>
          <w:lang w:eastAsia="zh-CN"/>
        </w:rPr>
        <w:t>　　1，我们要注意培养自己的快乐，积极进取，同学们喜爱的品格，学生们在一起玩，学习快乐，和谐的人际关系，学会调整自己的精神状态，遇到困难，通过挫折，为振奋精神，知道未来总是光明。经常保持 一种乐观和快乐的心情。如通常学业成绩不佳或考试成绩回来，要正确理解，不要气馁，相信自己努力收获。要有正确的自我评价，如果你不能正确地理解自己，会使他们与周围学生的关系失衡，导致矛盾，例如自己的高评价，没有看到自己的缺点，思考，和学生不能一起工作，如过低不知道自己，会产生低自尊的心理，这些都不利于心理的健康成长，也会影响学业表现。</w:t>
      </w:r>
      <w:r>
        <w:rPr>
          <w:lang w:eastAsia="zh-CN"/>
        </w:rPr>
        <w:br/>
      </w:r>
      <w:r>
        <w:rPr>
          <w:lang w:eastAsia="zh-CN"/>
        </w:rPr>
        <w:t>　　2，我们必须及时自我体验，自我体验是有自尊，自信和自豪的感觉，不要自豪，不自卑，不自满，做错事，做坏事感到ash愧。不断调整自己的行为，使行为符合社会的规范，符合社会和道德要求。通常参加一些健康有益的活动，如文化体育活动和有意义的社交活动，不要去网吧和游戏室等地方去成人。</w:t>
      </w:r>
      <w:r>
        <w:rPr>
          <w:lang w:eastAsia="zh-CN"/>
        </w:rPr>
        <w:br/>
      </w:r>
      <w:r>
        <w:rPr>
          <w:lang w:eastAsia="zh-CN"/>
        </w:rPr>
        <w:t>　　3，父母的态度应适度，不要采取极端行为。显示一定程度的独立性，让家长担心。</w:t>
      </w:r>
      <w:r>
        <w:rPr>
          <w:lang w:eastAsia="zh-CN"/>
        </w:rPr>
        <w:t xml:space="preserve"> 4，保持自己的独立性，但不要忽视与父母的沟通和沟通。反正，长</w:t>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一代也来自我们的时代，凭借他们几十年的生活经验，看到问题变得更加成熟。我们慢慢成长，应该学会独立，但独立和成熟有一个过程，不是突然。</w:t>
      </w:r>
      <w:r>
        <w:rPr>
          <w:lang w:eastAsia="zh-CN"/>
        </w:rPr>
        <w:br/>
      </w:r>
      <w:r>
        <w:rPr>
          <w:lang w:eastAsia="zh-CN"/>
        </w:rPr>
        <w:t>　　同时，学校和教师也为我们的健康成长作出了巨大努力，保护我们的成长。今年夏天，学校花了很多钱配备心理咨询中心，有个人咨询室，团体心理活动室，沙发游戏室，休息室等，感兴趣的同学可以上课老师和魏老师预约。此外，学校还配备了一个新的道德展览室，从本周开始，道德教育展厅将对学生开放。每个班级将根据学校安排展示旅游。生命教育主题教育活动的第一阶段将在阳光情绪部分的学生解释情绪的调节，调整知识和技能的心态，希望学生可以收获。</w:t>
      </w:r>
      <w:r>
        <w:rPr>
          <w:lang w:eastAsia="zh-CN"/>
        </w:rPr>
        <w:br/>
      </w:r>
      <w:r>
        <w:rPr>
          <w:lang w:eastAsia="zh-CN"/>
        </w:rPr>
        <w:t>　　同学们，昨天的习惯，创造了今天的我们;今天的习惯决定明天我们。</w:t>
      </w:r>
      <w:r>
        <w:rPr>
          <w:lang w:eastAsia="zh-CN"/>
        </w:rPr>
        <w:br/>
      </w:r>
      <w:r>
        <w:rPr>
          <w:lang w:eastAsia="zh-CN"/>
        </w:rPr>
        <w:t xml:space="preserve">    新学期学生代表国旗下的演讲 篇3 </w:t>
      </w:r>
      <w:r>
        <w:rPr>
          <w:lang w:eastAsia="zh-CN"/>
        </w:rPr>
        <w:br/>
      </w:r>
      <w:r>
        <w:rPr>
          <w:lang w:eastAsia="zh-CN"/>
        </w:rPr>
        <w:t>　　同学们，新学期刚刚开始，我送你一句英语格言，译成中文意思是：良好的开端是成功的一半。祝你从第一课开始就抓紧学习。</w:t>
      </w:r>
      <w:r>
        <w:rPr>
          <w:lang w:eastAsia="zh-CN"/>
        </w:rPr>
        <w:br/>
      </w:r>
      <w:r>
        <w:rPr>
          <w:lang w:eastAsia="zh-CN"/>
        </w:rPr>
        <w:t>　　这个道理是很简单的。有一个“吃烧饼”的笑话：一个人肚子饿了，吃了一个烧饼没有饱，再吃一个还没有饱，吃到第三个才觉得饱了。他说：早知道吃了这个烧饼就能饱，我就不吃前面那两个了。你一定会觉得他说的是傻话，没有前面那两个烧饼垫底，光吃最后一个烧饼怎么能填饱肚子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可是，同学们当中有没有这样的人呢?平时，特别是新学期的开始，什么也不在乎，等到快考试了才着急起来，拼命开夜车，学习成绩当然不理想。这样的同学，不是有一点像那个重视最后一个烧饼的人吗?</w:t>
      </w:r>
      <w:r>
        <w:rPr>
          <w:lang w:eastAsia="zh-CN"/>
        </w:rPr>
        <w:br/>
      </w:r>
      <w:r>
        <w:rPr>
          <w:lang w:eastAsia="zh-CN"/>
        </w:rPr>
        <w:t>　　不要以为现在刚开学，时间还很多，反正来得及。要知道，我们学习的是科学。科学是有严密体系的，是一环扣一环的`。今天有今天的学习任务，明天有明天的学习任务，你今天的功课学不好，就会影响明天的学习任务的完成，背着欠帐过日子，使“包袱”越背越重，到头来后悔莫及。</w:t>
      </w:r>
      <w:r>
        <w:rPr>
          <w:lang w:eastAsia="zh-CN"/>
        </w:rPr>
        <w:br/>
      </w:r>
      <w:r>
        <w:rPr>
          <w:lang w:eastAsia="zh-CN"/>
        </w:rPr>
        <w:t>　　“明日复明日，明日何其多。”是啊，日月匆匆，过了今天，就是明天，过了明天，又是明天，到底有几多明天呢?郭沫若曾说过：“时间就是速度，时间就是生命。”然而，恰恰相反，时间对有些同学来说，就像那日历，撕了这一张还有下一张，撕光了这一本还有一下本，整日是天也昏昏、地也昏昏，抄作业，闹着玩……于是，在天昏地暗之中，时间不知不觉地溜走了。</w:t>
      </w:r>
      <w:r>
        <w:rPr>
          <w:lang w:eastAsia="zh-CN"/>
        </w:rPr>
        <w:br/>
      </w:r>
      <w:r>
        <w:rPr>
          <w:lang w:eastAsia="zh-CN"/>
        </w:rPr>
        <w:t>　　我亲爱的同学，新的学期开始了，别再犹豫，别再沉沦，快振作起来吧!要知道你的生命的日历早已被你白白地撕去了许多;要知道，新的学期要有新的起点，别再浪费时间，快快振动作起来吧!</w:t>
      </w:r>
      <w:r>
        <w:rPr>
          <w:lang w:eastAsia="zh-CN"/>
        </w:rPr>
        <w:br/>
      </w:r>
      <w:r>
        <w:rPr>
          <w:lang w:eastAsia="zh-CN"/>
        </w:rPr>
        <w:t>　　同学们，用你的成绩来证明你的与众不同;用你的行动证明你关心与爱护我们的集体;用你对他人的理解与宽容来赢得别人的尊重。</w:t>
      </w:r>
      <w:r>
        <w:rPr>
          <w:lang w:eastAsia="zh-CN"/>
        </w:rPr>
        <w:br/>
      </w:r>
      <w:r>
        <w:rPr>
          <w:lang w:eastAsia="zh-CN"/>
        </w:rPr>
        <w:t>　　我始终相信，你们会做的更好。</w:t>
      </w:r>
      <w:r>
        <w:rPr>
          <w:lang w:eastAsia="zh-CN"/>
        </w:rPr>
        <w:br/>
      </w:r>
      <w:r>
        <w:rPr>
          <w:lang w:eastAsia="zh-CN"/>
        </w:rPr>
        <w:t>　　新学期刚刚开始，同学们努力吧!</w:t>
      </w:r>
      <w:r>
        <w:rPr>
          <w:lang w:eastAsia="zh-CN"/>
        </w:rPr>
        <w:br/>
      </w:r>
      <w:r>
        <w:rPr>
          <w:lang w:eastAsia="zh-CN"/>
        </w:rPr>
        <w:t xml:space="preserve">    新学期学生代表国旗下的演讲 篇4 </w:t>
      </w:r>
      <w:r>
        <w:rPr>
          <w:lang w:eastAsia="zh-CN"/>
        </w:rPr>
        <w:br/>
      </w:r>
      <w:r>
        <w:rPr>
          <w:lang w:eastAsia="zh-CN"/>
        </w:rPr>
        <w:t>　　尊敬的老师,亲爱的同学: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大家早上好!今天我国旗下讲话的题目是《有一种感恩叫奉献》.在11月底,我校五年级4班的同学当了一回小小志愿者,在班主任老师的带领下,去慰问了在敬老院生活的老人.小志愿者们把课余时间精心排练的节目,表演给爷爷奶奶看,精彩的文艺节目让宁静的小院儿,充满了欢声笑语.小品,歌舞,诗歌朗诵,赢得了在场所有人的掌声,爷爷奶奶的脸上也露出了灿烂的笑容.节目表演完后,同学们陪老人们聊天,给老人们捶腿,打扫房间……还在学校家委会两个阿姨和老师的带领下,为老人们送上了手套和围巾,用爱为老人们送去了温暖!</w:t>
      </w:r>
      <w:r>
        <w:rPr>
          <w:lang w:eastAsia="zh-CN"/>
        </w:rPr>
        <w:br/>
      </w:r>
      <w:r>
        <w:rPr>
          <w:lang w:eastAsia="zh-CN"/>
        </w:rPr>
        <w:t>　　这次敬老院的慰问之行是我校感恩活动月的活动之一,感恩活动月已经过去了,但是我们感恩社会的公益之情并没有停止,我们会把感恩社会之心化为行动.同学们,接下来我们可以怎么做呢?</w:t>
      </w:r>
      <w:r>
        <w:rPr>
          <w:lang w:eastAsia="zh-CN"/>
        </w:rPr>
        <w:br/>
      </w:r>
      <w:r>
        <w:rPr>
          <w:lang w:eastAsia="zh-CN"/>
        </w:rPr>
        <w:t>　　忘不了在20__年北京奥运会上,数以万计的志愿者们用灿烂的中国微笑和周到的志愿服务赢得了全世界的尊重,创造了奥林匹克史上规模最大的志愿者记录……同学们,志愿者,也叫义工,指义务工作者.他们致力于免费、无偿地为社会进步贡献自己的力量.</w:t>
      </w:r>
      <w:r>
        <w:rPr>
          <w:lang w:eastAsia="zh-CN"/>
        </w:rPr>
        <w:br/>
      </w:r>
      <w:r>
        <w:rPr>
          <w:lang w:eastAsia="zh-CN"/>
        </w:rPr>
        <w:t>　　同学们,让我们加入到志愿者的行列当中,尝试着当一名小小志愿者,传承中华民族仁爱友善、团结互助的优良传统,传递奉献、友爱、互助、进步的志愿精神,让美德在社会弘扬,让社会更加温暖!</w:t>
      </w:r>
      <w:r>
        <w:rPr>
          <w:lang w:eastAsia="zh-CN"/>
        </w:rPr>
        <w:br/>
      </w:r>
      <w:r>
        <w:rPr>
          <w:lang w:eastAsia="zh-CN"/>
        </w:rPr>
        <w:t>　　我的讲话完毕!谢谢大家!</w:t>
      </w:r>
      <w:r>
        <w:rPr>
          <w:lang w:eastAsia="zh-CN"/>
        </w:rPr>
        <w:br/>
      </w:r>
      <w:r>
        <w:rPr>
          <w:lang w:eastAsia="zh-CN"/>
        </w:rPr>
        <w:t xml:space="preserve">    新学期学生代表国旗下的演讲 篇5 </w:t>
      </w:r>
      <w:r>
        <w:rPr>
          <w:lang w:eastAsia="zh-CN"/>
        </w:rPr>
        <w:br/>
      </w:r>
      <w:r>
        <w:rPr>
          <w:lang w:eastAsia="zh-CN"/>
        </w:rPr>
        <w:t>　　敬爱的老师，亲爱的同学们：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今天，我代表高一(13)班做国旗下的演讲。演讲的主题是，站在20__年岁末的尾巴，憧憬20__全新希望的到来。再过3天就将迎来20__年的元旦。元旦，顾名思义，就是一年的第一天，那元旦之后呢，恩，春节，元宵，清明，端午，七夕，重阳，国庆，接着又是新的一年。三年，说长不长，说短不短，随着学业的增长，我们会愈发感觉时间过得更快。这一次元旦，对于高一新生来说，在瑞中是第一次，但对于高二与高三来说，却是倒数第二次和最后一次。时间如梭，从手缝间滑过，稍纵即逝。我们需要学会珍惜，那我们怎么珍惜呢?</w:t>
      </w:r>
      <w:r>
        <w:rPr>
          <w:lang w:eastAsia="zh-CN"/>
        </w:rPr>
        <w:br/>
      </w:r>
      <w:r>
        <w:rPr>
          <w:lang w:eastAsia="zh-CN"/>
        </w:rPr>
        <w:t>　　第一，珍惜学习的时间。举个形象生动例子，我们班里有这样一个同学，我排队时，他看地理，我吃饭时，他看地理，我洗澡时，他看地理，我走路时，他看地理，我跑步时，他边跑边背地理，哎，人比人，气死人。但是，大家的周边可能都存在着这些同学，而我们正是需要学习这种分秒必争，感恩知识的精神。正如一位伟人所说“人生有一道难题，那就是如何使一寸光阴等于一寸生命。”所以，请聆听伟人教诲，请渐渐接受并习惯这种生活，因为它能给我前行的力量，帮助我们攀上学业的高峰。</w:t>
      </w:r>
      <w:r>
        <w:rPr>
          <w:lang w:eastAsia="zh-CN"/>
        </w:rPr>
        <w:br/>
      </w:r>
      <w:r>
        <w:rPr>
          <w:lang w:eastAsia="zh-CN"/>
        </w:rPr>
        <w:t>　　第二，珍惜与身边的人相处的时间。不论是班级里的同学，还是在校园小路上莫不相识的某个人，可能他们没有蔡昌慧老师的睿智，没有占玉霜老师的优雅，但是，他们与我们在同一片蓝天下成长，他们是这个世界上为数不多的，或能体味我们心情，或能给予我们温暖的人，所以下次遇见时，给他们一个蒙娜丽莎式的微笑，也给自己一个姚明式的大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第三，珍惜与学校相处的时间。在我刚入校时，老师曾说过，以往毕业的学长学姐总是抱怨道自己大学的餐饭是如何味同嚼蜡、淡而无味、难以下咽，或抱怨寝室年久失修，漏水发霉!但，瑞中的饭，入口即溶!瑞中的菜，唇齿留香!瑞中的寝室，温馨温暖!每晚就寝熄灯的英语铃声，更是余音绕梁!我想，他们怀念的不只是瑞中的伙食，不只是瑞中的寝室，而是怀念瑞中这个大家庭，他们爱瑞中，不只因为瑞中是由大儒孙诒让创办，不只因为瑞中文化如何厚重，条件如何优越，而因瑞中日出而学的冲劲，日中而食的幸福，日落而息的温暖。人们总在在失去后才后悔，我们所能做的就是尽量减轻怨悔的哀伤，珍惜时间，珍惜瑞中。</w:t>
      </w:r>
      <w:r>
        <w:rPr>
          <w:lang w:eastAsia="zh-CN"/>
        </w:rPr>
        <w:br/>
      </w:r>
      <w:r>
        <w:rPr>
          <w:lang w:eastAsia="zh-CN"/>
        </w:rPr>
        <w:t>　　新的一年开启新的希望，新的一年承载新的梦想。拂去岁月之尘，让欢笑和泪水，爱与哀愁在心中凝成一颗厚重而晶莹的琥珀。高一十三班全体同学祝各位元旦快乐，梦想成真，新年新进步!</w:t>
      </w:r>
      <w:r>
        <w:rPr>
          <w:lang w:eastAsia="zh-CN"/>
        </w:rPr>
        <w:br/>
      </w:r>
      <w:r>
        <w:rPr>
          <w:lang w:eastAsia="zh-CN"/>
        </w:rPr>
        <w:t xml:space="preserve">    新学期学生代表国旗下的演讲 篇6 </w:t>
      </w:r>
      <w:r>
        <w:rPr>
          <w:lang w:eastAsia="zh-CN"/>
        </w:rPr>
        <w:br/>
      </w:r>
      <w:r>
        <w:rPr>
          <w:lang w:eastAsia="zh-CN"/>
        </w:rPr>
        <w:t>　　尊敬的各位老师，亲爱的同学们!</w:t>
      </w:r>
      <w:r>
        <w:rPr>
          <w:lang w:eastAsia="zh-CN"/>
        </w:rPr>
        <w:br/>
      </w:r>
      <w:r>
        <w:rPr>
          <w:lang w:eastAsia="zh-CN"/>
        </w:rPr>
        <w:t>　　大家早上好!</w:t>
      </w:r>
      <w:r>
        <w:rPr>
          <w:lang w:eastAsia="zh-CN"/>
        </w:rPr>
        <w:br/>
      </w:r>
      <w:r>
        <w:rPr>
          <w:lang w:eastAsia="zh-CN"/>
        </w:rPr>
        <w:t>　　古人云：天下兴亡，匹夫有责。</w:t>
      </w:r>
      <w:r>
        <w:rPr>
          <w:lang w:eastAsia="zh-CN"/>
        </w:rPr>
        <w:br/>
      </w:r>
      <w:r>
        <w:rPr>
          <w:lang w:eastAsia="zh-CN"/>
        </w:rPr>
        <w:t>　　俗话说：独木难成林，一花不是春。</w:t>
      </w:r>
      <w:r>
        <w:rPr>
          <w:lang w:eastAsia="zh-CN"/>
        </w:rPr>
        <w:br/>
      </w:r>
      <w:r>
        <w:rPr>
          <w:lang w:eastAsia="zh-CN"/>
        </w:rPr>
        <w:t>　　雷锋说：一滴水只有放进大海里才不会干涸，一个人只有把他自己和集体事业融合在一起的时候才最有力量。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作为新时代的小学生，我们身处一个班集体，每一个同学都是班里的一分子。每个人都应该为班级的成长出一份力。我们常说班级要拧成一股绳，这绳呀，就是班集体，而绳是由一根一根细丝拧成的，这一根一根细丝就是每个同学。一根细丝容易拉断，但你把他们拧成一股就难以拉断。因此我们要同心协力，这就要求每一个同学都要有集体观念，为集体，为他人多做好事、善事，维护集体利益和荣誉，懂得在集体生活中团结友爱、互相帮助，要养成集体生活中应有的习惯，自觉遵守集体纪律，培养热爱集体的感情。</w:t>
      </w:r>
      <w:r>
        <w:rPr>
          <w:lang w:eastAsia="zh-CN"/>
        </w:rPr>
        <w:br/>
      </w:r>
      <w:r>
        <w:rPr>
          <w:lang w:eastAsia="zh-CN"/>
        </w:rPr>
        <w:t>　　也许你会思索，我该怎么为班级出自己的一份力呢?为班级添光彩，并不一定要你为班级做多大贡献。班级就好比一个相亲相爱的大家庭，只要你能为班级着想，为班级做一些力所能及的事情，就是为班级添光彩。平日里不违反校规校纪，就是为班级添光彩：不与老师顶撞，积极配合老师的工作就是为班级添光彩!平时注意细节，当你发现地上有纸屑的时候，弯一弯腰;发现电灯未关的时候，动一动手指：当看见教室里桌椅摆放不整齐的时候，动手挪一挪。弯腰动手之间就能流露出你对集体的热爱。要想生活在一个幸福的集体中，就应该人人规范自己的行为。我们要努力为班级出力，为班级争光，做到对自己负责，对班级负责，构建一个和谐友爱的班级，最终才能对社会负责，为社会做贡献。</w:t>
      </w:r>
      <w:r>
        <w:rPr>
          <w:lang w:eastAsia="zh-CN"/>
        </w:rPr>
        <w:br/>
      </w:r>
      <w:r>
        <w:rPr>
          <w:lang w:eastAsia="zh-CN"/>
        </w:rPr>
        <w:t>　　在我们的学校有和谐优美的环境让人流恋，有整洁漂亮的教室，有柔和明亮的光线，处处洋溢着快乐甜美的笑脸，尊敬老师、爱护同学的文明之花开遍美丽的校园。我们生活在这样的学校和班级，怎么能不心潮涌动，又怎么不想为班级出力，为班级添光彩呢?那么就让我们从现在开始，从自身开始，一起行动起来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我的演讲完毕，谢谢大家</w:t>
      </w:r>
      <w:r>
        <w:rPr>
          <w:lang w:eastAsia="zh-CN"/>
        </w:rPr>
        <w:br/>
      </w:r>
      <w:r>
        <w:rPr>
          <w:lang w:eastAsia="zh-CN"/>
        </w:rPr>
        <w:t xml:space="preserve">    新学期学生代表国旗下的演讲 篇7 </w:t>
      </w:r>
      <w:r>
        <w:rPr>
          <w:lang w:eastAsia="zh-CN"/>
        </w:rPr>
        <w:br/>
      </w:r>
      <w:r>
        <w:rPr>
          <w:lang w:eastAsia="zh-CN"/>
        </w:rPr>
        <w:t>　　尊敬的各位老师、亲爱的同学们：</w:t>
      </w:r>
      <w:r>
        <w:rPr>
          <w:lang w:eastAsia="zh-CN"/>
        </w:rPr>
        <w:br/>
      </w:r>
      <w:r>
        <w:rPr>
          <w:lang w:eastAsia="zh-CN"/>
        </w:rPr>
        <w:t>　　早上好!</w:t>
      </w:r>
      <w:r>
        <w:rPr>
          <w:lang w:eastAsia="zh-CN"/>
        </w:rPr>
        <w:br/>
      </w:r>
      <w:r>
        <w:rPr>
          <w:lang w:eastAsia="zh-CN"/>
        </w:rPr>
        <w:t>　　迈着轻盈的步伐，沐浴3月的阳光，在这播种的的季节里，我们又迎来了播种希望的新学年。也许，过去的你遇到无数挫折，但那已是几滴消失了的苦涩泪痕。让我们忘记从前的成功与失败，只把收获的宝贵经验与教训铭刻在心。正如面对一个盛着半杯水的杯子，悲观的人永远说它是半空的，而乐观的人则会说它是半满的。不同的心态决定了我们对待生活，对待学习的态度。新学年，换一种心态，学习生活将是一方艳阳天。</w:t>
      </w:r>
      <w:r>
        <w:rPr>
          <w:lang w:eastAsia="zh-CN"/>
        </w:rPr>
        <w:br/>
      </w:r>
      <w:r>
        <w:rPr>
          <w:lang w:eastAsia="zh-CN"/>
        </w:rPr>
        <w:t>　　业精于勤荒于嬉。同学们，我们要想取得好成绩，勤奋是必不可少的，也是最为重要的。鲁迅先生曾说过：哪里有天才?我只是把别人喝咖啡的工夫都用在工作上了。孔子晚年看《周易》时，穿书简的皮绳不知磨断了多少次!唐代诗人白居易幼年好学，勤奋不懈，年仅16岁就写出了野火烧不尽，春风吹又生的千古绝句。勤奋不一定会成功，但成功肯定以勤奋为基础。琅琅书声是我们献给太阳的礼赞，晶莹露珠是我们迎接日出的问候。</w:t>
      </w:r>
      <w:r>
        <w:rPr>
          <w:lang w:eastAsia="zh-CN"/>
        </w:rPr>
        <w:br/>
      </w:r>
      <w:r>
        <w:rPr>
          <w:lang w:eastAsia="zh-CN"/>
        </w:rPr>
        <w:t>　　不断追求心中的梦想，不断振奋克服困难的勇气和决心，经受风雨，勇往直前，只有这样，我们才能够响亮地回答：我们没有虚度时光。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新学年的大门已经开启，让我们以昂扬的精神状态投入新的学习和生活中去，用优异的成绩为新中国60岁生日和少先队60岁生日献礼。</w:t>
      </w:r>
      <w:r>
        <w:rPr>
          <w:lang w:eastAsia="zh-CN"/>
        </w:rPr>
        <w:br/>
      </w:r>
      <w:r>
        <w:rPr>
          <w:lang w:eastAsia="zh-CN"/>
        </w:rPr>
        <w:t xml:space="preserve">    新学期学生代表国旗下的演讲 篇8 </w:t>
      </w:r>
      <w:r>
        <w:rPr>
          <w:lang w:eastAsia="zh-CN"/>
        </w:rPr>
        <w:br/>
      </w:r>
      <w:r>
        <w:rPr>
          <w:lang w:eastAsia="zh-CN"/>
        </w:rPr>
        <w:t>　　刚才大家听了冷文焰主任的介绍， 上周五咸宁市镇方松副市长说我是天才，我说，我是一个十足的蠢才!市长说的或许不全是恭维话，我说的更不是假话。矛盾吗?不矛盾，从蠢才到天才，经历了怎样的蜕变?那就是37年如一日，不计得失，不计后果，不计报酬，傻干、苦干、蛮干，就这样蠢才终于变成了天才。你想成为天才吗?那就请你跟我一样，也这样几十年如一日的干!你一定会比我更早成为天才!因为现在每一个慧德人比我当年都聪明得多，起点高得多，条件好得多。我想成功不仅要学会干，更要学会善。所以我今天早晨讲话的题目是：善意的力量。</w:t>
      </w:r>
      <w:r>
        <w:rPr>
          <w:lang w:eastAsia="zh-CN"/>
        </w:rPr>
        <w:br/>
      </w:r>
      <w:r>
        <w:rPr>
          <w:lang w:eastAsia="zh-CN"/>
        </w:rPr>
        <w:t>　　下面我们先来听一个故事：</w:t>
      </w:r>
      <w:r>
        <w:rPr>
          <w:lang w:eastAsia="zh-CN"/>
        </w:rPr>
        <w:br/>
      </w:r>
      <w:r>
        <w:rPr>
          <w:lang w:eastAsia="zh-CN"/>
        </w:rPr>
        <w:t>　　黄昏的时候，汤姆&amp;莫纳汉坐在自己的比萨饼店里发了半天呆，过了很长时间之后，才叹着气打扫起卫生，准备关门休息。</w:t>
      </w:r>
      <w:r>
        <w:rPr>
          <w:lang w:eastAsia="zh-CN"/>
        </w:rPr>
        <w:br/>
      </w:r>
      <w:r>
        <w:rPr>
          <w:lang w:eastAsia="zh-CN"/>
        </w:rPr>
        <w:t>　　自从开始经营这家比萨饼店之后，汤姆&amp;莫纳汉简直把自己全部的心血都放到了这里。他每天起早贪黑地忙碌着，一周要工作100个小时以上，好不容易才使得小店的经营有了些起色，可是，不知道为什么，最近一段时间来店里光顾的顾客迅速减少，就连很多老顾客也没了踪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汤姆&amp;莫纳汉看着自己周围的商家门庭若市的样子，心里相当苦闷。可是，想了好久，他也想不出到底问题出在哪里?一天，一个来吃比萨饼的老顾客看到汤姆&amp;莫纳汉垂头丧气的样子，便问他出了什么事情。对方这么一问，让苦闷不已的汤姆&amp;莫纳汉立刻打开了话匣子，把一肚子的苦水都倒了出来。我真不明白，我这么用心做比萨饼，顾客不仅越来越少，而且最近还经常遇到态度不好的顾客，这生意越来越不好做了!汤姆&amp;莫纳汉抱怨道。</w:t>
      </w:r>
      <w:r>
        <w:rPr>
          <w:lang w:eastAsia="zh-CN"/>
        </w:rPr>
        <w:br/>
      </w:r>
      <w:r>
        <w:rPr>
          <w:lang w:eastAsia="zh-CN"/>
        </w:rPr>
        <w:t>　　老顾客耐心地听完汤姆&amp;莫纳汉的话之后，缓缓地说：你只看到顾客的态度不好，却不知道你每天凝重紧张的表情也给别人带来了不小的压力。老顾客说完之后，便转身离开了，他的话让汤姆&amp;莫纳汉呆呆地站在原地，半天都说不出一句话来。</w:t>
      </w:r>
      <w:r>
        <w:rPr>
          <w:lang w:eastAsia="zh-CN"/>
        </w:rPr>
        <w:br/>
      </w:r>
      <w:r>
        <w:rPr>
          <w:lang w:eastAsia="zh-CN"/>
        </w:rPr>
        <w:t>　　汤姆&amp;莫纳汉开始自我反思起来，比萨饼店开业之后，他就在激烈竞争的环境里感受到了巨大的压力，为了能赚钱，他没日没夜地苦干，身心已经疲惫到了极限。这让他在经营中显得过度紧张和急躁。这种糟糕的情绪和态度，让很多来消费的顾客感觉不舒服，于是就造成了客源的大量流失。</w:t>
      </w:r>
      <w:r>
        <w:rPr>
          <w:lang w:eastAsia="zh-CN"/>
        </w:rPr>
        <w:br/>
      </w:r>
      <w:r>
        <w:rPr>
          <w:lang w:eastAsia="zh-CN"/>
        </w:rPr>
        <w:t>　　想明白这点之后，汤姆&amp;莫纳汉便利用休息的时间努力调节自己的情绪和态度。随着时间的推移，汤姆&amp;莫纳汉做出的比萨饼得到了顾客的认可，更重要的是，人们在享受比萨饼美味的同时，也对这个充满善意的可爱老板赞不绝口。恐怕汤姆&amp;莫纳汉自己也不会想到，他态度的转变会给自己带来巨大的商机，多年之后，他创立了美国第二大比萨饼连锁集团&amp;&amp;达美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很多年后，汤姆&amp;莫纳汉谈起那次改变自己人生的转变时，仍旧感慨不已：在竞争压力巨大的社会里，我们的情绪常常会变得急躁鲁莽，而这种状态会给我们的人生和事业增加巨大的阻力，所以，是否能够改变自己的情绪和态度，决定了我们的未来能不能有更好的发展。当你向他人出示善意后，你收获的将会更多。</w:t>
      </w:r>
      <w:r>
        <w:rPr>
          <w:lang w:eastAsia="zh-CN"/>
        </w:rPr>
        <w:t xml:space="preserve"> 在这个个体能力差别不大的年代里，谁能调整控制好自己的情绪，谁能向他人展示出自己的善意，谁就能赢得更好的发展机会。没有人会拒绝你的善意，当你懂得向世界表达善意</w:t>
      </w:r>
      <w:r>
        <w:rPr>
          <w:lang w:eastAsia="zh-CN"/>
        </w:rPr>
        <w:br/>
      </w:r>
      <w:r>
        <w:rPr>
          <w:lang w:eastAsia="zh-CN"/>
        </w:rPr>
        <w:t>　　之后，你会发现自己的人生会变得更加美好。</w:t>
      </w:r>
      <w:r>
        <w:rPr>
          <w:lang w:eastAsia="zh-CN"/>
        </w:rPr>
        <w:br/>
      </w:r>
      <w:r>
        <w:rPr>
          <w:lang w:eastAsia="zh-CN"/>
        </w:rPr>
        <w:t>　　《论语》有言：周有大赉，善人是福。善之一念，福泽无穷。苏格拉底认为，幸福不只是快乐，更应该是一种善意，人们在生活和工作中，释放善意，将会获得成功，收到梦寐以求和意想不到的效果。美国前商务部长古铁雷斯说成功的秘诀就是，日行一善。你的心底埋下了善意的种子，你的世界便是春意盎然的花园。你的脚下踏出善意的足迹，你的人生便是无愧的远行。老师们，同学们，勿以善小而不为勿以恶小而为之，我希望每一个慧德人都发善心、说善话、行善事、做善人!这样我们一定会功崇高，业广大;福无边，泽无穷!</w:t>
      </w:r>
      <w:r>
        <w:rPr>
          <w:lang w:eastAsia="zh-CN"/>
        </w:rPr>
        <w:br/>
      </w:r>
      <w:r>
        <w:rPr>
          <w:lang w:eastAsia="zh-CN"/>
        </w:rPr>
        <w:t xml:space="preserve">    新学期学生代表国旗下的演讲 篇9 </w:t>
      </w:r>
      <w:r>
        <w:rPr>
          <w:lang w:eastAsia="zh-CN"/>
        </w:rPr>
        <w:br/>
      </w:r>
      <w:r>
        <w:rPr>
          <w:lang w:eastAsia="zh-CN"/>
        </w:rPr>
        <w:t>　　尊敬的各位领导、敬爱老师及亲爱的同学们：</w:t>
      </w:r>
      <w:r>
        <w:rPr>
          <w:lang w:eastAsia="zh-CN"/>
        </w:rPr>
        <w:br/>
      </w:r>
      <w:r>
        <w:rPr>
          <w:lang w:eastAsia="zh-CN"/>
        </w:rPr>
        <w:t>　　您们好!</w:t>
      </w:r>
      <w:r>
        <w:rPr>
          <w:lang w:eastAsia="zh-CN"/>
        </w:rPr>
        <w:br/>
      </w:r>
      <w:r>
        <w:rPr>
          <w:lang w:eastAsia="zh-CN"/>
        </w:rPr>
        <w:t>　　当炎炎夏日不知不觉落下帷幕之时，迎来了硕果丰收的初秋，与此同时我们新的学期也开始了。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金秋九月，九月金秋，那浓浓的桔子香象征着我们浓浓的学习氛围。那青郁的松树，摇曳着我们的学习激情，我们学习的环境如此优雅清静，我们的老师如此孜孜不倦，我们也应该具有鸿鹄之志。</w:t>
      </w:r>
      <w:r>
        <w:rPr>
          <w:lang w:eastAsia="zh-CN"/>
        </w:rPr>
        <w:br/>
      </w:r>
      <w:r>
        <w:rPr>
          <w:lang w:eastAsia="zh-CN"/>
        </w:rPr>
        <w:t>　　读书是先苦后甜的，不要因为尝到了苦，就不去吸吮甘甜的露!只要坚持努力，我们就能踏上求学的成功之路!西方谚语有这么一句话：含泪播种，欢笑收割。用在读书上，真是再恰当不过了，只要坚持不懈，就能抹掉嘴角的一丝苦味，采撷诱人的甘果。</w:t>
      </w:r>
      <w:r>
        <w:rPr>
          <w:lang w:eastAsia="zh-CN"/>
        </w:rPr>
        <w:br/>
      </w:r>
      <w:r>
        <w:rPr>
          <w:lang w:eastAsia="zh-CN"/>
        </w:rPr>
        <w:t>　　在努力学习的同时，也应该树立远大的理想，人在世上生活，就如同船在大海上航行，如果失去了航标，航船就会迷失方向，如果没有崇高的理想，人就丧失了前进的动力，我坚信只要有理想相伴，只要心中亮着理想这盏不灭的灯，你就会步入灿烂的里程。</w:t>
      </w:r>
      <w:r>
        <w:rPr>
          <w:lang w:eastAsia="zh-CN"/>
        </w:rPr>
        <w:br/>
      </w:r>
      <w:r>
        <w:rPr>
          <w:lang w:eastAsia="zh-CN"/>
        </w:rPr>
        <w:t>　　当然，在树立理想的同时，我们更应该注重自己的行为，做一个让大家放心、老师称心、同学欢心的中学生，请相信我们是二十一世纪合格的出色的，有作为的青年。</w:t>
      </w:r>
      <w:r>
        <w:rPr>
          <w:lang w:eastAsia="zh-CN"/>
        </w:rPr>
        <w:br/>
      </w:r>
      <w:r>
        <w:rPr>
          <w:lang w:eastAsia="zh-CN"/>
        </w:rPr>
        <w:t>　　同学们，初一是基础，初二是跳板，初三是关键，我们将面临失学和升学的抉择，这是我们人生征途上的第一次重大选择，那就让我们扬起理想的风帆，在知识的海洋中尽情遨游。让我们朝着坚定的目标，展翅高飞，让我们轻撒滴滴汗水，手绘蓝图，请相信一份耕耘，一份收获这个不变的真理!</w:t>
      </w:r>
      <w:r>
        <w:rPr>
          <w:lang w:eastAsia="zh-CN"/>
        </w:rPr>
        <w:br/>
      </w:r>
      <w:r>
        <w:rPr>
          <w:lang w:eastAsia="zh-CN"/>
        </w:rPr>
        <w:t xml:space="preserve">    新学期学生代表国旗下的演讲 篇10 </w:t>
      </w:r>
      <w:r>
        <w:rPr>
          <w:lang w:eastAsia="zh-CN"/>
        </w:rPr>
        <w:br/>
      </w:r>
      <w:r>
        <w:rPr>
          <w:lang w:eastAsia="zh-CN"/>
        </w:rPr>
        <w:t>　　尊敬的各位老师，亲爱的同学们，大家好!</w:t>
      </w:r>
      <w:r>
        <w:rPr>
          <w:lang w:eastAsia="zh-CN"/>
        </w:rPr>
        <w:br/>
      </w:r>
      <w:r>
        <w:rPr>
          <w:lang w:eastAsia="zh-CN"/>
        </w:rPr>
        <w:t>　　我演讲的题目是：新希望 新征程。</w:t>
      </w:r>
      <w:r>
        <w:rPr>
          <w:lang w:eastAsia="zh-CN"/>
        </w:rPr>
        <w:br/>
      </w:r>
      <w:r>
        <w:rPr>
          <w:lang w:eastAsia="zh-CN"/>
        </w:rPr>
        <w:t>　　愉快的寒假结束了，我们迎来了一个崭新的学期。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刚刚过去的寒假中，我们收获了很多。通过和家人团聚，我们收获了亲情;通过完成寒假作业，我们获得了知识;通过体育锻炼，我们增强了体魄。更重要的是，我们收获了对未来的希望与信心，我们成长了，具备更强的能力，也承担更多的责任。未来，也有更多的挑战等待着我们。</w:t>
      </w:r>
      <w:r>
        <w:rPr>
          <w:lang w:eastAsia="zh-CN"/>
        </w:rPr>
        <w:br/>
      </w:r>
      <w:r>
        <w:rPr>
          <w:lang w:eastAsia="zh-CN"/>
        </w:rPr>
        <w:t>　　新学期伊始，不同年级的同学面临着不同的挑战。初一的同学，你们现在的所学是未来提升的保证，所以一定要夯实基础;初二的同学你们面临着一中直升班的考验，所以一定要提高效率，攻坚克难;至于我们初三的同学，等待我们的将是100多天以后的中考，所有的付出和汗水都会在那一天获得回报。因此，我们要以更加昂扬向上、艰苦奋斗的精神，高效复习，备战中考，不给人生留遗憾，中考必胜。</w:t>
      </w:r>
      <w:r>
        <w:rPr>
          <w:lang w:eastAsia="zh-CN"/>
        </w:rPr>
        <w:br/>
      </w:r>
      <w:r>
        <w:rPr>
          <w:lang w:eastAsia="zh-CN"/>
        </w:rPr>
        <w:t>　　当然，在努力学习的同时，我们也要提高自身素养，遵守校规校纪，规范仪容仪表，注意言谈举止，做最美育华人。</w:t>
      </w:r>
      <w:r>
        <w:rPr>
          <w:lang w:eastAsia="zh-CN"/>
        </w:rPr>
        <w:br/>
      </w:r>
      <w:r>
        <w:rPr>
          <w:lang w:eastAsia="zh-CN"/>
        </w:rPr>
        <w:t>　　最后，希望大家行动起来，撸起袖子加油干，不忘初心，为梦想插上翅膀，为未来点燃希望。</w:t>
      </w:r>
      <w:r>
        <w:rPr>
          <w:lang w:eastAsia="zh-CN"/>
        </w:rPr>
        <w:br/>
      </w:r>
      <w:r>
        <w:rPr>
          <w:lang w:eastAsia="zh-CN"/>
        </w:rPr>
        <w:t>　　我的演讲完毕，谢谢大家。</w:t>
      </w:r>
      <w:r>
        <w:rPr>
          <w:lang w:eastAsia="zh-CN"/>
        </w:rPr>
        <w:br/>
      </w:r>
      <w:r>
        <w:rPr>
          <w:lang w:eastAsia="zh-CN"/>
        </w:rPr>
        <w:t xml:space="preserve">    新学期学生代表国旗下的演讲 篇11 </w:t>
      </w:r>
      <w:r>
        <w:rPr>
          <w:lang w:eastAsia="zh-CN"/>
        </w:rPr>
        <w:br/>
      </w:r>
      <w:r>
        <w:rPr>
          <w:lang w:eastAsia="zh-CN"/>
        </w:rPr>
        <w:t>　　尊敬的各位领导、敬爱的老师、亲爱的同学们：</w:t>
      </w:r>
      <w:r>
        <w:rPr>
          <w:lang w:eastAsia="zh-CN"/>
        </w:rPr>
        <w:br/>
      </w:r>
      <w:r>
        <w:rPr>
          <w:lang w:eastAsia="zh-CN"/>
        </w:rPr>
        <w:t>　　你们好!很高兴能有机会在这样一个特殊的日子里作为八年级学生代表发言，我代表全体八年级同学向辛勤工作的老师们说一声：谢谢您们，您们辛苦了!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如果说，蓝天教会鸟儿飞翔，大海教会鱼儿游泳，那么老师，您不仅教给我们知识，还教会我们做人。您用您的辛勤汗水浇灌我们，您用您的无私奉献教育我们;您用您的真挚心灵感动我们，是您让我们明白：我们能从失败中汲取教训，在困难中积聚力量，在黑暗中寻找光明。老师，是您把我们领进知识的殿堂，数学课上，您把枯燥的数字变得生动有趣;语文课上，您为我们打开了一个斑斓的新世界;英语课上，您让我们领略了异国风情;物理课上，您让我们感受了宏观与微观的魅力。</w:t>
      </w:r>
      <w:r>
        <w:rPr>
          <w:lang w:eastAsia="zh-CN"/>
        </w:rPr>
        <w:br/>
      </w:r>
      <w:r>
        <w:rPr>
          <w:lang w:eastAsia="zh-CN"/>
        </w:rPr>
        <w:t>　　没有华丽的舞台，没有簇拥的鲜花，三尺讲台就是老师奉献人生的天地。面对几十双迷惘而渴求的眼睛，您用自己如歌的声音，传播爱的阳光，播洒智慧的甘霖。</w:t>
      </w:r>
      <w:r>
        <w:rPr>
          <w:lang w:eastAsia="zh-CN"/>
        </w:rPr>
        <w:br/>
      </w:r>
      <w:r>
        <w:rPr>
          <w:lang w:eastAsia="zh-CN"/>
        </w:rPr>
        <w:t>　　九月十日，是一个值得庆祝的日子，在这欢庆的节日里，一张张贺卡，一束束鲜花，都无法表达我们对老师衷心的爱戴和感激。老师，今天是你们的节日，鲜花为你们而盛开，旋律为你们而奏响。</w:t>
      </w:r>
      <w:r>
        <w:rPr>
          <w:lang w:eastAsia="zh-CN"/>
        </w:rPr>
        <w:br/>
      </w:r>
      <w:r>
        <w:rPr>
          <w:lang w:eastAsia="zh-CN"/>
        </w:rPr>
        <w:t>　　同学们，师恩难忘，难忘师恩，感恩老师，并不需要我们去做惊天动地的大事，而是我们内心深处的情，难以言表的爱，发自心底的祝福。老师，您的无私奉献我们看在眼里，您的不求回报我们记在心里。正值新学期的开始，作为八年级的我想说：老师们，我们会从自己日常生活的点点滴滴做起，从自我做起，不辜负学校的培养和老师的教育;同学们，我们要向历届的学长们学习，学习他们拼搏的精神，学习他们顽强的斗志，学习他们必胜的信心，战胜20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最后，我要把最真诚最美好的祝福，献给我们敬爱的老师：祝老师们身体健康，节日快乐!愿我校越办越辉煌!</w:t>
      </w:r>
      <w:r>
        <w:rPr>
          <w:lang w:eastAsia="zh-CN"/>
        </w:rPr>
        <w:br/>
      </w:r>
      <w:r>
        <w:rPr>
          <w:lang w:eastAsia="zh-CN"/>
        </w:rPr>
        <w:t xml:space="preserve">    新学期学生代表国旗下的演讲 篇12 </w:t>
      </w:r>
      <w:r>
        <w:rPr>
          <w:lang w:eastAsia="zh-CN"/>
        </w:rPr>
        <w:br/>
      </w:r>
      <w:r>
        <w:rPr>
          <w:lang w:eastAsia="zh-CN"/>
        </w:rPr>
        <w:t>　　亲爱的老师们，同学们，大家早上好:</w:t>
      </w:r>
      <w:r>
        <w:rPr>
          <w:lang w:eastAsia="zh-CN"/>
        </w:rPr>
        <w:br/>
      </w:r>
      <w:r>
        <w:rPr>
          <w:lang w:eastAsia="zh-CN"/>
        </w:rPr>
        <w:t>　　又是一个崭新的周一，又是一个新的起点。顺利通过广东省国家级示范性高中的初级督导验收工作，对于我们每一位同学来说，这都是一件喜事。它意味着国家，政府将更加重视我们的学校建设。更重要的是，我们身边的硬件设备和软件设施将得到进一步的完善，因而最终受益的还是我们自己。然而，这也给我们每一位同学提出了更高的责任和要求。</w:t>
      </w:r>
      <w:r>
        <w:rPr>
          <w:lang w:eastAsia="zh-CN"/>
        </w:rPr>
        <w:br/>
      </w:r>
      <w:r>
        <w:rPr>
          <w:lang w:eastAsia="zh-CN"/>
        </w:rPr>
        <w:t>　　第一 ，积极遵守学校的规章制度。这是我们的义务，也是我们共同拥有良好的学习和生活条件的基本保障。大家试想一下，如果我们的集体没有这些规章制度的约束和保障，那我们岂不是生活在一个乱糟糟的集体中。这样的话，那我们还能够安静的学习吗?我们还能够安心的生活吗?不能的。所以，积极遵守我们的学校纪律，共同维护我们所处的良好环境，这是我们成为一个示范性中学学生的前提。</w:t>
      </w:r>
      <w:r>
        <w:rPr>
          <w:lang w:eastAsia="zh-CN"/>
        </w:rPr>
        <w:br/>
      </w:r>
      <w:r>
        <w:rPr>
          <w:lang w:eastAsia="zh-CN"/>
        </w:rPr>
        <w:t>　　第二，让我们紧紧地抓住高中三年的学习时光，为我们的高考，为我们的将来打下更为扎实的根基。我们来到学校的最终目的就是学习，为了能从这里有所收获的走向更高层次的人生舞台。因此，珍惜我们现在所拥有的资本，让我们更加努力学习，提高我们的学习成绩和综合素质，为我们的集体积淀更深厚的文化氛围，也为接下来的评估工作增添更大价值的砝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初级督导验收的通过是对我们学校，对我们在场的每一位同学的初步肯定。站在新的高度，新的起点上，作为一名百中学子，我们将更加积极地参与，为真正的国家级示范性高中的到来做好充分的准备。</w:t>
      </w:r>
      <w:r>
        <w:rPr>
          <w:lang w:eastAsia="zh-CN"/>
        </w:rPr>
        <w:br/>
      </w:r>
      <w:r>
        <w:rPr>
          <w:lang w:eastAsia="zh-CN"/>
        </w:rPr>
        <w:t xml:space="preserve">    新学期学生代表国旗下的演讲 篇13 </w:t>
      </w:r>
      <w:r>
        <w:rPr>
          <w:lang w:eastAsia="zh-CN"/>
        </w:rPr>
        <w:br/>
      </w:r>
      <w:r>
        <w:rPr>
          <w:lang w:eastAsia="zh-CN"/>
        </w:rPr>
        <w:t>　　各位老师、各位同学：</w:t>
      </w:r>
      <w:r>
        <w:rPr>
          <w:lang w:eastAsia="zh-CN"/>
        </w:rPr>
        <w:br/>
      </w:r>
      <w:r>
        <w:rPr>
          <w:lang w:eastAsia="zh-CN"/>
        </w:rPr>
        <w:t>　　大家早上好!</w:t>
      </w:r>
      <w:r>
        <w:rPr>
          <w:lang w:eastAsia="zh-CN"/>
        </w:rPr>
        <w:br/>
      </w:r>
      <w:r>
        <w:rPr>
          <w:lang w:eastAsia="zh-CN"/>
        </w:rPr>
        <w:t>　　今天，我演讲的题目是：新学期、新目标、新收获</w:t>
      </w:r>
      <w:r>
        <w:rPr>
          <w:lang w:eastAsia="zh-CN"/>
        </w:rPr>
        <w:br/>
      </w:r>
      <w:r>
        <w:rPr>
          <w:lang w:eastAsia="zh-CN"/>
        </w:rPr>
        <w:t>　　转眼间，在这个美丽如画的金秋九月，我们又迎来了新的一学年，当我们走到校门口时发现我们的校园又变美了。这一学期，我们又迎来了近200名朝气蓬勃的七年级新同学。他们的融入，给我们新街中学注入了新的生机与活力。 新学年，孕育着新希望，我们经过暑假短暂休息与调整之后，又满怀信心与斗志地站在新学年的起跑线上，为实现人生目标而全身心投入，努力奋斗。 自新世纪以来，在全体师生的共同努力下，我校教育教学工作连续十多年取得辉煌成绩，多次获得教学质量一等奖，成绩只能代表过去，将成绩发扬光大，创造新的辉煌，是我们新街中学每位师生共同的理想。</w:t>
      </w:r>
      <w:r>
        <w:rPr>
          <w:lang w:eastAsia="zh-CN"/>
        </w:rPr>
        <w:br/>
      </w:r>
      <w:r>
        <w:rPr>
          <w:lang w:eastAsia="zh-CN"/>
        </w:rPr>
        <w:t>　　良好的开端是成功的一半，步入七年级的学弟学妹们，走进新街中学，你就走进了团结和友爱，也走进了拼搏和奋斗。我相信：经过你们三年坚持不懈的努力和奋斗，一定能收获累累硕果。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八年级已经进入了知识和能力大幅度提升的关键时刻，我真诚地希望每一名同学都明白这一点，在平稳过渡的基础上，为自己在新学期制定新计划、新目标。我希望你们用信心作桨、用坚持作帆，驾驶着知识的小舟在老师的引导下到达成功的彼岸。</w:t>
      </w:r>
      <w:r>
        <w:rPr>
          <w:lang w:eastAsia="zh-CN"/>
        </w:rPr>
        <w:br/>
      </w:r>
      <w:r>
        <w:rPr>
          <w:lang w:eastAsia="zh-CN"/>
        </w:rPr>
        <w:t>　　九年级的我们，汇集了老师们更多的目光，倾注了家长更多的心血，担负着全校希望，开始最后一学年的冲刺。同学们，从今天开始我们就要稳扎稳打，不虚度一分一秒，坚持不懈地学习。一年后，以优异的成绩向母校交上一份满意的答卷。</w:t>
      </w:r>
      <w:r>
        <w:rPr>
          <w:lang w:eastAsia="zh-CN"/>
        </w:rPr>
        <w:br/>
      </w:r>
      <w:r>
        <w:rPr>
          <w:lang w:eastAsia="zh-CN"/>
        </w:rPr>
        <w:t>　　新的一学期，我希望同学们从第一天开始就做好以下 几点：</w:t>
      </w:r>
      <w:r>
        <w:rPr>
          <w:lang w:eastAsia="zh-CN"/>
        </w:rPr>
        <w:br/>
      </w:r>
      <w:r>
        <w:rPr>
          <w:lang w:eastAsia="zh-CN"/>
        </w:rPr>
        <w:t>　　第一，学会关心他人，互助友爱，文明礼貌，争做一个德才兼备、品学兼优的好学生。</w:t>
      </w:r>
      <w:r>
        <w:rPr>
          <w:lang w:eastAsia="zh-CN"/>
        </w:rPr>
        <w:br/>
      </w:r>
      <w:r>
        <w:rPr>
          <w:lang w:eastAsia="zh-CN"/>
        </w:rPr>
        <w:t>　　第二，学会学习，培养勤奋刻苦的学习精神，掌握好的学习方法。</w:t>
      </w:r>
      <w:r>
        <w:rPr>
          <w:lang w:eastAsia="zh-CN"/>
        </w:rPr>
        <w:br/>
      </w:r>
      <w:r>
        <w:rPr>
          <w:lang w:eastAsia="zh-CN"/>
        </w:rPr>
        <w:t>　　第三，加强锻炼，拥有强健的体魄和良好的心理素质，培养健康的审美情趣，发展特长，为将来的发展打下良好的基础。</w:t>
      </w:r>
      <w:r>
        <w:rPr>
          <w:lang w:eastAsia="zh-CN"/>
        </w:rPr>
        <w:br/>
      </w:r>
      <w:r>
        <w:rPr>
          <w:lang w:eastAsia="zh-CN"/>
        </w:rPr>
        <w:t>　　第四，遵守学校各项纪律制度，增强集体意识，培养团队精神，营造和谐、积极向上的班风校风。</w:t>
      </w:r>
      <w:r>
        <w:rPr>
          <w:lang w:eastAsia="zh-CN"/>
        </w:rPr>
        <w:br/>
      </w:r>
      <w:r>
        <w:rPr>
          <w:lang w:eastAsia="zh-CN"/>
        </w:rPr>
        <w:t>　　第五，讲卫生、讲文明，营造整洁、舒适、美丽的校园。</w:t>
      </w:r>
      <w:r>
        <w:rPr>
          <w:lang w:eastAsia="zh-CN"/>
        </w:rPr>
        <w:br/>
      </w:r>
      <w:r>
        <w:rPr>
          <w:lang w:eastAsia="zh-CN"/>
        </w:rPr>
        <w:t>　　第六，把安全放在首位，时时刻刻牢记安全无小事，不做危险的游戏，不在校园里打打闹闹。</w:t>
      </w:r>
      <w:r>
        <w:rPr>
          <w:lang w:eastAsia="zh-CN"/>
        </w:rPr>
        <w:br/>
      </w:r>
      <w:r>
        <w:rPr>
          <w:lang w:eastAsia="zh-CN"/>
        </w:rPr>
        <w:t>　　最后，祝老师们在新的学年里身体健康、工作顺利!祝同学们学习进步、快乐成长!</w:t>
      </w:r>
      <w:r>
        <w:rPr>
          <w:lang w:eastAsia="zh-CN"/>
        </w:rPr>
        <w:br/>
      </w:r>
      <w:r>
        <w:rPr>
          <w:lang w:eastAsia="zh-CN"/>
        </w:rPr>
        <w:t xml:space="preserve">    新学期学生代表国旗下的演讲 篇14 </w:t>
      </w:r>
      <w:r>
        <w:rPr>
          <w:lang w:eastAsia="zh-CN"/>
        </w:rPr>
        <w:br/>
      </w:r>
      <w:r>
        <w:rPr>
          <w:lang w:eastAsia="zh-CN"/>
        </w:rPr>
        <w:t>　　尊敬的老师们、亲爱的同学们：上午好!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你们知道今天12月10日是什么日子吗?是世界人权日。</w:t>
      </w:r>
      <w:r>
        <w:rPr>
          <w:lang w:eastAsia="zh-CN"/>
        </w:rPr>
        <w:br/>
      </w:r>
      <w:r>
        <w:rPr>
          <w:lang w:eastAsia="zh-CN"/>
        </w:rPr>
        <w:t>　　60多年前的第二次世界大战给人类造成了巨大的灾难。人类吸取了这慘痛的历史经验教训过后，为了避免这样的悲慘历史重演，在二战结束后，1948年12月10日，联合国大会通过并发表了《世界人权宣言》。1950年，联大决定将每年的12月10日定为世界人权日。</w:t>
      </w:r>
      <w:r>
        <w:rPr>
          <w:lang w:eastAsia="zh-CN"/>
        </w:rPr>
        <w:br/>
      </w:r>
      <w:r>
        <w:rPr>
          <w:lang w:eastAsia="zh-CN"/>
        </w:rPr>
        <w:t>　　所谓人权，是指在一定的社会历史条件下，每个人按其本质和尊严享有或应该享有的基本权利。这个宣言无疑对给予世界人民自由，以及把人类从令人窒息的种族歧视环境中拯救出来创造了良好的条件。因此，人权宣言是历史上非常重大的事件。如今联合国人权宣言已被翻译成250多种文字，遍布世界各地。</w:t>
      </w:r>
      <w:r>
        <w:rPr>
          <w:lang w:eastAsia="zh-CN"/>
        </w:rPr>
        <w:br/>
      </w:r>
      <w:r>
        <w:rPr>
          <w:lang w:eastAsia="zh-CN"/>
        </w:rPr>
        <w:t>　　我们中国作为占有世界人口五分之一的大国，以占世界耕地面积不足百分之十的耕地，养活了近十四亿人口，这就保证了人民的最基本的生存权利。我们五十六个民族和睦相处，团结奋斗，凝结成一个牢固的整体。人民政府尊重宗教信仰的自由，缩小贫富差别，共同改革开放奔小康，这无不体现中国共产党的维权决心与意志。我们相信未来祖国的人权将会更美好。</w:t>
      </w:r>
      <w:r>
        <w:rPr>
          <w:lang w:eastAsia="zh-CN"/>
        </w:rPr>
        <w:br/>
      </w:r>
      <w:r>
        <w:rPr>
          <w:lang w:eastAsia="zh-CN"/>
        </w:rPr>
        <w:t>　　今天，是人权日，让我们重申对《世界人权宣言》各项原则的承诺，让我们继续尽力，为人类谋幸福。</w:t>
      </w:r>
      <w:r>
        <w:rPr>
          <w:lang w:eastAsia="zh-CN"/>
        </w:rPr>
        <w:br/>
      </w:r>
      <w:r>
        <w:rPr>
          <w:lang w:eastAsia="zh-CN"/>
        </w:rPr>
        <w:t>　　同学们，让我们以科学文明为材料，筑起一道百毒不侵的精神防火墙，使邪教思想永远远离我们的心灵，更加尊重和保障人权，努力真正成为一个让国家和人民放心的接班人!</w:t>
      </w:r>
      <w:r>
        <w:rPr>
          <w:lang w:eastAsia="zh-CN"/>
        </w:rPr>
        <w:br/>
      </w:r>
    </w:p>
    <w:p w:rsidR="001B1F19" w14:textId="27C3F48A">
      <w:pPr>
        <w:rPr>
          <w:rFonts w:hint="eastAsia"/>
          <w:lang w:eastAsia="zh-CN"/>
        </w:rPr>
      </w:pPr>
      <w:r>
        <w:rPr>
          <w:lang w:eastAsia="zh-CN"/>
        </w:rPr>
        <w:t>　　我的演讲完毕，谢谢大家。</w:t>
      </w:r>
      <w:r>
        <w:rPr>
          <w:lang w:eastAsia="zh-CN"/>
        </w:rPr>
        <w:br/>
      </w:r>
      <w:r>
        <w:rPr>
          <w:lang w:eastAsia="zh-CN"/>
        </w:rPr>
        <w:t xml:space="preserve">    新学期学生代表国旗下的演讲 篇15 </w:t>
      </w:r>
      <w:r>
        <w:rPr>
          <w:lang w:eastAsia="zh-CN"/>
        </w:rPr>
        <w:br/>
      </w:r>
      <w:r>
        <w:rPr>
          <w:lang w:eastAsia="zh-CN"/>
        </w:rPr>
        <w:t>　　老师们、同学们：</w:t>
      </w:r>
      <w:r>
        <w:rPr>
          <w:lang w:eastAsia="zh-CN"/>
        </w:rPr>
        <w:br/>
      </w:r>
      <w:r>
        <w:rPr>
          <w:lang w:eastAsia="zh-CN"/>
        </w:rPr>
        <w:t>　　早上好!今天，我国旗下讲话的的主题是“情暖三月，与爱同行”。</w:t>
      </w:r>
      <w:r>
        <w:rPr>
          <w:lang w:eastAsia="zh-CN"/>
        </w:rPr>
        <w:br/>
      </w:r>
      <w:r>
        <w:rPr>
          <w:lang w:eastAsia="zh-CN"/>
        </w:rPr>
        <w:t>　　三月是学雷锋月，刚刚过去的3月5日是中国青年志愿者服务日。在这个三月，让我们携手，与爱同行，实践“雷锋精神”。</w:t>
      </w:r>
      <w:r>
        <w:rPr>
          <w:lang w:eastAsia="zh-CN"/>
        </w:rPr>
        <w:br/>
      </w:r>
      <w:r>
        <w:rPr>
          <w:lang w:eastAsia="zh-CN"/>
        </w:rPr>
        <w:t>　　周恩来将“雷锋精神”概括得得很精辟：“雷锋精神是爱憎分明的阶级立场、言行一致的革命精神、公而忘私的共产主义风格、奋不顾身的无产阶级斗志。”</w:t>
      </w:r>
      <w:r>
        <w:rPr>
          <w:lang w:eastAsia="zh-CN"/>
        </w:rPr>
        <w:br/>
      </w:r>
      <w:r>
        <w:rPr>
          <w:lang w:eastAsia="zh-CN"/>
        </w:rPr>
        <w:t>　　现在，社会上的许多负面新闻让很多人都在质疑雷锋精神的必要和不必要，也有一种声音在说：“当今人人都在为自己谋求利益，谁还要想着去发展雷锋精神呢?”而我想说，虽然现在有些负能量令我们寒心，但这并不能成为我们吝啬自己奉献精神的理由。</w:t>
      </w:r>
      <w:r>
        <w:rPr>
          <w:lang w:eastAsia="zh-CN"/>
        </w:rPr>
        <w:br/>
      </w:r>
      <w:r>
        <w:rPr>
          <w:lang w:eastAsia="zh-CN"/>
        </w:rPr>
        <w:t>　　如果有一天，我们钱包被偷，旁人却视而不见;如果我们迷了路，却没有人愿意为我们指路;有一天我们老了，跌倒却无人帮忙扶起……我们心里会是什么滋味?想必是有苦难诉、酸涩而无奈。假如在这时有人伸出援手，难道我们会斥责说“这种精神已然过时”吗?我想，我们都会心怀感激地接受帮助吧。雷锋精神伟大，但并非高不可攀;平凡，但并非琐碎;神圣，但并非不食人间烟火。</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https://d.book118.com/358120133111006043</w:t>
        </w:r>
      </w:hyperlink>
    </w:p>
    <w:p w:rsidR="001B1F19">
      <w:pPr>
        <w:rPr>
          <w:rFonts w:hint="eastAsia"/>
          <w:lang w:eastAsia="zh-CN"/>
        </w:rPr>
      </w:pPr>
    </w:p>
    <w:sectPr>
      <w:type w:val="nextPage"/>
      <w:pgSz w:w="11906" w:h="16838"/>
      <w:pgMar w:top="1440" w:right="1800" w:bottom="1440" w:left="1800" w:header="851" w:footer="992" w:gutter="0"/>
      <w:pgNumType w:start="2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58120133111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