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2024庆祝元旦节优秀活动总结（34篇）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2024庆祝元旦节优秀活动总结（精选34篇）</w:t>
      </w:r>
      <w:r>
        <w:rPr>
          <w:lang w:eastAsia="zh-CN"/>
        </w:rPr>
        <w:br/>
      </w:r>
      <w:r>
        <w:rPr>
          <w:lang w:eastAsia="zh-CN"/>
        </w:rPr>
        <w:t xml:space="preserve">    2024庆祝元旦节优秀活动总结 篇1 </w:t>
      </w:r>
      <w:r>
        <w:rPr>
          <w:lang w:eastAsia="zh-CN"/>
        </w:rPr>
        <w:br/>
      </w:r>
      <w:r>
        <w:rPr>
          <w:lang w:eastAsia="zh-CN"/>
        </w:rPr>
        <w:t>　　20__年12月29日，__小学“天府成都乐动小马”20__元旦庆祝活动拉开帷幕。活动邀请了区青少年宫、辖区街道办事处、派出所、社区以及友邻部队、消防队等领导走进小马校园，与小马家族共庆首个元旦佳节。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优秀的文化需要传承，而小马家族的孩子们是成都的未来。站在天府大地的文化沃土上，以传统佳节为契机，__小学紧紧围绕天府文化“创新创造、优雅时尚、乐观包容、友善公益”的精神内核，以“出彩小马人”和“小马大庙会”两个主题板块的活动，带领孩子们来了一场根植于传统、立足于现实、放眼于未来的天府文化体验，将生于这座城市、长于这座城市的孩子们，培养为具有新时代特质的天府文化传承人。“出彩小马人”——做更好的自己在“出彩小马人”文娱活动展示环节，首届“出彩小马人”获奖者、各班级、社区代表以及友邻到位都带来了内容丰富、形式多样的节目表演，有舞蹈、诗歌朗诵、传统技艺等项目。舞蹈《小马奔腾》表演热烈奔放，立即点燃了全场观众的热情，精彩的传统技艺《抖空竹》和《川剧变脸》让大家感受到了传统技艺的独特魅力，舞蹈《大梦想家》、《少年中国》和《冰雪奇缘》的展示让大家看到了小马孩子们出彩的一面，诗朗诵《我长大了》更让大家感受到了小马这个大家庭中小家与大家的温暖与和谐……</w:t>
      </w:r>
      <w:r>
        <w:rPr>
          <w:lang w:eastAsia="zh-CN"/>
        </w:rPr>
        <w:br/>
      </w:r>
      <w:r>
        <w:rPr>
          <w:lang w:eastAsia="zh-CN"/>
        </w:rPr>
        <w:t>　　首届“出彩小马人”的启动，为所有的小马孩子们开启了实现梦想的挑战之门，同时也开启了一段崭新的“出彩”之旅。学校为每一位孩子搭建展示自我、挑战自我、突破自我的平台，希望每一个小马孩子的梦想被投射在这个充满可能性的舞台上，让孩子们真正的挑战自己、成就自己，“做更好的自己”。“小马大庙会”——传承天府文化小马大庙会现场共分为“识美景”、“品美食”、“玩游戏”、“乐成长”等四个主题体验区。通过“识美景”，孩子们对成都的古蜀文化遗址、历史文化街区、名人故里、古镇、现代商业街区等代表成都名片的著名景点和建筑有了进一步地了解。通过“品美食”，孩子们不仅品尝到了赖汤圆、钟水饺、糖油果子等成都传统的名小吃，还根据家长志愿者们现场展示的制作过程学习了传统美食的做法，这样特别的美食体验，既能吃更能学，让孩子们还能切身地去了解最真的成都本土文化。在“玩游戏”和“乐成长”环节，孩子们通过夹弹珠、套圈、写“福”字、攀树和机器人等体验活动，不仅了解了传统的民俗游戏，还体会到了节日的快乐，脸上始终洋溢着开心的笑容，校园里到处充满欢声笑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学校是一个文化场，它是传承、孵化、培育文化的地方。__小学作为一所新建小学，学校深挖社区乃至成都的历史文脉，找寻所在片区历史积淀下的具有成都特质的耕读文化之所在。学校以“全课程”的视野，以开放办学的胸怀，致力于建设一个安全有序、包容友善、雅致灵动、有温度有灵魂的现代校园，培育懂仁爱、善学习、会生存、敢创造的马小学子。</w:t>
      </w:r>
      <w:r>
        <w:rPr>
          <w:lang w:eastAsia="zh-CN"/>
        </w:rPr>
        <w:br/>
      </w:r>
      <w:r>
        <w:rPr>
          <w:lang w:eastAsia="zh-CN"/>
        </w:rPr>
        <w:t xml:space="preserve">    2024庆祝元旦节优秀活动总结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随着主持人的登场报幕，经过精心准备的圣诞暨元旦联欢晚会正式登台了。6栋教室里，灯光变幻，流光异彩，彩带飞舞，音乐飘飘，一派喜气洋洋的景象。晚会的第一个节目，才子余雅赟的一首《曹操》震撼全场，歌声中不时有女生送上美丽的玫瑰，歌曲结束后大家的掌声轰鸣。歌声结束后，我们开始了脑筋急转弯问答题环节，只听主持人的话音刚落，那边就有很多同学纷纷举手，抢着说答案。场面相当热烈。几题结束，同学们还有一种恋恋不舍的感觉，以寝室为单位的唱歌环节接着进行，同学们准备了鲜花，全场鲜花飞扬。鲜花之后就是晚会的游戏阶段。第一个游戏叫做“三只脚”，将两个同学的脚绑在一起几组同学开始比赛。哪组快，哪组为获胜，班主任也参加了这个游戏。听着这个游戏好像很简单，其实不然，有好多组在转弯的时候都摔倒了，引得同学们哄堂大笑。第二个游戏是“背靠背顶气球”同样，哪组快哪组获胜。同学们都竞相参与，玩的不亦乐乎。两个游戏后，歌声又起，原来每个人都是歌手中的歌手，同学们都在歌声中陶醉。第三个游戏叫做“配对”，活动之前我们先写好几对家喻户晓的有情人，游戏中让几组男女抽取纸条组队，然后两人再去抽有我们事先准备好的节目，其中形式多变，笑声连连。晚会的最后老师唱了一首歌并送上了对我们的祝福，我们同时送上了对老师的祝福，老师收获感动，我们同样感动。邻班的少数同学也参加了晚会，并且也献上了好听的歌曲。这次联欢晚会虽然结束了，回顾这一历程，它却给了我们诸多的启示，既有经验又有教训。</w:t>
      </w:r>
      <w:r>
        <w:rPr>
          <w:lang w:eastAsia="zh-CN"/>
        </w:rPr>
        <w:br/>
      </w:r>
      <w:r>
        <w:rPr>
          <w:lang w:eastAsia="zh-CN"/>
        </w:rPr>
        <w:t>　　周密安排工作，及时核实情况，冷静应对突变，是本次晚会给我们的一个重要启示，也是给我的一个重要教训。为搞好晚会的筹备工作，我们多次召开班干会，布置相关工作，让大家各司其职，及时解决筹备过程中出现的各种问题，并对晚会中可能出现的问题提前进行了考虑想出对策，保证了晚会的顺利进行。同时，严把节目质量关，对参选节目进行了公开选拔，淘汰了一批质量不高、艺术性粗糙的节目;对选拔过关的节目进行分别进行具体指导，基本上保证了晚会节目的质量。</w:t>
      </w:r>
      <w:r>
        <w:rPr>
          <w:lang w:eastAsia="zh-CN"/>
        </w:rPr>
        <w:br/>
      </w:r>
      <w:r>
        <w:rPr>
          <w:lang w:eastAsia="zh-CN"/>
        </w:rPr>
        <w:t>　　本次联欢晚会，作为我们班第一次联欢晚会，取得了一定的成绩。向全班同学展示了我们班干的能力，展示了我们班干互助风貌，给同学留下了良好印象。</w:t>
      </w:r>
      <w:r>
        <w:rPr>
          <w:lang w:eastAsia="zh-CN"/>
        </w:rPr>
        <w:br/>
      </w:r>
      <w:r>
        <w:rPr>
          <w:lang w:eastAsia="zh-CN"/>
        </w:rPr>
        <w:t xml:space="preserve">    2024庆祝元旦节优秀活动总结 篇3 </w:t>
      </w:r>
      <w:r>
        <w:rPr>
          <w:lang w:eastAsia="zh-CN"/>
        </w:rPr>
        <w:br/>
      </w:r>
      <w:r>
        <w:rPr>
          <w:lang w:eastAsia="zh-CN"/>
        </w:rPr>
        <w:t>　　20__年12月31日，樟树坪小学30个班级开展了丰富多彩的元旦庆祝活动，以“新的一年，做更好的自己”为主题，分班级进行。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更多的班级开展了文艺汇演，同学们通过唱歌、舞蹈、演奏、表演、朗诵等多种方式欢庆元旦，可谓多才多艺，精彩连连。此外，有的班级掀起一股国潮风，同学们穿上古风服装翩翩起舞；有的班级形式多样的游艺活动赢来阵阵欢叫；还有的班级在教室里跳起了竹竿舞、舞起了龙、吃起了饺子，年味十足……在班主任的精心组织和安排下，全体学生用自己的方式，展现童真，表达欢乐，寄予未来美好希望。</w:t>
      </w:r>
      <w:r>
        <w:rPr>
          <w:lang w:eastAsia="zh-CN"/>
        </w:rPr>
        <w:br/>
      </w:r>
      <w:r>
        <w:rPr>
          <w:lang w:eastAsia="zh-CN"/>
        </w:rPr>
        <w:t>　　本次活动充分尊重了学生的自主意识，锻炼了学生的综合素养，彰显了樟小学子积极向上、青春活力的精神风貌。新年已到，樟树又将换新芽，相信在樟小这片沃土上，每一棵小树苗都将茁壮成长。</w:t>
      </w:r>
      <w:r>
        <w:rPr>
          <w:lang w:eastAsia="zh-CN"/>
        </w:rPr>
        <w:br/>
      </w:r>
      <w:r>
        <w:rPr>
          <w:lang w:eastAsia="zh-CN"/>
        </w:rPr>
        <w:t xml:space="preserve">    2024庆祝元旦节优秀活动总结 篇4 </w:t>
      </w:r>
      <w:r>
        <w:rPr>
          <w:lang w:eastAsia="zh-CN"/>
        </w:rPr>
        <w:br/>
      </w:r>
      <w:r>
        <w:rPr>
          <w:lang w:eastAsia="zh-CN"/>
        </w:rPr>
        <w:t>　　12月30日上午我园举行了庆元旦联欢活动，这是孩子们在幼儿园过的第一个元旦，为了让孩子们过一个难忘的节日，我们精心准备节目、布置活动室，让孩子感受到浓浓的节日气氛。</w:t>
      </w:r>
      <w:r>
        <w:rPr>
          <w:lang w:eastAsia="zh-CN"/>
        </w:rPr>
        <w:br/>
      </w:r>
      <w:r>
        <w:rPr>
          <w:lang w:eastAsia="zh-CN"/>
        </w:rPr>
        <w:t>　　触摸着冬日里最温暖的阳光，聆听着迎新年最快乐的笑声，“庆元旦、迎新年亲子联欢会”在孩子们淘气、兴奋的笑声中，在家长们认可赞叹声和笑容中圆满的落下了帷幕。从活动前的认真准备，到活动中的紧张进行，最后反思活动的过程，真的是感想颇多。</w:t>
      </w:r>
      <w:r>
        <w:rPr>
          <w:lang w:eastAsia="zh-CN"/>
        </w:rPr>
        <w:br/>
      </w:r>
      <w:r>
        <w:rPr>
          <w:lang w:eastAsia="zh-CN"/>
        </w:rPr>
        <w:t>　　活动前我们已经在细心的铺垫孩子们的工作了，用爱心和耐心传递着对他们的关爱和鼓励;联欢活动是老师们把自己的信心和能力展现给家长们的时机，让家长感觉到：孩子放到这里是放心的!</w:t>
      </w:r>
      <w:r>
        <w:rPr>
          <w:lang w:eastAsia="zh-CN"/>
        </w:rPr>
        <w:br/>
      </w:r>
      <w:r>
        <w:rPr>
          <w:lang w:eastAsia="zh-CN"/>
        </w:rPr>
        <w:t>　　与以往的授课方式不同，此次活动紧紧围绕服务与家长，受益于孩子为宗旨，以培养孩子的良好行为习惯和品德教育为目标，把教育活动以“庆元旦亲子联欢会”的形式呈现出来。其乐融融、亲情尽现，自然而和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在本次演出过程中，老师根据孩子们的不同特点编排节目，充分挖掘每个孩子身上的闪光点，让孩子站在属于自己的舞台上尽情发挥，享受快乐。</w:t>
      </w:r>
      <w:r>
        <w:rPr>
          <w:lang w:eastAsia="zh-CN"/>
        </w:rPr>
        <w:br/>
      </w:r>
      <w:r>
        <w:rPr>
          <w:lang w:eastAsia="zh-CN"/>
        </w:rPr>
        <w:t>　　本次联欢会分两部分举行：幼儿节目展示和亲子同乐活动，感谢30多位家长积极的参与了我们的活动。早上8点家长们已经陆续到园，8：30家园联欢活动在孩子们的一片祝福声中正式拉开序幕。</w:t>
      </w:r>
      <w:r>
        <w:rPr>
          <w:lang w:eastAsia="zh-CN"/>
        </w:rPr>
        <w:br/>
      </w:r>
      <w:r>
        <w:rPr>
          <w:lang w:eastAsia="zh-CN"/>
        </w:rPr>
        <w:t>　　一首新年祝福儿歌《新年娃娃多可爱》拉开了联欢会的序幕，充满童趣的舞蹈博得了家长热烈的掌声。清脆的歌声，欢快的笑声，扬溢在空气中。孩子们围成一个圆，开心的唱着，跳着。家庭才艺的展示也让家长们在充满着童真童趣的表演中，欣赏着自家宝宝的表现能力的同时，赞叹着别家宝宝的表演技巧。</w:t>
      </w:r>
      <w:r>
        <w:rPr>
          <w:lang w:eastAsia="zh-CN"/>
        </w:rPr>
        <w:br/>
      </w:r>
      <w:r>
        <w:rPr>
          <w:lang w:eastAsia="zh-CN"/>
        </w:rPr>
        <w:t>　　记得一个家长结束时说：“难得有时间这样开心的陪孩子玩一会了。整台节目的演出，离不开班里两位老师的帮助，老师们都尽职尽责的帮助孩子换衣服、带头饰，组织孩子排好队，时刻注意孩子的安全，在这里我要对她们说一声‘谢谢，你们辛苦了’。”</w:t>
      </w:r>
      <w:r>
        <w:rPr>
          <w:lang w:eastAsia="zh-CN"/>
        </w:rPr>
        <w:br/>
      </w:r>
      <w:r>
        <w:rPr>
          <w:lang w:eastAsia="zh-CN"/>
        </w:rPr>
        <w:t>　　最后，家长与老师积极交流沟通，幼儿园里传出阵阵笑声!</w:t>
      </w:r>
      <w:r>
        <w:rPr>
          <w:lang w:eastAsia="zh-CN"/>
        </w:rPr>
        <w:br/>
      </w:r>
      <w:r>
        <w:rPr>
          <w:lang w:eastAsia="zh-CN"/>
        </w:rPr>
        <w:t xml:space="preserve">    2024庆祝元旦节优秀活动总结 篇5 </w:t>
      </w:r>
      <w:r>
        <w:rPr>
          <w:lang w:eastAsia="zh-CN"/>
        </w:rPr>
        <w:br/>
      </w:r>
      <w:r>
        <w:rPr>
          <w:lang w:eastAsia="zh-CN"/>
        </w:rPr>
        <w:t>　　一、总体情况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本次元旦联欢晚会在学院领导的大力支持下、在院团委老师的直接指导下、再以马锦玉老师为代表的09级全体辅导员老师鼎力帮助配合下、同时也在所有筹委会成员高度负责、__级全体同学的积极参与下取得啦圆满成功。胜利完成晚会各项任务，顺利推进晚会各方面工作的进程，最终取得晚会胜利结束。感谢所有为本次晚会做出贡献的领导、老师和同学们！</w:t>
      </w:r>
      <w:r>
        <w:rPr>
          <w:lang w:eastAsia="zh-CN"/>
        </w:rPr>
        <w:br/>
      </w:r>
      <w:r>
        <w:rPr>
          <w:lang w:eastAsia="zh-CN"/>
        </w:rPr>
        <w:t>　　二、各部门工作</w:t>
      </w:r>
      <w:r>
        <w:rPr>
          <w:lang w:eastAsia="zh-CN"/>
        </w:rPr>
        <w:br/>
      </w:r>
      <w:r>
        <w:rPr>
          <w:lang w:eastAsia="zh-CN"/>
        </w:rPr>
        <w:t>　　元旦晚会筹备委员会成立于十月中旬，近两个半月来，在主席团的高度负责下，各部门分工明确，并取得重大工作进展。各部门成员创造性的开展工作，在各部门负责人的带领下，不畏艰难勇往直前。涌现出一大批优秀的同学。经过近两个多月的精心准备，外联部同学东奔西走为晚会拉赞助，提供啦许多有用的'信息以及一些物资，为晚会做出啦一定贡献。节目部全体成员对节目严格把关并进行多次彩排，在节目质量上严格要求，并与主持人方面密切沟通，最终确定啦节目以及排序问题。并邀请啦合肥工业大学武术协会以及安徽警官学院友情出演啦节目，并确保啦节目类型的多样性。组织部创造性的开展工作，向周边十余所高校发出邀请，最终这些学校都受邀参加啦晚会。同时，近四十所高校团学组织向我院元旦晚会组委会发来贺电贺信，这充分的表现啦我院的影响力与认知度。礼仪人员及其他工作有序进行。宣传部从晚会筹备委员会组建之日起就进行啦各种类型的宣传。在各个时期通过海报、横幅、宣传单等方式进行宣传，直接促使晚会观众的爆满，创造啦综合楼301这段时间晚会活动首次爆满的奇迹。后勤部在高飞部长的带领下，创造性的布置会场，使整台晚会效果得到啦观众的一致好评。同时各个时期把握准确细节问题考虑完善后勤组织得力。可以说，各部门高度负责优势互补是本次晚会胜利完成的基础，办公室在各部门工作中起到桥梁纽带作用，并发挥独特工作处理方式，取得良好成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三、晚会现场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晚会在主持人的开场白中拉开序幕，院党总支书记何岳颀老师致辞。何书记总结啦我院__年取得的辉煌成就，并对09级学子在新的一年中提出啦殷切希望，引起啦晚会的第一次高潮，随后节目正式开始。男生合唱《青花》、《换大米》，女声单唱《催眠》、《再见王子》，以及男生单唱《海阔天空》、《木乃伊》等以美妙的音乐与歌手完美的表现赢得啦阵阵掌声。黄梅戏名曲《女驸马》把我们带进民族音乐的天堂。风靡全国的电脑游戏《植物大战僵尸》以真人版的方式展现在晚会上，令人叹为观止！共达版《非雷勿扰》以及话剧《霸王别姬》以高超的表演艺术与演员的完美配合赢得啦又一次高潮，尖叫声掌声此起彼伏。小品《老同学》讲述啦老同学间友谊的可贵，相声表演《像个朋友》则以幽默感赢得啦全场观众的一致好评。同时合肥工业大学武术协会友情演出武术表演《双截棍》以及安徽警官学院友情出演的节目《军中绿花》带给我们以心灵的震撼，引起啦又一个高潮！情歌对唱唱出啦青春与爱，舞蹈《crazy木偶》的演员将机械舞的精髓发挥到极致，博得阵阵掌声。诗歌朗诵《永远的赞歌——东方红》则表现啦我院学子不忘历史伟人功绩，决心为老一辈无产阶级革命家开创的事业推向前进的精神！手语《爱》让我们感受到感动。最后，07、08、09级辅导员全体老师上台献唱《相亲相爱的一家人》将晚会推向最高潮！全体同学起立向老师致敬，温馨一幕让人难以忘怀！晚会圆满结束在《难忘今宵》的音乐中，最后院领导与所有演职人员合影留念，晚会胜利结束！</w:t>
      </w:r>
      <w:r>
        <w:rPr>
          <w:lang w:eastAsia="zh-CN"/>
        </w:rPr>
        <w:br/>
      </w:r>
      <w:r>
        <w:rPr>
          <w:lang w:eastAsia="zh-CN"/>
        </w:rPr>
        <w:t>　　四、得失总结</w:t>
      </w:r>
      <w:r>
        <w:rPr>
          <w:lang w:eastAsia="zh-CN"/>
        </w:rPr>
        <w:br/>
      </w:r>
      <w:r>
        <w:rPr>
          <w:lang w:eastAsia="zh-CN"/>
        </w:rPr>
        <w:t>　　本次元旦晚会直至结束，我们都创造啦众多奇迹与辉煌成绩。整台晚会从始至终观众人数都是近段时间以来综合楼301晚会观众人数之首！同时，时间紧扣要求，所有工作均按晚会要求顺利结束。但我们也深知失误所在，如麦克风质量与后场组织出现些许混乱等。我们将以本次晚会为范本，在以后的活动中扬其所长，并在失误之处查找原因。创造性开展工作，争取取得更加辉煌的成绩！</w:t>
      </w:r>
      <w:r>
        <w:rPr>
          <w:lang w:eastAsia="zh-CN"/>
        </w:rPr>
        <w:br/>
      </w:r>
      <w:r>
        <w:rPr>
          <w:lang w:eastAsia="zh-CN"/>
        </w:rPr>
        <w:t xml:space="preserve">    2024庆祝元旦节优秀活动总结 篇6 </w:t>
      </w:r>
      <w:r>
        <w:rPr>
          <w:lang w:eastAsia="zh-CN"/>
        </w:rPr>
        <w:br/>
      </w:r>
      <w:r>
        <w:rPr>
          <w:lang w:eastAsia="zh-CN"/>
        </w:rPr>
        <w:t>　　准备了半个月的新年活动终于圆满的结束了。为了孩子能过个欢快的新年，感受节日里浓浓的气氛，我们教师可谓是掏空了心思设计了本次活动。因为有我们的真诚、有我们的用心，更因为有家长的热情、家长的支持，所以整个活动的过程是顺利而成功的。在此把经验心得与大家一起分享交流！</w:t>
      </w:r>
      <w:r>
        <w:rPr>
          <w:lang w:eastAsia="zh-CN"/>
        </w:rPr>
        <w:br/>
      </w:r>
      <w:r>
        <w:rPr>
          <w:lang w:eastAsia="zh-CN"/>
        </w:rPr>
        <w:t>　　一、精心策划 考虑周全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首先，在制定计划时，考虑到本班孩子年龄小，表现力不强，并且是第一次参与这种大集体活动，便和康老师商量设计的游戏要有趣味性，要符合孩子的年龄特点，针对此来制定游戏内容。其次，在活动实施中发现问题及时解决改正，在第一环节原本设计的是“推小车”的游戏，后来经过演练发现这个游戏不但不安全，并且孩子年龄小、力量小，根本无法用双手支撑自己的身体，而换成后来的“小脚踩大脚”的游戏。而第二环节“听指令贴五官”的游戏本来是让孩子用手指认父母五官，和康老师试了几次了觉得不是很理想，于是就改成了给家长画个妆—贴五官，这一改动令场上观众不但捧腹大笑，而且让参与的家长回归一次童年，体验快乐。由上可以看出来一次完整的活动策划者需要多方面考虑周全，并且要经过多次的实施改正才能做到更好！</w:t>
      </w:r>
      <w:r>
        <w:rPr>
          <w:lang w:eastAsia="zh-CN"/>
        </w:rPr>
        <w:br/>
      </w:r>
      <w:r>
        <w:rPr>
          <w:lang w:eastAsia="zh-CN"/>
        </w:rPr>
        <w:t>　　二、沟通家长 支持配合</w:t>
      </w:r>
      <w:r>
        <w:rPr>
          <w:lang w:eastAsia="zh-CN"/>
        </w:rPr>
        <w:br/>
      </w:r>
      <w:r>
        <w:rPr>
          <w:lang w:eastAsia="zh-CN"/>
        </w:rPr>
        <w:t>　　家长的支持与配合是本次活动成功与失败最关键的因素。在准备活动时，第一天排练亲子操，有很多的家长不支持、对我们的行为不理解，认为自己没有时间天天来园陪孩子跳舞。甚至还有家长当场就把孩子带走，让我们老师觉得很失望。于是我就提前召开了家长会，向家长讲明我们活动的目的，对孩子有那些方面的培养，积极争取家长的支持与配合。通过家长会让我们教师与家长及时的沟通，良好的合作，后面的工作了就能很好的与家长默契配合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活动结束让我感触多多，是家长让我感动，是点滴的小事让我感动。我们教师天还没亮，六、七点就赶来幼儿园做准备，忙前忙后。“陈老师，有什么要帮忙的没有？”阮成祖的爸爸率先带头，主动的要给我们帮忙。很多家长都在他的带动下主动的参与到我们的工作中。（在这里我要特别感谢阮成祖、董炎森、王亚妮、唐小越、陈文兵、谭梓杞、王佳等家长给予我们的帮助。）天气寒冷，孩子年龄又小，我班家长始终坐在操场一角，不乱跑、不提前离场，坚持到最后一个回到班级，中途家长看见别的班级回教室了，就有家长就给我们说别人班上走了，我班梁老师就说活动没有结束，坚持了一早上怎么也要把最后几分钟坚持下去。家长都很同意我的看法，充分的体现了他们团队精神和听从指挥的精神。最后一环节创意大比拼—设计服装，不仅让全场的观众震撼，更是让我感动，我们老师只是简单的把任务布置给家长，根本没想到家长会这么认真的对待这件事情，动脑精心构思，动手细心准备，带给我们的是惊喜，带给我们的是那种认真的精神，值得我们老师学习。</w:t>
      </w:r>
      <w:r>
        <w:rPr>
          <w:lang w:eastAsia="zh-CN"/>
        </w:rPr>
        <w:br/>
      </w:r>
      <w:r>
        <w:rPr>
          <w:lang w:eastAsia="zh-CN"/>
        </w:rPr>
        <w:t>　　三、班级友谊 体现合作</w:t>
      </w:r>
      <w:r>
        <w:rPr>
          <w:lang w:eastAsia="zh-CN"/>
        </w:rPr>
        <w:br/>
      </w:r>
      <w:r>
        <w:rPr>
          <w:lang w:eastAsia="zh-CN"/>
        </w:rPr>
        <w:t>　　“友谊第一，比赛第二” 就充分的在我们班级和康老师班级身上体现出来，班级共同制定计划、共同商量细节、分工准备道具。由于我们前期工作能共同商量、精心考虑，所以在活动那天才能有条不紊、不打乱仗的组织好本次活动。虽然表面身为擂台班级，实际上我们是最默契、最友好、最不保留的班级。</w:t>
      </w:r>
      <w:r>
        <w:rPr>
          <w:lang w:eastAsia="zh-CN"/>
        </w:rPr>
        <w:br/>
      </w:r>
      <w:r>
        <w:rPr>
          <w:lang w:eastAsia="zh-CN"/>
        </w:rPr>
        <w:t>　　四、疏忽大意 遗留缺憾</w:t>
      </w:r>
      <w:r>
        <w:rPr>
          <w:lang w:eastAsia="zh-CN"/>
        </w:rPr>
        <w:br/>
      </w:r>
      <w:r>
        <w:rPr>
          <w:lang w:eastAsia="zh-CN"/>
        </w:rPr>
        <w:t>　　整个活动结束，都快累瘫了，睡一觉醒来忽然想起，糟糕！忘记一件很重要的事情，忘记喊梁老师带相机了，没有留下那天珍贵的合影，不好意思，是我疏忽大意，下次活动一定补上！</w:t>
      </w:r>
      <w:r>
        <w:rPr>
          <w:lang w:eastAsia="zh-CN"/>
        </w:rPr>
        <w:br/>
      </w:r>
      <w:r>
        <w:rPr>
          <w:lang w:eastAsia="zh-CN"/>
        </w:rPr>
        <w:t xml:space="preserve">    2024庆祝元旦节优秀活动总结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时光荏苒，让我们不觉为之叹息，一学期即将成为我们身后的回忆。为了提高我系的影响力，特通过元旦文艺晚会的平台，让我们各部新成员之间相互认识，交流，增强各部门内部的团结和各部门成员之间的合作意识;展示我系特色，树立良好形象，推广系部理念，让更多的人能够了解我系的相关情况，应我院的要求，于12月--日19：30成功举办了以“狂欢圣诞，喜迎新年”为主题的元旦文艺晚会。</w:t>
      </w:r>
      <w:r>
        <w:rPr>
          <w:lang w:eastAsia="zh-CN"/>
        </w:rPr>
        <w:br/>
      </w:r>
      <w:r>
        <w:rPr>
          <w:lang w:eastAsia="zh-CN"/>
        </w:rPr>
        <w:t>　　在这次晚会中，我们从中收获了许多，主要有：</w:t>
      </w:r>
      <w:r>
        <w:rPr>
          <w:lang w:eastAsia="zh-CN"/>
        </w:rPr>
        <w:br/>
      </w:r>
      <w:r>
        <w:rPr>
          <w:lang w:eastAsia="zh-CN"/>
        </w:rPr>
        <w:t>　　1、积极准备，考虑全面</w:t>
      </w:r>
      <w:r>
        <w:rPr>
          <w:lang w:eastAsia="zh-CN"/>
        </w:rPr>
        <w:br/>
      </w:r>
      <w:r>
        <w:rPr>
          <w:lang w:eastAsia="zh-CN"/>
        </w:rPr>
        <w:t>　　虽然准备的时间较少，但我们各班都积极地安排出时间准备晚会的节目，并且各班都各自展现才华，排练出各自有特色的节目，丰富晚会的内容。与此同时，我系各部门也积极准备整个晚会的准备工作，做好各项应急准备，以防有突发事件。</w:t>
      </w:r>
      <w:r>
        <w:rPr>
          <w:lang w:eastAsia="zh-CN"/>
        </w:rPr>
        <w:br/>
      </w:r>
      <w:r>
        <w:rPr>
          <w:lang w:eastAsia="zh-CN"/>
        </w:rPr>
        <w:t>　　2、合理分工合作</w:t>
      </w:r>
      <w:r>
        <w:rPr>
          <w:lang w:eastAsia="zh-CN"/>
        </w:rPr>
        <w:br/>
      </w:r>
      <w:r>
        <w:rPr>
          <w:lang w:eastAsia="zh-CN"/>
        </w:rPr>
        <w:t>　　这次活动，我们充分利用了各部门的人力资源，充分发挥各自的优势，做好晚会的准备工作。由此也加强了各部门的合作联系。</w:t>
      </w:r>
      <w:r>
        <w:rPr>
          <w:lang w:eastAsia="zh-CN"/>
        </w:rPr>
        <w:br/>
      </w:r>
      <w:r>
        <w:rPr>
          <w:lang w:eastAsia="zh-CN"/>
        </w:rPr>
        <w:t>　　3、气氛活跃在本次晚会中</w:t>
      </w:r>
      <w:r>
        <w:rPr>
          <w:lang w:eastAsia="zh-CN"/>
        </w:rPr>
        <w:br/>
      </w:r>
      <w:r>
        <w:rPr>
          <w:lang w:eastAsia="zh-CN"/>
        </w:rPr>
        <w:t>　　主持人充分体现了带头作用，积极活跃晚会现场气氛，积极参与到各游戏节目中。各部门也积极带领成员与其他部门成员进行交流，加强了各部的联系，促进了各部之间的友谊。</w:t>
      </w:r>
      <w:r>
        <w:rPr>
          <w:lang w:eastAsia="zh-CN"/>
        </w:rPr>
        <w:br/>
      </w:r>
      <w:r>
        <w:rPr>
          <w:lang w:eastAsia="zh-CN"/>
        </w:rPr>
        <w:t>　　从总体上看，此次晚会是圆满的，我们也给大家一个满意的答复。但在晚会的筹划过程中，我们也出现了一些不足之处：如联系不够紧密、办事效率还不够等等</w:t>
      </w:r>
      <w:r>
        <w:rPr>
          <w:lang w:eastAsia="zh-CN"/>
        </w:rPr>
        <w:br/>
      </w:r>
      <w:r>
        <w:rPr>
          <w:lang w:eastAsia="zh-CN"/>
        </w:rPr>
        <w:t>　　我们坚信，在老师的支持和指导下，在各部门的帮助下，我们会做得更好。</w:t>
      </w:r>
      <w:r>
        <w:rPr>
          <w:lang w:eastAsia="zh-CN"/>
        </w:rPr>
        <w:br/>
      </w:r>
      <w:r>
        <w:rPr>
          <w:lang w:eastAsia="zh-CN"/>
        </w:rPr>
        <w:t xml:space="preserve">    2024庆祝元旦节优秀活动总结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元旦将至，为了丰富我校教职工文体生活，营造与时俱进、昂扬向上、开拓进取、欢乐祥和的节日氛围，结合我校实际，在学校党支部、校长室的大力支持下，我校工会于20__年12月29日下午，组织学校全体教职工分别在学校体育馆、科技楼四楼舞蹈房及办公大楼七楼举行了主题为“快乐、和谐、上进”元旦庆祝活动。</w:t>
      </w:r>
      <w:r>
        <w:rPr>
          <w:lang w:eastAsia="zh-CN"/>
        </w:rPr>
        <w:br/>
      </w:r>
      <w:r>
        <w:rPr>
          <w:lang w:eastAsia="zh-CN"/>
        </w:rPr>
        <w:t>　　一、整体活动开展情况</w:t>
      </w:r>
      <w:r>
        <w:rPr>
          <w:lang w:eastAsia="zh-CN"/>
        </w:rPr>
        <w:br/>
      </w:r>
      <w:r>
        <w:rPr>
          <w:lang w:eastAsia="zh-CN"/>
        </w:rPr>
        <w:t>　　(1)建立组织，明确分工为保证活动成功开展，组委会分设四个工作小组，明确任务，紧紧围绕迎新年这个中心，积极开展工作。各小组成员全力以赴，保证了在预定的时间内完成各项任务。</w:t>
      </w:r>
      <w:r>
        <w:rPr>
          <w:lang w:eastAsia="zh-CN"/>
        </w:rPr>
        <w:br/>
      </w:r>
      <w:r>
        <w:rPr>
          <w:lang w:eastAsia="zh-CN"/>
        </w:rPr>
        <w:t>　　(2)教师们积极参与、认真配合本次活动得到了体育组、音乐组专业老师的大力支持，仅半天时间，他们就完成了活动项目的报名、分组、拟定游戏及各项比赛的规则。</w:t>
      </w:r>
      <w:r>
        <w:rPr>
          <w:lang w:eastAsia="zh-CN"/>
        </w:rPr>
        <w:br/>
      </w:r>
      <w:r>
        <w:rPr>
          <w:lang w:eastAsia="zh-CN"/>
        </w:rPr>
        <w:t>　　(3)齐心协力，充分发挥团队精神 这次庆祝活动中，我校全体教师上下一心，充分发挥了团队合作精神，活动精彩纷呈。</w:t>
      </w:r>
      <w:r>
        <w:rPr>
          <w:lang w:eastAsia="zh-CN"/>
        </w:rPr>
        <w:br/>
      </w:r>
      <w:r>
        <w:rPr>
          <w:lang w:eastAsia="zh-CN"/>
        </w:rPr>
        <w:t>　　(4)精心策划、认真筹备由音乐组、体育组专业教师对本次活动进行了认真研究、周密策划，反复酝酿，制订了详细的活动方案，对整个活动开展起到了指导作用。</w:t>
      </w:r>
      <w:r>
        <w:rPr>
          <w:lang w:eastAsia="zh-CN"/>
        </w:rPr>
        <w:br/>
      </w:r>
      <w:r>
        <w:rPr>
          <w:lang w:eastAsia="zh-CN"/>
        </w:rPr>
        <w:t>　　(5)领导重视，全力支持为确保活动成功，学校周校长、工会李主席召开相关人员会议，审核活动方案，提出了很多指导性意见，并从人力、物力、财力等方面统筹计划，全力支持，为本次活动提供了有力的保证。</w:t>
      </w:r>
      <w:r>
        <w:rPr>
          <w:lang w:eastAsia="zh-CN"/>
        </w:rPr>
        <w:br/>
      </w:r>
      <w:r>
        <w:rPr>
          <w:lang w:eastAsia="zh-CN"/>
        </w:rPr>
        <w:t>　　总之，这次活动的成功举办，凝聚了活动组委会全体人员的心血和汗水，是大家团结奋斗，共同努力的结果。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二、收获与反思</w:t>
      </w:r>
      <w:r>
        <w:rPr>
          <w:lang w:eastAsia="zh-CN"/>
        </w:rPr>
        <w:br/>
      </w:r>
      <w:r>
        <w:rPr>
          <w:lang w:eastAsia="zh-CN"/>
        </w:rPr>
        <w:t>　　(一)收获 “一分耕耘，一份收获”。</w:t>
      </w:r>
      <w:r>
        <w:rPr>
          <w:lang w:eastAsia="zh-CN"/>
        </w:rPr>
        <w:br/>
      </w:r>
      <w:r>
        <w:rPr>
          <w:lang w:eastAsia="zh-CN"/>
        </w:rPr>
        <w:t>　　(1)增强了全体教职员的凝聚力，促进了和谐校园的构建。</w:t>
      </w:r>
      <w:r>
        <w:rPr>
          <w:lang w:eastAsia="zh-CN"/>
        </w:rPr>
        <w:br/>
      </w:r>
      <w:r>
        <w:rPr>
          <w:lang w:eastAsia="zh-CN"/>
        </w:rPr>
        <w:t>　　(2)收集了大量的图片资料，积累了宝贵的活动经验，为今后开展活动提供了参考的依据。</w:t>
      </w:r>
      <w:r>
        <w:rPr>
          <w:lang w:eastAsia="zh-CN"/>
        </w:rPr>
        <w:br/>
      </w:r>
      <w:r>
        <w:rPr>
          <w:lang w:eastAsia="zh-CN"/>
        </w:rPr>
        <w:t>　　(3)发现并培养了许多人才通过这次活动，我们发现了一批老师有不为人知的特长，例如，李德志老师的健美操跳的出神入化;朱海娟主任的一曲《映山红》，全场掌声雷动;乒乓球、羽毛球高手更是举不胜举，他们都是我校难得的人才。</w:t>
      </w:r>
      <w:r>
        <w:rPr>
          <w:lang w:eastAsia="zh-CN"/>
        </w:rPr>
        <w:br/>
      </w:r>
      <w:r>
        <w:rPr>
          <w:lang w:eastAsia="zh-CN"/>
        </w:rPr>
        <w:t>　　(4)丰富了校园文化生活 通过开展活动，大大丰富了校园文化生活，增强了老师们热爱学校、热爱学习、热爱工作、热爱生活的情感。</w:t>
      </w:r>
      <w:r>
        <w:rPr>
          <w:lang w:eastAsia="zh-CN"/>
        </w:rPr>
        <w:br/>
      </w:r>
      <w:r>
        <w:rPr>
          <w:lang w:eastAsia="zh-CN"/>
        </w:rPr>
        <w:t>　　(二)反思活动中存在的不足</w:t>
      </w:r>
      <w:r>
        <w:rPr>
          <w:lang w:eastAsia="zh-CN"/>
        </w:rPr>
        <w:br/>
      </w:r>
      <w:r>
        <w:rPr>
          <w:lang w:eastAsia="zh-CN"/>
        </w:rPr>
        <w:t>　　(1)卡拉OK音响效果不够理想，有待于整改。</w:t>
      </w:r>
      <w:r>
        <w:rPr>
          <w:lang w:eastAsia="zh-CN"/>
        </w:rPr>
        <w:br/>
      </w:r>
      <w:r>
        <w:rPr>
          <w:lang w:eastAsia="zh-CN"/>
        </w:rPr>
        <w:t>　　(2)活动方案的出台较迟，活动时间仓促，好多老师活动未尽兴。</w:t>
      </w:r>
      <w:r>
        <w:rPr>
          <w:lang w:eastAsia="zh-CN"/>
        </w:rPr>
        <w:br/>
      </w:r>
      <w:r>
        <w:rPr>
          <w:lang w:eastAsia="zh-CN"/>
        </w:rPr>
        <w:t>　　总之，本次庆祝活动，收获很大，成绩是可喜的，存在的不足老师们也是可以理解的，但我们应当认真总结，吸取经验教训，不断改进，扬长避短，以后就能把各种活动开展的更加圆满。</w:t>
      </w:r>
      <w:r>
        <w:rPr>
          <w:lang w:eastAsia="zh-CN"/>
        </w:rPr>
        <w:br/>
      </w:r>
      <w:r>
        <w:rPr>
          <w:lang w:eastAsia="zh-CN"/>
        </w:rPr>
        <w:t xml:space="preserve">    2024庆祝元旦节优秀活动总结 篇9 </w:t>
      </w:r>
      <w:r>
        <w:rPr>
          <w:lang w:eastAsia="zh-CN"/>
        </w:rPr>
        <w:br/>
      </w:r>
      <w:r>
        <w:rPr>
          <w:lang w:eastAsia="zh-CN"/>
        </w:rPr>
        <w:t>　　“啪啪”哪的掌声?原来是溱水路小学在开元旦晚会呢!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我们三三班的节目最丰富了，第一个节目是李季恒唱的《感恩的心》,感恩的心，感谢有你。........我看着四周好多人都流泪了，我也流泪了，看着图上的大人双手合了起来，我的手也合在一起，心中默默祈祷。第二个节目是周留浩唱大笑江湖，唱的真好，我真像遇到了真正的歌手。第三个节目是利源拉二胡，声音有高有低，他真像二胡专家。第四个节目是周松奇玩木剑，他玩的真历害，我们真像见了武林高手，还有好多同学也表演了节目，老师也表演了节目。同学玩疯了，笑傻了。老师带着我们过了一个快乐的元旦，今天我们很高兴。节目完后，老师说：“过了年我们又长了一岁，我们的知识和成绩要向年龄一样天天进步，年年进步。老师祝福我们过年快乐。</w:t>
      </w:r>
      <w:r>
        <w:rPr>
          <w:lang w:eastAsia="zh-CN"/>
        </w:rPr>
        <w:br/>
      </w:r>
      <w:r>
        <w:rPr>
          <w:lang w:eastAsia="zh-CN"/>
        </w:rPr>
        <w:t>　　今天，我们玩得很开心，使我终生忘不掉。</w:t>
      </w:r>
      <w:r>
        <w:rPr>
          <w:lang w:eastAsia="zh-CN"/>
        </w:rPr>
        <w:br/>
      </w:r>
      <w:r>
        <w:rPr>
          <w:lang w:eastAsia="zh-CN"/>
        </w:rPr>
        <w:t xml:space="preserve">    2024庆祝元旦节优秀活动总结 篇10 </w:t>
      </w:r>
      <w:r>
        <w:rPr>
          <w:lang w:eastAsia="zh-CN"/>
        </w:rPr>
        <w:br/>
      </w:r>
      <w:r>
        <w:rPr>
          <w:lang w:eastAsia="zh-CN"/>
        </w:rPr>
        <w:t>　　为了让孩子们过一个难忘的节日，我们早就开始利用业余时间准备元旦庆祝活动，认真思考在活动中每个环节所带来的效果和可能存在的问题，我班这次的活动考虑的非常周全迎合了家长的需求，也体现了孩子们的进步受到了家长的一致好评。</w:t>
      </w:r>
      <w:r>
        <w:rPr>
          <w:lang w:eastAsia="zh-CN"/>
        </w:rPr>
        <w:br/>
      </w:r>
      <w:r>
        <w:rPr>
          <w:lang w:eastAsia="zh-CN"/>
        </w:rPr>
        <w:t>　　一、活动目标与前期准备工作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在本次活动中，结合“庆新年、迎元旦”主题下，我们也目的性的通过各种形式表演，更好的让家长了解孩子身上的闪光点也培养孩子的胆量和敢于竞赛的精神;在一次大型难得的机会中让孩子体验和家长共同参加游戏的快乐，能通过活动感受新年的快乐气氛和培养孩子与父母之间的情感。为了搞好这次活动，班上3位老师准备了多份奖品、礼物、心愿卡和好玩的游戏及所需道具，因为看到孩子们那天真的、甜甜的笑容，及感受到了新年的快乐与成长的喜悦。</w:t>
      </w:r>
      <w:r>
        <w:rPr>
          <w:lang w:eastAsia="zh-CN"/>
        </w:rPr>
        <w:br/>
      </w:r>
      <w:r>
        <w:rPr>
          <w:lang w:eastAsia="zh-CN"/>
        </w:rPr>
        <w:t>　　二、活动的流程安排与活动内容</w:t>
      </w:r>
      <w:r>
        <w:rPr>
          <w:lang w:eastAsia="zh-CN"/>
        </w:rPr>
        <w:br/>
      </w:r>
      <w:r>
        <w:rPr>
          <w:lang w:eastAsia="zh-CN"/>
        </w:rPr>
        <w:t>　　1、元旦文艺汇演报告</w:t>
      </w:r>
      <w:r>
        <w:rPr>
          <w:lang w:eastAsia="zh-CN"/>
        </w:rPr>
        <w:br/>
      </w:r>
      <w:r>
        <w:rPr>
          <w:lang w:eastAsia="zh-CN"/>
        </w:rPr>
        <w:t>　　上午8点30分左右，家长们已经陆陆续续到园，在班级，班级3位老师细心的给孩子准备丰盛的早餐之后，给孩子进行了一个安全教育课，9：00分在老师的指引下，首先，家长来到舞台前观看元旦文艺汇演，在汇演里家长孩子都能非常认真听从老师的指引，对孩子表演后也给予掌声鼓励。</w:t>
      </w:r>
      <w:r>
        <w:rPr>
          <w:lang w:eastAsia="zh-CN"/>
        </w:rPr>
        <w:br/>
      </w:r>
      <w:r>
        <w:rPr>
          <w:lang w:eastAsia="zh-CN"/>
        </w:rPr>
        <w:t>　　2、班级幼儿才艺展示与亲子游戏</w:t>
      </w:r>
      <w:r>
        <w:rPr>
          <w:lang w:eastAsia="zh-CN"/>
        </w:rPr>
        <w:br/>
      </w:r>
      <w:r>
        <w:rPr>
          <w:lang w:eastAsia="zh-CN"/>
        </w:rPr>
        <w:t>　　9:40分看完之后请家长回班看本幼儿的表演，为了能让孩子们大胆表现自己，让家长看到自己孩子的进步成长，我们结合个方面领域的展示活动连续了许多精彩的节目。亲子活动在孩子们的祝福声当中，正式拉开序幕。本次活动主要是以幼儿才艺展示为主中班的特色英语歌曲”国旗红红的”、床前明月光”、儿歌串烧”、讲故事”、舞蹈亲亲猪猪宝贝”、歌伴舞蜜蜂做工”、特色活动的展示让孩子们充分体验、感受着节日带来的快乐。在老师的主持下，把活动推向了高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在才艺展示中我们无奈穿插了几个亲子游戏，主要是以家长和孩子一起合作为主，我们班的亲子活动可谓别出心裁。全体家长乐淘淘的参与了我们精心设计的亲子游戏活动。在亲子游戏《勺子搬豆》《娃娃穿珠》的活动，不仅让家长和孩子共同体验到了节日的欢快，在互动的过程中更加深了母子之间的感情。在亲子游戏活动中反应，展示了孩子们敏捷的思维能力和互动合作能力。在活动中，孩子们积极参与，敢于竞争。家长们给予热烈的掌声和鼓励的目光，孩子们充分体验到了成功的自豪感。</w:t>
      </w:r>
      <w:r>
        <w:rPr>
          <w:lang w:eastAsia="zh-CN"/>
        </w:rPr>
        <w:br/>
      </w:r>
      <w:r>
        <w:rPr>
          <w:lang w:eastAsia="zh-CN"/>
        </w:rPr>
        <w:t>　　3、年级自理能力活动比赛</w:t>
      </w:r>
      <w:r>
        <w:rPr>
          <w:lang w:eastAsia="zh-CN"/>
        </w:rPr>
        <w:br/>
      </w:r>
      <w:r>
        <w:rPr>
          <w:lang w:eastAsia="zh-CN"/>
        </w:rPr>
        <w:t>　　时间一分一秒过去了11：00结束了我们的才艺展示后，就到了最后一个环节是展示幼儿自理能力，我们带着孩子来到比赛场地，由园长主持比赛活动，在比赛活动中，幼儿穿衣服叠被子，竞争非常激烈，小朋友也表现得特别棒，在旁观看的家长露出满意的、诧异的、赞许的笑脸。我们无奈也倍感欣慰!</w:t>
      </w:r>
      <w:r>
        <w:rPr>
          <w:lang w:eastAsia="zh-CN"/>
        </w:rPr>
        <w:br/>
      </w:r>
      <w:r>
        <w:rPr>
          <w:lang w:eastAsia="zh-CN"/>
        </w:rPr>
        <w:t>　　欢乐的时光过去了，在老师的结束语和祝愿下面我们看到家长们露出肯定和满意的笑容，让我们也非常富有成就感。在活动中我们遵循面向全体幼儿，让每个孩子得到锻炼，尽情表现，让家长看到自己的孩子同样得到老师重视、喜欢。整个活动充满生机，充满激情。看到孩子们和家长的心愿，又成为我们以后工作的动力和努力的方向。</w:t>
      </w:r>
      <w:r>
        <w:rPr>
          <w:lang w:eastAsia="zh-CN"/>
        </w:rPr>
        <w:br/>
      </w:r>
      <w:r>
        <w:rPr>
          <w:lang w:eastAsia="zh-CN"/>
        </w:rPr>
        <w:t xml:space="preserve">    2024庆祝元旦节优秀活动总结 篇11 </w:t>
      </w:r>
      <w:r>
        <w:rPr>
          <w:lang w:eastAsia="zh-CN"/>
        </w:rPr>
        <w:br/>
      </w:r>
      <w:r>
        <w:rPr>
          <w:lang w:eastAsia="zh-CN"/>
        </w:rPr>
        <w:t>　　__公司在__支部的策划下于20_年__月__日晚上7点半整在__会议室举办了一场元旦联欢晚会，这次晚会得到了各个领导的全力支持，以及相关部门的良好配合，取得了员工的普遍认可，为公司员工提供了展示才华和空间的舞台，但其间也暴露出一些问题，现将晚会策划与筹备、演出活动情况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一、晚会的宗旨和意义</w:t>
      </w:r>
      <w:r>
        <w:rPr>
          <w:lang w:eastAsia="zh-CN"/>
        </w:rPr>
        <w:br/>
      </w:r>
      <w:r>
        <w:rPr>
          <w:lang w:eastAsia="zh-CN"/>
        </w:rPr>
        <w:t>　　这次元旦晚会活动，以服务员工、沟通感情、增进交流、增强公司凝聚力和丰富文化生活为宗旨和目的。</w:t>
      </w:r>
      <w:r>
        <w:rPr>
          <w:lang w:eastAsia="zh-CN"/>
        </w:rPr>
        <w:br/>
      </w:r>
      <w:r>
        <w:rPr>
          <w:lang w:eastAsia="zh-CN"/>
        </w:rPr>
        <w:t>　　二、晚会策划和筹备进程</w:t>
      </w:r>
      <w:r>
        <w:rPr>
          <w:lang w:eastAsia="zh-CN"/>
        </w:rPr>
        <w:br/>
      </w:r>
      <w:r>
        <w:rPr>
          <w:lang w:eastAsia="zh-CN"/>
        </w:rPr>
        <w:t>　　本次晚会由__支部统一策划，历时将近半个月，从晚会筹备、节目甄选、场地的选择、礼品选购、宴会安排等等都由团支部一一操办。为了给大家带来一场精彩的演出，市场部、建维部员工齐上阵，在做好自己本职工作的同时，还要抽时间，加班加点的忙晚会，同时他们还放弃了坐在台前欣赏节目的机会，在台前幕后忙来忙去，确保了晚会的正常进行。</w:t>
      </w:r>
      <w:r>
        <w:rPr>
          <w:lang w:eastAsia="zh-CN"/>
        </w:rPr>
        <w:br/>
      </w:r>
      <w:r>
        <w:rPr>
          <w:lang w:eastAsia="zh-CN"/>
        </w:rPr>
        <w:t>　　本次晚会创意新意，节目安排形式多样化，有独唱、合唱、男女对唱、诗朗诵、舞蹈、自编自演小品等，节目还创意邀请员工家人的参与，为晚会的成功举办添光加彩。</w:t>
      </w:r>
      <w:r>
        <w:rPr>
          <w:lang w:eastAsia="zh-CN"/>
        </w:rPr>
        <w:br/>
      </w:r>
      <w:r>
        <w:rPr>
          <w:lang w:eastAsia="zh-CN"/>
        </w:rPr>
        <w:t>　　节目确定后，各位演员利用业余时间进行了多次紧张排练，大家更是群策群力，发现不足，及时修改，力图使节目更加完美。同时，为保证节目的数量和质量，团支部根据晚会的实际需要一次又一次不断地对节目进行必要的调整。</w:t>
      </w:r>
      <w:r>
        <w:rPr>
          <w:lang w:eastAsia="zh-CN"/>
        </w:rPr>
        <w:br/>
      </w:r>
      <w:r>
        <w:rPr>
          <w:lang w:eastAsia="zh-CN"/>
        </w:rPr>
        <w:t>　　三、活动亮点</w:t>
      </w:r>
      <w:r>
        <w:rPr>
          <w:lang w:eastAsia="zh-CN"/>
        </w:rPr>
        <w:br/>
      </w:r>
      <w:r>
        <w:rPr>
          <w:lang w:eastAsia="zh-CN"/>
        </w:rPr>
        <w:t>　　1、游戏互动环节效果很好，调动了大家的积极参与，尤其是家属的即兴表演。</w:t>
      </w:r>
      <w:r>
        <w:rPr>
          <w:lang w:eastAsia="zh-CN"/>
        </w:rPr>
        <w:br/>
      </w:r>
      <w:r>
        <w:rPr>
          <w:lang w:eastAsia="zh-CN"/>
        </w:rPr>
        <w:t>　　2、主持人临时应变，现场应急处理相对较好，服务人员，暖场人员发挥了巨大的作用。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3、较好的克服了准备时间短，人员少的问题。</w:t>
      </w:r>
      <w:r>
        <w:rPr>
          <w:lang w:eastAsia="zh-CN"/>
        </w:rPr>
        <w:br/>
      </w:r>
      <w:r>
        <w:rPr>
          <w:lang w:eastAsia="zh-CN"/>
        </w:rPr>
        <w:t>　　今后的活动举办一定要早准备，细致认真，要做好统筹，各方面协调工作，分工明确，各司其职，要做好彩排，预演保证良好效果的前期工作，对于突发事件要做好预案，预算，外联工作灯也要做到细致，最好是圆满。活动之后要做好总结，对资料，物品等做好存档，以便今后资源再利用。希望今后的活动可以越办越好，为推进大方移动公司生产，生活等各项工作服务，新的一年，新起点、新面貌、新辉煌。</w:t>
      </w:r>
      <w:r>
        <w:rPr>
          <w:lang w:eastAsia="zh-CN"/>
        </w:rPr>
        <w:br/>
      </w:r>
      <w:r>
        <w:rPr>
          <w:lang w:eastAsia="zh-CN"/>
        </w:rPr>
        <w:t xml:space="preserve">    2024庆祝元旦节优秀活动总结 篇12 </w:t>
      </w:r>
      <w:r>
        <w:rPr>
          <w:lang w:eastAsia="zh-CN"/>
        </w:rPr>
        <w:br/>
      </w:r>
      <w:r>
        <w:rPr>
          <w:lang w:eastAsia="zh-CN"/>
        </w:rPr>
        <w:t>　　12月30日上午，我们__幼儿园一班举行晚会，庆祝元旦，迎接新年。为了让孩子们有一个难忘的假期，让他们看到自己的进步和成长，我们排练了很多精彩的节目和游戏，包括歌曲、歌曲表演、游戏和舞蹈等。</w:t>
      </w:r>
      <w:r>
        <w:rPr>
          <w:lang w:eastAsia="zh-CN"/>
        </w:rPr>
        <w:br/>
      </w:r>
      <w:r>
        <w:rPr>
          <w:lang w:eastAsia="zh-CN"/>
        </w:rPr>
        <w:t>　　大年初一，老师组织孩子用绉纸装饰教室，把窗花剪下来放在玻璃上，进一步感受节日的气氛。</w:t>
      </w:r>
      <w:r>
        <w:rPr>
          <w:lang w:eastAsia="zh-CN"/>
        </w:rPr>
        <w:br/>
      </w:r>
      <w:r>
        <w:rPr>
          <w:lang w:eastAsia="zh-CN"/>
        </w:rPr>
        <w:t>　　凌晨8：30，庆祝活动在《新年好》的歌声中拉开帷幕。我们中产阶级的所有孩子和老师聚集在一起，用歌声、笑声和掌声送走硕果累累的旧年，迎接生机勃勃的新年。孩子们在歌唱中充分表达自己，展示自己的精彩表演。那天孩子们真实的笑容和甜言蜜语，让我们感受到了新年的喜悦和孩子成长的喜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击鼓和传球的游戏活动中，展示了儿童的快速思维能力和运动能力。在活动中，孩子们积极参与，敢于竞争。孩子们还互相赠送精心制作的贺卡。通过这次活动，加深了孩子之间的感情。孩子们精彩的展示让他们充分体验和感受到节日带来的快乐。</w:t>
      </w:r>
      <w:r>
        <w:rPr>
          <w:lang w:eastAsia="zh-CN"/>
        </w:rPr>
        <w:br/>
      </w:r>
      <w:r>
        <w:rPr>
          <w:lang w:eastAsia="zh-CN"/>
        </w:rPr>
        <w:t>　　在活动中，要面向所有的孩子，让每个孩子都得到锻炼，得到最充分的表达，让孩子觉得自己也受到老师的重视和喜欢。整个活动充满活力和激情。</w:t>
      </w:r>
      <w:r>
        <w:rPr>
          <w:lang w:eastAsia="zh-CN"/>
        </w:rPr>
        <w:br/>
      </w:r>
      <w:r>
        <w:rPr>
          <w:lang w:eastAsia="zh-CN"/>
        </w:rPr>
        <w:t>　　快乐的时光总是短暂的，但老师对孩子的祝福却可以追溯到古代。我相信在新的一年里，我们班的孩子们会在老师的陪伴和关爱下健康成长。</w:t>
      </w:r>
      <w:r>
        <w:rPr>
          <w:lang w:eastAsia="zh-CN"/>
        </w:rPr>
        <w:br/>
      </w:r>
      <w:r>
        <w:rPr>
          <w:lang w:eastAsia="zh-CN"/>
        </w:rPr>
        <w:t xml:space="preserve">    2024庆祝元旦节优秀活动总结 篇13 </w:t>
      </w:r>
      <w:r>
        <w:rPr>
          <w:lang w:eastAsia="zh-CN"/>
        </w:rPr>
        <w:br/>
      </w:r>
      <w:r>
        <w:rPr>
          <w:lang w:eastAsia="zh-CN"/>
        </w:rPr>
        <w:t>　　一、活动目的：</w:t>
      </w:r>
      <w:r>
        <w:rPr>
          <w:lang w:eastAsia="zh-CN"/>
        </w:rPr>
        <w:br/>
      </w:r>
      <w:r>
        <w:rPr>
          <w:lang w:eastAsia="zh-CN"/>
        </w:rPr>
        <w:t>　　给孩子们一片翱翔的天地、自由的舞台，让孩子体验成功，感受快乐，并让学生了解新年的意义、新年的习俗，许下新年的愿望。通过活动锻炼学生的能力，融洽师生关系。</w:t>
      </w:r>
      <w:r>
        <w:rPr>
          <w:lang w:eastAsia="zh-CN"/>
        </w:rPr>
        <w:br/>
      </w:r>
      <w:r>
        <w:rPr>
          <w:lang w:eastAsia="zh-CN"/>
        </w:rPr>
        <w:t>　　二、活动主题</w:t>
      </w:r>
      <w:r>
        <w:rPr>
          <w:lang w:eastAsia="zh-CN"/>
        </w:rPr>
        <w:br/>
      </w:r>
      <w:r>
        <w:rPr>
          <w:lang w:eastAsia="zh-CN"/>
        </w:rPr>
        <w:t>　　师生联欢、共展风采</w:t>
      </w:r>
      <w:r>
        <w:rPr>
          <w:lang w:eastAsia="zh-CN"/>
        </w:rPr>
        <w:br/>
      </w:r>
      <w:r>
        <w:rPr>
          <w:lang w:eastAsia="zh-CN"/>
        </w:rPr>
        <w:t>　　三、活动时间</w:t>
      </w:r>
      <w:r>
        <w:rPr>
          <w:lang w:eastAsia="zh-CN"/>
        </w:rPr>
        <w:br/>
      </w:r>
      <w:r>
        <w:rPr>
          <w:lang w:eastAsia="zh-CN"/>
        </w:rPr>
        <w:t>　　__年__月__日</w:t>
      </w:r>
      <w:r>
        <w:rPr>
          <w:lang w:eastAsia="zh-CN"/>
        </w:rPr>
        <w:br/>
      </w:r>
      <w:r>
        <w:rPr>
          <w:lang w:eastAsia="zh-CN"/>
        </w:rPr>
        <w:t>　　四、活动内容选择</w:t>
      </w:r>
      <w:r>
        <w:rPr>
          <w:lang w:eastAsia="zh-CN"/>
        </w:rPr>
        <w:br/>
      </w:r>
      <w:r>
        <w:rPr>
          <w:lang w:eastAsia="zh-CN"/>
        </w:rPr>
        <w:t>　　从以下的内容中选出自己最喜欢的节目，在元旦时进行表演：</w:t>
      </w:r>
      <w:r>
        <w:rPr>
          <w:lang w:eastAsia="zh-CN"/>
        </w:rPr>
        <w:br/>
      </w:r>
      <w:r>
        <w:rPr>
          <w:lang w:eastAsia="zh-CN"/>
        </w:rPr>
        <w:t>　　1、成语连珠，就是先说个成语每个组或每个人用最后一个字接成语......接不上的看着处罚就可以了，挺有意思.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2、来个BINGO游戏吧.一张纸.100个问题10_10.首先回答完一行或一列的有奖.问题为对班级成员特点的描述.请描述对象签名方为答对一道.</w:t>
      </w:r>
      <w:r>
        <w:rPr>
          <w:lang w:eastAsia="zh-CN"/>
        </w:rPr>
        <w:br/>
      </w:r>
      <w:r>
        <w:rPr>
          <w:lang w:eastAsia="zh-CN"/>
        </w:rPr>
        <w:t>　　3、让你们班的同学用家乡话说一段对白，越经典的越好哦</w:t>
      </w:r>
      <w:r>
        <w:rPr>
          <w:lang w:eastAsia="zh-CN"/>
        </w:rPr>
        <w:br/>
      </w:r>
      <w:r>
        <w:rPr>
          <w:lang w:eastAsia="zh-CN"/>
        </w:rPr>
        <w:t>　　比如：大话西游里的那个曾经有一段......</w:t>
      </w:r>
      <w:r>
        <w:rPr>
          <w:lang w:eastAsia="zh-CN"/>
        </w:rPr>
        <w:br/>
      </w:r>
      <w:r>
        <w:rPr>
          <w:lang w:eastAsia="zh-CN"/>
        </w:rPr>
        <w:t>　　4、在会场中间拉很多绳子，然后选一些人让他们不能碰绳子穿过去，然后这些人的眼睛蒙住眼睛，在把绳子去掉，然后就看这些人的精彩表演吧，不过只能用一次，大家晓得了就没意思了</w:t>
      </w:r>
      <w:r>
        <w:rPr>
          <w:lang w:eastAsia="zh-CN"/>
        </w:rPr>
        <w:br/>
      </w:r>
      <w:r>
        <w:rPr>
          <w:lang w:eastAsia="zh-CN"/>
        </w:rPr>
        <w:t>　　5、跳舞吧，俺前两天刚跟外教学了个“宫廷转圈舞”(偶自己命名的)很适合大家一起跳的，不会蹦迪的都能学会的。</w:t>
      </w:r>
      <w:r>
        <w:rPr>
          <w:lang w:eastAsia="zh-CN"/>
        </w:rPr>
        <w:br/>
      </w:r>
      <w:r>
        <w:rPr>
          <w:lang w:eastAsia="zh-CN"/>
        </w:rPr>
        <w:t>　　6、写纸条送祝福(各自以匿名方式写在纸条上交主持人，然后叫大家轮流抽取，并大声地念出祝福内容。)</w:t>
      </w:r>
      <w:r>
        <w:rPr>
          <w:lang w:eastAsia="zh-CN"/>
        </w:rPr>
        <w:br/>
      </w:r>
      <w:r>
        <w:rPr>
          <w:lang w:eastAsia="zh-CN"/>
        </w:rPr>
        <w:t>　　7、事先准备一些纸片，上面写好各种职业，或者体育运动。然后让每个人分别抽一个，不要让别人知道。然后分别表演，不能说话，让别人猜猜看是什么职业。</w:t>
      </w:r>
      <w:r>
        <w:rPr>
          <w:lang w:eastAsia="zh-CN"/>
        </w:rPr>
        <w:br/>
      </w:r>
      <w:r>
        <w:rPr>
          <w:lang w:eastAsia="zh-CN"/>
        </w:rPr>
        <w:t>　　8、分成2组，同样准备一些小纸片，上面写一些电影名字，最好是动作片，或是有特色的，然后分组抽签表演，让对方猜。MATRI_， SPIDER MAN， SUPER MAN都很有意思的</w:t>
      </w:r>
      <w:r>
        <w:rPr>
          <w:lang w:eastAsia="zh-CN"/>
        </w:rPr>
        <w:br/>
      </w:r>
      <w:r>
        <w:rPr>
          <w:lang w:eastAsia="zh-CN"/>
        </w:rPr>
        <w:t>　　9、抢椅子啊，分两组，每组6--8个人，椅子比人数少一把，然后大家围着椅子转，听到坐下就抢位子，每轮淘汰一人，依次1/8决赛...决赛，剩下最后一人获胜，有奖品，输的人得表演节目，或参加下一个游戏.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10、可以选两排人，三个一组，其中两个蒙上眼睛，用筷子喂对方食物，剩下能看的那人指挥.。</w:t>
      </w:r>
      <w:r>
        <w:rPr>
          <w:lang w:eastAsia="zh-CN"/>
        </w:rPr>
        <w:br/>
      </w:r>
      <w:r>
        <w:rPr>
          <w:lang w:eastAsia="zh-CN"/>
        </w:rPr>
        <w:t xml:space="preserve">    2024庆祝元旦节优秀活动总结 篇14 </w:t>
      </w:r>
      <w:r>
        <w:rPr>
          <w:lang w:eastAsia="zh-CN"/>
        </w:rPr>
        <w:br/>
      </w:r>
      <w:r>
        <w:rPr>
          <w:lang w:eastAsia="zh-CN"/>
        </w:rPr>
        <w:t>　　_月27日，我校举行了“迎元旦庆新春展风采”活动，以鼓励学生书写正确字、规范字。</w:t>
      </w:r>
      <w:r>
        <w:rPr>
          <w:lang w:eastAsia="zh-CN"/>
        </w:rPr>
        <w:br/>
      </w:r>
      <w:r>
        <w:rPr>
          <w:lang w:eastAsia="zh-CN"/>
        </w:rPr>
        <w:t>　　活动分两场举行，第一场是一二年级学生的铅笔字比赛;第二场是三——六年级学生的钢笔字比赛;共有58名学在统一格式、统一时间内，进行了本次的写字大比武。经过公正、严格的评选，最终评出一等奖2名，二等奖10名，三等奖20名，26名学生获得首届“写字小能手”光荣称号。30日举行了写字获奖作品展暨颁奖仪式。</w:t>
      </w:r>
      <w:r>
        <w:rPr>
          <w:lang w:eastAsia="zh-CN"/>
        </w:rPr>
        <w:br/>
      </w:r>
      <w:r>
        <w:rPr>
          <w:lang w:eastAsia="zh-CN"/>
        </w:rPr>
        <w:t>　　颁奖仪式结束后，全校师生共同参观了获奖作品。众多学生围绕在展板周围兴致勃勃的对各幅作品进行观赏和评论，不时发出“啧啧”的赞叹声。特别是有些家长看到自己孩子的作品时，脸上更是挂满了骄傲。更多的学生暗暗下定了决心，争取下次让自己的作品也能在展板上出现。</w:t>
      </w:r>
      <w:r>
        <w:rPr>
          <w:lang w:eastAsia="zh-CN"/>
        </w:rPr>
        <w:br/>
      </w:r>
      <w:r>
        <w:rPr>
          <w:lang w:eastAsia="zh-CN"/>
        </w:rPr>
        <w:t>　　此次写字比赛，学校投入了一定的人力、物力，体现了我校对写字教学的重视，将写字教学上升到“端端正正写字，堂堂正正做人”的高度。通过这次写字比赛，大大提高了学生书写汉字的兴趣，获奖的学生增强了书写信心。此次比赛对于教师也是一个触动，同时对各科教师进一步提出了明确的要求，即养成良好的书写习惯，在潜移默化中使学生做到“提笔即练字”，为弘扬祖国优秀的传统文化打下良好的基础，使“写字教育”真正成为我校的特色。</w:t>
      </w:r>
      <w:r>
        <w:rPr>
          <w:lang w:eastAsia="zh-CN"/>
        </w:rPr>
        <w:br/>
      </w:r>
      <w:r>
        <w:rPr>
          <w:lang w:eastAsia="zh-CN"/>
        </w:rPr>
        <w:t xml:space="preserve">    2024庆祝元旦节优秀活动总结 篇15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《一》活动介绍</w:t>
      </w:r>
      <w:r>
        <w:rPr>
          <w:lang w:eastAsia="zh-CN"/>
        </w:rPr>
        <w:br/>
      </w:r>
      <w:r>
        <w:rPr>
          <w:lang w:eastAsia="zh-CN"/>
        </w:rPr>
        <w:t>　　增强零度各地队员之间的交流，期望通过此次活动能够使队员之间多一些了解，</w:t>
      </w:r>
      <w:r>
        <w:rPr>
          <w:lang w:eastAsia="zh-CN"/>
        </w:rPr>
        <w:br/>
      </w:r>
      <w:r>
        <w:rPr>
          <w:lang w:eastAsia="zh-CN"/>
        </w:rPr>
        <w:t>　　使零度更有凝聚力，让每一位成员深切感受到零度这个大家庭的温暖和快乐，通</w:t>
      </w:r>
      <w:r>
        <w:rPr>
          <w:lang w:eastAsia="zh-CN"/>
        </w:rPr>
        <w:br/>
      </w:r>
      <w:r>
        <w:rPr>
          <w:lang w:eastAsia="zh-CN"/>
        </w:rPr>
        <w:t>　　过此次活动表彰一些优秀分部及个人，同时这次活动也是我们零度一年一次的大</w:t>
      </w:r>
      <w:r>
        <w:rPr>
          <w:lang w:eastAsia="zh-CN"/>
        </w:rPr>
        <w:br/>
      </w:r>
      <w:r>
        <w:rPr>
          <w:lang w:eastAsia="zh-CN"/>
        </w:rPr>
        <w:t>　　团圆！</w:t>
      </w:r>
      <w:r>
        <w:rPr>
          <w:lang w:eastAsia="zh-CN"/>
        </w:rPr>
        <w:br/>
      </w:r>
      <w:r>
        <w:rPr>
          <w:lang w:eastAsia="zh-CN"/>
        </w:rPr>
        <w:t>　　《二》活动概述</w:t>
      </w:r>
      <w:r>
        <w:rPr>
          <w:lang w:eastAsia="zh-CN"/>
        </w:rPr>
        <w:br/>
      </w:r>
      <w:r>
        <w:rPr>
          <w:lang w:eastAsia="zh-CN"/>
        </w:rPr>
        <w:t>　　1、活动内容：零度表彰大会、分部友谊赛、趣味赛、聚餐、抽奖；</w:t>
      </w:r>
      <w:r>
        <w:rPr>
          <w:lang w:eastAsia="zh-CN"/>
        </w:rPr>
        <w:br/>
      </w:r>
      <w:r>
        <w:rPr>
          <w:lang w:eastAsia="zh-CN"/>
        </w:rPr>
        <w:t>　　2、活动时间：20__年1月1日下午1点到晚上10点</w:t>
      </w:r>
      <w:r>
        <w:rPr>
          <w:lang w:eastAsia="zh-CN"/>
        </w:rPr>
        <w:br/>
      </w:r>
      <w:r>
        <w:rPr>
          <w:lang w:eastAsia="zh-CN"/>
        </w:rPr>
        <w:t>　　3、活动地点：东莞塘厦林村广场</w:t>
      </w:r>
      <w:r>
        <w:rPr>
          <w:lang w:eastAsia="zh-CN"/>
        </w:rPr>
        <w:br/>
      </w:r>
      <w:r>
        <w:rPr>
          <w:lang w:eastAsia="zh-CN"/>
        </w:rPr>
        <w:t>　　4、主办单位：零度轮滑俱乐部</w:t>
      </w:r>
      <w:r>
        <w:rPr>
          <w:lang w:eastAsia="zh-CN"/>
        </w:rPr>
        <w:br/>
      </w:r>
      <w:r>
        <w:rPr>
          <w:lang w:eastAsia="zh-CN"/>
        </w:rPr>
        <w:t>　　5、赞助单位：零度轮滑总部、零度轮滑莲湖分部、零度轮滑金丰分部、零度轮滑四村分部</w:t>
      </w:r>
      <w:r>
        <w:rPr>
          <w:lang w:eastAsia="zh-CN"/>
        </w:rPr>
        <w:br/>
      </w:r>
      <w:r>
        <w:rPr>
          <w:lang w:eastAsia="zh-CN"/>
        </w:rPr>
        <w:t>　　6、活动对象：零度成员</w:t>
      </w:r>
      <w:r>
        <w:rPr>
          <w:lang w:eastAsia="zh-CN"/>
        </w:rPr>
        <w:br/>
      </w:r>
      <w:r>
        <w:rPr>
          <w:lang w:eastAsia="zh-CN"/>
        </w:rPr>
        <w:t>　　《三》具体活动流程</w:t>
      </w:r>
      <w:r>
        <w:rPr>
          <w:lang w:eastAsia="zh-CN"/>
        </w:rPr>
        <w:br/>
      </w:r>
      <w:r>
        <w:rPr>
          <w:lang w:eastAsia="zh-CN"/>
        </w:rPr>
        <w:t>　　13：00------14：00签到（有签到、留影，或在本空间留言的，都可以获得零度赠送的'日历一份）</w:t>
      </w:r>
      <w:r>
        <w:rPr>
          <w:lang w:eastAsia="zh-CN"/>
        </w:rPr>
        <w:br/>
      </w:r>
      <w:r>
        <w:rPr>
          <w:lang w:eastAsia="zh-CN"/>
        </w:rPr>
        <w:t>　　14：00------15：00接力赛（各部自行组队，限三男一女）</w:t>
      </w:r>
      <w:r>
        <w:rPr>
          <w:lang w:eastAsia="zh-CN"/>
        </w:rPr>
        <w:br/>
      </w:r>
      <w:r>
        <w:rPr>
          <w:lang w:eastAsia="zh-CN"/>
        </w:rPr>
        <w:t>　　15：00------16：00拔河赛（每组需八男两女）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16：00------17：00趣味赛（积极报名，名额有限）</w:t>
      </w:r>
      <w:r>
        <w:rPr>
          <w:lang w:eastAsia="zh-CN"/>
        </w:rPr>
        <w:br/>
      </w:r>
      <w:r>
        <w:rPr>
          <w:lang w:eastAsia="zh-CN"/>
        </w:rPr>
        <w:t>　　17：00------17：30集体留影（参加留影既可获得零度赠送的日历一份）</w:t>
      </w:r>
      <w:r>
        <w:rPr>
          <w:lang w:eastAsia="zh-CN"/>
        </w:rPr>
        <w:br/>
      </w:r>
      <w:r>
        <w:rPr>
          <w:lang w:eastAsia="zh-CN"/>
        </w:rPr>
        <w:t>　　17：30------21：30聚餐、颁奖（颁发优秀分部、个人、比赛奖品、锦旗等）</w:t>
      </w:r>
      <w:r>
        <w:rPr>
          <w:lang w:eastAsia="zh-CN"/>
        </w:rPr>
        <w:br/>
      </w:r>
      <w:r>
        <w:rPr>
          <w:lang w:eastAsia="zh-CN"/>
        </w:rPr>
        <w:t>　　《四》注意事项</w:t>
      </w:r>
      <w:r>
        <w:rPr>
          <w:lang w:eastAsia="zh-CN"/>
        </w:rPr>
        <w:br/>
      </w:r>
      <w:r>
        <w:rPr>
          <w:lang w:eastAsia="zh-CN"/>
        </w:rPr>
        <w:t>　　1、具体事宜责任到人。</w:t>
      </w:r>
      <w:r>
        <w:rPr>
          <w:lang w:eastAsia="zh-CN"/>
        </w:rPr>
        <w:br/>
      </w:r>
      <w:r>
        <w:rPr>
          <w:lang w:eastAsia="zh-CN"/>
        </w:rPr>
        <w:t>　　2、工作人员应提前到位。</w:t>
      </w:r>
      <w:r>
        <w:rPr>
          <w:lang w:eastAsia="zh-CN"/>
        </w:rPr>
        <w:br/>
      </w:r>
      <w:r>
        <w:rPr>
          <w:lang w:eastAsia="zh-CN"/>
        </w:rPr>
        <w:t>　　3、遇天气变化果断中止比赛，择日进行。</w:t>
      </w:r>
      <w:r>
        <w:rPr>
          <w:lang w:eastAsia="zh-CN"/>
        </w:rPr>
        <w:br/>
      </w:r>
      <w:r>
        <w:rPr>
          <w:lang w:eastAsia="zh-CN"/>
        </w:rPr>
        <w:t>　　4、注意人身安全，出现意外伤害，进行必要的应急准备。</w:t>
      </w:r>
      <w:r>
        <w:rPr>
          <w:lang w:eastAsia="zh-CN"/>
        </w:rPr>
        <w:br/>
      </w:r>
      <w:r>
        <w:rPr>
          <w:lang w:eastAsia="zh-CN"/>
        </w:rPr>
        <w:t>　　5、未尽事宜，有待通知。</w:t>
      </w:r>
      <w:r>
        <w:rPr>
          <w:lang w:eastAsia="zh-CN"/>
        </w:rPr>
        <w:br/>
      </w:r>
      <w:r>
        <w:rPr>
          <w:lang w:eastAsia="zh-CN"/>
        </w:rPr>
        <w:t>　　6、现场主持注意活跃气氛和流程的顺利进行。</w:t>
      </w:r>
      <w:r>
        <w:rPr>
          <w:lang w:eastAsia="zh-CN"/>
        </w:rPr>
        <w:br/>
      </w:r>
      <w:r>
        <w:rPr>
          <w:lang w:eastAsia="zh-CN"/>
        </w:rPr>
        <w:t>　　7、工作人员注意解答好询问人员的问题。</w:t>
      </w:r>
      <w:r>
        <w:rPr>
          <w:lang w:eastAsia="zh-CN"/>
        </w:rPr>
        <w:br/>
      </w:r>
      <w:r>
        <w:rPr>
          <w:lang w:eastAsia="zh-CN"/>
        </w:rPr>
        <w:t>　　8、后勤人员维持好活动场地围观人员秩序，态度有礼。</w:t>
      </w:r>
      <w:r>
        <w:rPr>
          <w:lang w:eastAsia="zh-CN"/>
        </w:rPr>
        <w:br/>
      </w:r>
      <w:r>
        <w:rPr>
          <w:lang w:eastAsia="zh-CN"/>
        </w:rPr>
        <w:t>　　《五》后期工作</w:t>
      </w:r>
      <w:r>
        <w:rPr>
          <w:lang w:eastAsia="zh-CN"/>
        </w:rPr>
        <w:br/>
      </w:r>
      <w:r>
        <w:rPr>
          <w:lang w:eastAsia="zh-CN"/>
        </w:rPr>
        <w:t>　　召开零度内部会议，对活动的整体效果进行讨论，对出现的问题进行分析，对活</w:t>
      </w:r>
      <w:r>
        <w:rPr>
          <w:lang w:eastAsia="zh-CN"/>
        </w:rPr>
        <w:br/>
      </w:r>
      <w:r>
        <w:rPr>
          <w:lang w:eastAsia="zh-CN"/>
        </w:rPr>
        <w:t>　　动进行总结，为以后类似的活动总结经验。</w:t>
      </w:r>
      <w:r>
        <w:rPr>
          <w:lang w:eastAsia="zh-CN"/>
        </w:rPr>
        <w:br/>
      </w:r>
      <w:r>
        <w:rPr>
          <w:lang w:eastAsia="zh-CN"/>
        </w:rPr>
        <w:t>　　《六》活动奖品及预算</w:t>
      </w:r>
      <w:r>
        <w:rPr>
          <w:lang w:eastAsia="zh-CN"/>
        </w:rPr>
        <w:br/>
      </w:r>
      <w:r>
        <w:rPr>
          <w:lang w:eastAsia="zh-CN"/>
        </w:rPr>
        <w:t>　　1、接力赛奖品：第一名可获得价值680元kim、h专业平花鞋一双第二名可获得价</w:t>
      </w:r>
      <w:r>
        <w:rPr>
          <w:lang w:eastAsia="zh-CN"/>
        </w:rPr>
        <w:br/>
      </w:r>
    </w:p>
    <w:p w:rsidR="001B1F19" w14:textId="27C3F48A">
      <w:pPr>
        <w:rPr>
          <w:rFonts w:hint="eastAsia"/>
          <w:lang w:eastAsia="zh-CN"/>
        </w:rPr>
      </w:pPr>
      <w:r>
        <w:rPr>
          <w:lang w:eastAsia="zh-CN"/>
        </w:rPr>
        <w:t>　　值430元清月轮滑鞋一双第三名可获得价值180元刹车轮一套，123名均有荣誉证</w:t>
      </w:r>
      <w:r>
        <w:rPr>
          <w:lang w:eastAsia="zh-CN"/>
        </w:rPr>
        <w:br/>
      </w:r>
      <w:r>
        <w:rPr>
          <w:lang w:eastAsia="zh-CN"/>
        </w:rPr>
        <w:t>　　书一本；</w:t>
      </w:r>
      <w:r>
        <w:rPr>
          <w:lang w:eastAsia="zh-CN"/>
        </w:rPr>
        <w:br/>
      </w:r>
      <w:r>
        <w:rPr>
          <w:lang w:eastAsia="zh-CN"/>
        </w:rPr>
        <w:t>　　2、抽奖奖品：一等奖可获得价值680元自行车一台二等奖可获得价值200元RSA刀</w:t>
      </w:r>
      <w:r>
        <w:rPr>
          <w:lang w:eastAsia="zh-CN"/>
        </w:rPr>
        <w:br/>
      </w:r>
      <w:r>
        <w:rPr>
          <w:lang w:eastAsia="zh-CN"/>
        </w:rPr>
        <w:t>　　架一副三等奖可获得价值120元刹车轮一套四等奖四名价值45元专业刹车手套</w:t>
      </w:r>
      <w:r>
        <w:rPr>
          <w:lang w:eastAsia="zh-CN"/>
        </w:rPr>
        <w:br/>
      </w:r>
      <w:r>
        <w:rPr>
          <w:lang w:eastAsia="zh-CN"/>
        </w:rPr>
        <w:t>　　一套幸运奖可获得轮子、魔法头巾若干；</w:t>
      </w:r>
      <w:r>
        <w:rPr>
          <w:lang w:eastAsia="zh-CN"/>
        </w:rPr>
        <w:br/>
      </w:r>
      <w:r>
        <w:rPr>
          <w:lang w:eastAsia="zh-CN"/>
        </w:rPr>
        <w:t>　　3、年度最佳优秀分部奖、优秀分队奖、出勤奖、刻苦训练奖、团队发展贡献奖，</w:t>
      </w:r>
      <w:r>
        <w:rPr>
          <w:lang w:eastAsia="zh-CN"/>
        </w:rPr>
        <w:br/>
      </w:r>
      <w:r>
        <w:rPr>
          <w:lang w:eastAsia="zh-CN"/>
        </w:rPr>
        <w:t>　　均可获得耐磨轮一套和锦旗或荣誉证书；</w:t>
      </w:r>
      <w:r>
        <w:rPr>
          <w:lang w:eastAsia="zh-CN"/>
        </w:rPr>
        <w:br/>
      </w:r>
      <w:r>
        <w:rPr>
          <w:lang w:eastAsia="zh-CN"/>
        </w:rPr>
        <w:t>　　4、刹车表演、平花表演奖品：只要你敢秀出你自己，就有属于你的奖品；</w:t>
      </w:r>
      <w:r>
        <w:rPr>
          <w:lang w:eastAsia="zh-CN"/>
        </w:rPr>
        <w:br/>
      </w:r>
      <w:r>
        <w:rPr>
          <w:lang w:eastAsia="zh-CN"/>
        </w:rPr>
        <w:t>　　5、游戏：只要你参与就会有丰富的奖品等着你；</w:t>
      </w:r>
      <w:r>
        <w:rPr>
          <w:lang w:eastAsia="zh-CN"/>
        </w:rPr>
        <w:br/>
      </w:r>
      <w:r>
        <w:rPr>
          <w:lang w:eastAsia="zh-CN"/>
        </w:rPr>
        <w:t>　　总价值约5000元奖品等你来拿，不要错过机会哦！</w:t>
      </w:r>
      <w:r>
        <w:rPr>
          <w:lang w:eastAsia="zh-CN"/>
        </w:rPr>
        <w:br/>
      </w:r>
      <w:r>
        <w:rPr>
          <w:lang w:eastAsia="zh-CN"/>
        </w:rPr>
        <w:t>　　《七》附则</w:t>
      </w:r>
      <w:r>
        <w:rPr>
          <w:lang w:eastAsia="zh-CN"/>
        </w:rPr>
        <w:br/>
      </w:r>
      <w:r>
        <w:rPr>
          <w:lang w:eastAsia="zh-CN"/>
        </w:rPr>
        <w:t>　　《附1》接力赛规则说明</w:t>
      </w:r>
      <w:r>
        <w:rPr>
          <w:lang w:eastAsia="zh-CN"/>
        </w:rPr>
        <w:br/>
      </w:r>
      <w:r>
        <w:rPr>
          <w:lang w:eastAsia="zh-CN"/>
        </w:rPr>
        <w:t>　　1、各部自行组队，每组需为三男一女，抽签决定比赛分组及顺序，每两组进行比</w:t>
      </w:r>
      <w:r>
        <w:rPr>
          <w:lang w:eastAsia="zh-CN"/>
        </w:rPr>
        <w:br/>
      </w:r>
      <w:r>
        <w:rPr>
          <w:lang w:eastAsia="zh-CN"/>
        </w:rPr>
        <w:t>　　赛，胜着一组进入复赛；</w:t>
      </w:r>
      <w:r>
        <w:rPr>
          <w:lang w:eastAsia="zh-CN"/>
        </w:rPr>
        <w:br/>
      </w:r>
      <w:r>
        <w:rPr>
          <w:lang w:eastAsia="zh-CN"/>
        </w:rPr>
        <w:t>　　2、接力赛中，参赛着必须在10米的接力区内里完成交接棒；</w:t>
      </w:r>
      <w:r>
        <w:rPr>
          <w:lang w:eastAsia="zh-CN"/>
        </w:rPr>
        <w:br/>
      </w:r>
      <w:r>
        <w:rPr>
          <w:lang w:eastAsia="zh-CN"/>
        </w:rPr>
        <w:t>　　3、裁判员根据次序让其后面队友由内至外排列等候接棒；</w:t>
      </w:r>
      <w:r>
        <w:rPr>
          <w:lang w:eastAsia="zh-CN"/>
        </w:rPr>
        <w:br/>
      </w:r>
      <w:r>
        <w:rPr>
          <w:lang w:eastAsia="zh-CN"/>
        </w:rPr>
        <w:t>　　4、所有接棒者均不可在接力区外起跑；</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https://d.book118.com/358132140054006033</w:t>
        </w:r>
      </w:hyperlink>
    </w:p>
    <w:p w:rsidR="001B1F19">
      <w:pPr>
        <w:rPr>
          <w:rFonts w:hint="eastAsia"/>
          <w:lang w:eastAsia="zh-CN"/>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5813214005400603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