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jc w:val="center"/>
      </w:pPr>
      <w:r>
        <w:rPr>
          <w:rFonts w:ascii="宋体" w:eastAsia="宋体" w:hAnsi="宋体"/>
          <w:sz w:val="36"/>
        </w:rPr>
        <w:t>教师试用期工作总结（精选17篇）</w:t>
      </w:r>
    </w:p>
    <w:p>
      <w:pPr>
        <w:spacing w:before="100" w:after="200" w:line="360" w:lineRule="auto"/>
        <w:ind w:firstLine="576"/>
        <w:jc w:val="left"/>
      </w:pPr>
      <w:r>
        <w:rPr>
          <w:rFonts w:ascii="宋体" w:eastAsia="宋体" w:hAnsi="宋体"/>
          <w:sz w:val="28"/>
        </w:rPr>
        <w:t>学习这件事不在于有没有人教你，最重要的是在于你自己有没有觉悟和恒心。</w:t>
      </w:r>
    </w:p>
    <w:p>
      <w:pPr>
        <w:spacing w:before="100" w:after="200" w:line="360" w:lineRule="auto"/>
        <w:ind w:firstLine="576"/>
        <w:jc w:val="left"/>
      </w:pPr>
      <w:r>
        <w:rPr>
          <w:rFonts w:ascii="宋体" w:eastAsia="宋体" w:hAnsi="宋体"/>
          <w:sz w:val="28"/>
        </w:rPr>
        <w:t>我于20xx年9月参加工作。一年来，在校领导和各位老师的热心支持和帮助下，各位学生的努力配合下，我认真做好教学工作，积极完成学校布置的各项任务，使自己从莽撞的毕业生慢慢地进入了为人师表的角色。回顾半年来的工作，忙碌伴随着充实，汗水伴随着收获，下面我把这一年的思想、工作等情况做简要的汇报总结。</w:t>
      </w:r>
    </w:p>
    <w:p>
      <w:pPr>
        <w:spacing w:before="100" w:after="200" w:line="360" w:lineRule="auto"/>
        <w:jc w:val="left"/>
      </w:pPr>
      <w:r>
        <w:rPr>
          <w:rFonts w:ascii="宋体 (中文正文)" w:eastAsia="宋体" w:hAnsi="宋体 (中文正文)"/>
          <w:b/>
          <w:sz w:val="28"/>
        </w:rPr>
        <w:t>一、教学方面</w:t>
      </w:r>
    </w:p>
    <w:p>
      <w:pPr>
        <w:spacing w:before="100" w:after="200" w:line="360" w:lineRule="auto"/>
        <w:ind w:firstLine="576"/>
        <w:jc w:val="left"/>
      </w:pPr>
      <w:r>
        <w:rPr>
          <w:rFonts w:ascii="宋体" w:eastAsia="宋体" w:hAnsi="宋体"/>
          <w:sz w:val="28"/>
        </w:rPr>
        <w:t>我来到学校后迅速熟悉常规教学方式、方法，对备课、上课、作业布置安排等常规工作进行了认真的实践，并在实践之中注意查缺补漏，遇到自己无法解决的教学问题就积极向同事们请教，努力做到课前准备好、课中讲解透、课后督促检查严。课堂上力求贴近学生生活，最大限度地运用自己的所学知识，激发学生的学习兴趣，培养学生的实践能力。课后积极和同事们探讨教学中遇到的问题，努力寻找解决方法，在平时有空就去听老教师的课，认真研究学习老教师上课时使用的好的教学方法，取其精华而去其糟粕，努力使自己的教学能力得到不断的进步和提高。</w:t>
      </w:r>
    </w:p>
    <w:p>
      <w:pPr>
        <w:spacing w:before="100" w:after="200" w:line="360" w:lineRule="auto"/>
        <w:jc w:val="left"/>
      </w:pPr>
      <w:r>
        <w:rPr>
          <w:rFonts w:ascii="宋体 (中文正文)" w:eastAsia="宋体" w:hAnsi="宋体 (中文正文)"/>
          <w:b/>
          <w:sz w:val="28"/>
        </w:rPr>
        <w:t>二、个人素养方面</w:t>
      </w:r>
    </w:p>
    <w:p>
      <w:pPr>
        <w:spacing w:before="100" w:after="200" w:line="360" w:lineRule="auto"/>
        <w:ind w:firstLine="576"/>
        <w:jc w:val="left"/>
        <w:sectPr w:rsidSect="00034616">
          <w:pgSz w:w="11906" w:h="16838"/>
          <w:pgMar w:top="1440" w:right="1440" w:bottom="1440" w:left="1440" w:header="720" w:footer="720" w:gutter="0"/>
          <w:cols w:space="720"/>
          <w:docGrid w:linePitch="360"/>
        </w:sectPr>
      </w:pPr>
    </w:p>
    <w:p>
      <w:pPr>
        <w:spacing w:before="100" w:after="200" w:line="360" w:lineRule="auto"/>
        <w:ind w:firstLine="576"/>
        <w:jc w:val="left"/>
      </w:pPr>
      <w:r>
        <w:rPr>
          <w:rFonts w:ascii="宋体" w:eastAsia="宋体" w:hAnsi="宋体"/>
          <w:sz w:val="28"/>
        </w:rPr>
        <w:t>作为一名教师，我深切地认识到，信息时代信息更新速度的重要性，所以我一直不断的巩固自己旧的知识并且尽全力通过各种方式方法更新自己所掌握的信息和知识。教书之余，我自觉学习与教育相关的知识，博览群书以拓宽自己的知识面，提高个人的文化知识素养。工作中，严格遵守学校各项规章制度，团结同事，及时完成学校布置的各项任务;勤能补拙，尤其是新教师更要勤奋学习，自觉修养，脚踏实地，奋发图强。</w:t>
      </w:r>
    </w:p>
    <w:p>
      <w:pPr>
        <w:spacing w:before="100" w:after="200" w:line="360" w:lineRule="auto"/>
        <w:jc w:val="left"/>
      </w:pPr>
      <w:r>
        <w:rPr>
          <w:rFonts w:ascii="宋体 (中文正文)" w:eastAsia="宋体" w:hAnsi="宋体 (中文正文)"/>
          <w:b/>
          <w:sz w:val="28"/>
        </w:rPr>
        <w:t>三、在生活方面</w:t>
      </w:r>
    </w:p>
    <w:p>
      <w:pPr>
        <w:spacing w:before="100" w:after="200" w:line="360" w:lineRule="auto"/>
        <w:ind w:firstLine="576"/>
        <w:jc w:val="left"/>
      </w:pPr>
      <w:r>
        <w:rPr>
          <w:rFonts w:ascii="宋体" w:eastAsia="宋体" w:hAnsi="宋体"/>
          <w:sz w:val="28"/>
        </w:rPr>
        <w:t>我严格要求自己，注意自己的一言一行，谨遵“正人先正己”的古训，时刻提醒自己，重视“为人师表”的职业形象，自己能做的事自己做，努力保持正派的工作作风，与校领导和同事们和睦相处。热爱教育、热爱学校、热爱学生，为把自己培养成一名优秀的教师而不懈努力。</w:t>
      </w:r>
    </w:p>
    <w:p>
      <w:pPr>
        <w:spacing w:before="100" w:after="200" w:line="360" w:lineRule="auto"/>
        <w:ind w:firstLine="576"/>
        <w:jc w:val="left"/>
      </w:pPr>
      <w:r>
        <w:rPr>
          <w:rFonts w:ascii="宋体" w:eastAsia="宋体" w:hAnsi="宋体"/>
          <w:sz w:val="28"/>
        </w:rPr>
        <w:t>过去的一年，是我走上工作岗位的第一年，我在各方面都取得了很大进步，但用正式教师的标准来衡量，我还存在一些缺点和不足。工作中有时不够细致。对于缺点和不足，我将在今后的工作中加以改正。我将踏踏实实工作，在教学方面我会虚心向有经验的老教师学习，搞好班级管理，努力提高自身素质。</w:t>
      </w:r>
    </w:p>
    <w:p>
      <w:pPr>
        <w:spacing w:before="100" w:after="200" w:line="360" w:lineRule="auto"/>
        <w:ind w:firstLine="576"/>
        <w:jc w:val="left"/>
      </w:pPr>
      <w:r>
        <w:rPr>
          <w:rFonts w:ascii="宋体" w:eastAsia="宋体" w:hAnsi="宋体"/>
          <w:sz w:val="28"/>
        </w:rPr>
        <w:t>工作至今已近一年，经过这一年的努力工作和不断学习，我获益良多。在这里感觉有必要总结一下近一年的得与失，发扬好的地方改进不足的地方，回顾走过的路可以更好的看清前面的路。</w:t>
      </w:r>
    </w:p>
    <w:p>
      <w:pPr>
        <w:spacing w:before="100" w:after="200" w:line="360" w:lineRule="auto"/>
        <w:ind w:firstLine="576"/>
        <w:jc w:val="left"/>
        <w:sectPr w:rsidSect="00034616">
          <w:type w:val="nextPage"/>
          <w:pgSz w:w="11906" w:h="16838"/>
          <w:pgMar w:top="1440" w:right="1440" w:bottom="1440" w:left="1440" w:header="720" w:footer="720" w:gutter="0"/>
          <w:pgNumType w:start="2"/>
          <w:cols w:space="720"/>
          <w:titlePg w:val="0"/>
          <w:docGrid w:linePitch="360"/>
        </w:sectPr>
      </w:pPr>
    </w:p>
    <w:p>
      <w:pPr>
        <w:spacing w:before="100" w:after="200" w:line="360" w:lineRule="auto"/>
        <w:ind w:firstLine="576"/>
        <w:jc w:val="left"/>
      </w:pPr>
      <w:r>
        <w:rPr>
          <w:rFonts w:ascii="宋体" w:eastAsia="宋体" w:hAnsi="宋体"/>
          <w:sz w:val="28"/>
        </w:rPr>
        <w:t>这一年来，我很注意自身的品德行为，努力给学生树立一个良好的榜样。我们学校是九年一贯制学校，因此学生也有其特殊性，小学生与中学生在各个方面都存在着很大的差异。而我兼顾小学初中两门完全不同的功课，在处理师生关系时就要注意区别对待了。现在的中学生正处在一个特殊的学习阶段：即对社会开始有所接触，这个时候的学生很容易模仿成人的一些行为习惯，很多坏习惯也有很多好习惯都是在这个阶段养成的，是好是坏跟教师的言传身授有很大的关系。而这个时候老师是学生最直接最容易的学习对象，因此，我尽量的在中学生面前以高标准要求自己，不管在课堂里还是在课外我都努力塑造一个良好的形象。而面对小学生时则有所不同，课堂上我严格要求自己也严格要求学生，但在课外我努力与学生做朋友，用心与他们沟通，希望能真正了解他们的所想所爱。总得来说，我做的一切目的是一样的，就是希望能帮助学生健康成长。</w:t>
      </w:r>
    </w:p>
    <w:p>
      <w:pPr>
        <w:spacing w:before="100" w:after="200" w:line="360" w:lineRule="auto"/>
        <w:ind w:firstLine="576"/>
        <w:jc w:val="left"/>
      </w:pPr>
      <w:r>
        <w:rPr>
          <w:rFonts w:ascii="宋体" w:eastAsia="宋体" w:hAnsi="宋体"/>
          <w:sz w:val="28"/>
        </w:rPr>
        <w:t>而作为一名新老师，在如今信息技术日新月异，发展很快的年代，自身的学识相当重要，一天不学习，就会落后一截，所以工作以来，我仍然不断学习，丝毫不敢松懈。因此，继续学习成为我工作学习中重要的一部分。我不仅参加新教师，农村教师提升工程，还考取了英语本科深造的机会。尽管刚刚走上岗位，工作中的活动与任务让我颇感压力，但只要一有空闲时间，我便争取出来小学英语相关的教学方法，学习先进的技术。在如今的时代环境里，一个人的知识犹如一粒浮尘，要想更好的立足于社会，必须不断的增加知识的深度和广度。这一年里，我努力扩展自身的知识面，自感收获很多。当然，这一些是远远不够的，学海无涯，在下一年里，还有更多的知识和经验是需要学习和借鉴的。</w:t>
      </w:r>
    </w:p>
    <w:p>
      <w:pPr>
        <w:spacing w:before="100" w:after="200" w:line="360" w:lineRule="auto"/>
        <w:ind w:firstLine="576"/>
        <w:jc w:val="left"/>
        <w:sectPr w:rsidSect="00034616">
          <w:type w:val="nextPage"/>
          <w:pgSz w:w="11906" w:h="16838"/>
          <w:pgMar w:top="1440" w:right="1440" w:bottom="1440" w:left="1440" w:header="720" w:footer="720" w:gutter="0"/>
          <w:pgNumType w:start="3"/>
          <w:cols w:space="720"/>
          <w:titlePg w:val="0"/>
          <w:docGrid w:linePitch="360"/>
        </w:sectPr>
      </w:pPr>
      <w:r>
        <w:rPr>
          <w:rFonts w:ascii="宋体" w:eastAsia="宋体" w:hAnsi="宋体"/>
          <w:sz w:val="28"/>
        </w:rPr>
        <w:t>当了快一年的教师了，虽然教学方法还不是很成熟，但我已在教学中学到了很多。在这一年里，我担任小学英语四年级和五年级的教学工作，同时担任学校九年级的体育课任务，工作充实而不乏挑战。尽管九年级的体育中考任务非常沉重，但小学英语的教学工作仍然是我的工作中心。我经常思考小学英语的教学方法，学习教学设计，以及组织与我们农村学校相符合的教学活动。我也明白自身的学识不代表教学的好坏，教学是一项细致的工作，也是注重技巧的工作，于是我常常想把教学当成一门艺术来研究。所以我积极参与每次的教研活动，吸取前辈的教训和专家的指导，总结出自己的想法。非常让我高兴的是我的教育论文得到了县论文评比二等奖，这既是对我的肯定也是对我的一种鼓励。今后我将一直花比较多的时间在教学研究上，我相信那将使我受益良多。</w:t>
      </w:r>
    </w:p>
    <w:p>
      <w:pPr>
        <w:spacing w:before="100" w:after="200" w:line="360" w:lineRule="auto"/>
        <w:ind w:firstLine="576"/>
        <w:jc w:val="left"/>
      </w:pPr>
      <w:r>
        <w:rPr>
          <w:rFonts w:ascii="宋体" w:eastAsia="宋体" w:hAnsi="宋体"/>
          <w:sz w:val="28"/>
        </w:rPr>
        <w:t>经过一年的工作与学习，我自感收获颇丰但还是有很多不足的地方等待我去提高。首先我觉得我的教学设计能力还待高，其次，可能是年轻气盛吧，在处理教学中有些事情时还过于急噪，需要有更多的耐心。我相信在今后的工作和学习中，经过磨练，我会改善自己的不足，越做越好，全面而不失风格。</w:t>
      </w:r>
    </w:p>
    <w:p>
      <w:pPr>
        <w:spacing w:before="100" w:after="200" w:line="360" w:lineRule="auto"/>
        <w:ind w:firstLine="576"/>
        <w:jc w:val="left"/>
      </w:pPr>
      <w:r>
        <w:rPr>
          <w:rFonts w:ascii="宋体" w:eastAsia="宋体" w:hAnsi="宋体"/>
          <w:sz w:val="28"/>
        </w:rPr>
        <w:t>转眼间，来到工作已将近一年的时间了。这一年对于我这个刚刚走入社会的学生来说都可以用意义非凡来概括。在这近一年里我深刻体会到了做老师的艰辛和快乐，我把自己的青春倾注于我所钟爱的教育事业上，倾注于每一个学生身上。以下是我对一年工作的总结：</w:t>
      </w:r>
    </w:p>
    <w:p>
      <w:pPr>
        <w:spacing w:before="100" w:after="200" w:line="360" w:lineRule="auto"/>
        <w:jc w:val="left"/>
      </w:pPr>
      <w:r>
        <w:rPr>
          <w:rFonts w:ascii="宋体 (中文正文)" w:eastAsia="宋体" w:hAnsi="宋体 (中文正文)"/>
          <w:b/>
          <w:sz w:val="28"/>
        </w:rPr>
        <w:t>一、师德方面</w:t>
      </w:r>
    </w:p>
    <w:p>
      <w:pPr>
        <w:spacing w:before="100" w:after="200" w:line="360" w:lineRule="auto"/>
        <w:ind w:firstLine="576"/>
        <w:jc w:val="left"/>
      </w:pPr>
      <w:r>
        <w:rPr>
          <w:rFonts w:ascii="宋体" w:eastAsia="宋体" w:hAnsi="宋体"/>
          <w:sz w:val="28"/>
        </w:rPr>
        <w:t>始终认为作为一名教师应把"师德"放在一个极其重要的位置上，因为这是教师的立身之本。"学高为师，身正为范"。从踏上讲台的第一天，我就时刻严格要求自己，力争做一个有崇高师德的人。我始终坚持给学生一个好的师范，希望从我这走出去的都是合格的学生。为了给自己的学生一个好的表率，同时也是使自己陶冶情操，加强修养，不断提高自己水平。今后我将继续加强师德方面的修养，力争在这一方面有更大的提高。</w:t>
      </w:r>
    </w:p>
    <w:p>
      <w:pPr>
        <w:spacing w:before="100" w:after="200" w:line="360" w:lineRule="auto"/>
        <w:jc w:val="left"/>
      </w:pPr>
      <w:r>
        <w:rPr>
          <w:rFonts w:ascii="宋体 (中文正文)" w:eastAsia="宋体" w:hAnsi="宋体 (中文正文)"/>
          <w:b/>
          <w:sz w:val="28"/>
        </w:rPr>
        <w:t>二、教学方面</w:t>
      </w:r>
    </w:p>
    <w:p>
      <w:pPr>
        <w:spacing w:before="100" w:after="200" w:line="360" w:lineRule="auto"/>
        <w:ind w:firstLine="576"/>
        <w:jc w:val="left"/>
        <w:sectPr w:rsidSect="00034616">
          <w:type w:val="nextPage"/>
          <w:pgSz w:w="11906" w:h="16838"/>
          <w:pgMar w:top="1440" w:right="1440" w:bottom="1440" w:left="1440" w:header="720" w:footer="720" w:gutter="0"/>
          <w:pgNumType w:start="4"/>
          <w:cols w:space="720"/>
          <w:titlePg w:val="0"/>
          <w:docGrid w:linePitch="360"/>
        </w:sectPr>
      </w:pPr>
      <w:r>
        <w:rPr>
          <w:rFonts w:ascii="宋体" w:eastAsia="宋体" w:hAnsi="宋体"/>
          <w:sz w:val="28"/>
        </w:rPr>
        <w:t>在教学准备上，新老师面临的问题是不熟悉教材，不了解重、难点，也不知道应该怎样上课。对此，工作之初，我的心里十分着急，生怕因为课上得不好而影响了学生对知识的掌握以及对这门课的兴趣。但是，我也坚信"万事开头难"。所以，我每次都很认真的备课，查阅资料把自己的教案写好，因为写好教案是上好课的前提。</w:t>
      </w:r>
    </w:p>
    <w:p>
      <w:pPr>
        <w:spacing w:before="100" w:after="200" w:line="360" w:lineRule="auto"/>
        <w:ind w:firstLine="576"/>
        <w:jc w:val="left"/>
      </w:pPr>
      <w:r>
        <w:rPr>
          <w:rFonts w:ascii="宋体" w:eastAsia="宋体" w:hAnsi="宋体"/>
          <w:sz w:val="28"/>
        </w:rPr>
        <w:t>我有幸得到了教学经验非常丰富的卢雪梅老师和黄杏华老师的指导，在教学方面给我提出很多宝贵的建议。由于自己教学经验不足，有时还会在教学过程中碰到这样或那样的问题而不知如何处理。因而我虚心向老教师学习，力争从他们那里尽快增加一些宝贵的教学经验。</w:t>
      </w:r>
    </w:p>
    <w:p>
      <w:pPr>
        <w:spacing w:before="100" w:after="200" w:line="360" w:lineRule="auto"/>
        <w:ind w:firstLine="576"/>
        <w:jc w:val="left"/>
      </w:pPr>
      <w:r>
        <w:rPr>
          <w:rFonts w:ascii="宋体" w:eastAsia="宋体" w:hAnsi="宋体"/>
          <w:sz w:val="28"/>
        </w:rPr>
        <w:t>这些使我个人应付和处理课堂各式各样问题的能力大大增强。为了把自己的教学水平提高，还经常网上找一些优秀的教案课件学习，还争取机会多出外听课，从中学习别人的长处，领悟其中的教学艺术。</w:t>
      </w:r>
    </w:p>
    <w:p>
      <w:pPr>
        <w:spacing w:before="100" w:after="200" w:line="360" w:lineRule="auto"/>
        <w:jc w:val="left"/>
      </w:pPr>
      <w:r>
        <w:rPr>
          <w:rFonts w:ascii="宋体 (中文正文)" w:eastAsia="宋体" w:hAnsi="宋体 (中文正文)"/>
          <w:b/>
          <w:sz w:val="28"/>
        </w:rPr>
        <w:t>三、从教学理论方面。</w:t>
      </w:r>
    </w:p>
    <w:p>
      <w:pPr>
        <w:spacing w:before="100" w:after="200" w:line="360" w:lineRule="auto"/>
        <w:ind w:firstLine="576"/>
        <w:jc w:val="left"/>
      </w:pPr>
      <w:r>
        <w:rPr>
          <w:rFonts w:ascii="宋体" w:eastAsia="宋体" w:hAnsi="宋体"/>
          <w:sz w:val="28"/>
        </w:rPr>
        <w:t>我在课余时间阅读了教育学理论的教学参考，而且还借阅大量关于小学英语教学的书籍。在让先进的理论指导自己的教学实践的同时，我也在一次次的教学实践中来验证和发展这种理论。</w:t>
      </w:r>
    </w:p>
    <w:p>
      <w:pPr>
        <w:spacing w:before="100" w:after="200" w:line="360" w:lineRule="auto"/>
        <w:ind w:firstLine="576"/>
        <w:jc w:val="left"/>
      </w:pPr>
      <w:r>
        <w:rPr>
          <w:rFonts w:ascii="宋体" w:eastAsia="宋体" w:hAnsi="宋体"/>
          <w:sz w:val="28"/>
        </w:rPr>
        <w:t>作为新教师，我唯有以最充分的准备、的努力去迎接新的挑战。在今后的日子里，我将不断学习，不断进步，以更高的目标要求自己。做到学在教之先!学后教，透彻地学!</w:t>
      </w:r>
    </w:p>
    <w:p>
      <w:pPr>
        <w:spacing w:before="100" w:after="200" w:line="360" w:lineRule="auto"/>
        <w:ind w:firstLine="576"/>
        <w:jc w:val="left"/>
      </w:pPr>
      <w:r>
        <w:rPr>
          <w:rFonts w:ascii="宋体" w:eastAsia="宋体" w:hAnsi="宋体"/>
          <w:sz w:val="28"/>
        </w:rPr>
        <w:t>1.回顾这一年的工作，学校提供了各种让自己快速锻炼成长的平台，学校领导给予自己很多工作上的关心，老教师给自己提供了很多宝贵的经验和帮助，这一切让自己在各方面都取得不同程度的进步，当然，自己也存在着许多需要改进的地方。在今后的工作中，我将继续以务实的工作态度，一如既往地认真学习工作，争取工作水平的更大提高。</w:t>
      </w:r>
    </w:p>
    <w:p>
      <w:pPr>
        <w:spacing w:before="100" w:after="200" w:line="360" w:lineRule="auto"/>
        <w:ind w:firstLine="576"/>
        <w:jc w:val="left"/>
        <w:sectPr w:rsidSect="00034616">
          <w:type w:val="nextPage"/>
          <w:pgSz w:w="11906" w:h="16838"/>
          <w:pgMar w:top="1440" w:right="1440" w:bottom="1440" w:left="1440" w:header="720" w:footer="720" w:gutter="0"/>
          <w:pgNumType w:start="5"/>
          <w:cols w:space="720"/>
          <w:titlePg w:val="0"/>
          <w:docGrid w:linePitch="360"/>
        </w:sectPr>
      </w:pPr>
    </w:p>
    <w:p>
      <w:pPr>
        <w:spacing w:before="100" w:after="200" w:line="360" w:lineRule="auto"/>
        <w:ind w:firstLine="576"/>
        <w:jc w:val="left"/>
      </w:pPr>
      <w:r>
        <w:rPr>
          <w:rFonts w:ascii="宋体" w:eastAsia="宋体" w:hAnsi="宋体"/>
          <w:sz w:val="28"/>
        </w:rPr>
        <w:t>2.所以在新的一年里我要注重个人的业务学习和提高，紧紧抓住课程这一契机，通过培训学习、观摩探讨，撰写心得体会、反思，积累、学习教学经验，多向其他教师请教，多和学生进行交流，在实践中应用等方式，加深对课程的理解和领会，努力形成自己的教学风格，形成学习形的教学工作习惯，让自己的教学工作更加完善、更加出色。</w:t>
      </w:r>
    </w:p>
    <w:p>
      <w:pPr>
        <w:spacing w:before="100" w:after="200" w:line="360" w:lineRule="auto"/>
        <w:ind w:firstLine="576"/>
        <w:jc w:val="left"/>
      </w:pPr>
      <w:r>
        <w:rPr>
          <w:rFonts w:ascii="宋体" w:eastAsia="宋体" w:hAnsi="宋体"/>
          <w:sz w:val="28"/>
        </w:rPr>
        <w:t>3.我是一个对集体充满了热情的人，勤勤恳恳、脚踏实地是我的工作作风，助人为乐是我的快乐之本，只要是对学校对大家有好处的事情我都会不计较个人得失，把他完成好。我把一生矢志教育的心愿化为热爱学生的一团火，将自己最珍贵的爱奉献给孩子们，相信今日含苞欲放的花蕾，明日一定能盛开绚丽的花朵。</w:t>
      </w:r>
    </w:p>
    <w:p>
      <w:pPr>
        <w:spacing w:before="100" w:after="200" w:line="360" w:lineRule="auto"/>
        <w:ind w:firstLine="576"/>
        <w:jc w:val="left"/>
      </w:pPr>
      <w:r>
        <w:rPr>
          <w:rFonts w:ascii="宋体" w:eastAsia="宋体" w:hAnsi="宋体"/>
          <w:sz w:val="28"/>
        </w:rPr>
        <w:t>4.这一年来，通过认真学习语文教学理论，刻苦钻研语文教学，虚心向老教师学习，感到自己比前两年在语文教学方面有了较大的提高。学生的语文成绩也证实了这一点，我教的班级在历次语文考试当中都取的了较好的成绩，名次一般保持在年级前三四名。接手两个实验班的语文教学，我一点都不敢放松，力争每备一节课都能够做到尽善尽美。而一学年的努力也没有白费，这两个班语文成绩都比较优异。</w:t>
      </w:r>
    </w:p>
    <w:p>
      <w:pPr>
        <w:spacing w:before="100" w:after="200" w:line="360" w:lineRule="auto"/>
        <w:ind w:firstLine="576"/>
        <w:jc w:val="left"/>
      </w:pPr>
      <w:r>
        <w:rPr>
          <w:rFonts w:ascii="宋体" w:eastAsia="宋体" w:hAnsi="宋体"/>
          <w:sz w:val="28"/>
        </w:rPr>
        <w:t>时光荏苒,不知不觉间，一年时间已经从指缝间流逝，见习期的教育教学工作快要结束了，回顾这一学年的工作，我感到万分的快乐与充实，因为我就是这样一路塌实的走来并从中体会到快乐与神圣的责任感!</w:t>
      </w:r>
    </w:p>
    <w:p>
      <w:pPr>
        <w:spacing w:before="100" w:after="200" w:line="360" w:lineRule="auto"/>
        <w:ind w:firstLine="576"/>
        <w:jc w:val="left"/>
      </w:pPr>
      <w:r>
        <w:rPr>
          <w:rFonts w:ascii="宋体" w:eastAsia="宋体" w:hAnsi="宋体"/>
          <w:sz w:val="28"/>
        </w:rPr>
        <w:t>在这一年里我深刻体会到了做老师的艰辛和快乐，我把自己的青春倾注于我所钟爱的教育事业上，倾注于每一个学生身上。一个学年的工作已经结束，收获不少，下面我对一学年的工作作一个总结，发扬好的地方改进不足的地方，回顾走过的路可以更好的看清前面的路，为新学年的工作确立新的目标。</w:t>
      </w:r>
    </w:p>
    <w:p>
      <w:pPr>
        <w:spacing w:before="100" w:after="200" w:line="360" w:lineRule="auto"/>
        <w:jc w:val="left"/>
        <w:sectPr w:rsidSect="00034616">
          <w:type w:val="nextPage"/>
          <w:pgSz w:w="11906" w:h="16838"/>
          <w:pgMar w:top="1440" w:right="1440" w:bottom="1440" w:left="1440" w:header="720" w:footer="720" w:gutter="0"/>
          <w:pgNumType w:start="6"/>
          <w:cols w:space="720"/>
          <w:titlePg w:val="0"/>
          <w:docGrid w:linePitch="360"/>
        </w:sectPr>
      </w:pPr>
      <w:r>
        <w:rPr>
          <w:rFonts w:ascii="宋体 (中文正文)" w:eastAsia="宋体" w:hAnsi="宋体 (中文正文)"/>
          <w:b/>
          <w:sz w:val="28"/>
        </w:rPr>
        <w:t>一、思想认识</w:t>
      </w:r>
    </w:p>
    <w:p>
      <w:pPr>
        <w:spacing w:before="100" w:after="200" w:line="360" w:lineRule="auto"/>
        <w:ind w:firstLine="576"/>
        <w:jc w:val="left"/>
      </w:pPr>
      <w:r>
        <w:rPr>
          <w:rFonts w:ascii="宋体" w:eastAsia="宋体" w:hAnsi="宋体"/>
          <w:sz w:val="28"/>
        </w:rPr>
        <w:t>在过去的一学年里，我热爱党的教育事业，积极参加政治学习，关心国家大事，拥护党中央的正确领导，坚持四项基本原则，拥护党的各项方针政策，全面贯彻党的教育方针。在思想上严于律己，以党员的要求严格要求自己，鞭策自己，力争思想上和工作上在同事、学生的心目中都树立起榜样的作用。积极参加学校组织的各项政治活动。一年来，我服从学校的工作安排，配合领导和老师们做好校内外的各项工作。无论在什么情况下，我都没忘记“学为人师，行为世范”，并以品德至上来要求自己。我相信在以后的工作学习中，我会在党组织的关怀下，在同事们的帮助下，通过自己的努力，克服缺点，取得更大的进步。新学年即将来临，我将更加努力工作，勤学苦练，使自己尽快成为一个经受得起任何考验的共产党员。</w:t>
      </w:r>
    </w:p>
    <w:p>
      <w:pPr>
        <w:spacing w:before="100" w:after="200" w:line="360" w:lineRule="auto"/>
        <w:jc w:val="left"/>
      </w:pPr>
      <w:r>
        <w:rPr>
          <w:rFonts w:ascii="宋体 (中文正文)" w:eastAsia="宋体" w:hAnsi="宋体 (中文正文)"/>
          <w:b/>
          <w:sz w:val="28"/>
        </w:rPr>
        <w:t>二、德育工作</w:t>
      </w:r>
    </w:p>
    <w:p>
      <w:pPr>
        <w:spacing w:before="100" w:after="200" w:line="360" w:lineRule="auto"/>
        <w:ind w:firstLine="576"/>
        <w:jc w:val="left"/>
      </w:pPr>
      <w:r>
        <w:rPr>
          <w:rFonts w:ascii="宋体" w:eastAsia="宋体" w:hAnsi="宋体"/>
          <w:sz w:val="28"/>
        </w:rPr>
        <w:t>德育是学校工作中的重中之重，而班主任德育工作的秘诀就是爱。作为副班主任，我积极配合班主任的工作，努力为他们营造了一个学习的氛围。在墙边制作“你追我赶争”，让每一个荣誉都能展示，促进学生争荣誉的心理。并且不失时机地抓住一切可以利用的机会进行常规教育，总结得到红旗和没得到红旗的原因。这样让他们心中有常规，时刻有常规意识。但这是远远不够的，他们的自觉性不强，还需要时刻不放松地看。孩子们不会做值日，我就教他们干活，手把手，一次次地教，一次次地示范。渐渐地，学生就能井井有条地做值日了。</w:t>
      </w:r>
    </w:p>
    <w:p>
      <w:pPr>
        <w:spacing w:before="100" w:after="200" w:line="360" w:lineRule="auto"/>
        <w:jc w:val="left"/>
      </w:pPr>
      <w:r>
        <w:rPr>
          <w:rFonts w:ascii="宋体 (中文正文)" w:eastAsia="宋体" w:hAnsi="宋体 (中文正文)"/>
          <w:b/>
          <w:sz w:val="28"/>
        </w:rPr>
        <w:t>三、教学工作</w:t>
      </w:r>
    </w:p>
    <w:p>
      <w:pPr>
        <w:spacing w:before="100" w:after="200" w:line="360" w:lineRule="auto"/>
        <w:ind w:firstLine="576"/>
        <w:jc w:val="left"/>
        <w:sectPr w:rsidSect="00034616">
          <w:type w:val="nextPage"/>
          <w:pgSz w:w="11906" w:h="16838"/>
          <w:pgMar w:top="1440" w:right="1440" w:bottom="1440" w:left="1440" w:header="720" w:footer="720" w:gutter="0"/>
          <w:pgNumType w:start="7"/>
          <w:cols w:space="720"/>
          <w:titlePg w:val="0"/>
          <w:docGrid w:linePitch="360"/>
        </w:sectPr>
      </w:pPr>
    </w:p>
    <w:p>
      <w:pPr>
        <w:spacing w:before="100" w:after="200" w:line="360" w:lineRule="auto"/>
        <w:ind w:firstLine="576"/>
        <w:jc w:val="left"/>
      </w:pPr>
      <w:r>
        <w:rPr>
          <w:rFonts w:ascii="宋体" w:eastAsia="宋体" w:hAnsi="宋体"/>
          <w:sz w:val="28"/>
        </w:rPr>
        <w:t>在教学工作方面，担任初二3个班的历史与社会老师、初一3个班的思想品德老师，并且还是初一(6)班的副班主任，心理压力还是很重的。本着对学生、家长、学校负责的态度，我觉得肩上的责任不轻。教学是一项细致的工作，也是注重技巧的工作，于是我常常想把教学当成一门艺术来研究。</w:t>
      </w:r>
    </w:p>
    <w:p>
      <w:pPr>
        <w:spacing w:before="100" w:after="200" w:line="360" w:lineRule="auto"/>
        <w:ind w:firstLine="576"/>
        <w:jc w:val="left"/>
      </w:pPr>
      <w:r>
        <w:rPr>
          <w:rFonts w:ascii="宋体" w:eastAsia="宋体" w:hAnsi="宋体"/>
          <w:sz w:val="28"/>
        </w:rPr>
        <w:t>1、备课：我积极参加教研室的新教师培训活动，抓住每一个听课学习的机会。仔细听，认真记，课后仔细琢磨，努力揣摩挖掘。为了把自己的教学水平提高，平时根据要求，提前备好课，写好教案。备课时认真钻研教材、教参，坚持经常看教学大纲、各种教育教学书籍，还经常从网上找一些优秀的教案课件学习，虚心向同行老师学习、请教，经常与同年级的老师讨论教法，从中学习别人的长处，领悟其中的教学艺术，特别是坚持去听师傅的课，学习各种经验和课堂教学艺术。力求吃透教材，找准重点、难点。在备课过程中认真分析教材，根据教材的特点及学生的实际情况设计教案，做到提前做练习。使自己能够广泛涉猎各种知识，形成比较完整的知识结构，使学生学有所得，不断提高，从而不断提高自己的教学水平和思想觉悟，并顺利完成教育教学任务。</w:t>
      </w:r>
    </w:p>
    <w:p>
      <w:pPr>
        <w:spacing w:before="100" w:after="200" w:line="360" w:lineRule="auto"/>
        <w:ind w:firstLine="576"/>
        <w:jc w:val="left"/>
      </w:pPr>
      <w:r>
        <w:rPr>
          <w:rFonts w:ascii="宋体" w:eastAsia="宋体" w:hAnsi="宋体"/>
          <w:sz w:val="28"/>
        </w:rPr>
        <w:t>3、作业：根据新课改的要求，我把每天的作业经过精心地挑选，适当地留一些有利于学生能力发展的、发挥主动性和创造性的作业。即使出去学习，作业也要做到及时批改、认真纠错，发挥查漏补缺的作用。出现知识缺漏发生的错误，我会在课上讲解，并在以后的练习中反复加深印象。在平时教学过程中，还参与了自编习题的工作。根据平时教学，及时精选好的习题，把它们编成配套的习题集。</w:t>
      </w:r>
    </w:p>
    <w:p>
      <w:pPr>
        <w:spacing w:before="100" w:after="200" w:line="360" w:lineRule="auto"/>
        <w:ind w:firstLine="576"/>
        <w:jc w:val="left"/>
        <w:sectPr w:rsidSect="00034616">
          <w:type w:val="nextPage"/>
          <w:pgSz w:w="11906" w:h="16838"/>
          <w:pgMar w:top="1440" w:right="1440" w:bottom="1440" w:left="1440" w:header="720" w:footer="720" w:gutter="0"/>
          <w:pgNumType w:start="8"/>
          <w:cols w:space="720"/>
          <w:titlePg w:val="0"/>
          <w:docGrid w:linePitch="360"/>
        </w:sectPr>
      </w:pPr>
    </w:p>
    <w:p>
      <w:pPr>
        <w:spacing w:before="100" w:after="200" w:line="360" w:lineRule="auto"/>
        <w:ind w:firstLine="576"/>
        <w:jc w:val="left"/>
      </w:pPr>
      <w:r>
        <w:rPr>
          <w:rFonts w:ascii="宋体" w:eastAsia="宋体" w:hAnsi="宋体"/>
          <w:sz w:val="28"/>
        </w:rPr>
        <w:t>还要做好课后辅导工作，小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spacing w:before="100" w:after="200" w:line="360" w:lineRule="auto"/>
        <w:ind w:firstLine="576"/>
        <w:jc w:val="left"/>
      </w:pPr>
      <w:r>
        <w:rPr>
          <w:rFonts w:ascii="宋体" w:eastAsia="宋体" w:hAnsi="宋体"/>
          <w:sz w:val="28"/>
        </w:rPr>
        <w:t>4、开课：作为新教师，开课的机会比较多，既是机会又是挑战。在开课前的准备是最巨大的工程，备课、修改、再备课，在各位老师的帮助下，我不断的揣摩、思考、实验、修正，不仅对上课有很大帮助，自身的素质也有很大的提高。</w:t>
      </w:r>
    </w:p>
    <w:p>
      <w:pPr>
        <w:spacing w:before="100" w:after="200" w:line="360" w:lineRule="auto"/>
        <w:jc w:val="left"/>
      </w:pPr>
      <w:r>
        <w:rPr>
          <w:rFonts w:ascii="宋体 (中文正文)" w:eastAsia="宋体" w:hAnsi="宋体 (中文正文)"/>
          <w:b/>
          <w:sz w:val="28"/>
        </w:rPr>
        <w:t>四、个人学习</w:t>
      </w:r>
    </w:p>
    <w:p>
      <w:pPr>
        <w:spacing w:before="100" w:after="200" w:line="360" w:lineRule="auto"/>
        <w:ind w:firstLine="576"/>
        <w:jc w:val="left"/>
      </w:pPr>
      <w:r>
        <w:rPr>
          <w:rFonts w:ascii="宋体" w:eastAsia="宋体" w:hAnsi="宋体"/>
          <w:sz w:val="28"/>
        </w:rPr>
        <w:t>而作为一名新老师，在如今信息技术日新月异，发展很快的年代，自身的学识相当重要，一天不学习，就会落后一截，所以工作以来，我仍然不断学习，丝毫不敢松懈。因此，继续学习成为我工作学习中重要的一部分。我积极学习各种教育理论，积极参加各类培训，并且积极参加各类论文比赛，以充实自己，以便在工作中以坚实的理论作为指导，更好地进行教育教学。尽管刚刚走上岗位，工作中的活动与任务让我颇感压力，但只要一有空闲时间，我便会学习相关的教学方法，学习先进的技术。在如今的时代环境里，一个人的知识犹如一粒浮尘，要想更好的立足于社会，必须不断的增加知识的深度和广度。这一年里，我努力扩展自身的知识面，自感收获很多。当然，这一些是远远不够的，学海无涯，在下一年里，还有更多的知识和经验是需要学习和借鉴的。</w:t>
      </w:r>
    </w:p>
    <w:p>
      <w:pPr>
        <w:spacing w:before="100" w:after="200" w:line="360" w:lineRule="auto"/>
        <w:jc w:val="left"/>
      </w:pPr>
      <w:r>
        <w:rPr>
          <w:rFonts w:ascii="宋体 (中文正文)" w:eastAsia="宋体" w:hAnsi="宋体 (中文正文)"/>
          <w:b/>
          <w:sz w:val="28"/>
        </w:rPr>
        <w:t>五、考勤方面</w:t>
      </w:r>
    </w:p>
    <w:p>
      <w:pPr>
        <w:spacing w:before="100" w:after="200" w:line="360" w:lineRule="auto"/>
        <w:ind w:firstLine="576"/>
        <w:jc w:val="left"/>
        <w:sectPr w:rsidSect="00034616">
          <w:type w:val="nextPage"/>
          <w:pgSz w:w="11906" w:h="16838"/>
          <w:pgMar w:top="1440" w:right="1440" w:bottom="1440" w:left="1440" w:header="720" w:footer="720" w:gutter="0"/>
          <w:pgNumType w:start="9"/>
          <w:cols w:space="720"/>
          <w:titlePg w:val="0"/>
          <w:docGrid w:linePitch="360"/>
        </w:sectPr>
      </w:pPr>
    </w:p>
    <w:p>
      <w:pPr>
        <w:spacing w:before="100" w:after="200" w:line="360" w:lineRule="auto"/>
        <w:ind w:firstLine="576"/>
        <w:jc w:val="left"/>
      </w:pPr>
      <w:r>
        <w:rPr>
          <w:rFonts w:ascii="宋体" w:eastAsia="宋体" w:hAnsi="宋体"/>
          <w:sz w:val="28"/>
        </w:rPr>
        <w:t>我热爱自己的事业，在做好各项教育教学工作的同时，严格遵守学校的各项规章制度。从不因为个人的私事耽误工作的时间，并积极运用有效的工作时间做好自己分内的工作。处理好学校工作与个人之间的关系，一个学年里没有缺席过一次，一边完成学校的各项任务，一边准备教材和学习自己的专业知识。</w:t>
      </w:r>
    </w:p>
    <w:p>
      <w:pPr>
        <w:spacing w:before="100" w:after="200" w:line="360" w:lineRule="auto"/>
        <w:ind w:firstLine="576"/>
        <w:jc w:val="left"/>
      </w:pPr>
      <w:r>
        <w:rPr>
          <w:rFonts w:ascii="宋体" w:eastAsia="宋体" w:hAnsi="宋体"/>
          <w:sz w:val="28"/>
        </w:rPr>
        <w:t>在今后的教育教学工作中，我将立足实际，认真分析和研究好教材、大纲，研究好学生，争取学校领导、师生的支持，创造性地搞好教学，使我们的工作有所开拓，有所进取，更加严格要求自己，努力工作，发扬优点，改正缺点，开拓前进，为美好的明天奉献自己的力量。我相信在今后的工作和学习中，经过磨练，我会改善自己的不足，越做越好，全面而不失风格。也坚信自己将在教师的道路上一路走下去，不怕辛苦，因为充实;不怕失败，因为热爱。</w:t>
      </w:r>
    </w:p>
    <w:p>
      <w:pPr>
        <w:spacing w:before="100" w:after="200" w:line="360" w:lineRule="auto"/>
        <w:ind w:firstLine="576"/>
        <w:jc w:val="left"/>
      </w:pPr>
      <w:r>
        <w:rPr>
          <w:rFonts w:ascii="宋体" w:eastAsia="宋体" w:hAnsi="宋体"/>
          <w:sz w:val="28"/>
        </w:rPr>
        <w:t>光阴似箭，转眼间我已从大学毕业到真正的教师行列整整一年了，在这一年中尝遍了作为一名班主任的酸甜苦辣。很庆幸在领导的关心和老师们的热心帮助下，在自己的不断反思与努力下，让我在工作上得到了实践锻炼，在思想认识上有了较大的提高，成功地实现了角色的转变。下面我将从以下几方面对一年来的工作做总结：</w:t>
      </w:r>
    </w:p>
    <w:p>
      <w:pPr>
        <w:spacing w:before="100" w:after="200" w:line="360" w:lineRule="auto"/>
        <w:jc w:val="left"/>
      </w:pPr>
      <w:r>
        <w:rPr>
          <w:rFonts w:ascii="宋体 (中文正文)" w:eastAsia="宋体" w:hAnsi="宋体 (中文正文)"/>
          <w:sz w:val="28"/>
        </w:rPr>
        <w:t>一、教学方面：</w:t>
      </w:r>
    </w:p>
    <w:p>
      <w:pPr>
        <w:spacing w:before="100" w:after="200" w:line="360" w:lineRule="auto"/>
        <w:ind w:firstLine="576"/>
        <w:jc w:val="left"/>
      </w:pPr>
      <w:r>
        <w:rPr>
          <w:rFonts w:ascii="宋体" w:eastAsia="宋体" w:hAnsi="宋体"/>
          <w:sz w:val="28"/>
        </w:rPr>
        <w:t>在开始的教学工作中，由于缺乏工作经验，在上课过程中还有些棘手，但是在领导、师傅、同事的热心帮助下一次比一次进步，投入教育工作将近一年，我的教学水平和管理技能都了较大的提升，师徒结对活动，让我有了一位好师傅，她在教育教学和班级管理上都给予我很大的帮助，在师父的指导下我有条不稳地开展工作，落实学校的各项任务。</w:t>
      </w:r>
    </w:p>
    <w:p>
      <w:pPr>
        <w:spacing w:before="100" w:after="200" w:line="360" w:lineRule="auto"/>
        <w:ind w:firstLine="576"/>
        <w:jc w:val="left"/>
        <w:sectPr w:rsidSect="00034616">
          <w:type w:val="nextPage"/>
          <w:pgSz w:w="11906" w:h="16838"/>
          <w:pgMar w:top="1440" w:right="1440" w:bottom="1440" w:left="1440" w:header="720" w:footer="720" w:gutter="0"/>
          <w:pgNumType w:start="10"/>
          <w:cols w:space="720"/>
          <w:titlePg w:val="0"/>
          <w:docGrid w:linePitch="360"/>
        </w:sectPr>
      </w:pPr>
      <w:r>
        <w:rPr>
          <w:rFonts w:ascii="宋体" w:eastAsia="宋体" w:hAnsi="宋体"/>
          <w:sz w:val="28"/>
        </w:rPr>
        <w:t>遇到工作上的不足和缺憾，师父开诚布公地指出，毫不吝惜地给予我教育管理方法，这使我在教学中找到了明确的指向标，在第二学期的视导课中得到了表扬与肯定。</w:t>
      </w:r>
    </w:p>
    <w:p>
      <w:pPr>
        <w:spacing w:before="100" w:after="200" w:line="360" w:lineRule="auto"/>
        <w:jc w:val="left"/>
      </w:pPr>
      <w:r>
        <w:rPr>
          <w:rFonts w:ascii="宋体 (中文正文)" w:eastAsia="宋体" w:hAnsi="宋体 (中文正文)"/>
          <w:sz w:val="28"/>
        </w:rPr>
        <w:t>二、班主任工作：</w:t>
      </w:r>
    </w:p>
    <w:p>
      <w:pPr>
        <w:spacing w:before="100" w:after="200" w:line="360" w:lineRule="auto"/>
        <w:ind w:firstLine="576"/>
        <w:jc w:val="left"/>
      </w:pPr>
      <w:r>
        <w:rPr>
          <w:rFonts w:ascii="宋体" w:eastAsia="宋体" w:hAnsi="宋体"/>
          <w:sz w:val="28"/>
        </w:rPr>
        <w:t>更多的是我和家长对孩子们的肯定与鼓励，渐渐地有家长陆续为孩子们准备各种学习用品，鼓励孩子们的进步，在这样的和谐的氛围中，这个小家庭每天充斥着满满的正能量。</w:t>
      </w:r>
    </w:p>
    <w:p>
      <w:pPr>
        <w:spacing w:before="100" w:after="200" w:line="360" w:lineRule="auto"/>
        <w:jc w:val="left"/>
      </w:pPr>
      <w:r>
        <w:rPr>
          <w:rFonts w:ascii="宋体 (中文正文)" w:eastAsia="宋体" w:hAnsi="宋体 (中文正文)"/>
          <w:sz w:val="28"/>
        </w:rPr>
        <w:t>三、学习思想方面：</w:t>
      </w:r>
    </w:p>
    <w:p>
      <w:pPr>
        <w:spacing w:before="100" w:after="200" w:line="360" w:lineRule="auto"/>
        <w:ind w:firstLine="576"/>
        <w:jc w:val="left"/>
      </w:pPr>
      <w:r>
        <w:rPr>
          <w:rFonts w:ascii="宋体" w:eastAsia="宋体" w:hAnsi="宋体"/>
          <w:sz w:val="28"/>
        </w:rPr>
        <w:t>在思想上，积极上进。参加各种学习培训，学习教育教学理论，提高自己的思想觉悟。去年暑假，参加国学教育、班主任大会两次培训。在新教师培训期间，坚持每周练一篇硬笔字，同时班里两位同学还获得了海淀区文化小大使硬笔书法二等奖。</w:t>
      </w:r>
    </w:p>
    <w:p>
      <w:pPr>
        <w:spacing w:before="100" w:after="200" w:line="360" w:lineRule="auto"/>
        <w:ind w:firstLine="576"/>
        <w:jc w:val="left"/>
      </w:pPr>
      <w:r>
        <w:rPr>
          <w:rFonts w:ascii="宋体" w:eastAsia="宋体" w:hAnsi="宋体"/>
          <w:sz w:val="28"/>
        </w:rPr>
        <w:t>言传身教、为人师表，以自己的人格、行为去感染学生，努力被家长学生所接受。在工作中，我积极、主动、勤恳、责任心较强，乐于接受并主动完成学校布置的各项工作，班级内外的展板按质按量按时完成，阅览室内外的展板也和石老师一起合作完成。</w:t>
      </w:r>
    </w:p>
    <w:p>
      <w:pPr>
        <w:spacing w:before="100" w:after="200" w:line="360" w:lineRule="auto"/>
        <w:ind w:firstLine="576"/>
        <w:jc w:val="left"/>
      </w:pPr>
      <w:r>
        <w:rPr>
          <w:rFonts w:ascii="宋体" w:eastAsia="宋体" w:hAnsi="宋体"/>
          <w:sz w:val="28"/>
        </w:rPr>
        <w:t>除此之外还写了秋游、静德书院、写字课、营养午餐、奥体活动等五篇学校新闻稿。我还注重文化学习，积极参加每次教研活动，在不断的学习中，努力使自己的思想觉悟、理论水平、教学能力都得到较快的提高。</w:t>
      </w:r>
    </w:p>
    <w:p>
      <w:pPr>
        <w:spacing w:before="100" w:after="200" w:line="360" w:lineRule="auto"/>
        <w:ind w:firstLine="576"/>
        <w:jc w:val="left"/>
      </w:pPr>
      <w:r>
        <w:rPr>
          <w:rFonts w:ascii="宋体" w:eastAsia="宋体" w:hAnsi="宋体"/>
          <w:sz w:val="28"/>
        </w:rPr>
        <w:t>时光匆匆，在忙碌与不断的收获中，在付出与不断的欣喜中走过了工作的第一年，感慨颇多。在一年的理论与教学实践相结合的锻炼中收获了很多，也深深的感受到了自己经验的匮乏和理论的不足，需要在接下来的工作中严格要求自己，做好本职工作的同时努力做更优秀的自己!</w:t>
      </w:r>
    </w:p>
    <w:p>
      <w:pPr>
        <w:spacing w:before="100" w:after="200" w:line="360" w:lineRule="auto"/>
        <w:ind w:firstLine="576"/>
        <w:jc w:val="left"/>
        <w:sectPr w:rsidSect="00034616">
          <w:type w:val="nextPage"/>
          <w:pgSz w:w="11906" w:h="16838"/>
          <w:pgMar w:top="1440" w:right="1440" w:bottom="1440" w:left="1440" w:header="720" w:footer="720" w:gutter="0"/>
          <w:pgNumType w:start="11"/>
          <w:cols w:space="720"/>
          <w:titlePg w:val="0"/>
          <w:docGrid w:linePitch="360"/>
        </w:sectPr>
      </w:pPr>
    </w:p>
    <w:p>
      <w:pPr>
        <w:spacing w:before="100" w:after="200" w:line="360" w:lineRule="auto"/>
        <w:ind w:firstLine="576"/>
        <w:jc w:val="left"/>
      </w:pPr>
      <w:r>
        <w:rPr>
          <w:rFonts w:ascii="宋体" w:eastAsia="宋体" w:hAnsi="宋体"/>
          <w:sz w:val="28"/>
        </w:rPr>
        <w:t>时光飞逝，转眼间我已到校一年时间。我于20x年7月到校参加工作，在校领导和同事们的关心支持下，尤其是在我的指导教师x老师的指导下我成功地实现了角色的转变，工作得到了实践锻炼，思想认识有了极大的提高。</w:t>
      </w:r>
    </w:p>
    <w:p>
      <w:pPr>
        <w:spacing w:before="100" w:after="200" w:line="360" w:lineRule="auto"/>
        <w:ind w:firstLine="576"/>
        <w:jc w:val="left"/>
      </w:pPr>
      <w:r>
        <w:rPr>
          <w:rFonts w:ascii="宋体" w:eastAsia="宋体" w:hAnsi="宋体"/>
          <w:sz w:val="28"/>
        </w:rPr>
        <w:t>感悟到了师德师风的重要，懂得了教师的责任，同时在学习能力、教学能力，以及专业水平都得到较明显的提升。以下对我参加工作一年来的情况汇报如下：</w:t>
      </w:r>
    </w:p>
    <w:p>
      <w:pPr>
        <w:spacing w:before="100" w:after="200" w:line="360" w:lineRule="auto"/>
        <w:jc w:val="left"/>
      </w:pPr>
      <w:r>
        <w:rPr>
          <w:rFonts w:ascii="宋体 (中文正文)" w:eastAsia="宋体" w:hAnsi="宋体 (中文正文)"/>
          <w:b/>
          <w:sz w:val="28"/>
        </w:rPr>
        <w:t>一、政治思想方面</w:t>
      </w:r>
    </w:p>
    <w:p>
      <w:pPr>
        <w:spacing w:before="100" w:after="200" w:line="360" w:lineRule="auto"/>
        <w:ind w:firstLine="576"/>
        <w:jc w:val="left"/>
      </w:pPr>
      <w:r>
        <w:rPr>
          <w:rFonts w:ascii="宋体" w:eastAsia="宋体" w:hAnsi="宋体"/>
          <w:sz w:val="28"/>
        </w:rPr>
        <w:t>作为一名教师，肩负着时代的重任和祖国的重托，我深切地认识到，提高政治思想觉悟，是开展好教育工作的基本前提。</w:t>
      </w:r>
    </w:p>
    <w:p>
      <w:pPr>
        <w:spacing w:before="100" w:after="200" w:line="360" w:lineRule="auto"/>
        <w:ind w:firstLine="576"/>
        <w:jc w:val="left"/>
      </w:pPr>
      <w:r>
        <w:rPr>
          <w:rFonts w:ascii="宋体" w:eastAsia="宋体" w:hAnsi="宋体"/>
          <w:sz w:val="28"/>
        </w:rPr>
        <w:t>我来到学校后迅速熟悉常规教学方式、方法，精心备课、上课、作业布置批改等常规工作进行了认真的实践，并在实践之中注意查缺补漏，遇到自己无法解决的教学问题就积极向同事们请教，努力做到课前准备好、课中讲解透彻、课后督促检查严。一年来，我在上学期担任了高一年级七学个班的历史教学工作，下学期由于分班调整，我担任了四个文科班的教学和两个理科班的教学任务。虽然任务相对较重，课时数量较大，但是我并没有降低对教学质量的要求，力争让每一堂课都生动有趣，学生能学有所获。</w:t>
      </w:r>
    </w:p>
    <w:p>
      <w:pPr>
        <w:spacing w:before="100" w:after="200" w:line="360" w:lineRule="auto"/>
        <w:ind w:firstLine="576"/>
        <w:jc w:val="left"/>
        <w:sectPr w:rsidSect="00034616">
          <w:type w:val="nextPage"/>
          <w:pgSz w:w="11906" w:h="16838"/>
          <w:pgMar w:top="1440" w:right="1440" w:bottom="1440" w:left="1440" w:header="720" w:footer="720" w:gutter="0"/>
          <w:pgNumType w:start="12"/>
          <w:cols w:space="720"/>
          <w:titlePg w:val="0"/>
          <w:docGrid w:linePitch="360"/>
        </w:sectPr>
      </w:pPr>
    </w:p>
    <w:p>
      <w:pPr>
        <w:spacing w:before="100" w:after="200" w:line="360" w:lineRule="auto"/>
        <w:ind w:firstLine="576"/>
        <w:jc w:val="left"/>
      </w:pPr>
      <w:r>
        <w:rPr>
          <w:rFonts w:ascii="宋体" w:eastAsia="宋体" w:hAnsi="宋体"/>
          <w:sz w:val="28"/>
        </w:rPr>
        <w:t>在课堂上力求贴近学生生活，限度地运用自己的所学知识，激发学生的学习兴趣，培养学生的实践能力。课后积极和同事们探讨教学中遇到的问题，努力寻找解决方法，使自己的教学能力得到不断的进步和提高。我认为教师要多读书多听课，要掌握教学设计、教学评价、说课和写好教学反思。同时，我还通过反思来加快自己成长，并能从自我评价、他人评价、学生评价中进行自我反思，不断总结、积累自己在教学过程中的所得、所思、所感，使自己不断的成长。同时，我所担任的几个班的教学工作都取得了一定的成绩，尤其是十三班在期末考试中对比半期考试有较大进步。</w:t>
      </w:r>
    </w:p>
    <w:p>
      <w:pPr>
        <w:spacing w:before="100" w:after="200" w:line="360" w:lineRule="auto"/>
        <w:jc w:val="left"/>
      </w:pPr>
      <w:r>
        <w:rPr>
          <w:rFonts w:ascii="宋体 (中文正文)" w:eastAsia="宋体" w:hAnsi="宋体 (中文正文)"/>
          <w:b/>
          <w:sz w:val="28"/>
        </w:rPr>
        <w:t>三、个人素养方面</w:t>
      </w:r>
    </w:p>
    <w:p>
      <w:pPr>
        <w:spacing w:before="100" w:after="200" w:line="360" w:lineRule="auto"/>
        <w:ind w:firstLine="576"/>
        <w:jc w:val="left"/>
      </w:pPr>
      <w:r>
        <w:rPr>
          <w:rFonts w:ascii="宋体" w:eastAsia="宋体" w:hAnsi="宋体"/>
          <w:sz w:val="28"/>
        </w:rPr>
        <w:t>教书之余，我自觉学习与教育相关的知识，博览群书以拓宽自己的知识面，提高个人的文化知识素养。作为一名教师，肩负着时代的重任，我深切地认识到，提高政治思想觉悟，是开展好教育工作的基本前提。工作中，严格遵守学校各项规章制度，团结同事，及时完成学校布置的各项任务;新教师更要勤奋学习，自觉修养，脚踏实地，努力实现奋斗目标。</w:t>
      </w:r>
    </w:p>
    <w:p>
      <w:pPr>
        <w:spacing w:before="100" w:after="200" w:line="360" w:lineRule="auto"/>
        <w:jc w:val="left"/>
      </w:pPr>
      <w:r>
        <w:rPr>
          <w:rFonts w:ascii="宋体 (中文正文)" w:eastAsia="宋体" w:hAnsi="宋体 (中文正文)"/>
          <w:sz w:val="28"/>
        </w:rPr>
        <w:t>四、生活方面：</w:t>
      </w:r>
    </w:p>
    <w:p>
      <w:pPr>
        <w:spacing w:before="100" w:after="200" w:line="360" w:lineRule="auto"/>
        <w:ind w:firstLine="576"/>
        <w:jc w:val="left"/>
      </w:pPr>
      <w:r>
        <w:rPr>
          <w:rFonts w:ascii="宋体" w:eastAsia="宋体" w:hAnsi="宋体"/>
          <w:sz w:val="28"/>
        </w:rPr>
        <w:t>在生活上，以高标准严格要求自己，谨遵“正人先正己”的古训，时刻提醒自己，重视“为人师表”的职业形象，自己能做的事自己做，尽量不给学校添麻烦，努力保持正派的工作作风，与校领导和同事们和睦相处。热爱教育、热爱学校、热爱学生，为把自己培养成一名优秀的教师而不懈努力。</w:t>
      </w:r>
    </w:p>
    <w:p>
      <w:pPr>
        <w:spacing w:before="100" w:after="200" w:line="360" w:lineRule="auto"/>
        <w:ind w:firstLine="576"/>
        <w:jc w:val="left"/>
      </w:pPr>
      <w:r>
        <w:rPr>
          <w:rFonts w:ascii="宋体" w:eastAsia="宋体" w:hAnsi="宋体"/>
          <w:sz w:val="28"/>
        </w:rPr>
        <w:t>经过一年的学习实践和锻炼，我已能做好教育教学的相关工作，在思想、教学等各个方面都有较大的提升。在领导的关心及各位教师的帮助下，我会在以后的工作中更加的努力，争取早日成为一个优秀的教师，在此之际，我郑重地向上级领导提出转正申请，请领导给予批准为盼!</w:t>
      </w:r>
    </w:p>
    <w:p>
      <w:pPr>
        <w:spacing w:before="100" w:after="200" w:line="360" w:lineRule="auto"/>
        <w:ind w:firstLine="576"/>
        <w:jc w:val="left"/>
        <w:sectPr w:rsidSect="00034616">
          <w:type w:val="nextPage"/>
          <w:pgSz w:w="11906" w:h="16838"/>
          <w:pgMar w:top="1440" w:right="1440" w:bottom="1440" w:left="1440" w:header="720" w:footer="720" w:gutter="0"/>
          <w:pgNumType w:start="13"/>
          <w:cols w:space="720"/>
          <w:titlePg w:val="0"/>
          <w:docGrid w:linePitch="360"/>
        </w:sectPr>
      </w:pPr>
      <w:r>
        <w:rPr>
          <w:rFonts w:ascii="宋体" w:eastAsia="宋体" w:hAnsi="宋体"/>
          <w:sz w:val="28"/>
        </w:rPr>
        <w:t>时间过得真快，刚来时的情景还历历在目，转眼间试用期已经满了。在这一年里，我深深地感受到了来自校领导和老师们给予我的信任、关心、支持和帮助，同时我也在这个优秀的大家庭中慢慢成长了起来。为了更好地做好今后的工作、总结经验、吸取教训，本人将从德、能、勤、绩等方面做工作小结如下：</w:t>
      </w:r>
    </w:p>
    <w:p>
      <w:pPr>
        <w:spacing w:before="100" w:after="200" w:line="360" w:lineRule="auto"/>
        <w:jc w:val="left"/>
      </w:pPr>
      <w:r>
        <w:rPr>
          <w:rFonts w:ascii="宋体 (中文正文)" w:eastAsia="宋体" w:hAnsi="宋体 (中文正文)"/>
          <w:b/>
          <w:sz w:val="28"/>
        </w:rPr>
        <w:t>一、政治思想方面</w:t>
      </w:r>
    </w:p>
    <w:p>
      <w:pPr>
        <w:spacing w:before="100" w:after="200" w:line="360" w:lineRule="auto"/>
        <w:ind w:firstLine="576"/>
        <w:jc w:val="left"/>
      </w:pPr>
      <w:r>
        <w:rPr>
          <w:rFonts w:ascii="宋体" w:eastAsia="宋体" w:hAnsi="宋体"/>
          <w:sz w:val="28"/>
        </w:rPr>
        <w:t>本人积极参加政治学习，关心国家大事，拥护党的各项教育方针政策，忠诚于党的教育事业，将教书育人视为自己的使命和毕生追求。我在各方面都从严从高要求自己，工作上，兢兢业业，踏实进取，认真负责地完成各项任务，自觉遵守职业道德，时时做到教书育人、言传身教、为人师表，以自己的人格、行为去感染学生，在学生中树立了良好的教师形象。同时向同事虚心求教，共同钻研业务，互相学习，共同进步。闲暇之余，认真学习新的教育理论，及时更新教育理念。积极参加培训，不断地给自己充电，认真学习仔细体会新形势下时代对教师的要求。三年来在校领导的关心下，我的思想觉悟提高到了更高的层次，能力也得到了很大的锻炼。</w:t>
      </w:r>
    </w:p>
    <w:p>
      <w:pPr>
        <w:spacing w:before="100" w:after="200" w:line="360" w:lineRule="auto"/>
        <w:jc w:val="left"/>
      </w:pPr>
      <w:r>
        <w:rPr>
          <w:rFonts w:ascii="宋体 (中文正文)" w:eastAsia="宋体" w:hAnsi="宋体 (中文正文)"/>
          <w:b/>
          <w:sz w:val="28"/>
        </w:rPr>
        <w:t>二、教育教学方面</w:t>
      </w:r>
    </w:p>
    <w:p>
      <w:pPr>
        <w:spacing w:before="100" w:after="200" w:line="360" w:lineRule="auto"/>
        <w:ind w:firstLine="576"/>
        <w:jc w:val="left"/>
      </w:pPr>
      <w:r>
        <w:rPr>
          <w:rFonts w:ascii="宋体" w:eastAsia="宋体" w:hAnsi="宋体"/>
          <w:sz w:val="28"/>
        </w:rPr>
        <w:t>在教学方面，敬业爱岗，严谨治教。为了有效地提高教育教学能力和教学质量，我首先从自己做起，改变观念，努力改进课堂教学，做了以下几点：</w:t>
      </w:r>
    </w:p>
    <w:p>
      <w:pPr>
        <w:spacing w:before="100" w:after="200" w:line="360" w:lineRule="auto"/>
        <w:ind w:firstLine="576"/>
        <w:jc w:val="left"/>
      </w:pPr>
      <w:r>
        <w:rPr>
          <w:rFonts w:ascii="宋体" w:eastAsia="宋体" w:hAnsi="宋体"/>
          <w:sz w:val="28"/>
        </w:rPr>
        <w:t>1、一丝不苟抓实抓好英语教学各个环节，我特别是在备、辅、考三个环节上下功夫。备，备课程标准，备教材，备学生、备重难点、备教学方法，向备课教研要质量，努力做到在备课中知识结构由浅入深，选材内容贴近生活;辅，辅优生、辅差生，重点辅“边缘”学生。考，不超纲，不离本，考题灵活，开发思维，迅速反馈，及时补漏。</w:t>
      </w:r>
    </w:p>
    <w:p>
      <w:pPr>
        <w:spacing w:before="100" w:after="200" w:line="360" w:lineRule="auto"/>
        <w:ind w:firstLine="576"/>
        <w:jc w:val="left"/>
        <w:sectPr w:rsidSect="00034616">
          <w:type w:val="nextPage"/>
          <w:pgSz w:w="11906" w:h="16838"/>
          <w:pgMar w:top="1440" w:right="1440" w:bottom="1440" w:left="1440" w:header="720" w:footer="720" w:gutter="0"/>
          <w:pgNumType w:start="14"/>
          <w:cols w:space="720"/>
          <w:titlePg w:val="0"/>
          <w:docGrid w:linePitch="360"/>
        </w:sectPr>
      </w:pPr>
    </w:p>
    <w:p>
      <w:pPr>
        <w:spacing w:before="100" w:after="200" w:line="360" w:lineRule="auto"/>
        <w:ind w:firstLine="576"/>
        <w:jc w:val="left"/>
      </w:pPr>
      <w:r>
        <w:rPr>
          <w:rFonts w:ascii="宋体" w:eastAsia="宋体" w:hAnsi="宋体"/>
          <w:sz w:val="28"/>
        </w:rPr>
        <w:t>2、注重教法，不断探求英语教学规律，大胆尝试新的教学方法，开展了情趣英语教学方法，求异思维教学法，交际教学法等一系列英语教学方法，激发学生兴趣，让英语教学“活”起来。在英语课堂上，我组织课前几分钟开展听说训练，运用做游戏、唱英语歌、表演等方式诱发学生的学习兴趣，课堂教学中运用实物教具，幻灯片，创设情景，设置悬念等教学手段启发学生，活跃气氛，收到了良好的教学效果。英语教学活动化，活动交际化，丰富了英语知识，提高了学生学习兴趣和听说能力，拓宽了学生视野。</w:t>
      </w:r>
    </w:p>
    <w:p>
      <w:pPr>
        <w:spacing w:before="100" w:after="200" w:line="360" w:lineRule="auto"/>
        <w:ind w:firstLine="576"/>
        <w:jc w:val="left"/>
      </w:pPr>
      <w:r>
        <w:rPr>
          <w:rFonts w:ascii="宋体" w:eastAsia="宋体" w:hAnsi="宋体"/>
          <w:sz w:val="28"/>
        </w:rPr>
        <w:t>3、注意培养学生良好的学习习惯，优化学习方法。个人认为，学生学习的不仅仅是知识，好的行为习惯和学习方法对学生的成长也是很有用处的。所以，课堂上，在教授学生科学文化知识的同时，也注重习惯和方法教学，并且引导、帮助学生总结学习方法、有意识地进行自我归纳与总结，让学生感觉到学习并不是一件困难的事情，减少畏难情绪，轻松学习。</w:t>
      </w:r>
    </w:p>
    <w:p>
      <w:pPr>
        <w:spacing w:before="100" w:after="200" w:line="360" w:lineRule="auto"/>
        <w:ind w:firstLine="576"/>
        <w:jc w:val="left"/>
      </w:pPr>
      <w:r>
        <w:rPr>
          <w:rFonts w:ascii="宋体" w:eastAsia="宋体" w:hAnsi="宋体"/>
          <w:sz w:val="28"/>
        </w:rPr>
        <w:t>4、积极向他人学习，提高自己的教学能力。刚参加工作，为了上好每一节课，仅仅靠看参考书是远远不够的，手边的参考书、网络、名师、身边亲切的同事，甚至是新教师，他们都有自己对教学的独特见解，都可以为我所用。因此，我经常虚心向他们请教交流，慢慢地，我也形成了我自己的课堂教学风格。从他人身上学得的东西已然成了我教育生涯中一笔宝贵的财富。</w:t>
      </w:r>
    </w:p>
    <w:p>
      <w:pPr>
        <w:spacing w:before="100" w:after="200" w:line="360" w:lineRule="auto"/>
        <w:ind w:firstLine="576"/>
        <w:jc w:val="left"/>
      </w:pPr>
      <w:r>
        <w:rPr>
          <w:rFonts w:ascii="宋体" w:eastAsia="宋体" w:hAnsi="宋体"/>
          <w:sz w:val="28"/>
        </w:rPr>
        <w:t>5、做好后进生转化工作。作为教师，应该明白学生都有优缺点，对优生的优点是显而易见的，对后进生则易于发现其缺点，尤其是在学习上后进的学生。他们往往得不到老师的肯定，而后进生转化成功与否，直接影响着全班学生的整体成绩。所以，我一直注重从以下几方面抓好后进生转化工作：</w:t>
      </w:r>
    </w:p>
    <w:p>
      <w:pPr>
        <w:spacing w:before="100" w:after="200" w:line="360" w:lineRule="auto"/>
        <w:ind w:firstLine="576"/>
        <w:jc w:val="left"/>
        <w:sectPr w:rsidSect="00034616">
          <w:type w:val="nextPage"/>
          <w:pgSz w:w="11906" w:h="16838"/>
          <w:pgMar w:top="1440" w:right="1440" w:bottom="1440" w:left="1440" w:header="720" w:footer="720" w:gutter="0"/>
          <w:pgNumType w:start="15"/>
          <w:cols w:space="720"/>
          <w:titlePg w:val="0"/>
          <w:docGrid w:linePitch="360"/>
        </w:sectPr>
      </w:pPr>
      <w:r>
        <w:rPr>
          <w:rFonts w:ascii="宋体" w:eastAsia="宋体" w:hAnsi="宋体"/>
          <w:sz w:val="28"/>
        </w:rPr>
        <w:t>①、用发展的观点看学生，使他们相信，他们的今天一定比昨天好，即使不然，也应使他们相信明天会比今天好。</w:t>
      </w:r>
    </w:p>
    <w:p>
      <w:pPr>
        <w:spacing w:before="100" w:after="200" w:line="360" w:lineRule="auto"/>
        <w:ind w:firstLine="576"/>
        <w:jc w:val="left"/>
      </w:pPr>
      <w:r>
        <w:rPr>
          <w:rFonts w:ascii="宋体" w:eastAsia="宋体" w:hAnsi="宋体"/>
          <w:sz w:val="28"/>
        </w:rPr>
        <w:t>②、因势利导，化消极因素为积极因素。首先帮助后进生找到优、缺点，以发扬其优点，克服其缺点。其次以平常心对待：后进生也是学生，厌恶、责骂只能适得其反，我们应该使他们享有同其它学生同等的平等和民主，我们也应该在他们进步时给与肯定。</w:t>
      </w:r>
    </w:p>
    <w:p>
      <w:pPr>
        <w:spacing w:before="100" w:after="200" w:line="360" w:lineRule="auto"/>
        <w:ind w:firstLine="576"/>
        <w:jc w:val="left"/>
      </w:pPr>
      <w:r>
        <w:rPr>
          <w:rFonts w:ascii="宋体" w:eastAsia="宋体" w:hAnsi="宋体"/>
          <w:sz w:val="28"/>
        </w:rPr>
        <w:t>③、真正做到晓之以理，动之以情。首先做到真诚，即教师不应有丝毫虚伪与欺哄，一旦学生发现“有假”，那么教师所做的一切都会被看作是在“演戏”。其次做到“接受”，即能感受后进生在学习过程中的各种心理表现和看法，如对学习的畏惧、犹豫、满足、冷漠，错误的想法和指责等，信任他们，鼓励他们自由讨论。最后做到理解学生，即通过学生的眼睛看事物。</w:t>
      </w:r>
    </w:p>
    <w:p>
      <w:pPr>
        <w:spacing w:before="100" w:after="200" w:line="360" w:lineRule="auto"/>
        <w:jc w:val="left"/>
      </w:pPr>
      <w:r>
        <w:rPr>
          <w:rFonts w:ascii="宋体 (中文正文)" w:eastAsia="宋体" w:hAnsi="宋体 (中文正文)"/>
          <w:b/>
          <w:sz w:val="28"/>
        </w:rPr>
        <w:t>三、工作考勤方面</w:t>
      </w:r>
    </w:p>
    <w:p>
      <w:pPr>
        <w:spacing w:before="100" w:after="200" w:line="360" w:lineRule="auto"/>
        <w:ind w:firstLine="576"/>
        <w:jc w:val="left"/>
      </w:pPr>
      <w:r>
        <w:rPr>
          <w:rFonts w:ascii="宋体" w:eastAsia="宋体" w:hAnsi="宋体"/>
          <w:sz w:val="28"/>
        </w:rPr>
        <w:t>本人严格遵守学校的各项规章制度，遵守学校的作息时间，不迟到、不早退、不旷工，有事主动请假。在工作中，尊敬领导、团结同事，能正确处理好与领导同事之间的关系。平时，勤俭节约、任劳任怨、对人真诚、热爱学生、人际关系和谐融洽，处处以一名人民教师的要求来规范自己的言行，毫不松懈地培养自己的综合素质和能力。</w:t>
      </w:r>
    </w:p>
    <w:p>
      <w:pPr>
        <w:spacing w:before="100" w:after="200" w:line="360" w:lineRule="auto"/>
        <w:jc w:val="left"/>
      </w:pPr>
      <w:r>
        <w:rPr>
          <w:rFonts w:ascii="宋体 (中文正文)" w:eastAsia="宋体" w:hAnsi="宋体 (中文正文)"/>
          <w:b/>
          <w:sz w:val="28"/>
        </w:rPr>
        <w:t>四、工作业绩方面</w:t>
      </w:r>
    </w:p>
    <w:p>
      <w:pPr>
        <w:spacing w:before="100" w:after="200" w:line="360" w:lineRule="auto"/>
        <w:ind w:firstLine="576"/>
        <w:jc w:val="left"/>
        <w:sectPr w:rsidSect="00034616">
          <w:type w:val="nextPage"/>
          <w:pgSz w:w="11906" w:h="16838"/>
          <w:pgMar w:top="1440" w:right="1440" w:bottom="1440" w:left="1440" w:header="720" w:footer="720" w:gutter="0"/>
          <w:pgNumType w:start="16"/>
          <w:cols w:space="720"/>
          <w:titlePg w:val="0"/>
          <w:docGrid w:linePitch="360"/>
        </w:sectPr>
      </w:pPr>
      <w:r>
        <w:rPr>
          <w:rFonts w:ascii="宋体" w:eastAsia="宋体" w:hAnsi="宋体"/>
          <w:sz w:val="28"/>
        </w:rPr>
        <w:t>在教学成绩方面，随着新课程对教师业务能力要求的提高，刚参加工作的我，在各位同事的帮助下，努力提高自己的教学水平，积极听优秀老师的课，找到自己的差距和不足，不断学习改正，后来我所教的班级的成绩也有了显著提高，我所教的英语成了学生喜欢的课程，我也成了受学生欢迎的老师。一路走来虽然艰辛，但也获得了些许收获。教学成绩得到了学校领导和其他老师的一致认可。</w:t>
      </w:r>
    </w:p>
    <w:p>
      <w:pPr>
        <w:spacing w:before="100" w:after="200" w:line="360" w:lineRule="auto"/>
        <w:ind w:firstLine="576"/>
        <w:jc w:val="left"/>
      </w:pPr>
      <w:r>
        <w:rPr>
          <w:rFonts w:ascii="宋体" w:eastAsia="宋体" w:hAnsi="宋体"/>
          <w:sz w:val="28"/>
        </w:rPr>
        <w:t>当然，作为一名青年教师，我在工作中还存在种种有待完善之处，俗话说：“金无足赤，人无完人”。在今后的工作中，我会多学习、多动手、多思考、多总结、多反思，以期更大的提高，争取成为一名优秀的人民教师，为教育事业添砖加瓦!</w:t>
      </w:r>
    </w:p>
    <w:p>
      <w:pPr>
        <w:spacing w:before="100" w:after="200" w:line="360" w:lineRule="auto"/>
        <w:ind w:firstLine="576"/>
        <w:jc w:val="left"/>
      </w:pPr>
      <w:r>
        <w:rPr>
          <w:rFonts w:ascii="宋体" w:eastAsia="宋体" w:hAnsi="宋体"/>
          <w:sz w:val="28"/>
        </w:rPr>
        <w:t>来到这里三个多月了.学到了我以前没学到的很多东西，我感谢老师，感谢园里的领导，对我工作的信任与支持.</w:t>
      </w:r>
    </w:p>
    <w:p>
      <w:pPr>
        <w:spacing w:before="100" w:after="200" w:line="360" w:lineRule="auto"/>
        <w:ind w:firstLine="576"/>
        <w:jc w:val="left"/>
      </w:pPr>
      <w:r>
        <w:rPr>
          <w:rFonts w:ascii="宋体" w:eastAsia="宋体" w:hAnsi="宋体"/>
          <w:sz w:val="28"/>
        </w:rPr>
        <w:t>刚来的时候我什么也不董，每天就像一个傻子，那时我就会问怎么做，然后去做，我特别想做好一天的工作，可是总得问别人，心里特别不好意思，突然想起妈妈的话：没有苦衷苦，那有甜中甜，所以我认真听每位老师所说的话，用心去记，体会中间的意思.自己应该怎样做，怎样做的更好.</w:t>
      </w:r>
    </w:p>
    <w:p>
      <w:pPr>
        <w:spacing w:before="100" w:after="200" w:line="360" w:lineRule="auto"/>
        <w:ind w:firstLine="576"/>
        <w:jc w:val="left"/>
      </w:pPr>
      <w:r>
        <w:rPr>
          <w:rFonts w:ascii="宋体" w:eastAsia="宋体" w:hAnsi="宋体"/>
          <w:sz w:val="28"/>
        </w:rPr>
        <w:t>晚上回到宿舍，就会想我这一天所做的，所听到的，从新在大脑中过一遍，也好加深一下印象，然后想一下第二天的工作.</w:t>
      </w:r>
    </w:p>
    <w:p>
      <w:pPr>
        <w:spacing w:before="100" w:after="200" w:line="360" w:lineRule="auto"/>
        <w:ind w:firstLine="576"/>
        <w:jc w:val="left"/>
      </w:pPr>
      <w:r>
        <w:rPr>
          <w:rFonts w:ascii="宋体" w:eastAsia="宋体" w:hAnsi="宋体"/>
          <w:sz w:val="28"/>
        </w:rPr>
        <w:t>孩子的名字我一个也叫不上来，别说听话了，在我做事情时老是取笑我，.日子久了，他们这些小家伙儿越来越可爱了，我也变得喜欢他们了，就是我特别生气的时候看到他们也会笑起来.气也会马上打消的，我是越来越喜欢我的工作了.</w:t>
      </w:r>
    </w:p>
    <w:p>
      <w:pPr>
        <w:spacing w:before="100" w:after="200" w:line="360" w:lineRule="auto"/>
        <w:ind w:firstLine="576"/>
        <w:jc w:val="left"/>
      </w:pPr>
      <w:r>
        <w:rPr>
          <w:rFonts w:ascii="宋体" w:eastAsia="宋体" w:hAnsi="宋体"/>
          <w:sz w:val="28"/>
        </w:rPr>
        <w:t>我是保育老师，不但要把每天的卫生工作做好，还要看护好每一个孩子，保护他们的安全是我的职责.每天做卫生以外还可以学到了很多.</w:t>
      </w:r>
    </w:p>
    <w:p>
      <w:pPr>
        <w:spacing w:before="100" w:after="200" w:line="360" w:lineRule="auto"/>
        <w:ind w:firstLine="576"/>
        <w:jc w:val="left"/>
      </w:pPr>
      <w:r>
        <w:rPr>
          <w:rFonts w:ascii="宋体" w:eastAsia="宋体" w:hAnsi="宋体"/>
          <w:sz w:val="28"/>
        </w:rPr>
        <w:t>例如，怎样设计板报，怎样与孩子，怎样才能做到保教结合把孩子教育的更好;我在美术手工方面也有了更大的进步，在这方面的功劳都是班长给予的鼓励与支持，我很感谢.在英语方面也有很大进步原来没见过的没听到过的，甚至于忘记的又从新复习了一遍.</w:t>
      </w: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https://d.book118.com/365100011244011123</w:t>
        </w:r>
      </w:hyperlink>
    </w:p>
    <w:p>
      <w:pPr>
        <w:spacing w:before="100" w:after="200" w:line="360" w:lineRule="auto"/>
        <w:ind w:firstLine="576"/>
        <w:jc w:val="left"/>
      </w:pPr>
    </w:p>
    <w:sectPr w:rsidSect="00034616">
      <w:type w:val="nextPage"/>
      <w:pgSz w:w="11906" w:h="16838"/>
      <w:pgMar w:top="1440" w:right="1440" w:bottom="1440" w:left="1440" w:header="720" w:footer="720" w:gutter="0"/>
      <w:pgNumType w:start="17"/>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365100011244011123"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