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爱岗奉献演讲稿（18篇）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爱岗奉献演讲稿（通用18篇）</w:t>
      </w:r>
      <w:r>
        <w:rPr>
          <w:lang w:eastAsia="zh-CN"/>
        </w:rPr>
        <w:br/>
      </w:r>
      <w:r>
        <w:rPr>
          <w:lang w:eastAsia="zh-CN"/>
        </w:rPr>
        <w:t xml:space="preserve">    爱岗奉献演讲稿 篇1 </w:t>
      </w:r>
      <w:r>
        <w:rPr>
          <w:lang w:eastAsia="zh-CN"/>
        </w:rPr>
        <w:br/>
      </w:r>
      <w:r>
        <w:rPr>
          <w:lang w:eastAsia="zh-CN"/>
        </w:rPr>
        <w:t>　　又是一年春草绿，不经意间，我们已跨入了二十一世纪崭新的春天，俗话说，一年之际在于春。春天，会带给我们每个人希望，在这样一个孕育着希望的季节，我们在这里举行了以服务为主题的演讲赛，站在这里，我确实有太多的话想对您们说。记得著名作家魏巍曾经在书中写过这样一句话：在我们的时代里，任何平凡的工作，都具有不平凡的意义，任何平凡的劳动，都可以创造出不平凡的奇迹。翻开共和国的功勋册，我们读到的是一个个熟悉的名字：雷锋、王进东、李素丽，他们没有豪言壮语，没有丰功伟绩，有的只是平凡之中折射出的一种对工作极端负责、爱岗敬业，在平凡的工作岗位无私奉献的精神。</w:t>
      </w:r>
      <w:r>
        <w:rPr>
          <w:lang w:eastAsia="zh-CN"/>
        </w:rPr>
        <w:br/>
      </w:r>
      <w:r>
        <w:rPr>
          <w:lang w:eastAsia="zh-CN"/>
        </w:rPr>
        <w:t>　　这里，没有惊天动地的壮举，也没有辉煌的业绩，只有一批为移动通信事业兢兢业业、默默奉献的移动人。这就是今天我要给大家讲述的发生在我们周围平凡而感人的故事。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大家都知道，营业科负责全市手机用户的入网、改名、过户、缴费、业务咨询、新业务推广等工作，每天平均能办理业务件。她们当中，位是孩子的妈妈。在家里，她们是好妻子、好母亲、好儿媳，在单位，她们是顶梁柱。在移动通信市场竞争日趋激烈的今天，她们把为用户提供满意服务视为自己的天职，没人去计较工作中的付出。多少个日日夜夜，多少年风风雨雨，他们忘记了什么是病假、事假，仅20__年全科共义务献工天。</w:t>
      </w:r>
      <w:r>
        <w:rPr>
          <w:lang w:eastAsia="zh-CN"/>
        </w:rPr>
        <w:br/>
      </w:r>
      <w:r>
        <w:rPr>
          <w:lang w:eastAsia="zh-CN"/>
        </w:rPr>
        <w:t>　　人们都说，火车跑得快，全靠车头带。作为科长的...，每天都早早地来到单位。两年来，她几乎未在家休过一个完整的双休日，为了工作，她付出了许多。还是在去年5月份一个星期天，正值神州行卡火爆上市的时候，第一批卡刚一上市就被抢购一空。为了抢占市场，急需到省公司取卡。当时，...爱人正好值班，孩子无人照看。没办法，她只好带着孩子上路了。由于路上巅簸，孩子晕车吐得很厉害，走到半路，孩子实在受不了。这样走走停停，到省公司恐怕时间来不及。为了不耽误取卡，她只好把孩子寄放在路边的饭店里。等到省公司取完卡心急如焚地赶回到饭店时，看见孩子因陌生害怕，孤零零地一个人倦驱在大厅角落的沙发里。望着孩子惊恐、无助而看到妈妈出现喜悦的眼神，她的心里即疼爱又愧疚，真的不是滋味。由于平时工作忙，她给孩子、丈夫的确太少了。</w:t>
      </w:r>
      <w:r>
        <w:rPr>
          <w:lang w:eastAsia="zh-CN"/>
        </w:rPr>
        <w:br/>
      </w:r>
      <w:r>
        <w:rPr>
          <w:lang w:eastAsia="zh-CN"/>
        </w:rPr>
        <w:t>　　营业员..，在窗口一干就是八年。她八年如一日，始终以真诚的笑脸、亲切的话语、娴熟的业务为用户服务。在她的台席前，总是围满了办理业务的、手机功能咨询的、业务咨询的用户，而她总是不厌其烦地对待每一位用户。一天下来，嗓子哑了是经常事。与她闲谈中，她说：我既然选择了这个岗位，就要干好。她总是要求自己把工作做得更完美，而对家人，却留下了几许遗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去年6月11日，是她父亲66大寿。早在几个月前，她就答应到时一定赶回去为父亲祝寿。因为父亲现已孤身一人，作为长女的她理应为父亲66大寿张罗一番。可那些天，正赶上业务繁忙，上级又来检查。她几次想请假却没有说出口。等下班赶回到家时，父亲没说什么。她完全懂得父亲的感受，在五个子女当中，他把这唯一的女儿视为掌上明珠，为了她的成长，老人家付出了许多心血。爸爸给予她的太多，本来今生就难以回报，可在爸爸渴望她的时候她却不能如愿以偿，望着父亲花白的头发、慈祥的面容，..再也无法抑制住自己的泪水。</w:t>
      </w:r>
      <w:r>
        <w:rPr>
          <w:lang w:eastAsia="zh-CN"/>
        </w:rPr>
        <w:br/>
      </w:r>
      <w:r>
        <w:rPr>
          <w:lang w:eastAsia="zh-CN"/>
        </w:rPr>
        <w:t>　　还有许多感人的事例，在每名营业员身上都曾经发生过，她们当中，有为了不耽误工作而始终带病上班的，有为了用户办理业务而忘记了回家给孩子送奶的年青妈妈，有为了业务宣传而放弃假日回家探望远在异乡的父母的，有多少个夜晚，孩子在床前盼母归，母亲在灯下等女儿，丈夫在门前张望迟归的妻子。</w:t>
      </w:r>
      <w:r>
        <w:rPr>
          <w:lang w:eastAsia="zh-CN"/>
        </w:rPr>
        <w:br/>
      </w:r>
      <w:r>
        <w:rPr>
          <w:lang w:eastAsia="zh-CN"/>
        </w:rPr>
        <w:t>　　朋友们，谁不关心自己的父母?谁不疼爱自己的孩子?难道她们没有亲情?难道他们不懂得感情?不!是他们把爱无私地奉献给了他们所忠爱的事业，爱岗敬业、热情服务是他们无悔的选择!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俗话说的好天道酬勤，荣誉也总是偏爱那些勤奋工作的人，1999年营业科被授予省、市级青年文明号，20__年被授予国家级青年文明号集体。在接受采访中，她们都说：其实我们也没有做什么，我们只知道，要对得起自己岗位，也许有一天，我们退休了，离开了这个为之奋斗过的岗位时，回首往事，我们会自豪地说：我曾经为移动通信事业做过点滴贡献，我们也就无怨悔了。</w:t>
      </w:r>
      <w:r>
        <w:rPr>
          <w:lang w:eastAsia="zh-CN"/>
        </w:rPr>
        <w:br/>
      </w:r>
      <w:r>
        <w:rPr>
          <w:lang w:eastAsia="zh-CN"/>
        </w:rPr>
        <w:t>　　多么平凡、朴实的话语。</w:t>
      </w:r>
      <w:r>
        <w:rPr>
          <w:lang w:eastAsia="zh-CN"/>
        </w:rPr>
        <w:br/>
      </w:r>
      <w:r>
        <w:rPr>
          <w:lang w:eastAsia="zh-CN"/>
        </w:rPr>
        <w:t>　　这一件件小事深深震撼了我。使我在工作中也更加脚踏实地、认认真真地做好每一件事。作为一名政工干部，我也曾为起草一个方案、一次报告、一份总结、一篇文章而彻夜难眠，也曾为策划一场竞赛、一次联欢、一次宣传报道、一张报纸而倾注心血和汗水。有时也因别人所说的搞政工只不过抄抄写写，没有什么实质性的东西而伤感。但当看到企业的形象被社会认同时，当看到我们撰写的反映公司成长进步的宣传报道发表时，当看到因文体活动开展的有声有色，员工们开心的一笑时，当看到我们为员工解决困难，家属感激的目光时，我体会到作为一名政工干部的价值，我更无悔自己的选择!我也会同在岗位上默默为移动公司的兴旺而奉献的员工一样，要让岗位因我而精彩!</w:t>
      </w:r>
      <w:r>
        <w:rPr>
          <w:lang w:eastAsia="zh-CN"/>
        </w:rPr>
        <w:br/>
      </w:r>
      <w:r>
        <w:rPr>
          <w:lang w:eastAsia="zh-CN"/>
        </w:rPr>
        <w:t>　　春华秋实，耕种收获，演绎的原本是大自然悄无声息的历程;海纳百川，巨浪滔天，也只是水滴与水滴的相撞与涌动。朋友们，作为移动公司的一员，面对着移动通信市场的激烈竞争，面对着WTO步伐的日益临近，让我们永远遵循着创用户满意服务这一宗旨，乘长风破万里浪，直撑风帆于平凡的岗位中，少一份懈怠，多一份勤奋;少一份奢华，多一份追求;少一份索取，多一份奉献，用我们的真挚、热情，迎接移动通信姹紫嫣红的春天!</w:t>
      </w:r>
      <w:r>
        <w:rPr>
          <w:lang w:eastAsia="zh-CN"/>
        </w:rPr>
        <w:br/>
      </w:r>
      <w:r>
        <w:rPr>
          <w:lang w:eastAsia="zh-CN"/>
        </w:rPr>
        <w:t xml:space="preserve">    爱岗奉献演讲稿 篇2 </w:t>
      </w:r>
      <w:r>
        <w:rPr>
          <w:lang w:eastAsia="zh-CN"/>
        </w:rPr>
        <w:br/>
      </w:r>
      <w:r>
        <w:rPr>
          <w:lang w:eastAsia="zh-CN"/>
        </w:rPr>
        <w:t>　　尊敬的领导、同事、护士、姐妹们：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大家好!</w:t>
      </w:r>
      <w:r>
        <w:rPr>
          <w:lang w:eastAsia="zh-CN"/>
        </w:rPr>
        <w:br/>
      </w:r>
      <w:r>
        <w:rPr>
          <w:lang w:eastAsia="zh-CN"/>
        </w:rPr>
        <w:t>　　今天，我演讲的主题是：让奉献撑起生命的蓝天。</w:t>
      </w:r>
      <w:r>
        <w:rPr>
          <w:lang w:eastAsia="zh-CN"/>
        </w:rPr>
        <w:br/>
      </w:r>
      <w:r>
        <w:rPr>
          <w:lang w:eastAsia="zh-CN"/>
        </w:rPr>
        <w:t>　　我以生命发誓：我将把我的一生献给全人类的健康。阳光下，夜莺站在他面前，穿着白大褂，戴着燕尾帽，一张温柔的脸，热切的眼睛，庄严的誓言!场面催人奋进，激动人心的场面历历在目，经常出现在我眼前。</w:t>
      </w:r>
      <w:r>
        <w:rPr>
          <w:lang w:eastAsia="zh-CN"/>
        </w:rPr>
        <w:br/>
      </w:r>
      <w:r>
        <w:rPr>
          <w:lang w:eastAsia="zh-CN"/>
        </w:rPr>
        <w:t>　　大家都说奶妈是白衣天使，轻如蝴蝶，温柔如羽毛，洁白如云!转瞬间，昔日少女的梦想终于定格成夜莺美丽的白色形象。没有豪言壮语，没有波澜壮阔的惊人之举，只有默默无闻的工作，在平凡的岗位上用汗水和心血创造了一个又一个人生奇迹!只是因为我们是夜莺的后代，所以才秉承着夜莺的执着。当奉献成为我们生活的主旋律时，我们付出的不仅仅是我们所拥有的知识，我们所拥有的技术，更是我们的真情和爱!</w:t>
      </w:r>
      <w:r>
        <w:rPr>
          <w:lang w:eastAsia="zh-CN"/>
        </w:rPr>
        <w:br/>
      </w:r>
      <w:r>
        <w:rPr>
          <w:lang w:eastAsia="zh-CN"/>
        </w:rPr>
        <w:t>　　护理工作繁琐、繁琐、辛苦、繁重。我们不仅是护士，更是守护生命的战士。在这个没有硝烟的战场上，单纯和平凡的演绎是无数的精彩，这是这些平凡人承受了多少生命的重托!面对生活的挣扎，对无奈的憧憬，对康复的期待，我们用温柔的话语，纯洁的心灵，高尚的情操去抚慰病友的心灵，帮助他们穿越心灵的沼泽。无论是非典、冰雪、地震，我们需要的地方都会很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们经常扮演家庭成员和陪同的角色。洗澡、洗头、翻身、剪指甲、换衣服换裤子、治尿尿等。患者说我们比亲人好!此时此刻，我们提供的不仅仅是护理知识和护理技术，更是一颗善良慈爱的心!我记得至今触动我的事。是我们病房的气管切开病人。为了保证病人呼吸道通畅，我们每天都要为她吸很多次痰。那天我照例先帮她把气管里的分泌物吸上来，然后给她换床单。因为她突然变换姿势，呛到咳嗽，气管插管里的分泌物喷到我的头和脸上，浓烈的腥味让我恶心。我没管那么多，就怕病人噎着。我马上把病人侧卧位，拍拍她的背，直到确定她的痰排出，我继续给她整理。看到那个不会说话的病人很紧张，我可以从她的眼神里读出她的愧疚。“没关系，我们只需要再换一次被子，”我笑着说。当她拔出气管导管时，她看到我的第一件事就是：‘谢谢你，你的笑容真美!那一刻，我心里感到一种强烈的震撼。</w:t>
      </w:r>
      <w:r>
        <w:rPr>
          <w:lang w:eastAsia="zh-CN"/>
        </w:rPr>
        <w:br/>
      </w:r>
      <w:r>
        <w:rPr>
          <w:lang w:eastAsia="zh-CN"/>
        </w:rPr>
        <w:t>　　微笑就像一缕清风，可以吹散患者心中的惆怅和不安，让我们与患者架起沟通的桥梁。</w:t>
      </w:r>
      <w:r>
        <w:rPr>
          <w:lang w:eastAsia="zh-CN"/>
        </w:rPr>
        <w:br/>
      </w:r>
      <w:r>
        <w:rPr>
          <w:lang w:eastAsia="zh-CN"/>
        </w:rPr>
        <w:t>　　在国家大力推动优质服务发展的今天，如何才能做得更好?说实话，病人也很满意。我记得病人长期化疗的时候，因为血管很细，穿刺很困难，化疗药物的特殊性让我不允许自己穿刺失败。我仔细找了一下，五分钟过去了，我选了一个比较确定的血管，一针见血，穿刺成功。我长长地舒了一口气，病人的脸上露出了满意的笑容。之后他去给病人输液的时候，总是说：‘看到你来，我就很放心了。这里的护士水平都很高!听到这样的赞美，我谦虚地笑了。其实这是我们在护理工作中的职责。我只是加了耐心和关心。然而，正是这些耐心和关怀给患者带来了安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平凡是真的。护理五年，我学到了很多，也成熟了很多，对自己的人生方向更有把握了。我热爱护理工作，希望打造一条服务优质、笑容甜美的健康走廊。责任胜于能力，态度决定成败。姐妹们，让我们用平凡的奉献撑起人生的蓝天!</w:t>
      </w:r>
      <w:r>
        <w:rPr>
          <w:lang w:eastAsia="zh-CN"/>
        </w:rPr>
        <w:br/>
      </w:r>
      <w:r>
        <w:rPr>
          <w:lang w:eastAsia="zh-CN"/>
        </w:rPr>
        <w:t>　　我的演讲结束了，谢谢!</w:t>
      </w:r>
      <w:r>
        <w:rPr>
          <w:lang w:eastAsia="zh-CN"/>
        </w:rPr>
        <w:br/>
      </w:r>
      <w:r>
        <w:rPr>
          <w:lang w:eastAsia="zh-CN"/>
        </w:rPr>
        <w:t xml:space="preserve">    爱岗奉献演讲稿 篇3 </w:t>
      </w:r>
      <w:r>
        <w:rPr>
          <w:lang w:eastAsia="zh-CN"/>
        </w:rPr>
        <w:br/>
      </w:r>
      <w:r>
        <w:rPr>
          <w:lang w:eastAsia="zh-CN"/>
        </w:rPr>
        <w:t>　　各位领导同志：</w:t>
      </w:r>
      <w:r>
        <w:rPr>
          <w:lang w:eastAsia="zh-CN"/>
        </w:rPr>
        <w:br/>
      </w:r>
      <w:r>
        <w:rPr>
          <w:lang w:eastAsia="zh-CN"/>
        </w:rPr>
        <w:t>　　大家好!</w:t>
      </w:r>
      <w:r>
        <w:rPr>
          <w:lang w:eastAsia="zh-CN"/>
        </w:rPr>
        <w:br/>
      </w:r>
      <w:r>
        <w:rPr>
          <w:lang w:eastAsia="zh-CN"/>
        </w:rPr>
        <w:t>　　我今天演讲的题目是《平凡的岗位，倾心的奉献》。</w:t>
      </w:r>
      <w:r>
        <w:rPr>
          <w:lang w:eastAsia="zh-CN"/>
        </w:rPr>
        <w:br/>
      </w:r>
      <w:r>
        <w:rPr>
          <w:lang w:eastAsia="zh-CN"/>
        </w:rPr>
        <w:t>　　任何一个普通的岗位，都是展示各种才华的舞台。在自己的岗位上尽职尽责，努力工作，是一种奉献，是一种真诚自愿的贡献，是一种愉快的收获;它是一种纯洁高尚的精神，也是一种自我升华的境界。总务部食堂是后勤工作的重中之重。做好食堂就餐工作，服务公司全体员工，保证公司正常运转，是工作的出发点和归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食堂工作辛苦。不要说每天都有成堆的餐具要洗;不要说每天都有乱七八糟的桌子要收拾;更别说放假的时候，别人都已经休息好了，食堂工作人员还坚守岗位。食堂原来的标准是175人/餐，但目前实际就餐人数在450人/餐左右，超过250%!食堂虽然超负荷，但依然保持正常运转。秘诀是什么?再回头看，公司遭遇史上最强台风，码头移位，设施设备严重受损。公司领导看在眼里，很着急。在紧急会议上，各部门应部署骨干人员通宵值班巡逻，确保强风造成的损失最小化。为了给值班人员增加晚餐，厨师要求留下三名服务人员，其他人正常下班。然而，很久没有人离开了。“我留下来，你在家有个孩子要照顾。”“不，我会留下来。你明天早上要4点起床，不能背。”。吵完了，大厨只好认命了。当他们遇到困难时，首先想到的是别人，努力的是自己。这一幕是中远船务“团结、合作、无私奉献”的企业文化精神的生动体现!</w:t>
      </w:r>
      <w:r>
        <w:rPr>
          <w:lang w:eastAsia="zh-CN"/>
        </w:rPr>
        <w:br/>
      </w:r>
      <w:r>
        <w:rPr>
          <w:lang w:eastAsia="zh-CN"/>
        </w:rPr>
        <w:t>　　食堂工作未知。餐厅地板亮如镜时，人们有没有想过食堂的同事在里面付出了多少;当员工手捧热气腾腾、美味可口的饭菜时，为什么人们会想到手术室里同事们的劳动身影?食堂服务人员就像蜡烛。当人们看到耀眼的烛光时，他们往往忽略了燃烧自己身体的蜡烛。每当我们看到员工吃着美味的食物，脸上露出满意的微笑，我们都会感到无比的欣慰和满足。虽然我们的工作默默无闻，但是值得!</w:t>
      </w:r>
      <w:r>
        <w:rPr>
          <w:lang w:eastAsia="zh-CN"/>
        </w:rPr>
        <w:br/>
      </w:r>
      <w:r>
        <w:rPr>
          <w:lang w:eastAsia="zh-CN"/>
        </w:rPr>
        <w:t>　　在食堂工作是光荣的。荣耀的根源在于我们始终为公司全体员工服务。我们所做的一切都直接或间接地为公司的发展做出了贡献。我们为此感到无限荣耀。正是因为这份荣耀，我们才努力工作，忘我工作;正是因为这种荣耀，我们的同事们才不顾疾病坚持工作。</w:t>
      </w:r>
      <w:r>
        <w:rPr>
          <w:lang w:eastAsia="zh-CN"/>
        </w:rPr>
        <w:br/>
      </w:r>
      <w:r>
        <w:rPr>
          <w:lang w:eastAsia="zh-CN"/>
        </w:rPr>
        <w:t>　　我们不能驰骋沙场，轰轰烈烈;但是我们可以坚守岗位，努力工作。草虽小，可铺成大草原。平凡的岗位，让我们全心全意投入，才能走向不平凡!</w:t>
      </w:r>
      <w:r>
        <w:rPr>
          <w:lang w:eastAsia="zh-CN"/>
        </w:rPr>
        <w:br/>
      </w:r>
      <w:r>
        <w:rPr>
          <w:lang w:eastAsia="zh-CN"/>
        </w:rPr>
        <w:t>　　谢谢大家!</w:t>
      </w:r>
      <w:r>
        <w:rPr>
          <w:lang w:eastAsia="zh-CN"/>
        </w:rPr>
        <w:br/>
      </w:r>
      <w:r>
        <w:rPr>
          <w:lang w:eastAsia="zh-CN"/>
        </w:rPr>
        <w:t xml:space="preserve">    爱岗奉献演讲稿 篇4 </w:t>
      </w:r>
      <w:r>
        <w:rPr>
          <w:lang w:eastAsia="zh-CN"/>
        </w:rPr>
        <w:br/>
      </w:r>
      <w:r>
        <w:rPr>
          <w:lang w:eastAsia="zh-CN"/>
        </w:rPr>
        <w:t>　　尊敬的各位领导：</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五颜六色的花朵在节拍上衬托出活泼的“五月”。生机勃勃的春天充满了广阔的土地。窗外的鸟儿不停地鸣叫，花草随风摇摆，香气四溢。穿着白大褂的天使们是橱窗里随处可见的忙碌的身影。他们穿梭在每个病房观察病情，全力关注病人，拯救生命垂危的病人。这样一来，</w:t>
      </w:r>
      <w:r>
        <w:rPr>
          <w:lang w:eastAsia="zh-CN"/>
        </w:rPr>
        <w:br/>
      </w:r>
      <w:r>
        <w:rPr>
          <w:lang w:eastAsia="zh-CN"/>
        </w:rPr>
        <w:t>　　小时候身体不好，总是去医院。对孩子们来说，医院是个可怕的地方，因为那里有可怕的针和难闻的药味。然而我却爱上了那里的天使，以至于高考后毫不在意的选择了护士专业。当我打针时，他们会给我温和的安慰，或者和我讲故事或聊天来分散我的注意力。我坚信他们是电视里说的仙女姐妹。我喜欢看护士们穿着白衣服挂着灿烂温暖的笑容。我认为它们是伟大而神圣的衣服。在学校，我的老师曾经说过。只要你穿上这件衣服，你就选择付出。在护理岗位上的每一天每一秒，我都感慨万千：爱与被爱，奉献与快乐，是我生命中最多彩的乐章，每一个音符都带着我的热血撞击着我澎湃的胸膛。</w:t>
      </w:r>
      <w:r>
        <w:rPr>
          <w:lang w:eastAsia="zh-CN"/>
        </w:rPr>
        <w:br/>
      </w:r>
      <w:r>
        <w:rPr>
          <w:lang w:eastAsia="zh-CN"/>
        </w:rPr>
        <w:t>　　记得刚进医院的第一天，我拿着书走在去护理室的路上。当我感觉自己的梦想终于实现的时候，只听到一堆仓促的声音：“快点，快点，三个房间，12号房间，右心衰竭。”我一开始愣住了，然后迅速扔掉书，推起救援车。我在心里一遍又一遍的念着《稳住》。来的护士迅速接过抢救车，立即为老人建立了静脉通路。我看着他们忙碌着，拯救垂死的生命，履行他们的职责，履行南丁格尔的诺言。突然觉得这一切都似曾相识，心里却有种无力感，因为我只是天使里的菜鸟。我需要学习更多，经历更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我们这个职业有一个很美的名字，白衣天使，虽然只有四个字，但是给了我们最高的赞誉。医院里充满了疾病和死亡。我们将以最高的专业素质和一颗奉献生命的心来履行我们的承诺。即使我会很忙，即使我整天闻着药水的味道，即使我要承受更多的压力，我相信我会坚持我的梦想，每天都被感动，学会感恩，为我一生的努力而骄傲。当我选择这个职业时，我这辈子不会后悔。</w:t>
      </w:r>
      <w:r>
        <w:rPr>
          <w:lang w:eastAsia="zh-CN"/>
        </w:rPr>
        <w:br/>
      </w:r>
      <w:r>
        <w:rPr>
          <w:lang w:eastAsia="zh-CN"/>
        </w:rPr>
        <w:t xml:space="preserve">    爱岗奉献演讲稿 篇5 </w:t>
      </w:r>
      <w:r>
        <w:rPr>
          <w:lang w:eastAsia="zh-CN"/>
        </w:rPr>
        <w:br/>
      </w:r>
      <w:r>
        <w:rPr>
          <w:lang w:eastAsia="zh-CN"/>
        </w:rPr>
        <w:t>　　尊敬的各位领导，为孩子奉献全部的老师们：</w:t>
      </w:r>
      <w:r>
        <w:rPr>
          <w:lang w:eastAsia="zh-CN"/>
        </w:rPr>
        <w:br/>
      </w:r>
      <w:r>
        <w:rPr>
          <w:lang w:eastAsia="zh-CN"/>
        </w:rPr>
        <w:t>　　大家上午好!</w:t>
      </w:r>
      <w:r>
        <w:rPr>
          <w:lang w:eastAsia="zh-CN"/>
        </w:rPr>
        <w:br/>
      </w:r>
      <w:r>
        <w:rPr>
          <w:lang w:eastAsia="zh-CN"/>
        </w:rPr>
        <w:t>　　今天我演讲的题目是《用职责与奉献捍卫荣誉》。</w:t>
      </w:r>
      <w:r>
        <w:rPr>
          <w:lang w:eastAsia="zh-CN"/>
        </w:rPr>
        <w:br/>
      </w:r>
      <w:r>
        <w:rPr>
          <w:lang w:eastAsia="zh-CN"/>
        </w:rPr>
        <w:t>　　幼儿教师，一个值得骄傲和自豪的名字;幼儿教师，一个青春涌动和激情四射的名字;幼儿教师，一个拼搏奉献无私忘我的名字;幼儿教师，一个我们共同的名字!这个名字不仅仅仅是个代号，更是一种荣誉，就像士兵用鲜血捍卫军人的荣誉一样，我------一名来自_幼儿园的普通教师，要用职责与奉献捍卫市幼的荣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记得_年刚考进_幼儿园，我在回老家的路上碰到了以前的同事，他友好的问我此刻在哪上班，我怕别人嫌弃我教的是小孩儿，不好意思地说：“_幼儿园。”他一听，激动地说：“那个幼儿园好呀!在_是数得着的好幼儿园，听说上你们园前一天晚上都得排队报名。”听到这儿，我的心忽然明亮起来。只知道_幼在市里很出名，没想到在一个乡镇上还有人知道，我顿时感到无比自豪。是啊，幼儿园此刻能有这么高的荣誉与好评，是几代_幼人共同发奋奋斗的结果。作为新人我只有珍惜这来之不易的工作，与老教师一齐用职责与奉献捍卫这份荣誉!</w:t>
      </w:r>
      <w:r>
        <w:rPr>
          <w:lang w:eastAsia="zh-CN"/>
        </w:rPr>
        <w:br/>
      </w:r>
      <w:r>
        <w:rPr>
          <w:lang w:eastAsia="zh-CN"/>
        </w:rPr>
        <w:t>　　在刚来市幼的日子里，我能深深体会到来自领导与普通教职员工的那份职责心。每个人都默默工作在自己的岗位上，尽职尽责，爱岗敬业，团结互助。我也默默记下了每次和孩子交流都蹲下来的_老师;记下了_老师亲切的称呼每个孩子为宝贝;记下了_老师在孩子不剩饭时摸着孩子的头说：“真棒”;记下了_老师一进教室那发自内心的微笑。这些爱的细节靠什么支撑?除了对工作的热爱，还有对幼教事业那强烈的职责心!</w:t>
      </w:r>
      <w:r>
        <w:rPr>
          <w:lang w:eastAsia="zh-CN"/>
        </w:rPr>
        <w:br/>
      </w:r>
      <w:r>
        <w:rPr>
          <w:lang w:eastAsia="zh-CN"/>
        </w:rPr>
        <w:t>　　说到“职责”，我想到另外一个词“奉献”。每一天清晨是你早早的来园，只为陪伴那些个别早来的幼儿;在教学活动中，是你严格按照教学要求，用科学的方法把知识和技能传授给孩子;每一天午休时，是你巡回检查孩子的被子是否盖好并及时纠正不良睡姿;放学后，是你还在和个别家长交流直到天黑。无数个你组成了市幼这个大家庭，每个家庭成员的奉献纯洁无暇，朴实无华，这种奉献是不能用时刻和金钱来衡量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这职责和奉献并存的环境里，我也逐渐的成为一名深受孩子喜爱和家长认可的幼儿教师。我们班有个女孩子，她睡觉轻，在大寝室午睡不适应，睡不着就不停的解小便。这在_、_、_的合班寝室里是出了名的，但是小女孩爱面子，大家议论得多了心理受到了影响，每一天躺在床上翻来覆去睡不着，想解也不敢开口了。发现这个小秘密后，每一天我值班都仔细观察，当她又不停的看老师时，我就悄悄地告诉她：“宝贝，想去就去吧!”这样既满足了她的需求，又维护了她的自尊心。此刻午休时她能安静下来，小便次数也明显减少了，有时还能美美的睡上一会儿呢!</w:t>
      </w:r>
      <w:r>
        <w:rPr>
          <w:lang w:eastAsia="zh-CN"/>
        </w:rPr>
        <w:br/>
      </w:r>
      <w:r>
        <w:rPr>
          <w:lang w:eastAsia="zh-CN"/>
        </w:rPr>
        <w:t>　　朋友们，你是否和我一样为孩子的进步感到欣喜?是的，当你在赞叹大树枝繁叶茂时，你是否注意到根的存在?当你在赞美鲜花美丽盛开时，你是否知道阳光和雨露的奉献?让我们做根、做阳光、做雨露，用自己的行动去书写那骄傲自豪的名字吧!让我们用职责和奉献去捍卫_幼辉煌的荣誉吧!</w:t>
      </w:r>
      <w:r>
        <w:rPr>
          <w:lang w:eastAsia="zh-CN"/>
        </w:rPr>
        <w:br/>
      </w:r>
      <w:r>
        <w:rPr>
          <w:lang w:eastAsia="zh-CN"/>
        </w:rPr>
        <w:t>　　谢谢!</w:t>
      </w:r>
      <w:r>
        <w:rPr>
          <w:lang w:eastAsia="zh-CN"/>
        </w:rPr>
        <w:br/>
      </w:r>
      <w:r>
        <w:rPr>
          <w:lang w:eastAsia="zh-CN"/>
        </w:rPr>
        <w:t xml:space="preserve">    爱岗奉献演讲稿 篇6 </w:t>
      </w:r>
      <w:r>
        <w:rPr>
          <w:lang w:eastAsia="zh-CN"/>
        </w:rPr>
        <w:br/>
      </w:r>
      <w:r>
        <w:rPr>
          <w:lang w:eastAsia="zh-CN"/>
        </w:rPr>
        <w:t>　　朋友们：</w:t>
      </w:r>
      <w:r>
        <w:rPr>
          <w:lang w:eastAsia="zh-CN"/>
        </w:rPr>
        <w:br/>
      </w:r>
      <w:r>
        <w:rPr>
          <w:lang w:eastAsia="zh-CN"/>
        </w:rPr>
        <w:t>　　我演讲的内容是我与我的小学教师之间一段普普通通的故事，一段平平凡凡的感情。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八岁那年，我肩挎小书包，从家庭走向了学校。提起家，人们都神魂颠倒般留恋，彻心彻骨地向往;家是游子心灵的港湾，是人们温柔馨香的梦。然而，我的家庭却是一个畸形的家庭，贫困的重压不说，我的父母天生不和。在家里，我排行老大，整天除上学之外，就是钻在没完没了的家务堆中，责任田里，再不就是看管我的两个年幼的弟弟。什么儿童的欢乐呀，憧憬呀，一概与我无缘。听着墙外边孩子们嘻笑盈天的欢叫声，我只有努力想象才能得到些许的欢愉。在家中，我埋头干活，失落，孤僻，寡言少语。在父母无休无止的吵骂中，在便饭般的打架之中，我战战兢兢，度日如年，一直到我走出家门到外地上学。</w:t>
      </w:r>
      <w:r>
        <w:rPr>
          <w:lang w:eastAsia="zh-CN"/>
        </w:rPr>
        <w:br/>
      </w:r>
      <w:r>
        <w:rPr>
          <w:lang w:eastAsia="zh-CN"/>
        </w:rPr>
        <w:t>　　在这一段时间里，我全部的思维、灵感、生存能力、思想行为，都得益于我小学的班主任老师，没有她，我根本不可能健康地生存，不可能考上大学走出家门，当然也就更没有我的现在。我的班主任老师是一个姑娘，刚从师范学校毕业。记得我上学那年夏天，她穿一件黄色的连衣裙，乌黑的秀发上翩然飘飞着一只美丽的蝴蝶结。上学的第一天，当我的父亲亲手为我交付了他抠搜了半天的一元钱学费，把我交到老师的面前时，她睁大了漂亮的大眼睛，吃力地点点头，诚恳地只说了一句话：“请放心吧。”</w:t>
      </w:r>
      <w:r>
        <w:rPr>
          <w:lang w:eastAsia="zh-CN"/>
        </w:rPr>
        <w:br/>
      </w:r>
      <w:r>
        <w:rPr>
          <w:lang w:eastAsia="zh-CN"/>
        </w:rPr>
        <w:t>　　老师说话的声音真好听，柔柔的，细细的，一如风摆银铃;老师走路的姿势真好看，好像花儿摇曳在微风中。不知怎么的，从我上学的第一天起，我幼小的心灵深处，便涌起一股对老师深深的、刻骨铭心的依恋之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我永远难以忘记，那天，春风和熙，杨柳轻扬。老师带着我们如同一列出笼的小鸟，欢叫着飞向那春天的原野。依依杨柳树下，老师让我们盘腿坐成一圈，一个接着一个唱歌。提起唱歌，强烈的自卑感压得我低下了头。我寂静的心湖如猛然间狂风大作，汹涌翻腾起来。望着同学们一个个甜甜地唱着歌，落寞、自卑如乌云一样顿时涌上我心灵的晴空。长期以来所受的压抑，长期以来落在我幼小心灵上的重负，恐怕在座的朋友们谁也体会不到。当老师清脆的嗓音点到我的名字时，我满脸通红，呆呆地坐在地上，一时竟不知如何是好，耳朵里充斥着同学们恶意的哄笑，我真想把脑袋扎进我的破袄中。猛然间，我瞥见了老师那双明亮清澈的眼睛。我清楚地感觉到，老师眸子中满含期望，满含母性对子女的温情。我颤颤巍巍地站了起来，浑身瑟缩着唱了一首《我们的校园是花园》朋友们，我会唱歌了!在老师柔柔的目光包绕之中，我第一次放开了喉咙，这对我自卑的心灵将是一场多么大的革命。我忘情地唱着，唱着我对未来的美好期盼与憧憬。父母啊!你们何时才能言归于好?我家庭的生活节奏啊!何时才能跟上歌声这美好的节拍?大家很难体会到我当时的心情，我幼小的心灵，当时竟会有那么多的感受。第一次，我发现我会唱歌，并且唱得非常好;第一次，在老师慈爱的目光包绕下，我站了起来，冲破懦怯，冲破孤独，我昂首站到了同学们的中间自从那次以后，我便感觉到，一踏进校门，心中顿有一种欢欣愉悦之感。亲爱的老师啊，你是我心中的天使;校园啊，你是我心灵的寄托，是我生命的维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农村的小学，班主任老师什么都干。记得那一天，我们上体育课学习跳高。我眼睁睁地看着同学们一个个跳过了那根我也认为并不高的横杆，身子却畏畏缩缩，脚一个劲地朝后移。当老师问我为什么不跳时，我满脸通红，嘴里挤出三个字：“我不敢。”老师蹲下身来，用手摸着我的头说：“要知道，你已经上三年级了，已经不小了，连这个小杆都不敢跨越，那将来你还怎么生活呢?来，老师架杆，跳!大胆些!”看着老师那认真的表情，望着老师那期盼的眼睛，我“奋不顾身”，大吼一声，牛犊子一样“噌”地跨了过去。老师啊，你说得对，如许小杆尚不得过，今后如何生存?直到今天，一碰到麻烦，我就时常想起我的老师，想起那双眼睛，然后精力充沛信心百倍地投入到每一件事情当中。家庭战争仍在持续，父母仍然沉浸在那毫无意义的马拉松式的争吵之中。那天，父母摔锅砸碗，竭尽肆虐之能事，大肆“拼杀”一番后，双双离开了家。学校离我家很近，猛然间，我听到了学校那老牛唤仔一般的上课钟声。无奈，我只好抱起睡梦中的小弟，冲进了课堂。四十多双眼睛齐刷刷地射向了我。当我的老师问我为什么抱着孩子来上课时，我的眼泪扑簌簌地流了下来。我能说什么呢?父母啊，由于你们的浅薄与无聊，使得子女幼小的心灵一次次地在流血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聪明的教师扑闪了几下大眼睛，她终于看出了苗头。从此，上课来的时候，她总要端个盆子，里边放一两件脏衣服，以到我家洗衣服的名义，经常帮助我们家。在我的家中，老师洗过碗，涮过锅，洗过我父母的脏衣服，缝补过我的小破袄，帮我的奶奶洗过澡，教过我刚懂事的弟弟认过字日复一日，年复一年，一丝一缕，依然历历在目，使我刻骨铭心，永世难忘。记得那是一个冬日，北风呼啸着。受母之命，我摇摇摆摆地要把一桶水入比我还要高的水缸里。可是我年龄尚小，力气不足，扑通一声摔倒在地，刺骨的冰水溅了我满脸满鞋。正当我在寒风中瑟瑟发抖、干瞪两眼不知所措时，我的老师悄悄地出现在我的家门口。我叫了一声“老师”，便哭喊着冲进她的怀抱。我只记得老师解开衣襟，拥我入怀，眼泪嘀嘀嗒嗒落在我的脸上，嘴里喃喃着：“这么小的孩子，怎么就孩子还小啊，怎么能”我在老师的怀里酣畅地哭着，嚎着。我感觉到，老师的怀里又香又暖和，在老师的怀里，谁知道竟有这么好呢?长了这么大，我才第一次感受到母亲般的温暖!当时我的老师，她才二十二岁，还没有结婚，更没有孩子，可她却早早地、毫不吝惜地把母爱给了我&amp;&amp;一个与她毫无血缘关系的学生。往事如烟，一切都过去了。当时我的老师对我的家庭给予了许多帮助。在她无微不至的关怀下，在她的谆谆教导下，我刻苦学习，克服重重困难，一步步走了过来。如今，我已大学毕业，分配在远离家乡的地方工作。尊敬的老师啊，我的再生之母，不知你现在的处境如何?每每静夜独坐，当浓浓的思师之情涌上心头时，我便一遍又一遍地看着老师的照片。我痛恨生不逢时，我想，如果我能与老师年龄相当的话，我一定要娶了她，好好地爱她，待她。我知道，这决非学生对老师的亵渎与无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那年春节，我坐单位公车回家拜年，无意中碰上了我的老师。坐在车中，老远我就看见她推着破自行车在乡间的雪地上踽踽独行，心中顿时涌起一股复杂的感情。恩师啊，多少年来，你忍受着教师的孤独与寂寞，呕心沥血，披肝沥胆，用粉笔勾画出了你坚毅的人格。当时我叫司机赶上她，我一步跳下车来，“扑通”一声跪倒在地，口中说：“教师，学生给您拜年了!”唐突的举动倒把老师吓了个趔趄。当她受宠若惊般地慌忙扶起我，仔细打量自己衣冠楚楚的学生时，笑容使她那清瘦而多皱的脸堆成了傲霜的菊花。那笑容，那眼神，依然是那么慈祥，那么富有神韵。尊敬的老师啊，你已经老了，老了，眼角皱纹叠起，原来乌黑的头发如今已过早地两鬓泛白。我揪心地看着老师那饱经沧桑的脸，泪水禁不住簌簌直流。当我问及老师现在干什么时，她笑笑说：“跟你们不能比了，还在当我的孩子王!”我定定地望着老师，无言以对。恩师呀，啥也不要说了，你的话真令你的学生赧颜，我工作一辈子也抵不上你耕耘的点点滴滴呀!</w:t>
      </w:r>
      <w:r>
        <w:rPr>
          <w:lang w:eastAsia="zh-CN"/>
        </w:rPr>
        <w:br/>
      </w:r>
      <w:r>
        <w:rPr>
          <w:lang w:eastAsia="zh-CN"/>
        </w:rPr>
        <w:t>　　是我的小学老师，在那令人窒息的环境下挽救了我，挽救了一颗幼小的灵魂，再造了一种健康的人格。是我的小学老师，呕心沥血，披肝沥胆，培养了一批批优秀人才，把我培养成了一名积极上进的青年。</w:t>
      </w:r>
      <w:r>
        <w:rPr>
          <w:lang w:eastAsia="zh-CN"/>
        </w:rPr>
        <w:br/>
      </w:r>
      <w:r>
        <w:rPr>
          <w:lang w:eastAsia="zh-CN"/>
        </w:rPr>
        <w:t>　　是我的小学老师，拨开我心头的重重迷雾，使我具备了做人最起码的素质。</w:t>
      </w:r>
      <w:r>
        <w:rPr>
          <w:lang w:eastAsia="zh-CN"/>
        </w:rPr>
        <w:br/>
      </w:r>
      <w:r>
        <w:rPr>
          <w:lang w:eastAsia="zh-CN"/>
        </w:rPr>
        <w:t>　　是我的小学老师，像路灯一样照亮了我前进的路程，更加坚定了我的工作信心&amp;&amp;在三尺讲台阅历春秋!</w:t>
      </w:r>
      <w:r>
        <w:rPr>
          <w:lang w:eastAsia="zh-CN"/>
        </w:rPr>
        <w:br/>
      </w:r>
      <w:r>
        <w:rPr>
          <w:lang w:eastAsia="zh-CN"/>
        </w:rPr>
        <w:t>　　谢谢大家!</w:t>
      </w:r>
      <w:r>
        <w:rPr>
          <w:lang w:eastAsia="zh-CN"/>
        </w:rPr>
        <w:br/>
      </w:r>
      <w:r>
        <w:rPr>
          <w:lang w:eastAsia="zh-CN"/>
        </w:rPr>
        <w:t xml:space="preserve">    爱岗奉献演讲稿 篇7 </w:t>
      </w:r>
      <w:r>
        <w:rPr>
          <w:lang w:eastAsia="zh-CN"/>
        </w:rPr>
        <w:br/>
      </w:r>
      <w:r>
        <w:rPr>
          <w:lang w:eastAsia="zh-CN"/>
        </w:rPr>
        <w:t>　　时间一天天过去了，又过了一年。一起工作的同事换了一次又一次，只有我依然固守那片土地，大山的朴实与坚定影响了我，我的思想也渐渐成熟了。面对的环境也熟悉了，工作也顺心了。我曾记得一句俗话说：是海轮应乘风破浪于大海，是小舟就应游弋于小溪。但是，无论是海轮还是小舟都有他生活的地方，既来之则安之。是的，驰骋于山外的世界，固然有太多的诱惑，但山中也自有他的乐趣，他的价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谁不想拥有优越的生活条件，谁不想在工作条件好的地方工作。也许，有人认为我傻，都什么年代了，甚至可能有人还会说，你这样图个啥，值得吗？如果你这样问我，我会毫不犹豫地说：值，我出生于大山，知道大山里孩子最需要的是什么，那就是知识、文化。我的老师们已经在这里奋斗一辈子，现在该轮到我了，无论条件多么的艰苦，我都应该雄起。这也正是我价值的一种体现。</w:t>
      </w:r>
      <w:r>
        <w:rPr>
          <w:lang w:eastAsia="zh-CN"/>
        </w:rPr>
        <w:br/>
      </w:r>
      <w:r>
        <w:rPr>
          <w:lang w:eastAsia="zh-CN"/>
        </w:rPr>
        <w:t>　　我想，我还年轻，我的生活才刚开始，生命中没有坎坷，没有困难，人生就太平淡，失去了乐趣。</w:t>
      </w:r>
      <w:r>
        <w:rPr>
          <w:lang w:eastAsia="zh-CN"/>
        </w:rPr>
        <w:br/>
      </w:r>
      <w:r>
        <w:rPr>
          <w:lang w:eastAsia="zh-CN"/>
        </w:rPr>
        <w:t>　　回顾这三年来，我有很多感触，要感谢马龙村委历年来的关怀，感谢教辅导站及学校领导对我工作上的指导和帮助，感谢政府领导在百忙中多次到校视查指导，让我感受到马龙不是被遗忘的角落。</w:t>
      </w:r>
      <w:r>
        <w:rPr>
          <w:lang w:eastAsia="zh-CN"/>
        </w:rPr>
        <w:br/>
      </w:r>
      <w:r>
        <w:rPr>
          <w:lang w:eastAsia="zh-CN"/>
        </w:rPr>
        <w:t>　　虽然我不能代表广大奋战在一线的山区教师，但我还是要说出我的心里话：我们虽然在艰苦的条件下工作，但我们没有妄自非薄自己的学校，我们正在尽自己最大的努力为山村的教育奉献自己的青春！</w:t>
      </w:r>
      <w:r>
        <w:rPr>
          <w:lang w:eastAsia="zh-CN"/>
        </w:rPr>
        <w:br/>
      </w:r>
      <w:r>
        <w:rPr>
          <w:lang w:eastAsia="zh-CN"/>
        </w:rPr>
        <w:t>　　谢谢大家！</w:t>
      </w:r>
      <w:r>
        <w:rPr>
          <w:lang w:eastAsia="zh-CN"/>
        </w:rPr>
        <w:br/>
      </w:r>
      <w:r>
        <w:rPr>
          <w:lang w:eastAsia="zh-CN"/>
        </w:rPr>
        <w:t xml:space="preserve">    爱岗奉献演讲稿 篇8 </w:t>
      </w:r>
      <w:r>
        <w:rPr>
          <w:lang w:eastAsia="zh-CN"/>
        </w:rPr>
        <w:br/>
      </w:r>
      <w:r>
        <w:rPr>
          <w:lang w:eastAsia="zh-CN"/>
        </w:rPr>
        <w:t>　　尊敬的领导，亲爱的同事们：</w:t>
      </w:r>
      <w:r>
        <w:rPr>
          <w:lang w:eastAsia="zh-CN"/>
        </w:rPr>
        <w:br/>
      </w:r>
      <w:r>
        <w:rPr>
          <w:lang w:eastAsia="zh-CN"/>
        </w:rPr>
        <w:t>　　大家好!</w:t>
      </w:r>
      <w:r>
        <w:rPr>
          <w:lang w:eastAsia="zh-CN"/>
        </w:rPr>
        <w:br/>
      </w:r>
      <w:r>
        <w:rPr>
          <w:lang w:eastAsia="zh-CN"/>
        </w:rPr>
        <w:t>　　时光荏苒，回想起20__年那个夏日，我被____公司接纳的那一天激动之情溢于言表。因为我终于成为了一名__人，能够去实现建设祖国大好河山的梦想，去完成伟大诗人“安得广厦千万间，大庇天下寒士俱欢颜”博爱情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很幸运被派遣到分公司的__项目部实习。在领导无微不至的关怀下，在师傅科学合理的指导下，在前辈热情大方的帮助下，我很快适应了项目生活。专业技能的培训、实际工程的演练让我很快从一个青涩大学生蜕变成一名合格的预算员。项目上举行的拔河比赛、__一日游、庆五。四羽毛球比赛等集体活动让我感受到项目大家庭的温馨。工作将近一年的时间，经历的点点滴滴都将成为我人生中宝贵的财富。</w:t>
      </w:r>
      <w:r>
        <w:rPr>
          <w:lang w:eastAsia="zh-CN"/>
        </w:rPr>
        <w:br/>
      </w:r>
      <w:r>
        <w:rPr>
          <w:lang w:eastAsia="zh-CN"/>
        </w:rPr>
        <w:t>　　没有阳光的温暖，万物就无法生长;没有雨露的滋润，禾苗就不会茁壮;没有企业环境的熏陶，就没有我们展现的舞台，我们每个人在为企业奉献青春和智慧的同时，企业也在为我们提供发展和表现的平台。在这个平台上我们丰富着阅历、充实着自我;在这个平台上我们用激情点燃着梦想，用薪酬支配着生活。因此我们要感恩企业，感恩企业培养着我们，感恩企业让我们成长，感恩企业给我们一片展示自我的天地。</w:t>
      </w:r>
      <w:r>
        <w:rPr>
          <w:lang w:eastAsia="zh-CN"/>
        </w:rPr>
        <w:br/>
      </w:r>
    </w:p>
    <w:p w:rsidR="001B1F19" w14:textId="27C3F48A">
      <w:pPr>
        <w:rPr>
          <w:rFonts w:hint="eastAsia"/>
          <w:lang w:eastAsia="zh-CN"/>
        </w:rPr>
      </w:pPr>
      <w:r>
        <w:rPr>
          <w:lang w:eastAsia="zh-CN"/>
        </w:rPr>
        <w:t>　　感恩是一种美德，一种态度，更是一种责任，一种使命。在成长的过程中取得的成绩不可磨灭，但存在的不足同样不容小觑。我们只有不断提升专业素养，提高综合能力，珍惜工作、认真完成任务，才能更好的回报企业。我们要用青春为工作增色添彩，用智慧为企业添砖加瓦。感恩企业的表达是对企业有一种归宿感、荣誉感、责任感。若干年后，当我们再回首在分公司所经历的点点滴滴，为了我们的理想、为了分公司的荣誉而努力拼搏的时刻，相信我们会以能成为____公司这个大家庭中的一员而自豪，为当初的选择而骄傲;当别人问我在哪里工作时，我会自豪地对他说，我来自____公司，在那里，有成千上万来自五湖四海的、为了__事业、为了自身理想而努力奋斗的兄弟姐妹。</w:t>
      </w:r>
      <w:r>
        <w:rPr>
          <w:lang w:eastAsia="zh-CN"/>
        </w:rPr>
        <w:br/>
      </w:r>
      <w:r>
        <w:rPr>
          <w:lang w:eastAsia="zh-CN"/>
        </w:rPr>
        <w:t>　　学者李大钊曾说：“以青春之我，创造青春之家庭，青春之国家，青春之民族，青春之人类，青春之地球，青春之宇宙，资以乐其无涯之生。”我们又何尝不可以青春之我，来创造青春之____公司__分公司呢!十年南征北战、十年开疆扩土、十年经营建筑我们取得了辉煌的发展。成绩代表过去，理想展望未来，“雄关漫道真如铁，而今迈步从头越!”朋友们，同事们，拿出我们青春的勇气，拿出我们青春的热情让我们以大地为纸、钢筋为笔、混凝土为墨、挥洒分公司美好未来锦绣蓝图，把苍茫大地装点的更加气壮山河!</w:t>
      </w:r>
      <w:r>
        <w:rPr>
          <w:lang w:eastAsia="zh-CN"/>
        </w:rPr>
        <w:br/>
      </w:r>
      <w:r>
        <w:rPr>
          <w:lang w:eastAsia="zh-CN"/>
        </w:rPr>
        <w:t>　　谢谢大家!</w:t>
      </w:r>
      <w:r>
        <w:rPr>
          <w:lang w:eastAsia="zh-CN"/>
        </w:rPr>
        <w:br/>
      </w:r>
      <w:r>
        <w:rPr>
          <w:lang w:eastAsia="zh-CN"/>
        </w:rPr>
        <w:t xml:space="preserve">    爱岗奉献演讲稿 篇9 </w:t>
      </w:r>
      <w:r>
        <w:rPr>
          <w:lang w:eastAsia="zh-CN"/>
        </w:rPr>
        <w:br/>
      </w:r>
      <w:r>
        <w:rPr>
          <w:lang w:eastAsia="zh-CN"/>
        </w:rPr>
        <w:t>　　尊敬的各位领导：</w:t>
      </w:r>
      <w:r>
        <w:rPr>
          <w:lang w:eastAsia="zh-CN"/>
        </w:rPr>
        <w:br/>
      </w:r>
      <w:r>
        <w:rPr>
          <w:lang w:eastAsia="zh-CN"/>
        </w:rPr>
        <w:t>　　大家好!</w:t>
      </w:r>
      <w:r>
        <w:rPr>
          <w:lang w:eastAsia="zh-CN"/>
        </w:rPr>
        <w:br/>
      </w:r>
      <w:r>
        <w:rPr>
          <w:lang w:eastAsia="zh-CN"/>
        </w:rPr>
        <w:t>　　首先要感谢领导给我这次机会，同时也要感谢领导和同事们对我的信任和支持。今天我要演讲的题目是：“做好的自己，做好的老师”。</w:t>
      </w:r>
      <w:r>
        <w:rPr>
          <w:lang w:eastAsia="zh-CN"/>
        </w:rPr>
        <w:br/>
      </w:r>
      <w:r>
        <w:rPr>
          <w:lang w:eastAsia="zh-CN"/>
        </w:rPr>
        <w:t>　　做好的自己。这是我经常重复的一句话。这是说给学生听的，也是说给我自己的。</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https://d.book118.com/366041105201010043</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66041105201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