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rsidRPr="00937657" w14:paraId="7F7A67AA" w14:textId="0AE8485B">
      <w:pPr>
        <w:pStyle w:val="Heading1"/>
        <w:jc w:val="center"/>
        <w:rPr>
          <w:color w:val="000000" w:themeColor="text1"/>
          <w:lang w:eastAsia="zh-CN"/>
        </w:rPr>
      </w:pPr>
      <w:r>
        <w:rPr>
          <w:color w:val="000000" w:themeColor="text1"/>
          <w:sz w:val="44"/>
          <w:lang w:eastAsia="zh-CN"/>
        </w:rPr>
        <w:t>2024销售年度工作计划和个人目标【15篇】</w:t>
      </w:r>
    </w:p>
    <w:p w:rsidR="001B1F19" w14:paraId="15E7D7A0" w14:textId="27C3F48A">
      <w:pPr>
        <w:rPr>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ab/>
      </w:r>
      <w:r>
        <w:rPr>
          <w:lang w:eastAsia="zh-CN"/>
        </w:rPr>
        <w:tab/>
      </w:r>
      <w:r>
        <w:rPr>
          <w:lang w:eastAsia="zh-CN"/>
        </w:rPr>
        <w:tab/>
      </w:r>
      <w:r>
        <w:rPr>
          <w:lang w:eastAsia="zh-CN"/>
        </w:rPr>
        <w:tab/>
      </w:r>
      <w:r>
        <w:rPr>
          <w:lang w:eastAsia="zh-CN"/>
        </w:rPr>
        <w:tab/>
      </w:r>
      <w:r>
        <w:rPr>
          <w:lang w:eastAsia="zh-CN"/>
        </w:rPr>
        <w:br/>
      </w:r>
      <w:r>
        <w:rPr>
          <w:lang w:eastAsia="zh-CN"/>
        </w:rPr>
        <w:t xml:space="preserve">    销售计划可以帮助管理者预测销售业绩。通过制定销售目标和行动计划，并结合市场研究和分析，管理者可以对销售业绩进行预测，评估销售团队的绩效，及时发现问题并采取纠正措施，确保销售目标的实现。下面给大家分享一些关于最新2024销售年度工作计划和个人目标，方便大家参考学习。 </w:t>
      </w:r>
      <w:r>
        <w:rPr>
          <w:lang w:eastAsia="zh-CN"/>
        </w:rPr>
        <w:br/>
      </w:r>
      <w:r>
        <w:rPr>
          <w:lang w:eastAsia="zh-CN"/>
        </w:rPr>
        <w:t xml:space="preserve">     </w:t>
      </w:r>
      <w:r>
        <w:rPr>
          <w:lang w:eastAsia="zh-CN"/>
        </w:rPr>
        <w:br/>
      </w:r>
      <w:r>
        <w:rPr>
          <w:lang w:eastAsia="zh-CN"/>
        </w:rPr>
        <w:t>销售年度工作计划和目标（精选篇1）</w:t>
      </w:r>
      <w:r>
        <w:rPr>
          <w:lang w:eastAsia="zh-CN"/>
        </w:rPr>
        <w:br/>
      </w:r>
      <w:r>
        <w:rPr>
          <w:lang w:eastAsia="zh-CN"/>
        </w:rPr>
        <w:t xml:space="preserve">    新的一年新的工作计划，必须要准备好工作的详细计划，去年的工作任务差不多完成。今年，我们本着多沟通、多协调、主动主动、创造性地开展工作的指导思想，发扬慧康人精诚团结，求真务实的工作作风，全面开展新的一年的工作。 </w:t>
      </w:r>
      <w:r>
        <w:rPr>
          <w:lang w:eastAsia="zh-CN"/>
        </w:rPr>
        <w:br/>
      </w:r>
      <w:r>
        <w:rPr>
          <w:lang w:eastAsia="zh-CN"/>
        </w:rPr>
        <w:t xml:space="preserve">    明年的工作中将主要做好以下几项工作： </w:t>
      </w:r>
      <w:r>
        <w:rPr>
          <w:lang w:eastAsia="zh-CN"/>
        </w:rPr>
        <w:br/>
      </w:r>
      <w:r>
        <w:rPr>
          <w:lang w:eastAsia="zh-CN"/>
        </w:rPr>
        <w:t xml:space="preserve">    1、在部门管理上，建立一支熟悉业务，而相对稳定的销售团队。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xml:space="preserve"> 人才是企业最宝贵的资源，一切销售业绩都起源于有一个好的销售人员，建立一支具有凝聚力，合作精神的销售团队是企业的根本。在明年的工作中建立一个和谐，具有杀伤力的团队作为一项主要的工作来抓。</w:t>
      </w:r>
      <w:r>
        <w:rPr>
          <w:lang w:eastAsia="zh-CN"/>
        </w:rPr>
        <w:t xml:space="preserve"> </w:t>
      </w:r>
      <w:r>
        <w:rPr>
          <w:lang w:eastAsia="zh-CN"/>
        </w:rPr>
        <w:br/>
      </w:r>
      <w:r>
        <w:rPr>
          <w:lang w:eastAsia="zh-CN"/>
        </w:rPr>
        <w:t xml:space="preserve">    2、在个人管理上，完善销售制度，建立一套系统的管理措施。 </w:t>
      </w:r>
      <w:r>
        <w:rPr>
          <w:lang w:eastAsia="zh-CN"/>
        </w:rPr>
        <w:br/>
      </w:r>
      <w:r>
        <w:rPr>
          <w:lang w:eastAsia="zh-CN"/>
        </w:rPr>
        <w:t xml:space="preserve">    销售管理是20__年的工作重点。完善销售管理制度的目的是让销售人员在工作中发挥主观能动性，对工作有高度的责任心，提高销售人员的主人翁认识。强化销售人员的执行力，从而提高工作效率。 </w:t>
      </w:r>
      <w:r>
        <w:rPr>
          <w:lang w:eastAsia="zh-CN"/>
        </w:rPr>
        <w:br/>
      </w:r>
      <w:r>
        <w:rPr>
          <w:lang w:eastAsia="zh-CN"/>
        </w:rPr>
        <w:t xml:space="preserve">    3、在员工质量上，培养销售人员发现问题，总结问题，不断自我提高的习惯。 </w:t>
      </w:r>
      <w:r>
        <w:rPr>
          <w:lang w:eastAsia="zh-CN"/>
        </w:rPr>
        <w:br/>
      </w:r>
      <w:r>
        <w:rPr>
          <w:lang w:eastAsia="zh-CN"/>
        </w:rPr>
        <w:t xml:space="preserve">    培养销售人员发现问题，总结问题目的在于提高销售人员综合素质，在工作中能发现问题总结问题并能提出自己的看法和建议，销售能力提高到一个新的档次。 </w:t>
      </w:r>
      <w:r>
        <w:rPr>
          <w:lang w:eastAsia="zh-CN"/>
        </w:rPr>
        <w:br/>
      </w:r>
      <w:r>
        <w:rPr>
          <w:lang w:eastAsia="zh-CN"/>
        </w:rPr>
        <w:t xml:space="preserve">    4、在销售工作上，尝试新的销售模式。 </w:t>
      </w:r>
      <w:r>
        <w:rPr>
          <w:lang w:eastAsia="zh-CN"/>
        </w:rPr>
        <w:br/>
      </w:r>
      <w:r>
        <w:rPr>
          <w:lang w:eastAsia="zh-CN"/>
        </w:rPr>
        <w:t xml:space="preserve">    把握好各个渠道资源，做好完善的跟踪。同时开拓新的销售渠道，利用好公司资源做好网上销售与行销之间的配合。 </w:t>
      </w:r>
      <w:r>
        <w:rPr>
          <w:lang w:eastAsia="zh-CN"/>
        </w:rPr>
        <w:br/>
      </w:r>
      <w:r>
        <w:rPr>
          <w:lang w:eastAsia="zh-CN"/>
        </w:rPr>
        <w:t xml:space="preserve">    5、销售目标 </w:t>
      </w:r>
      <w:r>
        <w:rPr>
          <w:lang w:eastAsia="zh-CN"/>
        </w:rPr>
        <w:br/>
      </w:r>
      <w:r>
        <w:rPr>
          <w:lang w:eastAsia="zh-CN"/>
        </w:rPr>
        <w:t xml:space="preserve">    20__年下达的销售任务为基本要求，在具体工作中把任务根据具体情况分解到每月，每周，每日;完成各个时间段的销售任务。并在完成销售任务的.基础上提高销售业绩。我将带领销售部内销同仁竭尽全力完成目标。 </w:t>
      </w:r>
      <w:r>
        <w:rPr>
          <w:lang w:eastAsia="zh-CN"/>
        </w:rPr>
        <w:br/>
      </w:r>
      <w:r>
        <w:rPr>
          <w:lang w:eastAsia="zh-CN"/>
        </w:rPr>
        <w:t xml:space="preserve">    20__年我部门工作重心主要放在开拓市场，和团队建设方面。当下打好20__年公司销售开门红的任务迫在眉睫，我一定全力以赴。 </w:t>
      </w:r>
      <w:r>
        <w:rPr>
          <w:lang w:eastAsia="zh-CN"/>
        </w:rPr>
        <w:br/>
      </w:r>
    </w:p>
    <w:p w:rsidR="001B1F19" w14:textId="27C3F48A">
      <w:pPr>
        <w:rPr>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xml:space="preserve">    我认为公司明年的发展是与整个公司的员工综合素质，公司的指导方针，团队的建设，个人的努力是分不开的。提高执行力的标准，建立一个优良的销售团队和有一个好的工作模式与工作习惯是我们工作的关键。 </w:t>
      </w:r>
      <w:r>
        <w:rPr>
          <w:lang w:eastAsia="zh-CN"/>
        </w:rPr>
        <w:br/>
      </w:r>
      <w:r>
        <w:rPr>
          <w:lang w:eastAsia="zh-CN"/>
        </w:rPr>
        <w:t>销售年度工作计划和目标（精选篇2）</w:t>
      </w:r>
      <w:r>
        <w:rPr>
          <w:lang w:eastAsia="zh-CN"/>
        </w:rPr>
        <w:br/>
      </w:r>
      <w:r>
        <w:rPr>
          <w:lang w:eastAsia="zh-CN"/>
        </w:rPr>
        <w:t xml:space="preserve">    一、销售工作具体量化任务 </w:t>
      </w:r>
      <w:r>
        <w:rPr>
          <w:lang w:eastAsia="zh-CN"/>
        </w:rPr>
        <w:br/>
      </w:r>
      <w:r>
        <w:rPr>
          <w:lang w:eastAsia="zh-CN"/>
        </w:rPr>
        <w:t xml:space="preserve">    1、制定出月工作计划和周工作计划、及每日的工作量。每天至少打30个电话，每周至少拜访20位客户，促使潜在客户从量变到质变。上午重点电话回访和预约客户，下午时间长可安排拜访客户。考虑地广人多，交通涌堵，预约时最好选择客户在相同或接近的地点。 </w:t>
      </w:r>
      <w:r>
        <w:rPr>
          <w:lang w:eastAsia="zh-CN"/>
        </w:rPr>
        <w:br/>
      </w:r>
      <w:r>
        <w:rPr>
          <w:lang w:eastAsia="zh-CN"/>
        </w:rPr>
        <w:t xml:space="preserve">    2、见客户之前要多了解客户的主营业务和潜在需求，最好先了解决策人的个人爱好，准备一些有对方感兴趣的话题，并为客户提供针对性的解决方案。 </w:t>
      </w:r>
      <w:r>
        <w:rPr>
          <w:lang w:eastAsia="zh-CN"/>
        </w:rPr>
        <w:br/>
      </w:r>
      <w:r>
        <w:rPr>
          <w:lang w:eastAsia="zh-CN"/>
        </w:rPr>
        <w:t xml:space="preserve">    3、从招标网或其他渠道多搜集些项目信息供工程商投标参考，并为工程商出谋划策，配合工程商技术和商务上的项目运作。 </w:t>
      </w:r>
      <w:r>
        <w:rPr>
          <w:lang w:eastAsia="zh-CN"/>
        </w:rPr>
        <w:br/>
      </w:r>
      <w:r>
        <w:rPr>
          <w:lang w:eastAsia="zh-CN"/>
        </w:rPr>
        <w:t xml:space="preserve">    4、做好每天的工作记录，以备遗忘重要事项，并标注重要未办理事项。 </w:t>
      </w:r>
      <w:r>
        <w:rPr>
          <w:lang w:eastAsia="zh-CN"/>
        </w:rPr>
        <w:br/>
      </w:r>
      <w:r>
        <w:rPr>
          <w:lang w:eastAsia="zh-CN"/>
        </w:rPr>
        <w:t xml:space="preserve">    5、填写项目跟踪表，根据项目进度：前期设计、投标、深化设计、备货执行、验收等跟进，并完成各阶段工作。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xml:space="preserve"> 6、前期设计的项目重点跟进，至少一周回访一次客户，必要时配合工程商做业主的工作，其他阶段跟踪的项目至少二周回访一次。工程商投标日期及项目进展重要日期需谨记，并及时跟进和回访。</w:t>
      </w:r>
      <w:r>
        <w:rPr>
          <w:lang w:eastAsia="zh-CN"/>
        </w:rPr>
        <w:t xml:space="preserve"> </w:t>
      </w:r>
      <w:r>
        <w:rPr>
          <w:lang w:eastAsia="zh-CN"/>
        </w:rPr>
        <w:br/>
      </w:r>
      <w:r>
        <w:rPr>
          <w:lang w:eastAsia="zh-CN"/>
        </w:rPr>
        <w:t xml:space="preserve">    7、前期设计阶段主动争取参与项目绘图和方案设计，为工程商解决本专业的设计工作。 </w:t>
      </w:r>
      <w:r>
        <w:rPr>
          <w:lang w:eastAsia="zh-CN"/>
        </w:rPr>
        <w:br/>
      </w:r>
      <w:r>
        <w:rPr>
          <w:lang w:eastAsia="zh-CN"/>
        </w:rPr>
        <w:t xml:space="preserve">    8、投标过程中，提前两天整理好相应的商务文件，快递或送到工程商手上，以防止有任何遗漏和错误。 </w:t>
      </w:r>
      <w:r>
        <w:rPr>
          <w:lang w:eastAsia="zh-CN"/>
        </w:rPr>
        <w:br/>
      </w:r>
      <w:r>
        <w:rPr>
          <w:lang w:eastAsia="zh-CN"/>
        </w:rPr>
        <w:t xml:space="preserve">    9、投标结束，及时回访客户，询问投标结果。中标后主动要求深化设计，帮工程商承担全部或部份设计工作，准备施工所需图纸(设备安装图及管线图)。 </w:t>
      </w:r>
      <w:r>
        <w:rPr>
          <w:lang w:eastAsia="zh-CN"/>
        </w:rPr>
        <w:br/>
      </w:r>
      <w:r>
        <w:rPr>
          <w:lang w:eastAsia="zh-CN"/>
        </w:rPr>
        <w:t xml:space="preserve">    10、争取早日与工程商签订供货合同，并收取预付款，提前安排备货。以最快的供应时间响应工程商的需求，争取早日回款。 </w:t>
      </w:r>
      <w:r>
        <w:rPr>
          <w:lang w:eastAsia="zh-CN"/>
        </w:rPr>
        <w:br/>
      </w:r>
      <w:r>
        <w:rPr>
          <w:lang w:eastAsia="zh-CN"/>
        </w:rPr>
        <w:t xml:space="preserve">    11、货到现场，等工程安装完设备，申请技术部安排调试人员到现场调试。 </w:t>
      </w:r>
      <w:r>
        <w:rPr>
          <w:lang w:eastAsia="zh-CN"/>
        </w:rPr>
        <w:br/>
      </w:r>
      <w:r>
        <w:rPr>
          <w:lang w:eastAsia="zh-CN"/>
        </w:rPr>
        <w:t xml:space="preserve">    12、提前准备验收文档，验收完成后及时收款，保证良好的资金周转率。 </w:t>
      </w:r>
      <w:r>
        <w:rPr>
          <w:lang w:eastAsia="zh-CN"/>
        </w:rPr>
        <w:br/>
      </w:r>
      <w:r>
        <w:rPr>
          <w:lang w:eastAsia="zh-CN"/>
        </w:rPr>
        <w:t xml:space="preserve">    二、对销售工作的认识 </w:t>
      </w:r>
      <w:r>
        <w:rPr>
          <w:lang w:eastAsia="zh-CN"/>
        </w:rPr>
        <w:br/>
      </w:r>
      <w:r>
        <w:rPr>
          <w:lang w:eastAsia="zh-CN"/>
        </w:rPr>
        <w:t xml:space="preserve">    1、市场分析，根据市场容量和个人能力，客观、科学的制定出销售任务。暂订年任务：销售额100万元。 </w:t>
      </w:r>
      <w:r>
        <w:rPr>
          <w:lang w:eastAsia="zh-CN"/>
        </w:rPr>
        <w:br/>
      </w:r>
      <w:r>
        <w:rPr>
          <w:lang w:eastAsia="zh-CN"/>
        </w:rPr>
        <w:t xml:space="preserve">    2、适时作出工作计划，制定出月计划和周计划。并定期与业务相关人员会议沟通，确保各专业负责人及时跟进。 </w:t>
      </w:r>
      <w:r>
        <w:rPr>
          <w:lang w:eastAsia="zh-CN"/>
        </w:rPr>
        <w:br/>
      </w:r>
      <w:r>
        <w:rPr>
          <w:lang w:eastAsia="zh-CN"/>
        </w:rPr>
        <w:t xml:space="preserve">    3、注重绩效管理，对绩效计划、绩效执行、绩效评估进行全程的关注与跟踪。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xml:space="preserve"> 4、目标市场定位，区分大客户与一般客户，分别对待，加强对大客户的沟通与合作，用相同的时间赢取最大的市场份额。</w:t>
      </w:r>
      <w:r>
        <w:rPr>
          <w:lang w:eastAsia="zh-CN"/>
        </w:rPr>
        <w:t xml:space="preserve"> </w:t>
      </w:r>
      <w:r>
        <w:rPr>
          <w:lang w:eastAsia="zh-CN"/>
        </w:rPr>
        <w:br/>
      </w:r>
      <w:r>
        <w:rPr>
          <w:lang w:eastAsia="zh-CN"/>
        </w:rPr>
        <w:t xml:space="preserve">    5、不断学习行业新知识，新产品，为客户带来实用的资讯，更好为客户服务。并结识弱电各行业各档次的优秀产品提供商，以备工程商需要时能及时作好项目配合，并可以和同行分享行业人脉和项目信息，达到多赢。 </w:t>
      </w:r>
      <w:r>
        <w:rPr>
          <w:lang w:eastAsia="zh-CN"/>
        </w:rPr>
        <w:br/>
      </w:r>
      <w:r>
        <w:rPr>
          <w:lang w:eastAsia="zh-CN"/>
        </w:rPr>
        <w:t xml:space="preserve">    6、先友后单，与客户发展良好的友谊，处处为客户着想，把客户当成自己的好朋友，达到思想和情感上的交融。 </w:t>
      </w:r>
      <w:r>
        <w:rPr>
          <w:lang w:eastAsia="zh-CN"/>
        </w:rPr>
        <w:br/>
      </w:r>
      <w:r>
        <w:rPr>
          <w:lang w:eastAsia="zh-CN"/>
        </w:rPr>
        <w:t xml:space="preserve">    7、对客户不能有隐瞒和欺骗，答应客户的承诺要及时兑现，讲诚信不仅是经商之本，也是为人之本。 </w:t>
      </w:r>
      <w:r>
        <w:rPr>
          <w:lang w:eastAsia="zh-CN"/>
        </w:rPr>
        <w:br/>
      </w:r>
      <w:r>
        <w:rPr>
          <w:lang w:eastAsia="zh-CN"/>
        </w:rPr>
        <w:t xml:space="preserve">    8、努力保持和谐的同事关系，善待同事，确保各部门在项目实施中各项职能的顺利执行。 </w:t>
      </w:r>
      <w:r>
        <w:rPr>
          <w:lang w:eastAsia="zh-CN"/>
        </w:rPr>
        <w:br/>
      </w:r>
      <w:r>
        <w:rPr>
          <w:lang w:eastAsia="zh-CN"/>
        </w:rPr>
        <w:t xml:space="preserve">    三、销售与生活兼顾，快乐地工作 </w:t>
      </w:r>
      <w:r>
        <w:rPr>
          <w:lang w:eastAsia="zh-CN"/>
        </w:rPr>
        <w:br/>
      </w:r>
      <w:r>
        <w:rPr>
          <w:lang w:eastAsia="zh-CN"/>
        </w:rPr>
        <w:t xml:space="preserve">    1、定期组织同行举办沙龙会，增进彼此友谊，更好的交流。 </w:t>
      </w:r>
      <w:r>
        <w:rPr>
          <w:lang w:eastAsia="zh-CN"/>
        </w:rPr>
        <w:br/>
      </w:r>
      <w:r>
        <w:rPr>
          <w:lang w:eastAsia="zh-CN"/>
        </w:rPr>
        <w:t xml:space="preserve">    客户、同行间虽然存在竞争，可也需要同行间互相学习和交流，本人也曾参加过类似的聚会，也询问过客户，都很愿意参加这样的聚会，所以本人认为不存在矛盾，而且同行间除了工作还可以享受生活。让沙龙成为生活的一部份，让工作在更快乐的环境下进行。 </w:t>
      </w:r>
      <w:r>
        <w:rPr>
          <w:lang w:eastAsia="zh-CN"/>
        </w:rPr>
        <w:br/>
      </w:r>
      <w:r>
        <w:rPr>
          <w:lang w:eastAsia="zh-CN"/>
        </w:rPr>
        <w:t xml:space="preserve">    2、对于老客户和固定客户，经常保持联系，在时间和条件允许时，送一些小礼物或宴请客户，当然宴请不是目的，重在沟通，可以增进彼此的感情，更好的交流。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xml:space="preserve"> 3、利用下班时间和周末参加一些学习班，学习更多营销和管理知识，不断尝试理论和实践的结合，上网查本行业的最新资讯和产品，不断提高自己的能力。</w:t>
      </w:r>
      <w:r>
        <w:rPr>
          <w:lang w:eastAsia="zh-CN"/>
        </w:rPr>
        <w:t xml:space="preserve"> </w:t>
      </w:r>
      <w:r>
        <w:rPr>
          <w:lang w:eastAsia="zh-CN"/>
        </w:rPr>
        <w:br/>
      </w:r>
      <w:r>
        <w:rPr>
          <w:lang w:eastAsia="zh-CN"/>
        </w:rPr>
        <w:t xml:space="preserve">    以上是我20__年销售工作计划，工作中总会有各种各样的困难，我会向领导请示，向同事探讨，共同努力克服，争取为公司做出自己最大的贡献。 </w:t>
      </w:r>
      <w:r>
        <w:rPr>
          <w:lang w:eastAsia="zh-CN"/>
        </w:rPr>
        <w:br/>
      </w:r>
      <w:r>
        <w:rPr>
          <w:lang w:eastAsia="zh-CN"/>
        </w:rPr>
        <w:t>销售年度工作计划和目标（精选篇3）</w:t>
      </w:r>
      <w:r>
        <w:rPr>
          <w:lang w:eastAsia="zh-CN"/>
        </w:rPr>
        <w:br/>
      </w:r>
      <w:r>
        <w:rPr>
          <w:lang w:eastAsia="zh-CN"/>
        </w:rPr>
        <w:t xml:space="preserve">    为拓展汽车销售市场，增加汽车销量，扩大公司声誉，提升经济效益，我决心在公司的正确领导下，充分发挥自己的主观能动性和辛勤努力，去乡镇开展汽车销售巡展和发宣传单活动，具体计划如下： </w:t>
      </w:r>
      <w:r>
        <w:rPr>
          <w:lang w:eastAsia="zh-CN"/>
        </w:rPr>
        <w:br/>
      </w:r>
      <w:r>
        <w:rPr>
          <w:lang w:eastAsia="zh-CN"/>
        </w:rPr>
        <w:t xml:space="preserve">    一、总体目标 </w:t>
      </w:r>
      <w:r>
        <w:rPr>
          <w:lang w:eastAsia="zh-CN"/>
        </w:rPr>
        <w:br/>
      </w:r>
      <w:r>
        <w:rPr>
          <w:lang w:eastAsia="zh-CN"/>
        </w:rPr>
        <w:t xml:space="preserve">    通过去乡镇进行汽车销售巡展和发宣传单活动，一是扩大汽车销售市场，从城区扩展到乡镇，使乡镇具备购车能力的客户，可以在家门口买到称心满意的汽车，从而增加公司经济效益。二是扩大公司声誉，不仅使城区客户知道我们公司，也使乡镇客户知道我们公司，在扩大公司声誉的同时，提升公司经济效益。三切实提高自己与整个销售团队的服务水平、服务能力，增强服务形象和体现服务价值，达到“服务好、质量好、客户满意”的目标，从而助推我们公司汽车销售业务平稳较快发展，为公司创造良好经济效益。 </w:t>
      </w:r>
      <w:r>
        <w:rPr>
          <w:lang w:eastAsia="zh-CN"/>
        </w:rPr>
        <w:br/>
      </w:r>
      <w:r>
        <w:rPr>
          <w:lang w:eastAsia="zh-CN"/>
        </w:rPr>
        <w:t xml:space="preserve">    二、汽车销售巡展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xml:space="preserve"> 去乡镇汽车销售巡展时间定为个月，即从月起至月止，做到每个乡镇开展一次汽车销售巡展，大的乡镇汽车销售巡展时间为7-10天，小的乡镇汽车销售巡展时间为3-5天。积极与当地政府和相关部门联系，确保汽车销售巡展顺利进行。在汽车销售巡展中，挂横幅、树彩旗，营造一定声势，吸引众多客户前来观看、洽谈、购买，突出我们公司“方便、快捷、优质”的经营服务理念，让广大乡镇客户对我们公司有更为直观的认识，真正把公司品牌驶入广大乡镇客户的心中。</w:t>
      </w:r>
      <w:r>
        <w:rPr>
          <w:lang w:eastAsia="zh-CN"/>
        </w:rPr>
        <w:t xml:space="preserve"> </w:t>
      </w:r>
      <w:r>
        <w:rPr>
          <w:lang w:eastAsia="zh-CN"/>
        </w:rPr>
        <w:br/>
      </w:r>
      <w:r>
        <w:rPr>
          <w:lang w:eastAsia="zh-CN"/>
        </w:rPr>
        <w:t xml:space="preserve">    三、发宣传单活动 </w:t>
      </w:r>
      <w:r>
        <w:rPr>
          <w:lang w:eastAsia="zh-CN"/>
        </w:rPr>
        <w:br/>
      </w:r>
      <w:r>
        <w:rPr>
          <w:lang w:eastAsia="zh-CN"/>
        </w:rPr>
        <w:t xml:space="preserve">    在去乡镇汽车销售巡展中，要抓住一切场合和有利时机，开展发宣传单活动，把宣传单发放给广大乡镇客户，做到边发放边宣传。在发宣传单活动中，着重提高客户认知度，扩大我们公司的汽车消费群体，增强公司品牌影响力。同时树立优良服务意识，认真细致为客户做好全方位服务...... </w:t>
      </w:r>
      <w:r>
        <w:rPr>
          <w:lang w:eastAsia="zh-CN"/>
        </w:rPr>
        <w:br/>
      </w:r>
      <w:r>
        <w:rPr>
          <w:lang w:eastAsia="zh-CN"/>
        </w:rPr>
        <w:t xml:space="preserve">    本文来自，查看正文请使用站内搜索查看正文。 </w:t>
      </w:r>
      <w:r>
        <w:rPr>
          <w:lang w:eastAsia="zh-CN"/>
        </w:rPr>
        <w:br/>
      </w:r>
      <w:r>
        <w:rPr>
          <w:lang w:eastAsia="zh-CN"/>
        </w:rPr>
        <w:t>销售年度工作计划和目标（精选篇4）</w:t>
      </w:r>
      <w:r>
        <w:rPr>
          <w:lang w:eastAsia="zh-CN"/>
        </w:rPr>
        <w:br/>
      </w:r>
      <w:r>
        <w:rPr>
          <w:lang w:eastAsia="zh-CN"/>
        </w:rPr>
        <w:t xml:space="preserve">    一、市场swot分析 </w:t>
      </w:r>
      <w:r>
        <w:rPr>
          <w:lang w:eastAsia="zh-CN"/>
        </w:rPr>
        <w:br/>
      </w:r>
      <w:r>
        <w:rPr>
          <w:lang w:eastAsia="zh-CN"/>
        </w:rPr>
        <w:t xml:space="preserve">    （1）、优势：企业规模大资金雄厚，价格低，产品质量有保证。 </w:t>
      </w:r>
      <w:r>
        <w:rPr>
          <w:lang w:eastAsia="zh-CN"/>
        </w:rPr>
        <w:br/>
      </w:r>
      <w:r>
        <w:rPr>
          <w:lang w:eastAsia="zh-CN"/>
        </w:rPr>
        <w:t xml:space="preserve">    （2）、劣势：产品正在导入期，各方面还不成熟，客户不稳定，条件有限（没有自己的物流配送）。 </w:t>
      </w:r>
      <w:r>
        <w:rPr>
          <w:lang w:eastAsia="zh-CN"/>
        </w:rPr>
        <w:br/>
      </w:r>
      <w:r>
        <w:rPr>
          <w:lang w:eastAsia="zh-CN"/>
        </w:rPr>
        <w:t xml:space="preserve">    总之老品牌占山为王，市场，客户稳定。要想在这片成熟，竞争非常激烈的无烟战场上打出一片天地。我们必须比别人付出10倍的艰辛。 </w:t>
      </w:r>
      <w:r>
        <w:rPr>
          <w:lang w:eastAsia="zh-CN"/>
        </w:rPr>
        <w:br/>
      </w:r>
      <w:r>
        <w:rPr>
          <w:lang w:eastAsia="zh-CN"/>
        </w:rPr>
        <w:t xml:space="preserve">    二、产品需求分析 </w:t>
      </w:r>
      <w:r>
        <w:rPr>
          <w:lang w:eastAsia="zh-CN"/>
        </w:rPr>
        <w:br/>
      </w:r>
      <w:r>
        <w:rPr>
          <w:lang w:eastAsia="zh-CN"/>
        </w:rPr>
        <w:t xml:space="preserve">    1，童车制造业：主要是：儿童车儿童床类。 </w:t>
      </w:r>
      <w:r>
        <w:rPr>
          <w:lang w:eastAsia="zh-CN"/>
        </w:rPr>
        <w:br/>
      </w:r>
    </w:p>
    <w:p w:rsidR="001B1F19" w14:textId="27C3F48A">
      <w:pPr>
        <w:rPr>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xml:space="preserve">    2，休闲用品公司：主要是：帐篷吊床吊椅休闲桌等。 </w:t>
      </w:r>
      <w:r>
        <w:rPr>
          <w:lang w:eastAsia="zh-CN"/>
        </w:rPr>
        <w:br/>
      </w:r>
      <w:r>
        <w:rPr>
          <w:lang w:eastAsia="zh-CN"/>
        </w:rPr>
        <w:t xml:space="preserve">    3，家具产业：主要是：五金类家具。 </w:t>
      </w:r>
      <w:r>
        <w:rPr>
          <w:lang w:eastAsia="zh-CN"/>
        </w:rPr>
        <w:br/>
      </w:r>
      <w:r>
        <w:rPr>
          <w:lang w:eastAsia="zh-CN"/>
        </w:rPr>
        <w:t xml:space="preserve">    4，体育健身业：主要是：单双杠脚踏车等。 </w:t>
      </w:r>
      <w:r>
        <w:rPr>
          <w:lang w:eastAsia="zh-CN"/>
        </w:rPr>
        <w:br/>
      </w:r>
      <w:r>
        <w:rPr>
          <w:lang w:eastAsia="zh-CN"/>
        </w:rPr>
        <w:t xml:space="preserve">    5，金属制造业：主要是：栅栏、护栏，学生床等。 </w:t>
      </w:r>
      <w:r>
        <w:rPr>
          <w:lang w:eastAsia="zh-CN"/>
        </w:rPr>
        <w:br/>
      </w:r>
      <w:r>
        <w:rPr>
          <w:lang w:eastAsia="zh-CN"/>
        </w:rPr>
        <w:t xml:space="preserve">    6，造船业等等。 </w:t>
      </w:r>
      <w:r>
        <w:rPr>
          <w:lang w:eastAsia="zh-CN"/>
        </w:rPr>
        <w:br/>
      </w:r>
      <w:r>
        <w:rPr>
          <w:lang w:eastAsia="zh-CN"/>
        </w:rPr>
        <w:t xml:space="preserve">    三、个人工作计划如下： </w:t>
      </w:r>
      <w:r>
        <w:rPr>
          <w:lang w:eastAsia="zh-CN"/>
        </w:rPr>
        <w:br/>
      </w:r>
      <w:r>
        <w:rPr>
          <w:lang w:eastAsia="zh-CN"/>
        </w:rPr>
        <w:t xml:space="preserve">    1，以开发客户为主，调研客户信息为辅，两者结合，共同开拓钢管市常。 </w:t>
      </w:r>
      <w:r>
        <w:rPr>
          <w:lang w:eastAsia="zh-CN"/>
        </w:rPr>
        <w:br/>
      </w:r>
      <w:r>
        <w:rPr>
          <w:lang w:eastAsia="zh-CN"/>
        </w:rPr>
        <w:t xml:space="preserve">    2，对老客户和固定客户，要经常保持联系，勤拜访，多和客户沟通，稳定与客户的关系。对于重点客户作重点对待。 </w:t>
      </w:r>
      <w:r>
        <w:rPr>
          <w:lang w:eastAsia="zh-CN"/>
        </w:rPr>
        <w:br/>
      </w:r>
      <w:r>
        <w:rPr>
          <w:lang w:eastAsia="zh-CN"/>
        </w:rPr>
        <w:t xml:space="preserve">    3，在拥有老客户的同时，对开发新客户，找出潜在的客户。 </w:t>
      </w:r>
      <w:r>
        <w:rPr>
          <w:lang w:eastAsia="zh-CN"/>
        </w:rPr>
        <w:br/>
      </w:r>
      <w:r>
        <w:rPr>
          <w:lang w:eastAsia="zh-CN"/>
        </w:rPr>
        <w:t xml:space="preserve">    4，加强业务和专业知识的学习，在和客户交流时，多听少说，准确掌握客户对产品的需求和要求，提出合理化建议方案。 </w:t>
      </w:r>
      <w:r>
        <w:rPr>
          <w:lang w:eastAsia="zh-CN"/>
        </w:rPr>
        <w:br/>
      </w:r>
      <w:r>
        <w:rPr>
          <w:lang w:eastAsia="zh-CN"/>
        </w:rPr>
        <w:t xml:space="preserve">    5，多了解客户信息，对于重点客户建立档案，对于潜在客户要多跟近。 </w:t>
      </w:r>
      <w:r>
        <w:rPr>
          <w:lang w:eastAsia="zh-CN"/>
        </w:rPr>
        <w:br/>
      </w:r>
      <w:r>
        <w:rPr>
          <w:lang w:eastAsia="zh-CN"/>
        </w:rPr>
        <w:t xml:space="preserve">    6，掌握客户类型，采用不同的销售模式，完善自己和创新意志相结合，分层总结。 </w:t>
      </w:r>
      <w:r>
        <w:rPr>
          <w:lang w:eastAsia="zh-CN"/>
        </w:rPr>
        <w:br/>
      </w:r>
      <w:r>
        <w:rPr>
          <w:lang w:eastAsia="zh-CN"/>
        </w:rPr>
        <w:t xml:space="preserve">    四、对自己工作要求如下： </w:t>
      </w:r>
      <w:r>
        <w:rPr>
          <w:lang w:eastAsia="zh-CN"/>
        </w:rPr>
        <w:br/>
      </w:r>
      <w:r>
        <w:rPr>
          <w:lang w:eastAsia="zh-CN"/>
        </w:rPr>
        <w:t xml:space="preserve">    1，做到一周一小结，每月一大结，看看有哪些工作上的失误，及时改正下次不要再犯。 </w:t>
      </w:r>
      <w:r>
        <w:rPr>
          <w:lang w:eastAsia="zh-CN"/>
        </w:rPr>
        <w:br/>
      </w:r>
      <w:r>
        <w:rPr>
          <w:lang w:eastAsia="zh-CN"/>
        </w:rPr>
        <w:t xml:space="preserve">    2，见客户之前要多了解客户的状态和需求，再做好准备工作。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xml:space="preserve"> 3，对所有的客户工作态度要端正，给客户一个好的印象，为公司树立形象。</w:t>
      </w:r>
      <w:r>
        <w:rPr>
          <w:lang w:eastAsia="zh-CN"/>
        </w:rPr>
        <w:t xml:space="preserve"> </w:t>
      </w:r>
      <w:r>
        <w:rPr>
          <w:lang w:eastAsia="zh-CN"/>
        </w:rPr>
        <w:br/>
      </w:r>
      <w:r>
        <w:rPr>
          <w:lang w:eastAsia="zh-CN"/>
        </w:rPr>
        <w:t xml:space="preserve">    4，客户遇到问题，不能直之不理，一定要尽全力帮助他们解决。把我们的客服带给客户让他们感到我们公司温暖。买者省心，用者放心。 </w:t>
      </w:r>
      <w:r>
        <w:rPr>
          <w:lang w:eastAsia="zh-CN"/>
        </w:rPr>
        <w:br/>
      </w:r>
      <w:r>
        <w:rPr>
          <w:lang w:eastAsia="zh-CN"/>
        </w:rPr>
        <w:t xml:space="preserve">    5，要有健康的体魄，乐观的心情，积极的态度。对同事友好，对公司忠诚。 </w:t>
      </w:r>
      <w:r>
        <w:rPr>
          <w:lang w:eastAsia="zh-CN"/>
        </w:rPr>
        <w:br/>
      </w:r>
      <w:r>
        <w:rPr>
          <w:lang w:eastAsia="zh-CN"/>
        </w:rPr>
        <w:t xml:space="preserve">    6，要和同事多沟通，业务多交流，多探讨。才能不断增强业务的技能和水准。 </w:t>
      </w:r>
      <w:r>
        <w:rPr>
          <w:lang w:eastAsia="zh-CN"/>
        </w:rPr>
        <w:br/>
      </w:r>
      <w:r>
        <w:rPr>
          <w:lang w:eastAsia="zh-CN"/>
        </w:rPr>
        <w:t xml:space="preserve">    7，到十一月份，要有两至三个稳定的客户。保证钢管的业务量。 </w:t>
      </w:r>
      <w:r>
        <w:rPr>
          <w:lang w:eastAsia="zh-CN"/>
        </w:rPr>
        <w:br/>
      </w:r>
      <w:r>
        <w:rPr>
          <w:lang w:eastAsia="zh-CN"/>
        </w:rPr>
        <w:t xml:space="preserve">    8，十月份是个非常严峻的时期，业务刚刚开始，市场刚刚启动，对市场中的客户还不太了解。希望争取拿到一至二个定单。 </w:t>
      </w:r>
      <w:r>
        <w:rPr>
          <w:lang w:eastAsia="zh-CN"/>
        </w:rPr>
        <w:br/>
      </w:r>
      <w:r>
        <w:rPr>
          <w:lang w:eastAsia="zh-CN"/>
        </w:rPr>
        <w:t xml:space="preserve">    9，在年最后一月中要增加一至两个客户，还要有三个至四个潜在客户。为下年打下坚实的基矗 </w:t>
      </w:r>
      <w:r>
        <w:rPr>
          <w:lang w:eastAsia="zh-CN"/>
        </w:rPr>
        <w:br/>
      </w:r>
      <w:r>
        <w:rPr>
          <w:lang w:eastAsia="zh-CN"/>
        </w:rPr>
        <w:t xml:space="preserve">    五、在以后的销售工作中采用： </w:t>
      </w:r>
      <w:r>
        <w:rPr>
          <w:lang w:eastAsia="zh-CN"/>
        </w:rPr>
        <w:br/>
      </w:r>
      <w:r>
        <w:rPr>
          <w:lang w:eastAsia="zh-CN"/>
        </w:rPr>
        <w:t xml:space="preserve">    “重点式”和“深度式”销售相结合。采用“顾问式”销售和“电话式”销售相结合。 </w:t>
      </w:r>
      <w:r>
        <w:rPr>
          <w:lang w:eastAsia="zh-CN"/>
        </w:rPr>
        <w:br/>
      </w:r>
      <w:r>
        <w:rPr>
          <w:lang w:eastAsia="zh-CN"/>
        </w:rPr>
        <w:t xml:space="preserve">    公司销售工作计划范文2 </w:t>
      </w:r>
      <w:r>
        <w:rPr>
          <w:lang w:eastAsia="zh-CN"/>
        </w:rPr>
        <w:br/>
      </w:r>
      <w:r>
        <w:rPr>
          <w:lang w:eastAsia="zh-CN"/>
        </w:rPr>
        <w:t xml:space="preserve">    20__年已经逐渐离我们远去，这一年里销售部按照集团领导的指示，充实了队伍，深层挖掘客户群等等，在各个方面都得到了显著提高，对于即将到来的__年，做如下计划： </w:t>
      </w:r>
      <w:r>
        <w:rPr>
          <w:lang w:eastAsia="zh-CN"/>
        </w:rPr>
        <w:br/>
      </w:r>
      <w:r>
        <w:rPr>
          <w:lang w:eastAsia="zh-CN"/>
        </w:rPr>
        <w:t xml:space="preserve">    1、努力学习，提高业务水品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xml:space="preserve"> 其一是抽时间通过各种渠道去学习营销方面（尤其是白酒营销方面）的知识，学习一些成功营销案例和前沿的营销方法，使自己的营销工作有一定的知识支撑。其二是经常向公司领导、各区域业务以及市场上其他各行业营销人员请教、交流和学习，使自己从业务水平、市场运作和把握到人际交往等各个方面都有一个大幅度的提升。</w:t>
      </w:r>
      <w:r>
        <w:rPr>
          <w:lang w:eastAsia="zh-CN"/>
        </w:rPr>
        <w:t xml:space="preserve"> </w:t>
      </w:r>
      <w:r>
        <w:rPr>
          <w:lang w:eastAsia="zh-CN"/>
        </w:rPr>
        <w:br/>
      </w:r>
      <w:r>
        <w:rPr>
          <w:lang w:eastAsia="zh-CN"/>
        </w:rPr>
        <w:t xml:space="preserve">    2、进一步拓展销售渠道 </w:t>
      </w:r>
      <w:r>
        <w:rPr>
          <w:lang w:eastAsia="zh-CN"/>
        </w:rPr>
        <w:br/>
      </w:r>
      <w:r>
        <w:rPr>
          <w:lang w:eastAsia="zh-CN"/>
        </w:rPr>
        <w:t xml:space="preserve">    __市场的销售渠道比较单一，大部分产品都是通过流通渠道进行销售的。下半年在做好流通渠道的前提下，要进一步向商超渠道、餐饮渠道、酒店渠道及团购渠道拓展。在团购渠道的拓展上，下半年主要对系统人数和接待任务比较多的工商、教育和林业三个系统多做工作，并慢慢向其他企事业单位渗透。 </w:t>
      </w:r>
      <w:r>
        <w:rPr>
          <w:lang w:eastAsia="zh-CN"/>
        </w:rPr>
        <w:br/>
      </w:r>
      <w:r>
        <w:rPr>
          <w:lang w:eastAsia="zh-CN"/>
        </w:rPr>
        <w:t xml:space="preserve">    3、做好市场调研工作 </w:t>
      </w:r>
      <w:r>
        <w:rPr>
          <w:lang w:eastAsia="zh-CN"/>
        </w:rPr>
        <w:br/>
      </w:r>
      <w:r>
        <w:rPr>
          <w:lang w:eastAsia="zh-CN"/>
        </w:rPr>
        <w:t xml:space="preserve">    对市场个进一步的调研和摸索，详细记录各种数据，完善各种档案数据，让一些分析和对策有更强的数据作为支撑，使其更具科学性，来弥补经验和感官认识的不足。了解和掌握公司产品和其他白酒品牌产品的销售情况以及整个白酒市场的走向，以便应对各种市场情况，并及时调整营销策略。 </w:t>
      </w:r>
      <w:r>
        <w:rPr>
          <w:lang w:eastAsia="zh-CN"/>
        </w:rPr>
        <w:br/>
      </w:r>
      <w:r>
        <w:rPr>
          <w:lang w:eastAsia="zh-CN"/>
        </w:rPr>
        <w:t xml:space="preserve">    4、与经销商密切配合，做好销售工作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xml:space="preserve"> 协助经销商在稳住现有网络和消费者群体的同时，充分拓展销售网络和挖掘潜在的消费者群体。凡是遇到经销商发火的时候一定要皮厚，听他抱怨，先不能解释原因，他在气头上，就是想发火，那就让他发，此时再委屈也要忍受。等他心平气和的时候再给他解释原因，让他明白，刚才的火不应该发，让他心里感到内疚。遇到经销商不能理解的事情，一定要认真的解释，不能破罐子破摔，由去发展，学会用多种方法控制事态的发展。</w:t>
      </w:r>
      <w:r>
        <w:rPr>
          <w:lang w:eastAsia="zh-CN"/>
        </w:rPr>
        <w:t xml:space="preserve"> </w:t>
      </w:r>
      <w:r>
        <w:rPr>
          <w:lang w:eastAsia="zh-CN"/>
        </w:rPr>
        <w:br/>
      </w:r>
      <w:r>
        <w:rPr>
          <w:lang w:eastAsia="zh-CN"/>
        </w:rPr>
        <w:t xml:space="preserve">    公司销售工作计划范文3 </w:t>
      </w:r>
      <w:r>
        <w:rPr>
          <w:lang w:eastAsia="zh-CN"/>
        </w:rPr>
        <w:br/>
      </w:r>
      <w:r>
        <w:rPr>
          <w:lang w:eastAsia="zh-CN"/>
        </w:rPr>
        <w:t xml:space="preserve">    我是从事销售工作的，为了实现明年的计划目标，结合公司和市场实际情况，确定明年几项工作重点： </w:t>
      </w:r>
      <w:r>
        <w:rPr>
          <w:lang w:eastAsia="zh-CN"/>
        </w:rPr>
        <w:br/>
      </w:r>
      <w:r>
        <w:rPr>
          <w:lang w:eastAsia="zh-CN"/>
        </w:rPr>
        <w:t xml:space="preserve">    1）建立一支熟悉业务，比较稳定的销售团队。 </w:t>
      </w:r>
      <w:r>
        <w:rPr>
          <w:lang w:eastAsia="zh-CN"/>
        </w:rPr>
        <w:br/>
      </w:r>
      <w:r>
        <w:rPr>
          <w:lang w:eastAsia="zh-CN"/>
        </w:rPr>
        <w:t xml:space="preserve">    人才是企业最宝贵的资源，一切销售业绩都起源于有一个好的销售人员。没错，先制定出销售人员个人工作计划并监督完成。建立一支具有凝聚力，合作精神的销售团队是我们现在的一个重点。在工作中建立一个和谐，具有杀伤力的销售团队应作为一项主要的工作来抓。 </w:t>
      </w:r>
      <w:r>
        <w:rPr>
          <w:lang w:eastAsia="zh-CN"/>
        </w:rPr>
        <w:br/>
      </w:r>
      <w:r>
        <w:rPr>
          <w:lang w:eastAsia="zh-CN"/>
        </w:rPr>
        <w:t xml:space="preserve">    2）完善销售制度，建立一套明确系统的业务管理办法。 </w:t>
      </w:r>
      <w:r>
        <w:rPr>
          <w:lang w:eastAsia="zh-CN"/>
        </w:rPr>
        <w:br/>
      </w:r>
      <w:r>
        <w:rPr>
          <w:lang w:eastAsia="zh-CN"/>
        </w:rPr>
        <w:t xml:space="preserve">    销售管理是企业的老大难问题，销售人员出差，见客户处于放任自流的状态。完善销售管理制度的目的是让销售人员在工作中发挥主观能动性，对工作有较强的责任心，提高销售人员的主人公意识。 </w:t>
      </w:r>
      <w:r>
        <w:rPr>
          <w:lang w:eastAsia="zh-CN"/>
        </w:rPr>
        <w:br/>
      </w:r>
      <w:r>
        <w:rPr>
          <w:lang w:eastAsia="zh-CN"/>
        </w:rPr>
        <w:t xml:space="preserve">    3）培养销售人员发现问题，总结问题，不断自我提高的习惯。 </w:t>
      </w:r>
      <w:r>
        <w:rPr>
          <w:lang w:eastAsia="zh-CN"/>
        </w:rPr>
        <w:br/>
      </w:r>
      <w:r>
        <w:rPr>
          <w:lang w:eastAsia="zh-CN"/>
        </w:rPr>
        <w:t xml:space="preserve">    培养销售人员发现问题，总结问题目的在于提高销售人员综合素质，在工作中能发现问题总结问题并能提出自己的看法和建议，业务能力提高到一个成熟业务员的档次。 </w:t>
      </w:r>
      <w:r>
        <w:rPr>
          <w:lang w:eastAsia="zh-CN"/>
        </w:rPr>
        <w:br/>
      </w:r>
      <w:r>
        <w:rPr>
          <w:lang w:eastAsia="zh-CN"/>
        </w:rPr>
        <w:t xml:space="preserve">    4）市场分析。 </w:t>
      </w:r>
      <w:r>
        <w:rPr>
          <w:lang w:eastAsia="zh-CN"/>
        </w:rPr>
        <w:br/>
      </w:r>
    </w:p>
    <w:p w:rsidR="001B1F19" w14:textId="27C3F48A">
      <w:pPr>
        <w:rPr>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xml:space="preserve">    也就是根据我们所了解到的市场情况，对我们公司产品的卖点，消费体，销量等进行适当的定位。 </w:t>
      </w:r>
      <w:r>
        <w:rPr>
          <w:lang w:eastAsia="zh-CN"/>
        </w:rPr>
        <w:br/>
      </w:r>
      <w:r>
        <w:rPr>
          <w:lang w:eastAsia="zh-CN"/>
        </w:rPr>
        <w:t xml:space="preserve">    5）销售方式。 </w:t>
      </w:r>
      <w:r>
        <w:rPr>
          <w:lang w:eastAsia="zh-CN"/>
        </w:rPr>
        <w:br/>
      </w:r>
      <w:r>
        <w:rPr>
          <w:lang w:eastAsia="zh-CN"/>
        </w:rPr>
        <w:t xml:space="preserve">    就是找出适合我们公司产品销售的模式和方法。 </w:t>
      </w:r>
      <w:r>
        <w:rPr>
          <w:lang w:eastAsia="zh-CN"/>
        </w:rPr>
        <w:br/>
      </w:r>
      <w:r>
        <w:rPr>
          <w:lang w:eastAsia="zh-CN"/>
        </w:rPr>
        <w:t xml:space="preserve">    6）销售目标 </w:t>
      </w:r>
      <w:r>
        <w:rPr>
          <w:lang w:eastAsia="zh-CN"/>
        </w:rPr>
        <w:br/>
      </w:r>
      <w:r>
        <w:rPr>
          <w:lang w:eastAsia="zh-CN"/>
        </w:rPr>
        <w:t xml:space="preserve">    根据公司下达的销售任务，把任务根据具体情况分解到每月，每周，每日；以每月，每周，每日的销售目标分解到各个销售人员身上，完成各个时间段的销售任务。并在完成销售任务的基础上提高销售业绩。 </w:t>
      </w:r>
      <w:r>
        <w:rPr>
          <w:lang w:eastAsia="zh-CN"/>
        </w:rPr>
        <w:br/>
      </w:r>
      <w:r>
        <w:rPr>
          <w:lang w:eastAsia="zh-CN"/>
        </w:rPr>
        <w:t xml:space="preserve">    7）客户管理。 </w:t>
      </w:r>
      <w:r>
        <w:rPr>
          <w:lang w:eastAsia="zh-CN"/>
        </w:rPr>
        <w:br/>
      </w:r>
      <w:r>
        <w:rPr>
          <w:lang w:eastAsia="zh-CN"/>
        </w:rPr>
        <w:t xml:space="preserve">    就是对一开发的客户如何进行服务和怎样促使他们提高销售或购买；对潜在客户怎样进行跟进。 </w:t>
      </w:r>
      <w:r>
        <w:rPr>
          <w:lang w:eastAsia="zh-CN"/>
        </w:rPr>
        <w:br/>
      </w:r>
      <w:r>
        <w:rPr>
          <w:lang w:eastAsia="zh-CN"/>
        </w:rPr>
        <w:t xml:space="preserve">    总结：根据我以往的销售过程中遇到的一些问题，约好的客户突然改变行程，毁约，使计划好的行程被打乱，不能完成出差的目的`。造成时间，资金上的浪费。我希望领导能多注意这方面的工作！ </w:t>
      </w:r>
      <w:r>
        <w:rPr>
          <w:lang w:eastAsia="zh-CN"/>
        </w:rPr>
        <w:br/>
      </w:r>
      <w:r>
        <w:rPr>
          <w:lang w:eastAsia="zh-CN"/>
        </w:rPr>
        <w:t xml:space="preserve">    之前我从未从事过这方面的工作。不知这分计划可否有用。还望领导给予指导！我坚信在自身的努力和公司的培训以及在工作的磨练下自己在这方面一定会有所成就。 </w:t>
      </w:r>
      <w:r>
        <w:rPr>
          <w:lang w:eastAsia="zh-CN"/>
        </w:rPr>
        <w:br/>
      </w:r>
      <w:r>
        <w:rPr>
          <w:lang w:eastAsia="zh-CN"/>
        </w:rPr>
        <w:t xml:space="preserve">    公司销售工作计划范文4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xml:space="preserve"> 对销售行业接触时间不长的我，在刚开始接触的时候难免走了很多弯路，但在领导和各位同事的协助下我很快扭转了不好的局面。我对未来的销售市场更有信心，并有着详细的个人销售工作计划。我的工作计划如下：</w:t>
      </w:r>
      <w:r>
        <w:rPr>
          <w:lang w:eastAsia="zh-CN"/>
        </w:rPr>
        <w:t xml:space="preserve"> </w:t>
      </w:r>
      <w:r>
        <w:rPr>
          <w:lang w:eastAsia="zh-CN"/>
        </w:rPr>
        <w:br/>
      </w:r>
      <w:r>
        <w:rPr>
          <w:lang w:eastAsia="zh-CN"/>
        </w:rPr>
        <w:t xml:space="preserve">    一、对于老客户，要经常保持联系。 </w:t>
      </w:r>
      <w:r>
        <w:rPr>
          <w:lang w:eastAsia="zh-CN"/>
        </w:rPr>
        <w:br/>
      </w:r>
      <w:r>
        <w:rPr>
          <w:lang w:eastAsia="zh-CN"/>
        </w:rPr>
        <w:t xml:space="preserve">    二、要有好业绩就得加强业务学习，开拓视野，丰富知识，采取多样化形式，把学业务与交流技能向结合。 </w:t>
      </w:r>
      <w:r>
        <w:rPr>
          <w:lang w:eastAsia="zh-CN"/>
        </w:rPr>
        <w:br/>
      </w:r>
      <w:r>
        <w:rPr>
          <w:lang w:eastAsia="zh-CN"/>
        </w:rPr>
        <w:t xml:space="preserve">    三、对自己有以下要求 </w:t>
      </w:r>
      <w:r>
        <w:rPr>
          <w:lang w:eastAsia="zh-CN"/>
        </w:rPr>
        <w:br/>
      </w:r>
      <w:r>
        <w:rPr>
          <w:lang w:eastAsia="zh-CN"/>
        </w:rPr>
        <w:t xml:space="preserve">    1：每周至少要保障开发8个新客户，在保障开发新客户的前提下也要维护好老客户并提高其成交率，尽量能够保证每月完成业绩。 </w:t>
      </w:r>
      <w:r>
        <w:rPr>
          <w:lang w:eastAsia="zh-CN"/>
        </w:rPr>
        <w:br/>
      </w:r>
      <w:r>
        <w:rPr>
          <w:lang w:eastAsia="zh-CN"/>
        </w:rPr>
        <w:t xml:space="preserve">    2：经常把自己名下客户和合作客户记一下看看有哪些工作上的失误有那些地方还可以改进，确切的说就是能不能够把客户的成交量提高，及时改正希望下次还能够做的更好。 </w:t>
      </w:r>
      <w:r>
        <w:rPr>
          <w:lang w:eastAsia="zh-CN"/>
        </w:rPr>
        <w:br/>
      </w:r>
      <w:r>
        <w:rPr>
          <w:lang w:eastAsia="zh-CN"/>
        </w:rPr>
        <w:t xml:space="preserve">    3：在和客户交谈当中必须要多了解客户的状态和需求，再做好准备工作才有可能不会丢失这个客户。 </w:t>
      </w:r>
      <w:r>
        <w:rPr>
          <w:lang w:eastAsia="zh-CN"/>
        </w:rPr>
        <w:br/>
      </w:r>
      <w:r>
        <w:rPr>
          <w:lang w:eastAsia="zh-CN"/>
        </w:rPr>
        <w:t xml:space="preserve">    4：对客户不能有隐瞒和欺骗，这样不会有忠诚的客户。在有些问题上你和客户是一直的。 </w:t>
      </w:r>
      <w:r>
        <w:rPr>
          <w:lang w:eastAsia="zh-CN"/>
        </w:rPr>
        <w:br/>
      </w:r>
      <w:r>
        <w:rPr>
          <w:lang w:eastAsia="zh-CN"/>
        </w:rPr>
        <w:t xml:space="preserve">    5：要不断加强业务、行业专业方面的学习，多看书，上网查阅相关资料，与同事们多交流，向他们学习更好的方式方法。 </w:t>
      </w:r>
      <w:r>
        <w:rPr>
          <w:lang w:eastAsia="zh-CN"/>
        </w:rPr>
        <w:br/>
      </w:r>
      <w:r>
        <w:rPr>
          <w:lang w:eastAsia="zh-CN"/>
        </w:rPr>
        <w:t xml:space="preserve">    6：对所有客户的工作态度都要一样，但不能太低三下气。给客户一好印象，为公司树立更好的形象。 </w:t>
      </w:r>
      <w:r>
        <w:rPr>
          <w:lang w:eastAsia="zh-CN"/>
        </w:rPr>
        <w:br/>
      </w:r>
      <w:r>
        <w:rPr>
          <w:lang w:eastAsia="zh-CN"/>
        </w:rPr>
        <w:t xml:space="preserve">    7：客户遇到问题，不能置之不理一定要尽全力帮助他们解决。要先做人再做生意，让客户相信我们的工作实力，才能更好的完成任务。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xml:space="preserve"> 8：自信是非常重要的。要经常对自己说你是最好的，你是独一无二的。拥有健康乐观积极向上的工作态度才能更好的完成任务。</w:t>
      </w:r>
      <w:r>
        <w:rPr>
          <w:lang w:eastAsia="zh-CN"/>
        </w:rPr>
        <w:t xml:space="preserve"> </w:t>
      </w:r>
      <w:r>
        <w:rPr>
          <w:lang w:eastAsia="zh-CN"/>
        </w:rPr>
        <w:br/>
      </w:r>
      <w:r>
        <w:rPr>
          <w:lang w:eastAsia="zh-CN"/>
        </w:rPr>
        <w:t xml:space="preserve">    9：和公司其他员工要有良好的沟通，有团队意识，多交流，多探讨，才能不断增长业务技能。 </w:t>
      </w:r>
      <w:r>
        <w:rPr>
          <w:lang w:eastAsia="zh-CN"/>
        </w:rPr>
        <w:br/>
      </w:r>
      <w:r>
        <w:rPr>
          <w:lang w:eastAsia="zh-CN"/>
        </w:rPr>
        <w:t xml:space="preserve">    10：为了我们部门的销售任务这个月我要努力完成3w的利润任务额，为我们部门创造更多利润。 </w:t>
      </w:r>
      <w:r>
        <w:rPr>
          <w:lang w:eastAsia="zh-CN"/>
        </w:rPr>
        <w:br/>
      </w:r>
      <w:r>
        <w:rPr>
          <w:lang w:eastAsia="zh-CN"/>
        </w:rPr>
        <w:t xml:space="preserve">    以上就是我这一年的销售人员个人工作计划，工作中总会有各种各样的困难，请老大多多的指导，共同努力克服。为我们门店做出自己最大的贡献。 </w:t>
      </w:r>
      <w:r>
        <w:rPr>
          <w:lang w:eastAsia="zh-CN"/>
        </w:rPr>
        <w:br/>
      </w:r>
      <w:r>
        <w:rPr>
          <w:lang w:eastAsia="zh-CN"/>
        </w:rPr>
        <w:t xml:space="preserve">    四、工作计划写作注意事项 </w:t>
      </w:r>
      <w:r>
        <w:rPr>
          <w:lang w:eastAsia="zh-CN"/>
        </w:rPr>
        <w:br/>
      </w:r>
      <w:r>
        <w:rPr>
          <w:lang w:eastAsia="zh-CN"/>
        </w:rPr>
        <w:t xml:space="preserve">    第一，对上负责的原则。要坚决贯彻执行党和国家的有关方针、政策和上级的指示精神，反对本位主义。 </w:t>
      </w:r>
      <w:r>
        <w:rPr>
          <w:lang w:eastAsia="zh-CN"/>
        </w:rPr>
        <w:br/>
      </w:r>
      <w:r>
        <w:rPr>
          <w:lang w:eastAsia="zh-CN"/>
        </w:rPr>
        <w:t xml:space="preserve">    第二，切实可行的原则。要从实际情况出发定目标、定任务、定标准，既不要因循守旧，也不要盲目冒进。即使是做规划和设想，也应当保证可行，能基本做到，其目标要明确，其措施要可行，其要求也是可以达到的。 </w:t>
      </w:r>
      <w:r>
        <w:rPr>
          <w:lang w:eastAsia="zh-CN"/>
        </w:rPr>
        <w:br/>
      </w:r>
      <w:r>
        <w:rPr>
          <w:lang w:eastAsia="zh-CN"/>
        </w:rPr>
        <w:t xml:space="preserve">    第三，集思广益的原则。要深入调查研究，广泛听取群众意见、博采众长，反对主观主义。 </w:t>
      </w:r>
      <w:r>
        <w:rPr>
          <w:lang w:eastAsia="zh-CN"/>
        </w:rPr>
        <w:br/>
      </w:r>
      <w:r>
        <w:rPr>
          <w:lang w:eastAsia="zh-CN"/>
        </w:rPr>
        <w:t xml:space="preserve">    第四，突出重点的原则。要分清轻重缓急，突出重点，以点带面，不能眉毛胡子一把抓。 </w:t>
      </w:r>
      <w:r>
        <w:rPr>
          <w:lang w:eastAsia="zh-CN"/>
        </w:rPr>
        <w:br/>
      </w:r>
      <w:r>
        <w:rPr>
          <w:lang w:eastAsia="zh-CN"/>
        </w:rPr>
        <w:t xml:space="preserve">    第五，防患未然的原则。要预先想到实行中可能发行的偏差，可能出现的故障，有必要的防范措施或补充办法。 </w:t>
      </w:r>
      <w:r>
        <w:rPr>
          <w:lang w:eastAsia="zh-CN"/>
        </w:rPr>
        <w:br/>
      </w:r>
      <w:r>
        <w:rPr>
          <w:lang w:eastAsia="zh-CN"/>
        </w:rPr>
        <w:t>销售年度工作计划和目标（精选篇5）</w:t>
      </w:r>
      <w:r>
        <w:rPr>
          <w:lang w:eastAsia="zh-CN"/>
        </w:rPr>
        <w:br/>
      </w:r>
    </w:p>
    <w:p w:rsidR="001B1F19" w14:textId="27C3F48A">
      <w:pPr>
        <w:rPr>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xml:space="preserve">    20__年，__公司在省分公司各级领导及全体同仁的关心支持下，完成了筹建工作并顺利开业，在业务的发展上也取得了较好的成绩，占领了一定的市场份额，圆满地完成了省公司下达的各项任务指标，在此基础上，公司总结20__年的工作经验并结合地区的实际情况，制定20__如下工作计划： </w:t>
      </w:r>
      <w:r>
        <w:rPr>
          <w:lang w:eastAsia="zh-CN"/>
        </w:rPr>
        <w:br/>
      </w:r>
      <w:r>
        <w:rPr>
          <w:lang w:eastAsia="zh-CN"/>
        </w:rPr>
        <w:t xml:space="preserve">    一、加强业管工作，构建优质、规范的承保服务体系 </w:t>
      </w:r>
      <w:r>
        <w:rPr>
          <w:lang w:eastAsia="zh-CN"/>
        </w:rPr>
        <w:br/>
      </w:r>
      <w:r>
        <w:rPr>
          <w:lang w:eastAsia="zh-CN"/>
        </w:rPr>
        <w:t xml:space="preserve">    承保是保险公司经营的源头，是风险管控、实现效益的重要基础，是保险公司生存的基础保障。因此，在__年度里，公司将狠抓业管工作，提高风险管控能力。 </w:t>
      </w:r>
      <w:r>
        <w:rPr>
          <w:lang w:eastAsia="zh-CN"/>
        </w:rPr>
        <w:br/>
      </w:r>
      <w:r>
        <w:rPr>
          <w:lang w:eastAsia="zh-CN"/>
        </w:rPr>
        <w:t xml:space="preserve">    1、对承保业务及时地进行审核，利用风险管理技术及定价体系来控制承保风险，决定承保费率，确保承保质量。对超越公司权限拟承保的业务进行初审并签署意见后上报审批，确保此类业务的严格承保。 </w:t>
      </w:r>
      <w:r>
        <w:rPr>
          <w:lang w:eastAsia="zh-CN"/>
        </w:rPr>
        <w:br/>
      </w:r>
      <w:r>
        <w:rPr>
          <w:lang w:eastAsia="zh-CN"/>
        </w:rPr>
        <w:t xml:space="preserve">    2、加强信息技术部门的管理，完善各类险种业务的处理平台，通过建设、使用电子化承保业务处理系统，建立完善的承保基础数据库，并缮制相关报表和承保分析。同时做好市场调研，并定期编制中、长期业务计划。 </w:t>
      </w:r>
      <w:r>
        <w:rPr>
          <w:lang w:eastAsia="zh-CN"/>
        </w:rPr>
        <w:br/>
      </w:r>
      <w:r>
        <w:rPr>
          <w:lang w:eastAsia="zh-CN"/>
        </w:rPr>
        <w:t xml:space="preserve">    3、建立健全重大标的业务和特殊风险业务的风险评估制度，确保风险的合理控制，同时根据业务的.风险情况，执行有关分保或再保险管理规定，确保合理分散承保风险。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xml:space="preserve"> 4、强化承保、核保规范，严格执行条款、费率体系，熟练掌握新核心业务系统的操作，对__所属的承保、核保人员进行全面、系统的培训，以提高他们的综合业务技能和素质，为公司业务发展提供良好的保障。</w:t>
      </w:r>
      <w:r>
        <w:rPr>
          <w:lang w:eastAsia="zh-CN"/>
        </w:rPr>
        <w:t xml:space="preserve"> </w:t>
      </w:r>
      <w:r>
        <w:rPr>
          <w:lang w:eastAsia="zh-CN"/>
        </w:rPr>
        <w:br/>
      </w:r>
      <w:r>
        <w:rPr>
          <w:lang w:eastAsia="zh-CN"/>
        </w:rPr>
        <w:t xml:space="preserve">    二、提高客户服务工作质量，建设一流的客户服务平台 </w:t>
      </w:r>
      <w:r>
        <w:rPr>
          <w:lang w:eastAsia="zh-CN"/>
        </w:rPr>
        <w:br/>
      </w:r>
      <w:r>
        <w:rPr>
          <w:lang w:eastAsia="zh-CN"/>
        </w:rPr>
        <w:t xml:space="preserve">    随着保险市场竞争主体的不断增加，各家保险公司都加大了对市场业务竞争的力度，而保险公司所经营的不是有形产品，而是一种规避风险或风险投资的服务，因此，建设一个优质服务的客服平台显得极为重要，当服务已经成为核心内容纳入保险企业的价值观，成为核心竞争时，客服工作就成为一种具有独特理念的一种服务文化。经过__年的努力，我司已在市场占有了一定的份额，同时也拥有了较大的客户群体，随着业务发展的不断深入，客服工作的重要性将尤其突出，因此，__在__年里将严格规范客服工作，把一流的客服管理平台运用、落实到位。 </w:t>
      </w:r>
      <w:r>
        <w:rPr>
          <w:lang w:eastAsia="zh-CN"/>
        </w:rPr>
        <w:br/>
      </w:r>
      <w:r>
        <w:rPr>
          <w:lang w:eastAsia="zh-CN"/>
        </w:rPr>
        <w:t xml:space="preserve">    1、建立健全语音服务系统，加大热线的宣传力度，以多种形式将热线推向社会，让众多的客户全面了解公司语音服务系统强大的支持功能，以提高自身的市场竞争力，实现客户满意最大化。 </w:t>
      </w:r>
      <w:r>
        <w:rPr>
          <w:lang w:eastAsia="zh-CN"/>
        </w:rPr>
        <w:br/>
      </w:r>
      <w:r>
        <w:rPr>
          <w:lang w:eastAsia="zh-CN"/>
        </w:rPr>
        <w:t xml:space="preserve">    2、加强客服人员培训，提高客服人员综合技能素质，严格奉行“热情、周到、优质、高效”的服务宗旨，坚持“主动、迅速、准确、合理”的原则，严格按照岗位职责和业务操作实务流程的规定作好接、报案、查勘定损、条款解释、理赔投诉等各项工作。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xml:space="preserve"> 3、以中心支公司为中心，专、兼职并行，建立一个覆盖全区的查勘、定损网点，初期由__设立专职查勘定损人员3名，同时搭配非专职人员共同查勘，以提高__业务人员的整体素质，切实提高查勘、定损理赔质量，做到查勘准确，定损合理，理赔快捷。</w:t>
      </w:r>
      <w:r>
        <w:rPr>
          <w:lang w:eastAsia="zh-CN"/>
        </w:rPr>
        <w:t xml:space="preserve"> </w:t>
      </w:r>
      <w:r>
        <w:rPr>
          <w:lang w:eastAsia="zh-CN"/>
        </w:rPr>
        <w:br/>
      </w:r>
      <w:r>
        <w:rPr>
          <w:lang w:eastAsia="zh-CN"/>
        </w:rPr>
        <w:t xml:space="preserve">    4、在__年6月之前完成__营销服务部、__营销服务部两个服务机构的下延工作，至此，全区的服务网点建设基本完善，为公司的客户提供高效、便捷的保险售后服务。 </w:t>
      </w:r>
      <w:r>
        <w:rPr>
          <w:lang w:eastAsia="zh-CN"/>
        </w:rPr>
        <w:br/>
      </w:r>
      <w:r>
        <w:rPr>
          <w:lang w:eastAsia="zh-CN"/>
        </w:rPr>
        <w:t xml:space="preserve">    三、加快业务发展，提高市场占有率，做大做强公司保险品牌 </w:t>
      </w:r>
      <w:r>
        <w:rPr>
          <w:lang w:eastAsia="zh-CN"/>
        </w:rPr>
        <w:br/>
      </w:r>
      <w:r>
        <w:rPr>
          <w:lang w:eastAsia="zh-CN"/>
        </w:rPr>
        <w:t xml:space="preserve">    根据__年__保费收入____万元为依据，其中各险种的占比为：机动车辆险85%，非车险10%，人意险5%。__年度，中心支公司拟定业务发展规划计划为实现全年保费收入____万元，各险种比例计划为机动车辆险75%，非车险15%，人意险10%，计划的实现将从以下几个方面去实施完成。 </w:t>
      </w:r>
      <w:r>
        <w:rPr>
          <w:lang w:eastAsia="zh-CN"/>
        </w:rPr>
        <w:br/>
      </w:r>
      <w:r>
        <w:rPr>
          <w:lang w:eastAsia="zh-CN"/>
        </w:rPr>
        <w:t xml:space="preserve">    1、机动车辆险是我司业务的重中之重，因此，大力发展机动车辆险业务，充分发挥公司的车险优势，打好车险业务的攻坚战，还是我们工作的重点，__年在车险业务上要巩固老的客户，争取新客户，侧重点在发展车队业务以及新车业务的承保上，以实现车险业务更上一个新的台阶。 </w:t>
      </w:r>
      <w:r>
        <w:rPr>
          <w:lang w:eastAsia="zh-CN"/>
        </w:rPr>
        <w:br/>
      </w:r>
      <w:r>
        <w:rPr>
          <w:lang w:eastAsia="zh-CN"/>
        </w:rPr>
        <w:t xml:space="preserve">    2、认真做好非车险的展业工作，选择拜访一些大、中型企业，对效益好，风险低的企业要重点公关，与企业建立良好的关系，力争财产、人员、车辆一揽子承保，同时也要做好非车险效益型险种的市场开发工作，在__年里努力使非车险业务在发展上形成新的格局。 </w:t>
      </w:r>
      <w:r>
        <w:rPr>
          <w:lang w:eastAsia="zh-CN"/>
        </w:rPr>
        <w:br/>
      </w:r>
      <w:r>
        <w:rPr>
          <w:lang w:eastAsia="zh-CN"/>
        </w:rPr>
        <w:t xml:space="preserve">  </w:t>
      </w:r>
      <w:r>
        <w:rPr>
          <w:lang w:eastAsia="zh-CN"/>
        </w:rPr>
        <w:t xml:space="preserve"> </w:t>
      </w:r>
    </w:p>
    <w:p w:rsidR="001B1F19" w14:textId="27C3F48A">
      <w:pPr>
        <w:rPr>
          <w:lang w:eastAsia="zh-CN"/>
        </w:rPr>
      </w:pPr>
      <w:r>
        <w:rPr>
          <w:lang w:eastAsia="zh-CN"/>
        </w:rPr>
        <w:t xml:space="preserve"> 3、积极做好与银行的代理业务工作。__年__月我司经过积极地努力已与__银行、__银行、__银行、__银行、__银行等签定了兼业代理合作协议，</w:t>
      </w:r>
      <w:r>
        <w:rPr>
          <w:lang w:eastAsia="zh-CN"/>
        </w:rPr>
        <w:t xml:space="preserve"> __年要集中精力与各大银行加强业务上的沟通联系，让银行充分地了解__保险的品牌及优势，争取加大银行在代理业务上对我司的支持与政策倾斜力度，力求在银行代理业务上的新突破，实现险种结构调整的战略目标，为公司实现效益最大化奠定良好的基础。</w:t>
      </w:r>
      <w:r>
        <w:rPr>
          <w:lang w:eastAsia="zh-CN"/>
        </w:rPr>
        <w:t xml:space="preserve"> </w:t>
      </w:r>
      <w:r>
        <w:rPr>
          <w:lang w:eastAsia="zh-CN"/>
        </w:rPr>
        <w:br/>
      </w:r>
      <w:r>
        <w:rPr>
          <w:lang w:eastAsia="zh-CN"/>
        </w:rPr>
        <w:t xml:space="preserve">    在新的一年里，虽然市场的竞争将更加激烈，但有省公司的正确领导，__将开拓思路，奋力进取，去创造新的业绩，为做大做强公司保险事业而奋斗。 </w:t>
      </w:r>
      <w:r>
        <w:rPr>
          <w:lang w:eastAsia="zh-CN"/>
        </w:rPr>
        <w:br/>
      </w:r>
      <w:r>
        <w:rPr>
          <w:lang w:eastAsia="zh-CN"/>
        </w:rPr>
        <w:t>销售年度工作计划和目标（精选篇6）</w:t>
      </w:r>
      <w:r>
        <w:rPr>
          <w:lang w:eastAsia="zh-CN"/>
        </w:rPr>
        <w:br/>
      </w:r>
      <w:r>
        <w:rPr>
          <w:lang w:eastAsia="zh-CN"/>
        </w:rPr>
        <w:t xml:space="preserve">    随着山__区市场逐渐发展成熟，竞争日益激烈，机遇与考验并存。05年，销售工作仍将是我们公司的工作重点，面对先期投入，正视现有市场，作为我山__区销售经理，我创业激情高涨，信心百倍，又深感责任重大。 </w:t>
      </w:r>
      <w:r>
        <w:rPr>
          <w:lang w:eastAsia="zh-CN"/>
        </w:rPr>
        <w:br/>
      </w:r>
      <w:r>
        <w:rPr>
          <w:lang w:eastAsia="zh-CN"/>
        </w:rPr>
        <w:t xml:space="preserve">    着眼公司当前，兼顾未来发展。20__年，在总经理的领导下，在销售工作中我坚持做到：突出重点维护现有市场，把握时机开发潜在客户，注重销售细节，强化优质服务，稳固和提高市场占有率，积极争取圆满完成销售任务。 </w:t>
      </w:r>
      <w:r>
        <w:rPr>
          <w:lang w:eastAsia="zh-CN"/>
        </w:rPr>
        <w:br/>
      </w:r>
      <w:r>
        <w:rPr>
          <w:lang w:eastAsia="zh-CN"/>
        </w:rPr>
        <w:t xml:space="preserve">    一、销量指标： </w:t>
      </w:r>
      <w:r>
        <w:rPr>
          <w:lang w:eastAsia="zh-CN"/>
        </w:rPr>
        <w:br/>
      </w:r>
      <w:r>
        <w:rPr>
          <w:lang w:eastAsia="zh-CN"/>
        </w:rPr>
        <w:t xml:space="preserve">    至20__年12月31日，山__区销售任务560万元，销售目标700万元(20__年度销售计划表附后); </w:t>
      </w:r>
      <w:r>
        <w:rPr>
          <w:lang w:eastAsia="zh-CN"/>
        </w:rPr>
        <w:br/>
      </w:r>
      <w:r>
        <w:rPr>
          <w:lang w:eastAsia="zh-CN"/>
        </w:rPr>
        <w:t xml:space="preserve">    二、计划拟定： </w:t>
      </w:r>
      <w:r>
        <w:rPr>
          <w:lang w:eastAsia="zh-CN"/>
        </w:rPr>
        <w:br/>
      </w:r>
      <w:r>
        <w:rPr>
          <w:lang w:eastAsia="zh-CN"/>
        </w:rPr>
        <w:t xml:space="preserve">    1、年初拟定《年度销售总体计划》; </w:t>
      </w:r>
      <w:r>
        <w:rPr>
          <w:lang w:eastAsia="zh-CN"/>
        </w:rPr>
        <w:br/>
      </w:r>
      <w:r>
        <w:rPr>
          <w:lang w:eastAsia="zh-CN"/>
        </w:rPr>
        <w:br/>
      </w:r>
      <w:r>
        <w:rPr>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https://d.book118.com/366202212205010054</w:t>
        </w:r>
      </w:hyperlink>
    </w:p>
    <w:p w:rsidR="001B1F19">
      <w:pPr>
        <w:rPr>
          <w:lang w:eastAsia="zh-CN"/>
        </w:rPr>
      </w:pPr>
    </w:p>
    <w:sectPr>
      <w:type w:val="nextPage"/>
      <w:pgSz w:w="11906" w:h="16838"/>
      <w:pgMar w:top="1440" w:right="1800" w:bottom="1440" w:left="1800" w:header="851" w:footer="992" w:gutter="0"/>
      <w:pgNumType w:start="1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 w:val="009376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366202212205010054"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27</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6</cp:revision>
  <dcterms:created xsi:type="dcterms:W3CDTF">2024-01-11T00:28:00Z</dcterms:created>
  <dcterms:modified xsi:type="dcterms:W3CDTF">2024-02-08T13:34:00Z</dcterms:modified>
</cp:coreProperties>
</file>