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ectPr w:rsidSect="00034616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  <w:r>
        <w:t>﻿(迈凯伦总部</w:t>
      </w:r>
      <w:r>
        <w:t xml:space="preserve"> 沃金)</w:t>
        <w:br/>
        <w:t>希望不等于战略</w:t>
        <w:br/>
        <w:t>Hope</w:t>
      </w:r>
      <w:r>
        <w:t xml:space="preserve"> isn't</w:t>
      </w:r>
      <w:r>
        <w:t xml:space="preserve"> a</w:t>
      </w:r>
      <w:r>
        <w:t xml:space="preserve"> strategy.</w:t>
        <w:br/>
        <w:t>我们退步了</w:t>
        <w:br/>
        <w:t>We've</w:t>
      </w:r>
      <w:r>
        <w:t xml:space="preserve"> gone</w:t>
      </w:r>
      <w:r>
        <w:t xml:space="preserve"> backwards.</w:t>
        <w:br/>
        <w:t>我们的品牌要求我们有更好的表现</w:t>
        <w:br/>
        <w:t>The</w:t>
      </w:r>
      <w:r>
        <w:t xml:space="preserve"> brand</w:t>
      </w:r>
      <w:r>
        <w:t xml:space="preserve"> cries</w:t>
      </w:r>
      <w:r>
        <w:t xml:space="preserve"> out</w:t>
      </w:r>
      <w:r>
        <w:t xml:space="preserve"> for</w:t>
      </w:r>
      <w:r>
        <w:t xml:space="preserve"> more</w:t>
      </w:r>
      <w:r>
        <w:t xml:space="preserve"> performance.</w:t>
        <w:br/>
        <w:t>去年我们的确落后了</w:t>
      </w:r>
      <w:r>
        <w:t xml:space="preserve"> 不可否认</w:t>
        <w:br/>
        <w:t>I</w:t>
      </w:r>
      <w:r>
        <w:t xml:space="preserve"> mean,</w:t>
      </w:r>
      <w:r>
        <w:t xml:space="preserve"> we</w:t>
      </w:r>
      <w:r>
        <w:t xml:space="preserve"> did</w:t>
      </w:r>
      <w:r>
        <w:t xml:space="preserve"> go</w:t>
      </w:r>
      <w:r>
        <w:t xml:space="preserve"> backwards</w:t>
      </w:r>
      <w:r>
        <w:t xml:space="preserve"> last</w:t>
      </w:r>
      <w:r>
        <w:t xml:space="preserve"> year.</w:t>
      </w:r>
      <w:r>
        <w:t xml:space="preserve"> No</w:t>
      </w:r>
      <w:r>
        <w:t xml:space="preserve"> denying.</w:t>
        <w:br/>
        <w:t>好的</w:t>
      </w:r>
      <w:r>
        <w:t xml:space="preserve"> 丹尼尔</w:t>
      </w:r>
      <w:r>
        <w:t xml:space="preserve"> 第17位</w:t>
        <w:br/>
        <w:t>Okay,</w:t>
      </w:r>
      <w:r>
        <w:t xml:space="preserve"> Daniel.</w:t>
      </w:r>
      <w:r>
        <w:t xml:space="preserve"> That's</w:t>
      </w:r>
      <w:r>
        <w:t xml:space="preserve"> P17.</w:t>
        <w:br/>
        <w:t>说实话</w:t>
      </w:r>
      <w:r>
        <w:t xml:space="preserve"> 不是我们想要的</w:t>
        <w:br/>
        <w:t>Not</w:t>
      </w:r>
      <w:r>
        <w:t xml:space="preserve"> the</w:t>
      </w:r>
      <w:r>
        <w:t xml:space="preserve"> race</w:t>
      </w:r>
      <w:r>
        <w:t xml:space="preserve"> we</w:t>
      </w:r>
      <w:r>
        <w:t xml:space="preserve"> wanted,</w:t>
      </w:r>
      <w:r>
        <w:t xml:space="preserve"> to</w:t>
      </w:r>
      <w:r>
        <w:t xml:space="preserve"> be</w:t>
      </w:r>
      <w:r>
        <w:t xml:space="preserve"> honest.</w:t>
        <w:br/>
        <w:t>兰多·诺里斯</w:t>
      </w:r>
      <w:r>
        <w:t xml:space="preserve"> 艰难地驾驭着那台迈凯伦</w:t>
        <w:br/>
        <w:t>Lando</w:t>
      </w:r>
      <w:r>
        <w:t xml:space="preserve"> Norris</w:t>
      </w:r>
      <w:r>
        <w:t xml:space="preserve"> really</w:t>
      </w:r>
      <w:r>
        <w:t xml:space="preserve"> wrestling</w:t>
      </w:r>
      <w:r>
        <w:t xml:space="preserve"> that</w:t>
      </w:r>
      <w:r>
        <w:t xml:space="preserve"> McLaren.</w:t>
        <w:br/>
        <w:t>第13位</w:t>
        <w:br/>
        <w:t>P13.</w:t>
        <w:br/>
        <w:t>落后这么多</w:t>
      </w:r>
      <w:r>
        <w:t xml:space="preserve"> 没人喜欢我们现在的排位</w:t>
        <w:br/>
        <w:t>No</w:t>
      </w:r>
      <w:r>
        <w:t xml:space="preserve"> one's</w:t>
      </w:r>
      <w:r>
        <w:t xml:space="preserve"> gonna</w:t>
      </w:r>
      <w:r>
        <w:t xml:space="preserve"> like</w:t>
      </w:r>
      <w:r>
        <w:t xml:space="preserve"> being</w:t>
      </w:r>
      <w:r>
        <w:t xml:space="preserve"> where</w:t>
      </w:r>
      <w:r>
        <w:t xml:space="preserve"> we</w:t>
      </w:r>
      <w:r>
        <w:t xml:space="preserve"> are,</w:t>
      </w:r>
      <w:r>
        <w:t xml:space="preserve"> so</w:t>
      </w:r>
      <w:r>
        <w:t xml:space="preserve"> far</w:t>
      </w:r>
      <w:r>
        <w:t xml:space="preserve"> back.</w:t>
        <w:br/>
        <w:t>一级方程式运动</w:t>
      </w:r>
      <w:r>
        <w:t xml:space="preserve"> 好比逆水行舟</w:t>
      </w:r>
      <w:r>
        <w:t xml:space="preserve"> 不进则退</w:t>
        <w:br/>
        <w:t>In</w:t>
      </w:r>
      <w:r>
        <w:t xml:space="preserve"> Formula</w:t>
      </w:r>
      <w:r>
        <w:t xml:space="preserve"> 1,</w:t>
      </w:r>
      <w:r>
        <w:t xml:space="preserve"> if</w:t>
      </w:r>
      <w:r>
        <w:t xml:space="preserve"> you're</w:t>
      </w:r>
      <w:r>
        <w:t xml:space="preserve"> not</w:t>
      </w:r>
      <w:r>
        <w:t xml:space="preserve"> moving</w:t>
      </w:r>
      <w:r>
        <w:t xml:space="preserve"> forwards,</w:t>
      </w:r>
      <w:r>
        <w:t xml:space="preserve"> you're</w:t>
      </w:r>
      <w:r>
        <w:t xml:space="preserve"> going</w:t>
      </w:r>
      <w:r>
        <w:t xml:space="preserve"> backwards.</w:t>
        <w:br/>
        <w:t>所有的新闻都开始关注车手</w:t>
        <w:br/>
        <w:t>And...</w:t>
      </w:r>
      <w:r>
        <w:t xml:space="preserve"> And</w:t>
      </w:r>
      <w:r>
        <w:t xml:space="preserve"> all</w:t>
      </w:r>
      <w:r>
        <w:t xml:space="preserve"> the</w:t>
      </w:r>
      <w:r>
        <w:t xml:space="preserve"> headlines</w:t>
      </w:r>
      <w:r>
        <w:t xml:space="preserve"> became</w:t>
      </w:r>
      <w:r>
        <w:t xml:space="preserve"> driver</w:t>
      </w:r>
      <w:r>
        <w:t xml:space="preserve"> related.</w:t>
        <w:br/>
        <w:t>但很有意思</w:t>
        <w:br/>
        <w:t>It</w:t>
      </w:r>
      <w:r>
        <w:t xml:space="preserve"> was</w:t>
      </w:r>
      <w:r>
        <w:t xml:space="preserve"> interesting</w:t>
      </w:r>
      <w:r>
        <w:t xml:space="preserve"> though.</w:t>
        <w:br/>
        <w:t>大家都在说那纯粹是车手的问题</w:t>
        <w:br/>
        <w:t>There</w:t>
      </w:r>
      <w:r>
        <w:t xml:space="preserve"> was</w:t>
      </w:r>
      <w:r>
        <w:t xml:space="preserve"> a</w:t>
      </w:r>
      <w:r>
        <w:t xml:space="preserve"> lot</w:t>
      </w:r>
      <w:r>
        <w:t xml:space="preserve"> of</w:t>
      </w:r>
      <w:r>
        <w:t xml:space="preserve"> discussion</w:t>
      </w:r>
      <w:r>
        <w:t xml:space="preserve"> that</w:t>
      </w:r>
      <w:r>
        <w:t xml:space="preserve"> it</w:t>
      </w:r>
      <w:r>
        <w:t xml:space="preserve"> was</w:t>
      </w:r>
      <w:r>
        <w:t xml:space="preserve"> purely</w:t>
      </w:r>
      <w:r>
        <w:t xml:space="preserve"> drivers.</w:t>
        <w:br/>
        <w:t>实际情况呢?</w:t>
        <w:br/>
        <w:t>What</w:t>
      </w:r>
      <w:r>
        <w:t xml:space="preserve"> was</w:t>
      </w:r>
      <w:r>
        <w:t xml:space="preserve"> really</w:t>
      </w:r>
      <w:r>
        <w:t xml:space="preserve"> going</w:t>
      </w:r>
      <w:r>
        <w:t xml:space="preserve"> on</w:t>
      </w:r>
      <w:r>
        <w:t xml:space="preserve"> there?</w:t>
        <w:br/>
        <w:t>丹尼尔·里卡多被迈凯伦解雇</w:t>
        <w:br/>
        <w:t>Daniel</w:t>
      </w:r>
      <w:r>
        <w:t xml:space="preserve"> Ricciardo</w:t>
      </w:r>
      <w:r>
        <w:t xml:space="preserve"> has</w:t>
      </w:r>
      <w:r>
        <w:t xml:space="preserve"> been</w:t>
      </w:r>
      <w:r>
        <w:t xml:space="preserve"> axed</w:t>
      </w:r>
      <w:r>
        <w:t xml:space="preserve"> by</w:t>
      </w:r>
      <w:r>
        <w:t xml:space="preserve"> McLaren.</w:t>
        <w:br/>
        <w:t>据说取代他的是</w:t>
      </w:r>
      <w:r>
        <w:t xml:space="preserve"> 21岁的新秀奥斯卡·皮亚斯特里</w:t>
        <w:br/>
        <w:t>He</w:t>
      </w:r>
      <w:r>
        <w:t xml:space="preserve"> is</w:t>
      </w:r>
      <w:r>
        <w:t xml:space="preserve"> set</w:t>
      </w:r>
      <w:r>
        <w:t xml:space="preserve"> to</w:t>
      </w:r>
      <w:r>
        <w:t xml:space="preserve"> be</w:t>
      </w:r>
      <w:r>
        <w:t xml:space="preserve"> replaced</w:t>
      </w:r>
      <w:r>
        <w:t xml:space="preserve"> by</w:t>
      </w:r>
      <w:r>
        <w:t xml:space="preserve"> 21-year-old</w:t>
      </w:r>
      <w:r>
        <w:t xml:space="preserve"> young</w:t>
      </w:r>
      <w:r>
        <w:t xml:space="preserve"> gun</w:t>
      </w:r>
      <w:r>
        <w:t xml:space="preserve"> Oscar</w:t>
      </w:r>
      <w:r>
        <w:t xml:space="preserve"> Piastri.</w:t>
        <w:br/>
        <w:t>-</w:t>
      </w:r>
      <w:r>
        <w:t xml:space="preserve"> 我们知道我们必须改变</w:t>
      </w:r>
      <w:r>
        <w:t xml:space="preserve"> -</w:t>
      </w:r>
      <w:r>
        <w:t xml:space="preserve"> 是的</w:t>
        <w:br/>
        <w:t>-</w:t>
      </w:r>
      <w:r>
        <w:t xml:space="preserve"> We</w:t>
      </w:r>
      <w:r>
        <w:t xml:space="preserve"> knew</w:t>
      </w:r>
      <w:r>
        <w:t xml:space="preserve"> we</w:t>
      </w:r>
      <w:r>
        <w:t xml:space="preserve"> had</w:t>
      </w:r>
      <w:r>
        <w:t xml:space="preserve"> to</w:t>
      </w:r>
      <w:r>
        <w:t xml:space="preserve"> make</w:t>
      </w:r>
      <w:r>
        <w:t xml:space="preserve"> changes.</w:t>
      </w:r>
      <w:r>
        <w:t xml:space="preserve"> -</w:t>
      </w:r>
      <w:r>
        <w:t xml:space="preserve"> Yeah.</w:t>
        <w:br/>
        <w:t>但重要的是</w:t>
        <w:br/>
        <w:t>But</w:t>
      </w:r>
      <w:r>
        <w:t xml:space="preserve"> the</w:t>
      </w:r>
      <w:r>
        <w:t xml:space="preserve"> important</w:t>
      </w:r>
      <w:r>
        <w:t xml:space="preserve"> thing</w:t>
      </w:r>
      <w:r>
        <w:t xml:space="preserve"> is,</w:t>
        <w:br/>
        <w:t>做了那些改变之后</w:t>
        <w:br/>
        <w:t>having</w:t>
      </w:r>
      <w:r>
        <w:t xml:space="preserve"> made</w:t>
      </w:r>
      <w:r>
        <w:t xml:space="preserve"> those</w:t>
      </w:r>
      <w:r>
        <w:t xml:space="preserve"> changes,</w:t>
        <w:br/>
        <w:t>本赛季必须有真正的提高</w:t>
        <w:br/>
        <w:t>this</w:t>
      </w:r>
      <w:r>
        <w:t xml:space="preserve"> season,</w:t>
      </w:r>
      <w:r>
        <w:t xml:space="preserve"> we've</w:t>
      </w:r>
      <w:r>
        <w:t xml:space="preserve"> gotta</w:t>
      </w:r>
      <w:r>
        <w:t xml:space="preserve"> show</w:t>
      </w:r>
      <w:r>
        <w:t xml:space="preserve"> real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"/>
          <w:cols w:space="720"/>
          <w:titlePg w:val="0"/>
          <w:docGrid w:linePitch="360"/>
        </w:sectPr>
      </w:pPr>
      <w:r>
        <w:t xml:space="preserve"> progress.</w:t>
        <w:br/>
        <w:t>首先</w:t>
      </w:r>
      <w:r>
        <w:t xml:space="preserve"> 我们都有压力</w:t>
      </w:r>
      <w:r>
        <w:t xml:space="preserve"> 不少问题有待解决</w:t>
        <w:br/>
        <w:t>Uh,</w:t>
      </w:r>
      <w:r>
        <w:t xml:space="preserve"> first</w:t>
      </w:r>
      <w:r>
        <w:t xml:space="preserve"> of</w:t>
      </w:r>
      <w:r>
        <w:t xml:space="preserve"> all,</w:t>
      </w:r>
      <w:r>
        <w:t xml:space="preserve"> we</w:t>
      </w:r>
      <w:r>
        <w:t xml:space="preserve"> all</w:t>
      </w:r>
      <w:r>
        <w:t xml:space="preserve"> feel</w:t>
      </w:r>
      <w:r>
        <w:t xml:space="preserve"> the</w:t>
      </w:r>
      <w:r>
        <w:t xml:space="preserve"> pressure.</w:t>
      </w:r>
      <w:r>
        <w:t xml:space="preserve"> We</w:t>
      </w:r>
      <w:r>
        <w:t xml:space="preserve"> have</w:t>
      </w:r>
      <w:r>
        <w:t xml:space="preserve"> some</w:t>
      </w:r>
      <w:r>
        <w:t xml:space="preserve"> fixing</w:t>
      </w:r>
      <w:r>
        <w:t xml:space="preserve"> to</w:t>
      </w:r>
      <w:r>
        <w:t xml:space="preserve"> do.</w:t>
        <w:br/>
        <w:t>但我对这支车队有信心</w:t>
        <w:br/>
        <w:t>But</w:t>
      </w:r>
      <w:r>
        <w:t xml:space="preserve"> I've</w:t>
      </w:r>
      <w:r>
        <w:t xml:space="preserve"> got</w:t>
      </w:r>
      <w:r>
        <w:t xml:space="preserve"> a</w:t>
      </w:r>
      <w:r>
        <w:t xml:space="preserve"> lot</w:t>
      </w:r>
      <w:r>
        <w:t xml:space="preserve"> of</w:t>
      </w:r>
      <w:r>
        <w:t xml:space="preserve"> confidence</w:t>
      </w:r>
      <w:r>
        <w:t xml:space="preserve"> in</w:t>
      </w:r>
      <w:r>
        <w:t xml:space="preserve"> this</w:t>
      </w:r>
      <w:r>
        <w:t xml:space="preserve"> team.</w:t>
        <w:br/>
        <w:t>我认为我们要给他们一点时间</w:t>
        <w:br/>
        <w:t>I</w:t>
      </w:r>
      <w:r>
        <w:t xml:space="preserve"> think</w:t>
      </w:r>
      <w:r>
        <w:t xml:space="preserve"> we</w:t>
      </w:r>
      <w:r>
        <w:t xml:space="preserve"> need</w:t>
      </w:r>
      <w:r>
        <w:t xml:space="preserve"> to</w:t>
      </w:r>
      <w:r>
        <w:t xml:space="preserve"> give</w:t>
      </w:r>
      <w:r>
        <w:t xml:space="preserve"> them</w:t>
      </w:r>
      <w:r>
        <w:t xml:space="preserve"> some...</w:t>
      </w:r>
      <w:r>
        <w:t xml:space="preserve"> some</w:t>
      </w:r>
      <w:r>
        <w:t xml:space="preserve"> time.</w:t>
        <w:br/>
        <w:t>不可能一蹴而就</w:t>
        <w:br/>
        <w:t>Things</w:t>
      </w:r>
      <w:r>
        <w:t xml:space="preserve"> don't</w:t>
      </w:r>
      <w:r>
        <w:t xml:space="preserve"> happen</w:t>
      </w:r>
      <w:r>
        <w:t xml:space="preserve"> overnight.</w:t>
        <w:br/>
        <w:t>一定要成功</w:t>
        <w:br/>
        <w:t>It's</w:t>
      </w:r>
      <w:r>
        <w:t xml:space="preserve"> got</w:t>
      </w:r>
      <w:r>
        <w:t xml:space="preserve"> to</w:t>
      </w:r>
      <w:r>
        <w:t xml:space="preserve"> work.</w:t>
        <w:br/>
        <w:t>《Formula</w:t>
      </w:r>
      <w:r>
        <w:t xml:space="preserve"> 1:疾速争胜》</w:t>
        <w:br/>
        <w:t>剧名:《压力之下》</w:t>
        <w:br/>
        <w:t>我要个米饼</w:t>
      </w:r>
      <w:r>
        <w:t xml:space="preserve"> 再来一点水</w:t>
        <w:br/>
        <w:t>I</w:t>
      </w:r>
      <w:r>
        <w:t xml:space="preserve"> want</w:t>
      </w:r>
      <w:r>
        <w:t xml:space="preserve"> the</w:t>
      </w:r>
      <w:r>
        <w:t xml:space="preserve"> rice</w:t>
      </w:r>
      <w:r>
        <w:t xml:space="preserve"> cakes.</w:t>
      </w:r>
      <w:r>
        <w:t xml:space="preserve"> Then</w:t>
      </w:r>
      <w:r>
        <w:t xml:space="preserve"> can</w:t>
      </w:r>
      <w:r>
        <w:t xml:space="preserve"> I</w:t>
      </w:r>
      <w:r>
        <w:t xml:space="preserve"> have</w:t>
      </w:r>
      <w:r>
        <w:t xml:space="preserve"> some</w:t>
      </w:r>
      <w:r>
        <w:t xml:space="preserve"> water?</w:t>
        <w:br/>
        <w:t>把水递给我好吗?</w:t>
        <w:br/>
        <w:t>哇</w:t>
        <w:br/>
        <w:t>Wow.</w:t>
        <w:br/>
        <w:t>第六季啊</w:t>
        <w:br/>
        <w:t>Season</w:t>
      </w:r>
      <w:r>
        <w:t xml:space="preserve"> six.</w:t>
        <w:br/>
        <w:t>好</w:t>
        <w:br/>
        <w:t>All</w:t>
      </w:r>
      <w:r>
        <w:t xml:space="preserve"> right.</w:t>
        <w:br/>
        <w:t>会是很有趣的...一年</w:t>
        <w:br/>
        <w:t>It's</w:t>
      </w:r>
      <w:r>
        <w:t xml:space="preserve"> gonna</w:t>
      </w:r>
      <w:r>
        <w:t xml:space="preserve"> be</w:t>
      </w:r>
      <w:r>
        <w:t xml:space="preserve"> a...</w:t>
      </w:r>
      <w:r>
        <w:t xml:space="preserve"> a</w:t>
      </w:r>
      <w:r>
        <w:t xml:space="preserve"> fun</w:t>
      </w:r>
      <w:r>
        <w:t xml:space="preserve"> year.</w:t>
        <w:br/>
        <w:t>太差劲了</w:t>
      </w:r>
      <w:r>
        <w:t xml:space="preserve"> 再来一次</w:t>
        <w:br/>
        <w:t>That</w:t>
      </w:r>
      <w:r>
        <w:t xml:space="preserve"> was</w:t>
      </w:r>
      <w:r>
        <w:t xml:space="preserve"> terrible.</w:t>
      </w:r>
      <w:r>
        <w:t xml:space="preserve"> One</w:t>
      </w:r>
      <w:r>
        <w:t xml:space="preserve"> more.</w:t>
        <w:br/>
        <w:t>被你弄坏了吗?</w:t>
        <w:br/>
        <w:t>Did</w:t>
      </w:r>
      <w:r>
        <w:t xml:space="preserve"> you</w:t>
      </w:r>
      <w:r>
        <w:t xml:space="preserve"> break</w:t>
      </w:r>
      <w:r>
        <w:t xml:space="preserve"> it?</w:t>
        <w:br/>
        <w:t>(迈凯伦总部</w:t>
      </w:r>
      <w:r>
        <w:t xml:space="preserve"> 季前测试赛)</w:t>
        <w:br/>
        <w:t>-</w:t>
      </w:r>
      <w:r>
        <w:t xml:space="preserve"> 回头见</w:t>
      </w:r>
      <w:r>
        <w:t xml:space="preserve"> -</w:t>
      </w:r>
      <w:r>
        <w:t xml:space="preserve"> 留神</w:t>
        <w:br/>
        <w:t>See</w:t>
      </w:r>
      <w:r>
        <w:t xml:space="preserve"> you</w:t>
      </w:r>
      <w:r>
        <w:t xml:space="preserve"> later.</w:t>
      </w:r>
      <w:r>
        <w:t xml:space="preserve"> Cheers.</w:t>
        <w:br/>
        <w:t>再见</w:t>
        <w:br/>
        <w:t>See</w:t>
      </w:r>
      <w:r>
        <w:t xml:space="preserve"> you</w:t>
      </w:r>
      <w:r>
        <w:t xml:space="preserve"> later.</w:t>
      </w:r>
      <w:r>
        <w:t xml:space="preserve"> Cheers.</w:t>
        <w:br/>
        <w:t>发布日总是很有趣</w:t>
        <w:br/>
        <w:t>Launch</w:t>
      </w:r>
      <w:r>
        <w:t xml:space="preserve"> days</w:t>
      </w:r>
      <w:r>
        <w:t xml:space="preserve"> are</w:t>
      </w:r>
      <w:r>
        <w:t xml:space="preserve"> always</w:t>
      </w:r>
      <w:r>
        <w:t xml:space="preserve"> fun.</w:t>
        <w:br/>
        <w:t>-</w:t>
      </w:r>
      <w:r>
        <w:t xml:space="preserve"> 也很漫长</w:t>
      </w:r>
      <w:r>
        <w:t xml:space="preserve"> -</w:t>
      </w:r>
      <w:r>
        <w:t xml:space="preserve"> 也很漫长</w:t>
        <w:br/>
        <w:t>And</w:t>
      </w:r>
      <w:r>
        <w:t xml:space="preserve"> long.</w:t>
        <w:br/>
        <w:t>每个新赛季开始</w:t>
      </w:r>
      <w:r>
        <w:t xml:space="preserve"> 你都会很激动</w:t>
        <w:br/>
        <w:t>Every</w:t>
      </w:r>
      <w:r>
        <w:t xml:space="preserve"> season</w:t>
      </w:r>
      <w:r>
        <w:t xml:space="preserve"> you</w:t>
      </w:r>
      <w:r>
        <w:t xml:space="preserve"> start,</w:t>
      </w:r>
      <w:r>
        <w:t xml:space="preserve"> you</w:t>
      </w:r>
      <w:r>
        <w:t xml:space="preserve"> get</w:t>
      </w:r>
      <w:r>
        <w:t xml:space="preserve"> excited.</w:t>
        <w:br/>
        <w:t>你想:“说不定今年能翻盘</w:t>
        <w:br/>
        <w:t>You're</w:t>
      </w:r>
      <w:r>
        <w:t xml:space="preserve"> like,</w:t>
      </w:r>
      <w:r>
        <w:t xml:space="preserve"> "Maybe</w:t>
      </w:r>
      <w:r>
        <w:t xml:space="preserve"> this</w:t>
      </w:r>
      <w:r>
        <w:t xml:space="preserve"> is</w:t>
      </w:r>
      <w:r>
        <w:t xml:space="preserve"> the</w:t>
      </w:r>
      <w:r>
        <w:t xml:space="preserve"> year</w:t>
      </w:r>
      <w:r>
        <w:t xml:space="preserve"> that</w:t>
      </w:r>
      <w:r>
        <w:t xml:space="preserve"> we</w:t>
      </w:r>
      <w:r>
        <w:t xml:space="preserve"> can</w:t>
      </w:r>
      <w:r>
        <w:t xml:space="preserve"> turn</w:t>
      </w:r>
      <w:r>
        <w:t xml:space="preserve"> things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"/>
          <w:cols w:space="720"/>
          <w:titlePg w:val="0"/>
          <w:docGrid w:linePitch="360"/>
        </w:sectPr>
      </w:pPr>
      <w:r>
        <w:t xml:space="preserve"> around,</w:t>
        <w:br/>
        <w:t>我能再多登上领奖台几次</w:t>
        <w:br/>
        <w:t>and</w:t>
      </w:r>
      <w:r>
        <w:t xml:space="preserve"> I</w:t>
      </w:r>
      <w:r>
        <w:t xml:space="preserve"> can</w:t>
      </w:r>
      <w:r>
        <w:t xml:space="preserve"> be</w:t>
      </w:r>
      <w:r>
        <w:t xml:space="preserve"> in</w:t>
      </w:r>
      <w:r>
        <w:t xml:space="preserve"> that</w:t>
      </w:r>
      <w:r>
        <w:t xml:space="preserve"> position</w:t>
      </w:r>
      <w:r>
        <w:t xml:space="preserve"> where</w:t>
      </w:r>
      <w:r>
        <w:t xml:space="preserve"> I'm</w:t>
      </w:r>
      <w:r>
        <w:t xml:space="preserve"> standing</w:t>
      </w:r>
      <w:r>
        <w:t xml:space="preserve"> on</w:t>
      </w:r>
      <w:r>
        <w:t xml:space="preserve"> the</w:t>
      </w:r>
      <w:r>
        <w:t xml:space="preserve"> podium</w:t>
      </w:r>
      <w:r>
        <w:t xml:space="preserve"> more</w:t>
      </w:r>
      <w:r>
        <w:t xml:space="preserve"> often</w:t>
        <w:br/>
        <w:t>和法拉利、红牛、梅赛德斯竞争”</w:t>
        <w:br/>
        <w:t>and</w:t>
      </w:r>
      <w:r>
        <w:t xml:space="preserve"> fighting</w:t>
      </w:r>
      <w:r>
        <w:t xml:space="preserve"> against</w:t>
      </w:r>
      <w:r>
        <w:t xml:space="preserve"> Ferrari</w:t>
      </w:r>
      <w:r>
        <w:t xml:space="preserve"> and</w:t>
      </w:r>
      <w:r>
        <w:t xml:space="preserve"> Red</w:t>
      </w:r>
      <w:r>
        <w:t xml:space="preserve"> Bull,</w:t>
      </w:r>
      <w:r>
        <w:t xml:space="preserve"> fighting</w:t>
      </w:r>
      <w:r>
        <w:t xml:space="preserve"> against</w:t>
      </w:r>
      <w:r>
        <w:t xml:space="preserve"> Mercedes."</w:t>
        <w:br/>
        <w:t>比赛会怎样</w:t>
      </w:r>
      <w:r>
        <w:t xml:space="preserve"> 真的好期待</w:t>
        <w:br/>
        <w:t>I'm</w:t>
      </w:r>
      <w:r>
        <w:t xml:space="preserve"> excited</w:t>
      </w:r>
      <w:r>
        <w:t xml:space="preserve"> to</w:t>
      </w:r>
      <w:r>
        <w:t xml:space="preserve"> see</w:t>
      </w:r>
      <w:r>
        <w:t xml:space="preserve"> how</w:t>
      </w:r>
      <w:r>
        <w:t xml:space="preserve"> things</w:t>
      </w:r>
      <w:r>
        <w:t xml:space="preserve"> go.</w:t>
        <w:br/>
        <w:t>我们车队内部有很多改革</w:t>
        <w:br/>
        <w:t>We've</w:t>
      </w:r>
      <w:r>
        <w:t xml:space="preserve"> had</w:t>
      </w:r>
      <w:r>
        <w:t xml:space="preserve"> a</w:t>
      </w:r>
      <w:r>
        <w:t xml:space="preserve"> lot</w:t>
      </w:r>
      <w:r>
        <w:t xml:space="preserve"> of</w:t>
      </w:r>
      <w:r>
        <w:t xml:space="preserve"> changes</w:t>
      </w:r>
      <w:r>
        <w:t xml:space="preserve"> within</w:t>
      </w:r>
      <w:r>
        <w:t xml:space="preserve"> the</w:t>
      </w:r>
      <w:r>
        <w:t xml:space="preserve"> team.</w:t>
        <w:br/>
        <w:t>(早上6点09分)</w:t>
        <w:br/>
        <w:t>(奥斯卡·皮亚斯特里</w:t>
      </w:r>
      <w:r>
        <w:t xml:space="preserve"> 迈凯伦一级方程式车队车手)</w:t>
        <w:br/>
        <w:t>能从侧门进吗?</w:t>
        <w:br/>
        <w:t>Can</w:t>
      </w:r>
      <w:r>
        <w:t xml:space="preserve"> you</w:t>
      </w:r>
      <w:r>
        <w:t xml:space="preserve"> go</w:t>
      </w:r>
      <w:r>
        <w:t xml:space="preserve"> in</w:t>
      </w:r>
      <w:r>
        <w:t xml:space="preserve"> the</w:t>
      </w:r>
      <w:r>
        <w:t xml:space="preserve"> side</w:t>
      </w:r>
      <w:r>
        <w:t xml:space="preserve"> door?</w:t>
        <w:br/>
        <w:t>奥斯卡·皮亚斯特里</w:t>
        <w:br/>
        <w:t>Oscar</w:t>
      </w:r>
      <w:r>
        <w:t xml:space="preserve"> Piastri.</w:t>
        <w:br/>
        <w:t>也是个澳大利亚人</w:t>
        <w:br/>
        <w:t>Uh,</w:t>
      </w:r>
      <w:r>
        <w:t xml:space="preserve"> another</w:t>
      </w:r>
      <w:r>
        <w:t xml:space="preserve"> Aussie.</w:t>
        <w:br/>
        <w:t>闯进一级方程式的年轻车手中</w:t>
        <w:br/>
        <w:t>He's</w:t>
      </w:r>
      <w:r>
        <w:t xml:space="preserve"> probably</w:t>
      </w:r>
      <w:r>
        <w:t xml:space="preserve"> got</w:t>
      </w:r>
      <w:r>
        <w:t xml:space="preserve"> one</w:t>
      </w:r>
      <w:r>
        <w:t xml:space="preserve"> of</w:t>
      </w:r>
      <w:r>
        <w:t xml:space="preserve"> the</w:t>
      </w:r>
      <w:r>
        <w:t xml:space="preserve"> best</w:t>
      </w:r>
      <w:r>
        <w:t xml:space="preserve"> CVs</w:t>
      </w:r>
      <w:r>
        <w:t xml:space="preserve"> out</w:t>
      </w:r>
      <w:r>
        <w:t xml:space="preserve"> of</w:t>
      </w:r>
      <w:r>
        <w:t xml:space="preserve"> any</w:t>
      </w:r>
      <w:r>
        <w:t xml:space="preserve"> young</w:t>
      </w:r>
      <w:r>
        <w:t xml:space="preserve"> driver</w:t>
        <w:br/>
        <w:t>他的履历可能是最优秀的一个</w:t>
        <w:br/>
        <w:t>almost</w:t>
      </w:r>
      <w:r>
        <w:t xml:space="preserve"> ever</w:t>
      </w:r>
      <w:r>
        <w:t xml:space="preserve"> coming</w:t>
      </w:r>
      <w:r>
        <w:t xml:space="preserve"> into</w:t>
      </w:r>
      <w:r>
        <w:t xml:space="preserve"> Formula</w:t>
      </w:r>
      <w:r>
        <w:t xml:space="preserve"> 1.</w:t>
        <w:br/>
        <w:t>-</w:t>
      </w:r>
      <w:r>
        <w:t xml:space="preserve"> 第一天新车发布会</w:t>
      </w:r>
      <w:r>
        <w:t xml:space="preserve"> -</w:t>
      </w:r>
      <w:r>
        <w:t xml:space="preserve"> 是啊</w:t>
        <w:br/>
        <w:t>For</w:t>
      </w:r>
      <w:r>
        <w:t xml:space="preserve"> a</w:t>
      </w:r>
      <w:r>
        <w:t xml:space="preserve"> day-one</w:t>
      </w:r>
      <w:r>
        <w:t xml:space="preserve"> car</w:t>
      </w:r>
      <w:r>
        <w:t xml:space="preserve"> launch,</w:t>
      </w:r>
      <w:r>
        <w:t xml:space="preserve"> 6</w:t>
      </w:r>
      <w:r>
        <w:t xml:space="preserve"> a.m.</w:t>
      </w:r>
      <w:r>
        <w:t xml:space="preserve"> call</w:t>
      </w:r>
      <w:r>
        <w:t xml:space="preserve"> time,</w:t>
        <w:br/>
        <w:t>早上六点</w:t>
      </w:r>
      <w:r>
        <w:t xml:space="preserve"> 迟到一两分钟也是可以原谅的</w:t>
        <w:br/>
        <w:t>I'll</w:t>
      </w:r>
      <w:r>
        <w:t xml:space="preserve"> forgive</w:t>
      </w:r>
      <w:r>
        <w:t xml:space="preserve"> a</w:t>
      </w:r>
      <w:r>
        <w:t xml:space="preserve"> couple</w:t>
      </w:r>
      <w:r>
        <w:t xml:space="preserve"> of</w:t>
      </w:r>
      <w:r>
        <w:t xml:space="preserve"> minutes</w:t>
      </w:r>
      <w:r>
        <w:t xml:space="preserve"> late</w:t>
      </w:r>
      <w:r>
        <w:t xml:space="preserve"> because</w:t>
      </w:r>
      <w:r>
        <w:t xml:space="preserve"> that's</w:t>
      </w:r>
      <w:r>
        <w:t xml:space="preserve"> quite</w:t>
      </w:r>
      <w:r>
        <w:t xml:space="preserve"> brutal,</w:t>
      </w:r>
      <w:r>
        <w:t xml:space="preserve"> I</w:t>
      </w:r>
      <w:r>
        <w:t xml:space="preserve"> appreciate.</w:t>
        <w:br/>
        <w:t>实在太早了</w:t>
      </w:r>
      <w:r>
        <w:t xml:space="preserve"> 非常感谢</w:t>
        <w:br/>
        <w:t>I'll</w:t>
      </w:r>
      <w:r>
        <w:t xml:space="preserve"> forgive</w:t>
      </w:r>
      <w:r>
        <w:t xml:space="preserve"> a</w:t>
      </w:r>
      <w:r>
        <w:t xml:space="preserve"> couple</w:t>
      </w:r>
      <w:r>
        <w:t xml:space="preserve"> of</w:t>
      </w:r>
      <w:r>
        <w:t xml:space="preserve"> minutes</w:t>
      </w:r>
      <w:r>
        <w:t xml:space="preserve"> late</w:t>
      </w:r>
      <w:r>
        <w:t xml:space="preserve"> because</w:t>
      </w:r>
      <w:r>
        <w:t xml:space="preserve"> that's</w:t>
      </w:r>
      <w:r>
        <w:t xml:space="preserve"> quite</w:t>
      </w:r>
      <w:r>
        <w:t xml:space="preserve"> brutal,</w:t>
      </w:r>
      <w:r>
        <w:t xml:space="preserve"> I</w:t>
      </w:r>
      <w:r>
        <w:t xml:space="preserve"> appreciate.</w:t>
        <w:br/>
        <w:t>-</w:t>
      </w:r>
      <w:r>
        <w:t xml:space="preserve"> 早上好</w:t>
      </w:r>
      <w:r>
        <w:t xml:space="preserve"> -</w:t>
      </w:r>
      <w:r>
        <w:t xml:space="preserve"> 早上好</w:t>
        <w:br/>
        <w:t>-</w:t>
      </w:r>
      <w:r>
        <w:t xml:space="preserve"> Morning.</w:t>
      </w:r>
      <w:r>
        <w:t xml:space="preserve"> -</w:t>
      </w:r>
      <w:r>
        <w:t xml:space="preserve"> Morning.</w:t>
        <w:br/>
        <w:t>就在这里</w:t>
        <w:br/>
        <w:t>Right,</w:t>
      </w:r>
      <w:r>
        <w:t xml:space="preserve"> we're</w:t>
      </w:r>
      <w:r>
        <w:t xml:space="preserve"> just</w:t>
      </w:r>
      <w:r>
        <w:t xml:space="preserve"> in</w:t>
      </w:r>
      <w:r>
        <w:t xml:space="preserve"> here.</w:t>
        <w:br/>
        <w:t>兰多来了吗?</w:t>
        <w:br/>
        <w:t>Has</w:t>
      </w:r>
      <w:r>
        <w:t xml:space="preserve"> Lando</w:t>
      </w:r>
      <w:r>
        <w:t xml:space="preserve"> rocked</w:t>
      </w:r>
      <w:r>
        <w:t xml:space="preserve"> up</w:t>
      </w:r>
      <w:r>
        <w:t xml:space="preserve"> yet</w:t>
      </w:r>
      <w:r>
        <w:t xml:space="preserve"> or...</w:t>
        <w:br/>
        <w:t>-</w:t>
      </w:r>
      <w:r>
        <w:t xml:space="preserve"> 来了</w:t>
      </w:r>
      <w:r>
        <w:t xml:space="preserve"> -</w:t>
      </w:r>
      <w:r>
        <w:t xml:space="preserve"> 来了?</w:t>
        <w:br/>
        <w:t>He</w:t>
      </w:r>
      <w:r>
        <w:t xml:space="preserve"> has,</w:t>
      </w:r>
      <w:r>
        <w:t xml:space="preserve"> yeah.</w:t>
        <w:br/>
        <w:t>他还特别强调他比你到得早</w:t>
        <w:br/>
        <w:t>And</w:t>
      </w:r>
      <w:r>
        <w:t xml:space="preserve"> he</w:t>
      </w:r>
      <w:r>
        <w:t xml:space="preserve"> did</w:t>
      </w:r>
      <w:r>
        <w:t xml:space="preserve"> make</w:t>
      </w:r>
      <w:r>
        <w:t xml:space="preserve"> a</w:t>
      </w:r>
      <w:r>
        <w:t xml:space="preserve"> point</w:t>
      </w:r>
      <w:r>
        <w:t xml:space="preserve"> that</w:t>
      </w:r>
      <w:r>
        <w:t xml:space="preserve"> he</w:t>
      </w:r>
      <w:r>
        <w:t xml:space="preserve"> beat</w:t>
      </w:r>
      <w:r>
        <w:t xml:space="preserve"> you.</w:t>
      </w:r>
      <w:r>
        <w:t xml:space="preserve"> Arrived</w:t>
      </w:r>
      <w:r>
        <w:t xml:space="preserve"> before</w:t>
      </w:r>
      <w:r>
        <w:t xml:space="preserve"> you.</w:t>
        <w:br/>
        <w:t>欢迎</w:t>
        <w:br/>
        <w:t>-</w:t>
      </w:r>
      <w:r>
        <w:t xml:space="preserve"> Bienvenido.</w:t>
      </w:r>
      <w:r>
        <w:t xml:space="preserve"> -</w:t>
      </w:r>
      <w:r>
        <w:t xml:space="preserve"> Morning.</w:t>
        <w:br/>
        <w:t>-</w:t>
      </w:r>
      <w:r>
        <w:t xml:space="preserve"> 早上好</w:t>
      </w:r>
      <w:r>
        <w:t xml:space="preserve"> -</w:t>
      </w:r>
      <w:r>
        <w:t xml:space="preserve"> 早上好</w:t>
        <w:br/>
        <w:t>-</w:t>
      </w:r>
      <w:r>
        <w:t xml:space="preserve"> Bienvenido.</w:t>
      </w:r>
      <w:r>
        <w:t xml:space="preserve"> -</w:t>
      </w:r>
      <w:r>
        <w:t xml:space="preserve"> Morning.</w:t>
        <w:br/>
        <w:t>-</w:t>
      </w:r>
      <w:r>
        <w:t xml:space="preserve"> 你好啊!你能来</w:t>
      </w:r>
      <w:r>
        <w:t xml:space="preserve"> 我们太荣幸了</w:t>
      </w:r>
      <w:r>
        <w:t xml:space="preserve"> -</w:t>
      </w:r>
      <w:r>
        <w:t xml:space="preserve"> 早上好</w:t>
        <w:br/>
        <w:t>What's</w:t>
      </w:r>
      <w:r>
        <w:t xml:space="preserve"> going</w:t>
      </w:r>
      <w:r>
        <w:t xml:space="preserve"> on?</w:t>
      </w:r>
      <w:r>
        <w:t xml:space="preserve"> Glad</w:t>
      </w:r>
      <w:r>
        <w:t xml:space="preserve"> you</w:t>
      </w:r>
      <w:r>
        <w:t xml:space="preserve"> could</w:t>
      </w:r>
      <w:r>
        <w:t xml:space="preserve"> join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4"/>
          <w:cols w:space="720"/>
          <w:titlePg w:val="0"/>
          <w:docGrid w:linePitch="360"/>
        </w:sectPr>
      </w:pPr>
      <w:r>
        <w:t xml:space="preserve"> us.</w:t>
        <w:br/>
        <w:t>对不起</w:t>
      </w:r>
      <w:r>
        <w:t xml:space="preserve"> 我迟到了</w:t>
        <w:br/>
        <w:t>Sorry</w:t>
      </w:r>
      <w:r>
        <w:t xml:space="preserve"> I'm</w:t>
      </w:r>
      <w:r>
        <w:t xml:space="preserve"> late.</w:t>
        <w:br/>
        <w:t>我成了老司机</w:t>
        <w:br/>
        <w:t>I'm</w:t>
      </w:r>
      <w:r>
        <w:t xml:space="preserve"> gonna</w:t>
      </w:r>
      <w:r>
        <w:t xml:space="preserve"> be</w:t>
      </w:r>
      <w:r>
        <w:t xml:space="preserve"> the</w:t>
      </w:r>
      <w:r>
        <w:t xml:space="preserve"> veteran.</w:t>
        <w:br/>
        <w:t>我是老人</w:t>
      </w:r>
      <w:r>
        <w:t xml:space="preserve"> 他是新人</w:t>
        <w:br/>
        <w:t>I'm</w:t>
      </w:r>
      <w:r>
        <w:t xml:space="preserve"> the</w:t>
      </w:r>
      <w:r>
        <w:t xml:space="preserve"> old</w:t>
      </w:r>
      <w:r>
        <w:t xml:space="preserve"> guy.</w:t>
      </w:r>
      <w:r>
        <w:t xml:space="preserve"> He's</w:t>
      </w:r>
      <w:r>
        <w:t xml:space="preserve"> the</w:t>
      </w:r>
      <w:r>
        <w:t xml:space="preserve"> young</w:t>
      </w:r>
      <w:r>
        <w:t xml:space="preserve"> guy.</w:t>
        <w:br/>
        <w:t>这是我职业生涯中</w:t>
      </w:r>
      <w:r>
        <w:t xml:space="preserve"> 第一次承受这种压力</w:t>
        <w:br/>
        <w:t>It's</w:t>
      </w:r>
      <w:r>
        <w:t xml:space="preserve"> the</w:t>
      </w:r>
      <w:r>
        <w:t xml:space="preserve"> first</w:t>
      </w:r>
      <w:r>
        <w:t xml:space="preserve"> time</w:t>
      </w:r>
      <w:r>
        <w:t xml:space="preserve"> in</w:t>
      </w:r>
      <w:r>
        <w:t xml:space="preserve"> my</w:t>
      </w:r>
      <w:r>
        <w:t xml:space="preserve"> career</w:t>
      </w:r>
      <w:r>
        <w:t xml:space="preserve"> I've</w:t>
      </w:r>
      <w:r>
        <w:t xml:space="preserve"> kind</w:t>
      </w:r>
      <w:r>
        <w:t xml:space="preserve"> of</w:t>
      </w:r>
      <w:r>
        <w:t xml:space="preserve"> had</w:t>
      </w:r>
      <w:r>
        <w:t xml:space="preserve"> that</w:t>
      </w:r>
      <w:r>
        <w:t xml:space="preserve"> sort</w:t>
      </w:r>
      <w:r>
        <w:t xml:space="preserve"> of</w:t>
      </w:r>
      <w:r>
        <w:t xml:space="preserve"> pressure.</w:t>
        <w:br/>
        <w:t>...代表迈凯伦出战一级方程式</w:t>
        <w:br/>
        <w:t>...in</w:t>
      </w:r>
      <w:r>
        <w:t xml:space="preserve"> F1</w:t>
      </w:r>
      <w:r>
        <w:t xml:space="preserve"> with</w:t>
      </w:r>
      <w:r>
        <w:t xml:space="preserve"> McLaren.</w:t>
        <w:br/>
        <w:t>我一直在为此而努力</w:t>
        <w:br/>
        <w:t>Um,</w:t>
      </w:r>
      <w:r>
        <w:t xml:space="preserve"> I've</w:t>
      </w:r>
      <w:r>
        <w:t xml:space="preserve"> been</w:t>
      </w:r>
      <w:r>
        <w:t xml:space="preserve"> building</w:t>
      </w:r>
      <w:r>
        <w:t xml:space="preserve"> up</w:t>
      </w:r>
      <w:r>
        <w:t xml:space="preserve"> to</w:t>
      </w:r>
      <w:r>
        <w:t xml:space="preserve"> it,</w:t>
      </w:r>
      <w:r>
        <w:t xml:space="preserve"> and</w:t>
      </w:r>
      <w:r>
        <w:t xml:space="preserve"> like</w:t>
      </w:r>
      <w:r>
        <w:t xml:space="preserve"> you</w:t>
      </w:r>
      <w:r>
        <w:t xml:space="preserve"> said...</w:t>
        <w:br/>
        <w:t>奥斯卡挺高的</w:t>
      </w:r>
      <w:r>
        <w:t xml:space="preserve"> 是不是?</w:t>
        <w:br/>
        <w:t>Oscar's</w:t>
      </w:r>
      <w:r>
        <w:t xml:space="preserve"> quite</w:t>
      </w:r>
      <w:r>
        <w:t xml:space="preserve"> tall,</w:t>
      </w:r>
      <w:r>
        <w:t xml:space="preserve"> huh?</w:t>
        <w:br/>
        <w:t>你的学徒</w:t>
        <w:br/>
        <w:t>Your</w:t>
      </w:r>
      <w:r>
        <w:t xml:space="preserve"> apprentice.</w:t>
        <w:br/>
        <w:t>他不显高</w:t>
      </w:r>
      <w:r>
        <w:t xml:space="preserve"> 但实际挺高的</w:t>
        <w:br/>
        <w:t>He</w:t>
      </w:r>
      <w:r>
        <w:t xml:space="preserve"> doesn't</w:t>
      </w:r>
      <w:r>
        <w:t xml:space="preserve"> look</w:t>
      </w:r>
      <w:r>
        <w:t xml:space="preserve"> tall,</w:t>
      </w:r>
      <w:r>
        <w:t xml:space="preserve"> but</w:t>
      </w:r>
      <w:r>
        <w:t xml:space="preserve"> he</w:t>
      </w:r>
      <w:r>
        <w:t xml:space="preserve"> is</w:t>
      </w:r>
      <w:r>
        <w:t xml:space="preserve"> tall.</w:t>
        <w:br/>
        <w:t>所以真是好极了</w:t>
      </w:r>
      <w:r>
        <w:t xml:space="preserve"> 大家都很热情</w:t>
        <w:br/>
        <w:t>...so</w:t>
      </w:r>
      <w:r>
        <w:t xml:space="preserve"> it's</w:t>
      </w:r>
      <w:r>
        <w:t xml:space="preserve"> been</w:t>
      </w:r>
      <w:r>
        <w:t xml:space="preserve"> really</w:t>
      </w:r>
      <w:r>
        <w:t xml:space="preserve"> good.</w:t>
      </w:r>
      <w:r>
        <w:t xml:space="preserve"> Everyone's</w:t>
      </w:r>
      <w:r>
        <w:t xml:space="preserve"> been</w:t>
      </w:r>
      <w:r>
        <w:t xml:space="preserve"> really</w:t>
      </w:r>
      <w:r>
        <w:t xml:space="preserve"> welcoming.</w:t>
        <w:br/>
        <w:t>他好像才15岁</w:t>
        <w:br/>
        <w:t>He's</w:t>
      </w:r>
      <w:r>
        <w:t xml:space="preserve"> only,</w:t>
      </w:r>
      <w:r>
        <w:t xml:space="preserve"> like,</w:t>
      </w:r>
      <w:r>
        <w:t xml:space="preserve"> 15.</w:t>
        <w:br/>
        <w:t>你需要什么?</w:t>
        <w:br/>
        <w:t>Where</w:t>
      </w:r>
      <w:r>
        <w:t xml:space="preserve"> do</w:t>
      </w:r>
      <w:r>
        <w:t xml:space="preserve"> you</w:t>
      </w:r>
      <w:r>
        <w:t xml:space="preserve"> want</w:t>
      </w:r>
      <w:r>
        <w:t xml:space="preserve"> us?</w:t>
        <w:br/>
        <w:t>今年我们有新的车手阵容</w:t>
        <w:br/>
        <w:t>We</w:t>
      </w:r>
      <w:r>
        <w:t xml:space="preserve"> have</w:t>
      </w:r>
      <w:r>
        <w:t xml:space="preserve"> a</w:t>
      </w:r>
      <w:r>
        <w:t xml:space="preserve"> new</w:t>
      </w:r>
      <w:r>
        <w:t xml:space="preserve"> driver</w:t>
      </w:r>
      <w:r>
        <w:t xml:space="preserve"> lineup</w:t>
      </w:r>
      <w:r>
        <w:t xml:space="preserve"> this</w:t>
      </w:r>
      <w:r>
        <w:t xml:space="preserve"> year.</w:t>
        <w:br/>
        <w:t>22岁的奥斯卡</w:t>
      </w:r>
      <w:r>
        <w:t xml:space="preserve"> 加入我们车队</w:t>
      </w:r>
      <w:r>
        <w:t xml:space="preserve"> 我们非常高兴</w:t>
        <w:br/>
        <w:t>Super</w:t>
      </w:r>
      <w:r>
        <w:t xml:space="preserve"> excited</w:t>
      </w:r>
      <w:r>
        <w:t xml:space="preserve"> to</w:t>
      </w:r>
      <w:r>
        <w:t xml:space="preserve"> have</w:t>
      </w:r>
      <w:r>
        <w:t xml:space="preserve"> Oscar.</w:t>
      </w:r>
      <w:r>
        <w:t xml:space="preserve"> Uh,</w:t>
      </w:r>
      <w:r>
        <w:t xml:space="preserve"> 22</w:t>
      </w:r>
      <w:r>
        <w:t xml:space="preserve"> years</w:t>
      </w:r>
      <w:r>
        <w:t xml:space="preserve"> old.</w:t>
        <w:br/>
        <w:t>他很成熟</w:t>
      </w:r>
      <w:r>
        <w:t xml:space="preserve"> 很聪明</w:t>
      </w:r>
      <w:r>
        <w:t xml:space="preserve"> 速度很快</w:t>
        <w:br/>
        <w:t>Uh,</w:t>
      </w:r>
      <w:r>
        <w:t xml:space="preserve"> very</w:t>
      </w:r>
      <w:r>
        <w:t xml:space="preserve"> mature,</w:t>
      </w:r>
      <w:r>
        <w:t xml:space="preserve"> very</w:t>
      </w:r>
      <w:r>
        <w:t xml:space="preserve"> smart,</w:t>
      </w:r>
      <w:r>
        <w:t xml:space="preserve"> very</w:t>
      </w:r>
      <w:r>
        <w:t xml:space="preserve"> fast.</w:t>
        <w:br/>
        <w:t>哈喽</w:t>
        <w:br/>
        <w:t>Oh,</w:t>
      </w:r>
      <w:r>
        <w:t xml:space="preserve"> hello.</w:t>
        <w:br/>
        <w:t>我期待看到他和兰多相互砥砺</w:t>
        <w:br/>
        <w:t>And,</w:t>
      </w:r>
      <w:r>
        <w:t xml:space="preserve"> uh,</w:t>
      </w:r>
      <w:r>
        <w:t xml:space="preserve"> I'm</w:t>
      </w:r>
      <w:r>
        <w:t xml:space="preserve"> excited</w:t>
      </w:r>
      <w:r>
        <w:t xml:space="preserve"> to</w:t>
      </w:r>
      <w:r>
        <w:t xml:space="preserve"> see</w:t>
      </w:r>
      <w:r>
        <w:t xml:space="preserve"> he</w:t>
      </w:r>
      <w:r>
        <w:t xml:space="preserve"> and</w:t>
      </w:r>
      <w:r>
        <w:t xml:space="preserve"> Lando,</w:t>
      </w:r>
      <w:r>
        <w:t xml:space="preserve"> uh,</w:t>
      </w:r>
      <w:r>
        <w:t xml:space="preserve"> racing</w:t>
      </w:r>
      <w:r>
        <w:t xml:space="preserve"> each</w:t>
      </w:r>
      <w:r>
        <w:t xml:space="preserve"> other</w:t>
      </w:r>
      <w:r>
        <w:t xml:space="preserve"> hard</w:t>
        <w:br/>
        <w:t>带领车队赛出更好成绩</w:t>
        <w:br/>
        <w:t>and</w:t>
      </w:r>
      <w:r>
        <w:t xml:space="preserve"> pushing</w:t>
      </w:r>
      <w:r>
        <w:t xml:space="preserve"> our</w:t>
      </w:r>
      <w:r>
        <w:t xml:space="preserve"> team</w:t>
      </w:r>
      <w:r>
        <w:t xml:space="preserve"> forward.</w:t>
        <w:br/>
        <w:t>成为一级方程式赛车手</w:t>
      </w:r>
      <w:r>
        <w:t xml:space="preserve"> 真是让人激动</w:t>
        <w:br/>
        <w:t>To</w:t>
      </w:r>
      <w:r>
        <w:t xml:space="preserve"> be</w:t>
      </w:r>
      <w:r>
        <w:t xml:space="preserve"> an</w:t>
      </w:r>
      <w:r>
        <w:t xml:space="preserve"> F1</w:t>
      </w:r>
      <w:r>
        <w:t xml:space="preserve"> driver,</w:t>
      </w:r>
      <w:r>
        <w:t xml:space="preserve"> it's,</w:t>
      </w:r>
      <w:r>
        <w:t xml:space="preserve"> uh,</w:t>
      </w:r>
      <w:r>
        <w:t xml:space="preserve"> a</w:t>
      </w:r>
      <w:r>
        <w:t xml:space="preserve"> very</w:t>
      </w:r>
      <w:r>
        <w:t xml:space="preserve"> exciting</w:t>
      </w:r>
      <w:r>
        <w:t xml:space="preserve"> prospect,</w:t>
        <w:br/>
        <w:t>我甚至有点以为自己是在做梦</w:t>
        <w:br/>
        <w:t>and,</w:t>
      </w:r>
      <w:r>
        <w:t xml:space="preserve"> you</w:t>
      </w:r>
      <w:r>
        <w:t xml:space="preserve"> know,</w:t>
      </w:r>
      <w:r>
        <w:t xml:space="preserve"> definitely</w:t>
      </w:r>
      <w:r>
        <w:t xml:space="preserve"> pinching</w:t>
      </w:r>
      <w:r>
        <w:t xml:space="preserve"> myself</w:t>
        <w:br/>
        <w:t>就在两年前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5"/>
          <w:cols w:space="720"/>
          <w:titlePg w:val="0"/>
          <w:docGrid w:linePitch="360"/>
        </w:sectPr>
      </w:pPr>
      <w:r>
        <w:t xml:space="preserve"> 我还不敢想象这么快就能成为</w:t>
        <w:br/>
        <w:t>because</w:t>
      </w:r>
      <w:r>
        <w:t xml:space="preserve"> it's</w:t>
      </w:r>
      <w:r>
        <w:t xml:space="preserve"> something</w:t>
      </w:r>
      <w:r>
        <w:t xml:space="preserve"> I</w:t>
      </w:r>
      <w:r>
        <w:t xml:space="preserve"> couldn't</w:t>
      </w:r>
      <w:r>
        <w:t xml:space="preserve"> have</w:t>
      </w:r>
      <w:r>
        <w:t xml:space="preserve"> dreamed</w:t>
      </w:r>
      <w:r>
        <w:t xml:space="preserve"> of,</w:t>
        <w:br/>
        <w:t>一级方程式赛车手</w:t>
        <w:br/>
        <w:t>uh,</w:t>
      </w:r>
      <w:r>
        <w:t xml:space="preserve"> even</w:t>
      </w:r>
      <w:r>
        <w:t xml:space="preserve"> a</w:t>
      </w:r>
      <w:r>
        <w:t xml:space="preserve"> couple</w:t>
      </w:r>
      <w:r>
        <w:t xml:space="preserve"> of</w:t>
      </w:r>
      <w:r>
        <w:t xml:space="preserve"> years</w:t>
      </w:r>
      <w:r>
        <w:t xml:space="preserve"> ago.</w:t>
        <w:br/>
        <w:t>欢迎参加车队内部的新车发布</w:t>
        <w:br/>
        <w:t>Welcome</w:t>
      </w:r>
      <w:r>
        <w:t xml:space="preserve"> to</w:t>
      </w:r>
      <w:r>
        <w:t xml:space="preserve"> the</w:t>
      </w:r>
      <w:r>
        <w:t xml:space="preserve"> private</w:t>
      </w:r>
      <w:r>
        <w:t xml:space="preserve"> team</w:t>
      </w:r>
      <w:r>
        <w:t xml:space="preserve"> reveal</w:t>
      </w:r>
      <w:r>
        <w:t xml:space="preserve"> of</w:t>
      </w:r>
      <w:r>
        <w:t xml:space="preserve"> our</w:t>
      </w:r>
      <w:r>
        <w:t xml:space="preserve"> car.</w:t>
        <w:br/>
        <w:t>好的</w:t>
      </w:r>
      <w:r>
        <w:t xml:space="preserve"> 现在就展示一下这台MCL60</w:t>
        <w:br/>
        <w:t>Right.</w:t>
      </w:r>
      <w:r>
        <w:t xml:space="preserve"> Show</w:t>
      </w:r>
      <w:r>
        <w:t xml:space="preserve"> us</w:t>
      </w:r>
      <w:r>
        <w:t xml:space="preserve"> the</w:t>
      </w:r>
      <w:r>
        <w:t xml:space="preserve"> MCL60,</w:t>
      </w:r>
      <w:r>
        <w:t xml:space="preserve"> please.</w:t>
        <w:br/>
        <w:t>进入2023年</w:t>
        <w:br/>
        <w:t>Coming</w:t>
      </w:r>
      <w:r>
        <w:t xml:space="preserve"> into</w:t>
      </w:r>
      <w:r>
        <w:t xml:space="preserve"> 2023,</w:t>
      </w:r>
      <w:r>
        <w:t xml:space="preserve"> Zak</w:t>
      </w:r>
      <w:r>
        <w:t xml:space="preserve"> has</w:t>
      </w:r>
      <w:r>
        <w:t xml:space="preserve"> everything</w:t>
      </w:r>
      <w:r>
        <w:t xml:space="preserve"> he</w:t>
      </w:r>
      <w:r>
        <w:t xml:space="preserve"> wants.</w:t>
        <w:br/>
        <w:t>凡是萨克想要的</w:t>
      </w:r>
      <w:r>
        <w:t xml:space="preserve"> 他都具备了</w:t>
        <w:br/>
        <w:t>Coming</w:t>
      </w:r>
      <w:r>
        <w:t xml:space="preserve"> into</w:t>
      </w:r>
      <w:r>
        <w:t xml:space="preserve"> 2023,</w:t>
      </w:r>
      <w:r>
        <w:t xml:space="preserve"> Zak</w:t>
      </w:r>
      <w:r>
        <w:t xml:space="preserve"> has</w:t>
      </w:r>
      <w:r>
        <w:t xml:space="preserve"> everything</w:t>
      </w:r>
      <w:r>
        <w:t xml:space="preserve"> he</w:t>
      </w:r>
      <w:r>
        <w:t xml:space="preserve"> wants.</w:t>
        <w:br/>
        <w:t>从车手的角度来说</w:t>
        <w:br/>
        <w:t>From</w:t>
      </w:r>
      <w:r>
        <w:t xml:space="preserve"> a</w:t>
      </w:r>
      <w:r>
        <w:t xml:space="preserve"> driver</w:t>
      </w:r>
      <w:r>
        <w:t xml:space="preserve"> perspective,</w:t>
        <w:br/>
        <w:t>车队有两位</w:t>
        <w:br/>
        <w:t>he</w:t>
      </w:r>
      <w:r>
        <w:t xml:space="preserve"> has</w:t>
      </w:r>
      <w:r>
        <w:t xml:space="preserve"> two</w:t>
      </w:r>
      <w:r>
        <w:t xml:space="preserve"> young</w:t>
      </w:r>
      <w:r>
        <w:t xml:space="preserve"> future</w:t>
      </w:r>
      <w:r>
        <w:t xml:space="preserve"> world</w:t>
      </w:r>
      <w:r>
        <w:t xml:space="preserve"> champions</w:t>
      </w:r>
      <w:r>
        <w:t xml:space="preserve"> at</w:t>
      </w:r>
      <w:r>
        <w:t xml:space="preserve"> his</w:t>
      </w:r>
      <w:r>
        <w:t xml:space="preserve"> team.</w:t>
        <w:br/>
        <w:t>年轻的未来世界冠军</w:t>
        <w:br/>
        <w:t>he</w:t>
      </w:r>
      <w:r>
        <w:t xml:space="preserve"> has</w:t>
      </w:r>
      <w:r>
        <w:t xml:space="preserve"> two</w:t>
      </w:r>
      <w:r>
        <w:t xml:space="preserve"> young</w:t>
      </w:r>
      <w:r>
        <w:t xml:space="preserve"> future</w:t>
      </w:r>
      <w:r>
        <w:t xml:space="preserve"> world</w:t>
      </w:r>
      <w:r>
        <w:t xml:space="preserve"> champions</w:t>
      </w:r>
      <w:r>
        <w:t xml:space="preserve"> at</w:t>
      </w:r>
      <w:r>
        <w:t xml:space="preserve"> his</w:t>
      </w:r>
      <w:r>
        <w:t xml:space="preserve"> team.</w:t>
        <w:br/>
        <w:t>但令人担心的是</w:t>
      </w:r>
      <w:r>
        <w:t xml:space="preserve"> 他没有冠军赛车</w:t>
        <w:br/>
        <w:t>But</w:t>
      </w:r>
      <w:r>
        <w:t xml:space="preserve"> the</w:t>
      </w:r>
      <w:r>
        <w:t xml:space="preserve"> worry</w:t>
      </w:r>
      <w:r>
        <w:t xml:space="preserve"> is</w:t>
      </w:r>
      <w:r>
        <w:t xml:space="preserve"> he</w:t>
      </w:r>
      <w:r>
        <w:t xml:space="preserve"> doesn't</w:t>
      </w:r>
      <w:r>
        <w:t xml:space="preserve"> have</w:t>
      </w:r>
      <w:r>
        <w:t xml:space="preserve"> the</w:t>
      </w:r>
      <w:r>
        <w:t xml:space="preserve"> car.</w:t>
        <w:br/>
        <w:t>哈喽!</w:t>
        <w:br/>
        <w:t>Hello.</w:t>
        <w:br/>
        <w:t>我喜欢赛季间歇期</w:t>
        <w:br/>
        <w:t>I</w:t>
      </w:r>
      <w:r>
        <w:t xml:space="preserve"> love</w:t>
      </w:r>
      <w:r>
        <w:t xml:space="preserve"> the</w:t>
      </w:r>
      <w:r>
        <w:t xml:space="preserve"> offseason.</w:t>
        <w:br/>
        <w:t>这台车很漂亮</w:t>
        <w:br/>
        <w:t>Uh,</w:t>
      </w:r>
      <w:r>
        <w:t xml:space="preserve"> it's</w:t>
      </w:r>
      <w:r>
        <w:t xml:space="preserve"> a</w:t>
      </w:r>
      <w:r>
        <w:t xml:space="preserve"> great-looking</w:t>
      </w:r>
      <w:r>
        <w:t xml:space="preserve"> car.</w:t>
        <w:br/>
        <w:t>我们知道</w:t>
      </w:r>
      <w:r>
        <w:t xml:space="preserve"> 我们还有很多事要做</w:t>
        <w:br/>
        <w:t>Um,</w:t>
      </w:r>
      <w:r>
        <w:t xml:space="preserve"> we</w:t>
      </w:r>
      <w:r>
        <w:t xml:space="preserve"> still</w:t>
      </w:r>
      <w:r>
        <w:t xml:space="preserve"> have</w:t>
      </w:r>
      <w:r>
        <w:t xml:space="preserve"> work</w:t>
      </w:r>
      <w:r>
        <w:t xml:space="preserve"> to</w:t>
      </w:r>
      <w:r>
        <w:t xml:space="preserve"> do,</w:t>
      </w:r>
      <w:r>
        <w:t xml:space="preserve"> as...</w:t>
      </w:r>
      <w:r>
        <w:t xml:space="preserve"> as</w:t>
      </w:r>
      <w:r>
        <w:t xml:space="preserve"> we</w:t>
      </w:r>
      <w:r>
        <w:t xml:space="preserve"> know,</w:t>
        <w:br/>
        <w:t>尽管我想说</w:t>
        <w:br/>
        <w:t>so</w:t>
      </w:r>
      <w:r>
        <w:t xml:space="preserve"> as</w:t>
      </w:r>
      <w:r>
        <w:t xml:space="preserve"> much</w:t>
      </w:r>
      <w:r>
        <w:t xml:space="preserve"> as</w:t>
      </w:r>
      <w:r>
        <w:t xml:space="preserve"> I'd</w:t>
      </w:r>
      <w:r>
        <w:t xml:space="preserve"> like</w:t>
      </w:r>
      <w:r>
        <w:t xml:space="preserve"> to</w:t>
      </w:r>
      <w:r>
        <w:t xml:space="preserve"> sit</w:t>
      </w:r>
      <w:r>
        <w:t xml:space="preserve"> here</w:t>
      </w:r>
      <w:r>
        <w:t xml:space="preserve"> and</w:t>
      </w:r>
      <w:r>
        <w:t xml:space="preserve"> go,</w:t>
        <w:br/>
        <w:t>“这是一部有冠军潜力的赛车”</w:t>
        <w:br/>
        <w:t>"This</w:t>
      </w:r>
      <w:r>
        <w:t xml:space="preserve"> is</w:t>
      </w:r>
      <w:r>
        <w:t xml:space="preserve"> the</w:t>
      </w:r>
      <w:r>
        <w:t xml:space="preserve"> championship</w:t>
      </w:r>
      <w:r>
        <w:t xml:space="preserve"> contender,"</w:t>
        <w:br/>
        <w:t>但我们实际还有一段距离</w:t>
        <w:br/>
        <w:t>we're,</w:t>
      </w:r>
      <w:r>
        <w:t xml:space="preserve"> uh,</w:t>
      </w:r>
      <w:r>
        <w:t xml:space="preserve"> still</w:t>
      </w:r>
      <w:r>
        <w:t xml:space="preserve"> a</w:t>
      </w:r>
      <w:r>
        <w:t xml:space="preserve"> little</w:t>
      </w:r>
      <w:r>
        <w:t xml:space="preserve"> bit</w:t>
      </w:r>
      <w:r>
        <w:t xml:space="preserve"> aways</w:t>
      </w:r>
      <w:r>
        <w:t xml:space="preserve"> from</w:t>
      </w:r>
      <w:r>
        <w:t xml:space="preserve"> that.</w:t>
        <w:br/>
        <w:t>对于我们的赛车</w:t>
      </w:r>
      <w:r>
        <w:t xml:space="preserve"> 我们有些顾虑</w:t>
        <w:br/>
        <w:t>We</w:t>
      </w:r>
      <w:r>
        <w:t xml:space="preserve"> have</w:t>
      </w:r>
      <w:r>
        <w:t xml:space="preserve"> some</w:t>
      </w:r>
      <w:r>
        <w:t xml:space="preserve"> concerns</w:t>
      </w:r>
      <w:r>
        <w:t xml:space="preserve"> over</w:t>
      </w:r>
      <w:r>
        <w:t xml:space="preserve"> our</w:t>
      </w:r>
      <w:r>
        <w:t xml:space="preserve"> race</w:t>
      </w:r>
      <w:r>
        <w:t xml:space="preserve"> car,</w:t>
      </w:r>
      <w:r>
        <w:t xml:space="preserve"> especially</w:t>
      </w:r>
      <w:r>
        <w:t xml:space="preserve"> some</w:t>
      </w:r>
      <w:r>
        <w:t xml:space="preserve"> of</w:t>
      </w:r>
      <w:r>
        <w:t xml:space="preserve"> the</w:t>
      </w:r>
      <w:r>
        <w:t xml:space="preserve"> data</w:t>
      </w:r>
      <w:r>
        <w:t xml:space="preserve"> we're</w:t>
      </w:r>
      <w:r>
        <w:t xml:space="preserve"> seeing.</w:t>
        <w:br/>
        <w:t>特别是我们看到的一些数据</w:t>
        <w:br/>
        <w:t>We</w:t>
      </w:r>
      <w:r>
        <w:t xml:space="preserve"> have</w:t>
      </w:r>
      <w:r>
        <w:t xml:space="preserve"> some</w:t>
      </w:r>
      <w:r>
        <w:t xml:space="preserve"> concerns</w:t>
      </w:r>
      <w:r>
        <w:t xml:space="preserve"> over</w:t>
      </w:r>
      <w:r>
        <w:t xml:space="preserve"> our</w:t>
      </w:r>
      <w:r>
        <w:t xml:space="preserve"> race</w:t>
      </w:r>
      <w:r>
        <w:t xml:space="preserve"> car,</w:t>
      </w:r>
      <w:r>
        <w:t xml:space="preserve"> especially</w:t>
      </w:r>
      <w:r>
        <w:t xml:space="preserve"> some</w:t>
      </w:r>
      <w:r>
        <w:t xml:space="preserve"> of</w:t>
      </w:r>
      <w:r>
        <w:t xml:space="preserve"> the</w:t>
      </w:r>
      <w:r>
        <w:t xml:space="preserve"> data</w:t>
      </w:r>
      <w:r>
        <w:t xml:space="preserve"> we're</w:t>
      </w:r>
      <w:r>
        <w:t xml:space="preserve"> seeing.</w:t>
        <w:br/>
        <w:t>我们知道距离我们的目标</w:t>
      </w:r>
      <w:r>
        <w:t xml:space="preserve"> 还有差距</w:t>
      </w:r>
      <w:r>
        <w:t xml:space="preserve"> 有些数据不达标</w:t>
        <w:br/>
        <w:t>We</w:t>
      </w:r>
      <w:r>
        <w:t xml:space="preserve"> know</w:t>
      </w:r>
      <w:r>
        <w:t xml:space="preserve"> we're</w:t>
      </w:r>
      <w:r>
        <w:t xml:space="preserve"> not</w:t>
      </w:r>
      <w:r>
        <w:t xml:space="preserve"> where</w:t>
      </w:r>
      <w:r>
        <w:t xml:space="preserve"> we</w:t>
      </w:r>
      <w:r>
        <w:t xml:space="preserve"> want</w:t>
      </w:r>
      <w:r>
        <w:t xml:space="preserve"> to</w:t>
      </w:r>
      <w:r>
        <w:t xml:space="preserve"> be</w:t>
      </w:r>
      <w:r>
        <w:t xml:space="preserve"> and</w:t>
      </w:r>
      <w:r>
        <w:t xml:space="preserve"> we've</w:t>
      </w:r>
      <w:r>
        <w:t xml:space="preserve"> missed</w:t>
      </w:r>
      <w:r>
        <w:t xml:space="preserve"> some</w:t>
      </w:r>
      <w:r>
        <w:t xml:space="preserve"> of</w:t>
      </w:r>
      <w:r>
        <w:t xml:space="preserve"> our</w:t>
      </w:r>
      <w:r>
        <w:t xml:space="preserve"> targets,</w:t>
        <w:br/>
        <w:t>所以新一年开始</w:t>
      </w:r>
      <w:r>
        <w:t xml:space="preserve"> 我是有些担心</w:t>
        <w:br/>
        <w:t>so</w:t>
      </w:r>
      <w:r>
        <w:t xml:space="preserve"> I</w:t>
      </w:r>
      <w:r>
        <w:t xml:space="preserve"> am</w:t>
      </w:r>
      <w:r>
        <w:t xml:space="preserve"> concerned</w:t>
      </w:r>
      <w:r>
        <w:t xml:space="preserve"> coming</w:t>
      </w:r>
      <w:r>
        <w:t xml:space="preserve"> into</w:t>
      </w:r>
      <w:r>
        <w:t xml:space="preserve"> the</w:t>
      </w:r>
      <w:r>
        <w:t xml:space="preserve"> start</w:t>
      </w:r>
      <w:r>
        <w:t xml:space="preserve"> of</w:t>
      </w:r>
      <w:r>
        <w:t xml:space="preserve"> the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6"/>
          <w:cols w:space="720"/>
          <w:titlePg w:val="0"/>
          <w:docGrid w:linePitch="360"/>
        </w:sectPr>
      </w:pPr>
      <w:r>
        <w:t xml:space="preserve"> year,</w:t>
        <w:br/>
        <w:t>但我们会花些时间解决问题</w:t>
        <w:br/>
        <w:t>but</w:t>
      </w:r>
      <w:r>
        <w:t xml:space="preserve"> we'll</w:t>
      </w:r>
      <w:r>
        <w:t xml:space="preserve"> take</w:t>
      </w:r>
      <w:r>
        <w:t xml:space="preserve"> some</w:t>
      </w:r>
      <w:r>
        <w:t xml:space="preserve"> time</w:t>
      </w:r>
      <w:r>
        <w:t xml:space="preserve"> to</w:t>
      </w:r>
      <w:r>
        <w:t xml:space="preserve"> fix</w:t>
      </w:r>
      <w:r>
        <w:t xml:space="preserve"> that.</w:t>
        <w:br/>
        <w:t>巴林就是我们舞台</w:t>
        <w:br/>
        <w:t>Time</w:t>
      </w:r>
      <w:r>
        <w:t xml:space="preserve"> to</w:t>
      </w:r>
      <w:r>
        <w:t xml:space="preserve"> get</w:t>
      </w:r>
      <w:r>
        <w:t xml:space="preserve"> the</w:t>
      </w:r>
      <w:r>
        <w:t xml:space="preserve"> show</w:t>
      </w:r>
      <w:r>
        <w:t xml:space="preserve"> on</w:t>
      </w:r>
      <w:r>
        <w:t xml:space="preserve"> the</w:t>
      </w:r>
      <w:r>
        <w:t xml:space="preserve"> road</w:t>
      </w:r>
      <w:r>
        <w:t xml:space="preserve"> in</w:t>
      </w:r>
      <w:r>
        <w:t xml:space="preserve"> Bahrain.</w:t>
        <w:br/>
        <w:t>所以</w:t>
      </w:r>
      <w:r>
        <w:t xml:space="preserve"> 加油吧</w:t>
        <w:br/>
        <w:t>Let's</w:t>
      </w:r>
      <w:r>
        <w:t xml:space="preserve"> go</w:t>
      </w:r>
      <w:r>
        <w:t xml:space="preserve"> racing.</w:t>
        <w:br/>
        <w:t>赛车棒极了</w:t>
        <w:br/>
        <w:t>Car</w:t>
      </w:r>
      <w:r>
        <w:t xml:space="preserve"> looks</w:t>
      </w:r>
      <w:r>
        <w:t xml:space="preserve"> bitchin'.</w:t>
        <w:br/>
        <w:t>迈凯伦短期内不可能恢复</w:t>
        <w:br/>
        <w:t>McLaren</w:t>
      </w:r>
      <w:r>
        <w:t xml:space="preserve"> cannot</w:t>
      </w:r>
      <w:r>
        <w:t xml:space="preserve"> recover</w:t>
      </w:r>
      <w:r>
        <w:t xml:space="preserve"> this</w:t>
      </w:r>
      <w:r>
        <w:t xml:space="preserve"> in</w:t>
      </w:r>
      <w:r>
        <w:t xml:space="preserve"> the</w:t>
      </w:r>
      <w:r>
        <w:t xml:space="preserve"> short-term.</w:t>
        <w:br/>
        <w:t>这会需要时间</w:t>
      </w:r>
      <w:r>
        <w:t xml:space="preserve"> 会要几个月</w:t>
        <w:br/>
        <w:t>It's</w:t>
      </w:r>
      <w:r>
        <w:t xml:space="preserve"> going</w:t>
      </w:r>
      <w:r>
        <w:t xml:space="preserve"> to</w:t>
      </w:r>
      <w:r>
        <w:t xml:space="preserve"> take</w:t>
      </w:r>
      <w:r>
        <w:t xml:space="preserve"> time.</w:t>
      </w:r>
      <w:r>
        <w:t xml:space="preserve"> It's</w:t>
      </w:r>
      <w:r>
        <w:t xml:space="preserve"> going</w:t>
      </w:r>
      <w:r>
        <w:t xml:space="preserve"> to</w:t>
      </w:r>
      <w:r>
        <w:t xml:space="preserve"> take</w:t>
      </w:r>
      <w:r>
        <w:t xml:space="preserve"> months.</w:t>
        <w:br/>
        <w:t>底板和去年一样</w:t>
      </w:r>
      <w:r>
        <w:t xml:space="preserve"> 对吧?</w:t>
        <w:br/>
        <w:t>The</w:t>
      </w:r>
      <w:r>
        <w:t xml:space="preserve"> floor's</w:t>
      </w:r>
      <w:r>
        <w:t xml:space="preserve"> the</w:t>
      </w:r>
      <w:r>
        <w:t xml:space="preserve"> same</w:t>
      </w:r>
      <w:r>
        <w:t xml:space="preserve"> as</w:t>
      </w:r>
      <w:r>
        <w:t xml:space="preserve"> last</w:t>
      </w:r>
      <w:r>
        <w:t xml:space="preserve"> year,</w:t>
      </w:r>
      <w:r>
        <w:t xml:space="preserve"> isn't</w:t>
      </w:r>
      <w:r>
        <w:t xml:space="preserve"> it?</w:t>
        <w:br/>
        <w:t>那里更大</w:t>
      </w:r>
      <w:r>
        <w:t xml:space="preserve"> 我能看出来的不同就是这些</w:t>
        <w:br/>
        <w:t>That's</w:t>
      </w:r>
      <w:r>
        <w:t xml:space="preserve"> bigger.</w:t>
      </w:r>
      <w:r>
        <w:t xml:space="preserve"> That's</w:t>
      </w:r>
      <w:r>
        <w:t xml:space="preserve"> about</w:t>
      </w:r>
      <w:r>
        <w:t xml:space="preserve"> all</w:t>
      </w:r>
      <w:r>
        <w:t xml:space="preserve"> I</w:t>
      </w:r>
      <w:r>
        <w:t xml:space="preserve"> can</w:t>
      </w:r>
      <w:r>
        <w:t xml:space="preserve"> see</w:t>
      </w:r>
      <w:r>
        <w:t xml:space="preserve"> that's</w:t>
      </w:r>
      <w:r>
        <w:t xml:space="preserve"> different.</w:t>
        <w:br/>
        <w:t>对</w:t>
        <w:br/>
        <w:t>Yeah.</w:t>
        <w:br/>
        <w:t>萨克的问题是</w:t>
        <w:br/>
        <w:t>The</w:t>
      </w:r>
      <w:r>
        <w:t xml:space="preserve"> question</w:t>
      </w:r>
      <w:r>
        <w:t xml:space="preserve"> mark</w:t>
      </w:r>
      <w:r>
        <w:t xml:space="preserve"> for</w:t>
      </w:r>
      <w:r>
        <w:t xml:space="preserve"> Zak</w:t>
      </w:r>
      <w:r>
        <w:t xml:space="preserve"> is</w:t>
        <w:br/>
        <w:t>如何让你的车手</w:t>
      </w:r>
      <w:r>
        <w:t xml:space="preserve"> 保持忠诚和全力投入?他们胸怀大志</w:t>
        <w:br/>
        <w:t>how</w:t>
      </w:r>
      <w:r>
        <w:t xml:space="preserve"> are</w:t>
      </w:r>
      <w:r>
        <w:t xml:space="preserve"> you</w:t>
      </w:r>
      <w:r>
        <w:t xml:space="preserve"> gonna</w:t>
      </w:r>
      <w:r>
        <w:t xml:space="preserve"> keep</w:t>
      </w:r>
      <w:r>
        <w:t xml:space="preserve"> two</w:t>
      </w:r>
      <w:r>
        <w:t xml:space="preserve"> ambitious</w:t>
      </w:r>
      <w:r>
        <w:t xml:space="preserve"> drivers</w:t>
      </w:r>
      <w:r>
        <w:t xml:space="preserve"> loyal</w:t>
      </w:r>
      <w:r>
        <w:t xml:space="preserve"> and</w:t>
      </w:r>
      <w:r>
        <w:t xml:space="preserve"> committed</w:t>
        <w:br/>
        <w:t>你在新车发布会上</w:t>
        <w:br/>
        <w:t>when</w:t>
      </w:r>
      <w:r>
        <w:t xml:space="preserve"> you're</w:t>
      </w:r>
      <w:r>
        <w:t xml:space="preserve"> launching</w:t>
      </w:r>
      <w:r>
        <w:t xml:space="preserve"> a</w:t>
      </w:r>
      <w:r>
        <w:t xml:space="preserve"> car</w:t>
        <w:br/>
        <w:t>却告诉大家</w:t>
        <w:br/>
        <w:t>and</w:t>
      </w:r>
      <w:r>
        <w:t xml:space="preserve"> you're</w:t>
      </w:r>
      <w:r>
        <w:t xml:space="preserve"> telling</w:t>
      </w:r>
      <w:r>
        <w:t xml:space="preserve"> everyone,</w:t>
        <w:br/>
        <w:t>“至少在赛季前半期</w:t>
      </w:r>
      <w:r>
        <w:t xml:space="preserve"> 我们不会有强竞争力”?</w:t>
        <w:br/>
        <w:t>"We're</w:t>
      </w:r>
      <w:r>
        <w:t xml:space="preserve"> not</w:t>
      </w:r>
      <w:r>
        <w:t xml:space="preserve"> going</w:t>
      </w:r>
      <w:r>
        <w:t xml:space="preserve"> to</w:t>
      </w:r>
      <w:r>
        <w:t xml:space="preserve"> be</w:t>
      </w:r>
      <w:r>
        <w:t xml:space="preserve"> competitive</w:t>
      </w:r>
      <w:r>
        <w:t xml:space="preserve"> until</w:t>
      </w:r>
      <w:r>
        <w:t xml:space="preserve"> at</w:t>
      </w:r>
      <w:r>
        <w:t xml:space="preserve"> least</w:t>
      </w:r>
      <w:r>
        <w:t xml:space="preserve"> halfway</w:t>
      </w:r>
      <w:r>
        <w:t xml:space="preserve"> through</w:t>
      </w:r>
      <w:r>
        <w:t xml:space="preserve"> the</w:t>
      </w:r>
      <w:r>
        <w:t xml:space="preserve"> season"?</w:t>
        <w:br/>
        <w:t>对发布会满意吗?</w:t>
        <w:br/>
        <w:t>Were</w:t>
      </w:r>
      <w:r>
        <w:t xml:space="preserve"> you</w:t>
      </w:r>
      <w:r>
        <w:t xml:space="preserve"> happy</w:t>
      </w:r>
      <w:r>
        <w:t xml:space="preserve"> with</w:t>
      </w:r>
      <w:r>
        <w:t xml:space="preserve"> the</w:t>
      </w:r>
      <w:r>
        <w:t xml:space="preserve"> launch?</w:t>
        <w:br/>
        <w:t>如果能连续跑三圈</w:t>
      </w:r>
      <w:r>
        <w:t xml:space="preserve"> 就是进步了</w:t>
        <w:br/>
        <w:t>If</w:t>
      </w:r>
      <w:r>
        <w:t xml:space="preserve"> we</w:t>
      </w:r>
      <w:r>
        <w:t xml:space="preserve"> can</w:t>
      </w:r>
      <w:r>
        <w:t xml:space="preserve"> do</w:t>
      </w:r>
      <w:r>
        <w:t xml:space="preserve"> more</w:t>
      </w:r>
      <w:r>
        <w:t xml:space="preserve"> than</w:t>
      </w:r>
      <w:r>
        <w:t xml:space="preserve"> three</w:t>
      </w:r>
      <w:r>
        <w:t xml:space="preserve"> laps</w:t>
      </w:r>
      <w:r>
        <w:t xml:space="preserve"> in</w:t>
      </w:r>
      <w:r>
        <w:t xml:space="preserve"> a</w:t>
      </w:r>
      <w:r>
        <w:t xml:space="preserve"> row,</w:t>
      </w:r>
      <w:r>
        <w:t xml:space="preserve"> we've</w:t>
      </w:r>
      <w:r>
        <w:t xml:space="preserve"> made</w:t>
      </w:r>
      <w:r>
        <w:t xml:space="preserve"> a</w:t>
      </w:r>
      <w:r>
        <w:t xml:space="preserve"> step</w:t>
      </w:r>
      <w:r>
        <w:t xml:space="preserve"> forward.</w:t>
        <w:br/>
        <w:t>That</w:t>
      </w:r>
      <w:r>
        <w:t xml:space="preserve"> was</w:t>
      </w:r>
      <w:r>
        <w:t xml:space="preserve"> a</w:t>
      </w:r>
      <w:r>
        <w:t xml:space="preserve"> joke.</w:t>
      </w:r>
      <w:r>
        <w:t xml:space="preserve"> I'm</w:t>
      </w:r>
      <w:r>
        <w:t xml:space="preserve"> joking.</w:t>
        <w:br/>
        <w:t>那是玩笑</w:t>
      </w:r>
      <w:r>
        <w:t xml:space="preserve"> 我是开玩笑的</w:t>
        <w:br/>
        <w:t>That</w:t>
      </w:r>
      <w:r>
        <w:t xml:space="preserve"> was</w:t>
      </w:r>
      <w:r>
        <w:t xml:space="preserve"> a</w:t>
      </w:r>
      <w:r>
        <w:t xml:space="preserve"> joke.</w:t>
      </w:r>
      <w:r>
        <w:t xml:space="preserve"> I'm</w:t>
      </w:r>
      <w:r>
        <w:t xml:space="preserve"> joking.</w:t>
        <w:br/>
        <w:t>我还记得我的第一次新车发布会</w:t>
        <w:br/>
        <w:t>I</w:t>
      </w:r>
      <w:r>
        <w:t xml:space="preserve"> remember</w:t>
      </w:r>
      <w:r>
        <w:t xml:space="preserve"> my</w:t>
      </w:r>
      <w:r>
        <w:t xml:space="preserve"> first</w:t>
      </w:r>
      <w:r>
        <w:t xml:space="preserve"> car</w:t>
      </w:r>
      <w:r>
        <w:t xml:space="preserve"> launch.</w:t>
        <w:br/>
        <w:t>-</w:t>
      </w:r>
      <w:r>
        <w:t xml:space="preserve"> 是过来人了</w:t>
      </w:r>
      <w:r>
        <w:t xml:space="preserve"> -</w:t>
      </w:r>
      <w:r>
        <w:t xml:space="preserve"> 是啊</w:t>
        <w:br/>
        <w:t>-</w:t>
      </w:r>
      <w:r>
        <w:t xml:space="preserve"> Been</w:t>
      </w:r>
      <w:r>
        <w:t xml:space="preserve"> there,</w:t>
      </w:r>
      <w:r>
        <w:t xml:space="preserve"> done</w:t>
      </w:r>
      <w:r>
        <w:t xml:space="preserve"> that.</w:t>
      </w:r>
      <w:r>
        <w:t xml:space="preserve"> -</w:t>
      </w:r>
      <w:r>
        <w:t xml:space="preserve"> Yeah.</w:t>
        <w:br/>
        <w:t>切到巴林</w:t>
        <w:br/>
        <w:t>Cut</w:t>
      </w:r>
      <w:r>
        <w:t xml:space="preserve"> to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7"/>
          <w:cols w:space="720"/>
          <w:titlePg w:val="0"/>
          <w:docGrid w:linePitch="360"/>
        </w:sectPr>
      </w:pPr>
      <w:r>
        <w:t xml:space="preserve"> Bahrain.</w:t>
        <w:br/>
        <w:t>(第一场</w:t>
      </w:r>
      <w:r>
        <w:t xml:space="preserve"> 巴林)</w:t>
        <w:br/>
        <w:t>开启一级方程式的职业生涯</w:t>
      </w:r>
      <w:r>
        <w:t xml:space="preserve"> 令人激动</w:t>
        <w:br/>
        <w:t>Starting</w:t>
      </w:r>
      <w:r>
        <w:t xml:space="preserve"> your</w:t>
      </w:r>
      <w:r>
        <w:t xml:space="preserve"> F1</w:t>
      </w:r>
      <w:r>
        <w:t xml:space="preserve"> career,</w:t>
      </w:r>
      <w:r>
        <w:t xml:space="preserve"> it's</w:t>
      </w:r>
      <w:r>
        <w:t xml:space="preserve"> exciting.</w:t>
      </w:r>
      <w:r>
        <w:t xml:space="preserve"> It's</w:t>
      </w:r>
      <w:r>
        <w:t xml:space="preserve"> very</w:t>
      </w:r>
      <w:r>
        <w:t xml:space="preserve"> nerve-wracking</w:t>
      </w:r>
      <w:r>
        <w:t xml:space="preserve"> as</w:t>
      </w:r>
      <w:r>
        <w:t xml:space="preserve"> well.</w:t>
        <w:br/>
        <w:t>也令人高度紧张</w:t>
        <w:br/>
        <w:t>Starting</w:t>
      </w:r>
      <w:r>
        <w:t xml:space="preserve"> your</w:t>
      </w:r>
      <w:r>
        <w:t xml:space="preserve"> F1</w:t>
      </w:r>
      <w:r>
        <w:t xml:space="preserve"> career,</w:t>
      </w:r>
      <w:r>
        <w:t xml:space="preserve"> it's</w:t>
      </w:r>
      <w:r>
        <w:t xml:space="preserve"> exciting.</w:t>
      </w:r>
      <w:r>
        <w:t xml:space="preserve"> It's</w:t>
      </w:r>
      <w:r>
        <w:t xml:space="preserve"> very</w:t>
      </w:r>
      <w:r>
        <w:t xml:space="preserve"> nerve-wracking</w:t>
      </w:r>
      <w:r>
        <w:t xml:space="preserve"> as</w:t>
      </w:r>
      <w:r>
        <w:t xml:space="preserve"> well.</w:t>
        <w:br/>
        <w:t>但这是你从小的梦想</w:t>
        <w:br/>
        <w:t>But</w:t>
      </w:r>
      <w:r>
        <w:t xml:space="preserve"> it's</w:t>
      </w:r>
      <w:r>
        <w:t xml:space="preserve"> something</w:t>
      </w:r>
      <w:r>
        <w:t xml:space="preserve"> you've</w:t>
      </w:r>
      <w:r>
        <w:t xml:space="preserve"> dreamed</w:t>
      </w:r>
      <w:r>
        <w:t xml:space="preserve"> of</w:t>
      </w:r>
      <w:r>
        <w:t xml:space="preserve"> since</w:t>
      </w:r>
      <w:r>
        <w:t xml:space="preserve"> you</w:t>
      </w:r>
      <w:r>
        <w:t xml:space="preserve"> were</w:t>
      </w:r>
      <w:r>
        <w:t xml:space="preserve"> a</w:t>
      </w:r>
      <w:r>
        <w:t xml:space="preserve"> little</w:t>
      </w:r>
      <w:r>
        <w:t xml:space="preserve"> kid.</w:t>
        <w:br/>
        <w:t>一切都是为了这一刻</w:t>
        <w:br/>
        <w:t>It</w:t>
      </w:r>
      <w:r>
        <w:t xml:space="preserve"> all</w:t>
      </w:r>
      <w:r>
        <w:t xml:space="preserve"> comes</w:t>
      </w:r>
      <w:r>
        <w:t xml:space="preserve"> down</w:t>
      </w:r>
      <w:r>
        <w:t xml:space="preserve"> to...</w:t>
      </w:r>
      <w:r>
        <w:t xml:space="preserve"> to</w:t>
      </w:r>
      <w:r>
        <w:t xml:space="preserve"> that</w:t>
      </w:r>
      <w:r>
        <w:t xml:space="preserve"> moment.</w:t>
        <w:br/>
        <w:t>还有30秒</w:t>
        <w:br/>
        <w:t>30</w:t>
      </w:r>
      <w:r>
        <w:t xml:space="preserve"> seconds</w:t>
      </w:r>
      <w:r>
        <w:t xml:space="preserve"> to</w:t>
      </w:r>
      <w:r>
        <w:t xml:space="preserve"> go.</w:t>
        <w:br/>
        <w:t>(诺里斯</w:t>
      </w:r>
      <w:r>
        <w:t xml:space="preserve"> 迈凯伦车队)</w:t>
        <w:br/>
        <w:t>-</w:t>
      </w:r>
      <w:r>
        <w:t xml:space="preserve"> 兰多</w:t>
      </w:r>
      <w:r>
        <w:t xml:space="preserve"> 无线电检查</w:t>
      </w:r>
      <w:r>
        <w:t xml:space="preserve"> -</w:t>
      </w:r>
      <w:r>
        <w:t xml:space="preserve"> 很正常</w:t>
        <w:br/>
        <w:t>-</w:t>
      </w:r>
      <w:r>
        <w:t xml:space="preserve"> And</w:t>
      </w:r>
      <w:r>
        <w:t xml:space="preserve"> radio</w:t>
      </w:r>
      <w:r>
        <w:t xml:space="preserve"> check,</w:t>
      </w:r>
      <w:r>
        <w:t xml:space="preserve"> Lando.</w:t>
      </w:r>
      <w:r>
        <w:t xml:space="preserve"> -</w:t>
      </w:r>
      <w:r>
        <w:t xml:space="preserve"> </w:t>
      </w:r>
      <w:r>
        <w:t xml:space="preserve"> Yeah,</w:t>
      </w:r>
      <w:r>
        <w:t xml:space="preserve"> all</w:t>
      </w:r>
      <w:r>
        <w:t xml:space="preserve"> good.</w:t>
        <w:br/>
        <w:br/>
        <w:t>今年我的首站比赛</w:t>
      </w:r>
      <w:r>
        <w:t xml:space="preserve"> 压力不小</w:t>
        <w:br/>
        <w:t>Going</w:t>
      </w:r>
      <w:r>
        <w:t xml:space="preserve"> into</w:t>
      </w:r>
      <w:r>
        <w:t xml:space="preserve"> my</w:t>
      </w:r>
      <w:r>
        <w:t xml:space="preserve"> first</w:t>
      </w:r>
      <w:r>
        <w:t xml:space="preserve"> race</w:t>
      </w:r>
      <w:r>
        <w:t xml:space="preserve"> of</w:t>
      </w:r>
      <w:r>
        <w:t xml:space="preserve"> the</w:t>
      </w:r>
      <w:r>
        <w:t xml:space="preserve"> year,</w:t>
      </w:r>
      <w:r>
        <w:t xml:space="preserve"> there's</w:t>
      </w:r>
      <w:r>
        <w:t xml:space="preserve"> a</w:t>
      </w:r>
      <w:r>
        <w:t xml:space="preserve"> lot</w:t>
      </w:r>
      <w:r>
        <w:t xml:space="preserve"> of</w:t>
      </w:r>
      <w:r>
        <w:t xml:space="preserve"> pressure</w:t>
      </w:r>
      <w:r>
        <w:t xml:space="preserve"> on.</w:t>
        <w:br/>
        <w:t>转眼间</w:t>
      </w:r>
      <w:r>
        <w:t xml:space="preserve"> 你已经在发车区了</w:t>
        <w:br/>
        <w:t>Before</w:t>
      </w:r>
      <w:r>
        <w:t xml:space="preserve"> you</w:t>
      </w:r>
      <w:r>
        <w:t xml:space="preserve"> know</w:t>
      </w:r>
      <w:r>
        <w:t xml:space="preserve"> it,</w:t>
      </w:r>
      <w:r>
        <w:t xml:space="preserve"> you're</w:t>
      </w:r>
      <w:r>
        <w:t xml:space="preserve"> on</w:t>
      </w:r>
      <w:r>
        <w:t xml:space="preserve"> the</w:t>
      </w:r>
      <w:r>
        <w:t xml:space="preserve"> grid.</w:t>
        <w:br/>
        <w:t>后方摇起了绿旗</w:t>
      </w:r>
      <w:r>
        <w:t xml:space="preserve"> 意味着比赛终于就要开始了</w:t>
        <w:br/>
        <w:t>Green</w:t>
      </w:r>
      <w:r>
        <w:t xml:space="preserve"> flag</w:t>
      </w:r>
      <w:r>
        <w:t xml:space="preserve"> at</w:t>
      </w:r>
      <w:r>
        <w:t xml:space="preserve"> the</w:t>
      </w:r>
      <w:r>
        <w:t xml:space="preserve"> back</w:t>
      </w:r>
      <w:r>
        <w:t xml:space="preserve"> means</w:t>
      </w:r>
      <w:r>
        <w:t xml:space="preserve"> that</w:t>
      </w:r>
      <w:r>
        <w:t xml:space="preserve"> it</w:t>
      </w:r>
      <w:r>
        <w:t xml:space="preserve"> is</w:t>
      </w:r>
      <w:r>
        <w:t xml:space="preserve"> finally</w:t>
      </w:r>
      <w:r>
        <w:t xml:space="preserve"> time.</w:t>
        <w:br/>
        <w:t>激烈的角逐</w:t>
      </w:r>
      <w:r>
        <w:t xml:space="preserve"> 信&amp;hearts;号&amp;hearts;&amp;hearts;灯亮起</w:t>
      </w:r>
      <w:r>
        <w:t xml:space="preserve"> 引擎轰鸣</w:t>
        <w:br/>
        <w:t>Hard</w:t>
      </w:r>
      <w:r>
        <w:t xml:space="preserve"> racing,</w:t>
      </w:r>
      <w:r>
        <w:t xml:space="preserve"> the</w:t>
      </w:r>
      <w:r>
        <w:t xml:space="preserve"> lights</w:t>
      </w:r>
      <w:r>
        <w:t xml:space="preserve"> are</w:t>
      </w:r>
      <w:r>
        <w:t xml:space="preserve"> coming</w:t>
      </w:r>
      <w:r>
        <w:t xml:space="preserve"> on,</w:t>
      </w:r>
      <w:r>
        <w:t xml:space="preserve"> the</w:t>
      </w:r>
      <w:r>
        <w:t xml:space="preserve"> revs</w:t>
      </w:r>
      <w:r>
        <w:t xml:space="preserve"> coming</w:t>
      </w:r>
      <w:r>
        <w:t xml:space="preserve"> up.</w:t>
        <w:br/>
        <w:t>你心想:“妈的</w:t>
      </w:r>
      <w:r>
        <w:t xml:space="preserve"> 真的开始了”</w:t>
        <w:br/>
        <w:t>And</w:t>
      </w:r>
      <w:r>
        <w:t xml:space="preserve"> you're</w:t>
      </w:r>
      <w:r>
        <w:t xml:space="preserve"> like,</w:t>
      </w:r>
      <w:r>
        <w:t xml:space="preserve"> "Shit.</w:t>
      </w:r>
      <w:r>
        <w:t xml:space="preserve"> This</w:t>
      </w:r>
      <w:r>
        <w:t xml:space="preserve"> is</w:t>
      </w:r>
      <w:r>
        <w:t xml:space="preserve"> real."</w:t>
        <w:br/>
        <w:t>比赛开始</w:t>
      </w:r>
      <w:r>
        <w:t xml:space="preserve"> 我们出发了!</w:t>
        <w:br/>
        <w:t>It's</w:t>
      </w:r>
      <w:r>
        <w:t xml:space="preserve"> lights</w:t>
      </w:r>
      <w:r>
        <w:t xml:space="preserve"> out</w:t>
      </w:r>
      <w:r>
        <w:t xml:space="preserve"> and</w:t>
      </w:r>
      <w:r>
        <w:t xml:space="preserve"> away</w:t>
      </w:r>
      <w:r>
        <w:t xml:space="preserve"> we</w:t>
      </w:r>
      <w:r>
        <w:t xml:space="preserve"> go!</w:t>
        <w:br/>
        <w:t>我的车怎么了?</w:t>
        <w:br/>
        <w:t>What's</w:t>
      </w:r>
      <w:r>
        <w:t xml:space="preserve"> wrong</w:t>
      </w:r>
      <w:r>
        <w:t xml:space="preserve"> with</w:t>
      </w:r>
      <w:r>
        <w:t xml:space="preserve"> my</w:t>
      </w:r>
      <w:r>
        <w:t xml:space="preserve"> car?</w:t>
        <w:br/>
        <w:t>兰多</w:t>
      </w:r>
      <w:r>
        <w:t xml:space="preserve"> 我们在处理一个问题</w:t>
        <w:br/>
        <w:t>Lando,</w:t>
      </w:r>
      <w:r>
        <w:t xml:space="preserve"> we</w:t>
      </w:r>
      <w:r>
        <w:t xml:space="preserve"> are</w:t>
      </w:r>
      <w:r>
        <w:t xml:space="preserve"> managing</w:t>
      </w:r>
      <w:r>
        <w:t xml:space="preserve"> an</w:t>
      </w:r>
      <w:r>
        <w:t xml:space="preserve"> issue.</w:t>
      </w:r>
      <w:r>
        <w:t xml:space="preserve"> Box</w:t>
      </w:r>
      <w:r>
        <w:t xml:space="preserve"> now,</w:t>
      </w:r>
      <w:r>
        <w:t xml:space="preserve"> box</w:t>
      </w:r>
      <w:r>
        <w:t xml:space="preserve"> now.</w:t>
        <w:br/>
        <w:t>现在进站</w:t>
        <w:br/>
        <w:t>Lando,</w:t>
      </w:r>
      <w:r>
        <w:t xml:space="preserve"> we</w:t>
      </w:r>
      <w:r>
        <w:t xml:space="preserve"> are</w:t>
      </w:r>
      <w:r>
        <w:t xml:space="preserve"> managing</w:t>
      </w:r>
      <w:r>
        <w:t xml:space="preserve"> an</w:t>
      </w:r>
      <w:r>
        <w:t xml:space="preserve"> issue.</w:t>
      </w:r>
      <w:r>
        <w:t xml:space="preserve"> Box</w:t>
      </w:r>
      <w:r>
        <w:t xml:space="preserve"> now,</w:t>
      </w:r>
      <w:r>
        <w:t xml:space="preserve"> box</w:t>
      </w:r>
      <w:r>
        <w:t xml:space="preserve"> now.</w:t>
        <w:br/>
        <w:t>兰多的引擎出了问题</w:t>
        <w:br/>
        <w:t>Lando's</w:t>
      </w:r>
      <w:r>
        <w:t xml:space="preserve"> got</w:t>
      </w:r>
      <w:r>
        <w:t xml:space="preserve"> an</w:t>
      </w:r>
      <w:r>
        <w:t xml:space="preserve"> engine</w:t>
      </w:r>
      <w:r>
        <w:t xml:space="preserve"> problem.</w:t>
        <w:br/>
        <w:t>奥斯卡·皮亚斯特里</w:t>
      </w:r>
      <w:r>
        <w:t xml:space="preserve"> 希望在自己的首场比赛上得分</w:t>
        <w:br/>
        <w:t>Oscar</w:t>
      </w:r>
      <w:r>
        <w:t xml:space="preserve"> Piastri</w:t>
      </w:r>
      <w:r>
        <w:t xml:space="preserve"> trying</w:t>
      </w:r>
      <w:r>
        <w:t xml:space="preserve"> to</w:t>
      </w:r>
      <w:r>
        <w:t xml:space="preserve"> score</w:t>
      </w:r>
      <w:r>
        <w:t xml:space="preserve"> points</w:t>
      </w:r>
      <w:r>
        <w:t xml:space="preserve"> on</w:t>
      </w:r>
      <w:r>
        <w:t xml:space="preserve"> debut.</w:t>
        <w:br/>
        <w:t>(皮亚斯特里</w:t>
      </w:r>
      <w:r>
        <w:t xml:space="preserve"> 迈凯伦车队)</w:t>
        <w:br/>
        <w:t>变速箱坏了</w:t>
        <w:br/>
        <w:t>I've</w:t>
      </w:r>
      <w:r>
        <w:t xml:space="preserve"> lost</w:t>
      </w:r>
      <w:r>
        <w:t xml:space="preserve"> the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8"/>
          <w:cols w:space="720"/>
          <w:titlePg w:val="0"/>
          <w:docGrid w:linePitch="360"/>
        </w:sectPr>
      </w:pPr>
      <w:r>
        <w:t xml:space="preserve"> gearbox.</w:t>
        <w:br/>
        <w:t>收到</w:t>
        <w:br/>
        <w:t>Copy.</w:t>
        <w:br/>
        <w:t>奥斯卡</w:t>
      </w:r>
      <w:r>
        <w:t xml:space="preserve"> 这一圈我们进站</w:t>
      </w:r>
      <w:r>
        <w:t xml:space="preserve"> 更换方向盘</w:t>
        <w:br/>
        <w:t>Oscar,</w:t>
      </w:r>
      <w:r>
        <w:t xml:space="preserve"> we'll</w:t>
      </w:r>
      <w:r>
        <w:t xml:space="preserve"> box</w:t>
      </w:r>
      <w:r>
        <w:t xml:space="preserve"> this</w:t>
      </w:r>
      <w:r>
        <w:t xml:space="preserve"> lap</w:t>
      </w:r>
      <w:r>
        <w:t xml:space="preserve"> and</w:t>
      </w:r>
      <w:r>
        <w:t xml:space="preserve"> swap</w:t>
      </w:r>
      <w:r>
        <w:t xml:space="preserve"> the</w:t>
      </w:r>
      <w:r>
        <w:t xml:space="preserve"> steering</w:t>
      </w:r>
      <w:r>
        <w:t xml:space="preserve"> wheel.</w:t>
        <w:br/>
        <w:t>不行</w:t>
      </w:r>
      <w:r>
        <w:t xml:space="preserve"> 还是没反应</w:t>
        <w:br/>
        <w:t>I've</w:t>
      </w:r>
      <w:r>
        <w:t xml:space="preserve"> still</w:t>
      </w:r>
      <w:r>
        <w:t xml:space="preserve"> got</w:t>
      </w:r>
      <w:r>
        <w:t xml:space="preserve"> nothing.</w:t>
        <w:br/>
        <w:t>他在摇头</w:t>
        <w:br/>
        <w:t>He's</w:t>
      </w:r>
      <w:r>
        <w:t xml:space="preserve"> shaking</w:t>
      </w:r>
      <w:r>
        <w:t xml:space="preserve"> his</w:t>
      </w:r>
      <w:r>
        <w:t xml:space="preserve"> head.</w:t>
      </w:r>
      <w:r>
        <w:t xml:space="preserve"> What</w:t>
      </w:r>
      <w:r>
        <w:t xml:space="preserve"> a</w:t>
      </w:r>
      <w:r>
        <w:t xml:space="preserve"> start.</w:t>
        <w:br/>
        <w:t>这样的开局</w:t>
        <w:br/>
        <w:t>He's</w:t>
      </w:r>
      <w:r>
        <w:t xml:space="preserve"> shaking</w:t>
      </w:r>
      <w:r>
        <w:t xml:space="preserve"> his</w:t>
      </w:r>
      <w:r>
        <w:t xml:space="preserve"> head.</w:t>
      </w:r>
      <w:r>
        <w:t xml:space="preserve"> What</w:t>
      </w:r>
      <w:r>
        <w:t xml:space="preserve"> a</w:t>
      </w:r>
      <w:r>
        <w:t xml:space="preserve"> start.</w:t>
        <w:br/>
        <w:t>奥斯卡·皮亚斯特里</w:t>
      </w:r>
      <w:r>
        <w:t xml:space="preserve"> 大奖赛首站运气太差了</w:t>
        <w:br/>
        <w:t>What</w:t>
      </w:r>
      <w:r>
        <w:t xml:space="preserve"> a</w:t>
      </w:r>
      <w:r>
        <w:t xml:space="preserve"> miserable</w:t>
      </w:r>
      <w:r>
        <w:t xml:space="preserve"> first</w:t>
      </w:r>
      <w:r>
        <w:t xml:space="preserve"> grand</w:t>
      </w:r>
      <w:r>
        <w:t xml:space="preserve"> prix</w:t>
      </w:r>
      <w:r>
        <w:t xml:space="preserve"> for</w:t>
      </w:r>
      <w:r>
        <w:t xml:space="preserve"> Oscar</w:t>
      </w:r>
      <w:r>
        <w:t xml:space="preserve"> Piastri.</w:t>
        <w:br/>
        <w:t>妈的</w:t>
        <w:br/>
        <w:t>Fucking</w:t>
      </w:r>
      <w:r>
        <w:t xml:space="preserve"> hell.</w:t>
        <w:br/>
        <w:t>这圈进站</w:t>
        <w:br/>
        <w:t>Box</w:t>
      </w:r>
      <w:r>
        <w:t xml:space="preserve"> this</w:t>
      </w:r>
      <w:r>
        <w:t xml:space="preserve"> lap.</w:t>
        <w:br/>
        <w:t>兰多·诺里斯有大&amp;hearts;麻&amp;hearts;烦</w:t>
        <w:br/>
        <w:t>Lando</w:t>
      </w:r>
      <w:r>
        <w:t xml:space="preserve"> Norris</w:t>
      </w:r>
      <w:r>
        <w:t xml:space="preserve"> is</w:t>
      </w:r>
      <w:r>
        <w:t xml:space="preserve"> really</w:t>
      </w:r>
      <w:r>
        <w:t xml:space="preserve"> struggling.</w:t>
        <w:br/>
        <w:t>这是他第五次进站了</w:t>
        <w:br/>
        <w:t>He's</w:t>
      </w:r>
      <w:r>
        <w:t xml:space="preserve"> coming</w:t>
      </w:r>
      <w:r>
        <w:t xml:space="preserve"> into</w:t>
      </w:r>
      <w:r>
        <w:t xml:space="preserve"> the</w:t>
      </w:r>
      <w:r>
        <w:t xml:space="preserve"> pits</w:t>
      </w:r>
      <w:r>
        <w:t xml:space="preserve"> for</w:t>
      </w:r>
      <w:r>
        <w:t xml:space="preserve"> the</w:t>
      </w:r>
      <w:r>
        <w:t xml:space="preserve"> fifth</w:t>
      </w:r>
      <w:r>
        <w:t xml:space="preserve"> time!</w:t>
        <w:br/>
        <w:t>这次时间较长</w:t>
      </w:r>
      <w:r>
        <w:t xml:space="preserve"> 25到30秒</w:t>
        <w:br/>
        <w:t>This</w:t>
      </w:r>
      <w:r>
        <w:t xml:space="preserve"> will</w:t>
      </w:r>
      <w:r>
        <w:t xml:space="preserve"> be</w:t>
      </w:r>
      <w:r>
        <w:t xml:space="preserve"> a</w:t>
      </w:r>
      <w:r>
        <w:t xml:space="preserve"> slow</w:t>
      </w:r>
      <w:r>
        <w:t xml:space="preserve"> stop.</w:t>
      </w:r>
      <w:r>
        <w:t xml:space="preserve"> Twenty-five</w:t>
      </w:r>
      <w:r>
        <w:t xml:space="preserve"> to</w:t>
      </w:r>
      <w:r>
        <w:t xml:space="preserve"> 30</w:t>
      </w:r>
      <w:r>
        <w:t xml:space="preserve"> seconds.</w:t>
        <w:br/>
        <w:t>哇</w:t>
        <w:br/>
        <w:t>Whoa.</w:t>
        <w:br/>
        <w:t>马克斯·维斯塔潘决胜巴林大奖赛</w:t>
        <w:br/>
        <w:t>Max</w:t>
      </w:r>
      <w:r>
        <w:t xml:space="preserve"> Verstappen</w:t>
      </w:r>
      <w:r>
        <w:t xml:space="preserve"> dominates</w:t>
      </w:r>
      <w:r>
        <w:t xml:space="preserve"> the</w:t>
      </w:r>
      <w:r>
        <w:t xml:space="preserve"> Bahrain</w:t>
      </w:r>
      <w:r>
        <w:t xml:space="preserve"> Grand</w:t>
      </w:r>
      <w:r>
        <w:t xml:space="preserve"> Prix</w:t>
        <w:br/>
        <w:t>带领红牛车队包揽冠亚军</w:t>
        <w:br/>
        <w:t>to</w:t>
      </w:r>
      <w:r>
        <w:t xml:space="preserve"> lead</w:t>
      </w:r>
      <w:r>
        <w:t xml:space="preserve"> home</w:t>
      </w:r>
      <w:r>
        <w:t xml:space="preserve"> a</w:t>
      </w:r>
      <w:r>
        <w:t xml:space="preserve"> Red</w:t>
      </w:r>
      <w:r>
        <w:t xml:space="preserve"> Bull</w:t>
      </w:r>
      <w:r>
        <w:t xml:space="preserve"> one-two,</w:t>
        <w:br/>
        <w:t>今年要超越他们会很难</w:t>
        <w:br/>
        <w:t>and</w:t>
      </w:r>
      <w:r>
        <w:t xml:space="preserve"> they</w:t>
      </w:r>
      <w:r>
        <w:t xml:space="preserve"> will</w:t>
      </w:r>
      <w:r>
        <w:t xml:space="preserve"> take</w:t>
      </w:r>
      <w:r>
        <w:t xml:space="preserve"> some</w:t>
      </w:r>
      <w:r>
        <w:t xml:space="preserve"> beating</w:t>
      </w:r>
      <w:r>
        <w:t xml:space="preserve"> this</w:t>
      </w:r>
      <w:r>
        <w:t xml:space="preserve"> year.</w:t>
        <w:br/>
        <w:t>诺里斯排到第17位</w:t>
        <w:br/>
        <w:t>Norris</w:t>
      </w:r>
      <w:r>
        <w:t xml:space="preserve"> comes</w:t>
      </w:r>
      <w:r>
        <w:t xml:space="preserve"> home</w:t>
      </w:r>
      <w:r>
        <w:t xml:space="preserve"> in</w:t>
      </w:r>
      <w:r>
        <w:t xml:space="preserve"> 17th.</w:t>
        <w:br/>
        <w:t>皮亚斯特里</w:t>
      </w:r>
      <w:r>
        <w:t xml:space="preserve"> 甚至没能跑完他的首场比赛</w:t>
        <w:br/>
        <w:t>And</w:t>
      </w:r>
      <w:r>
        <w:t xml:space="preserve"> Piastri</w:t>
      </w:r>
      <w:r>
        <w:t xml:space="preserve"> doesn't</w:t>
      </w:r>
      <w:r>
        <w:t xml:space="preserve"> even</w:t>
      </w:r>
      <w:r>
        <w:t xml:space="preserve"> finish</w:t>
      </w:r>
      <w:r>
        <w:t xml:space="preserve"> his</w:t>
      </w:r>
      <w:r>
        <w:t xml:space="preserve"> debut</w:t>
      </w:r>
      <w:r>
        <w:t xml:space="preserve"> race.</w:t>
        <w:br/>
        <w:t>我就做了一个小动作</w:t>
        <w:br/>
        <w:t>I</w:t>
      </w:r>
      <w:r>
        <w:t xml:space="preserve"> do</w:t>
      </w:r>
      <w:r>
        <w:t xml:space="preserve"> one</w:t>
      </w:r>
      <w:r>
        <w:t xml:space="preserve"> little</w:t>
      </w:r>
      <w:r>
        <w:t xml:space="preserve"> thing.</w:t>
      </w:r>
      <w:r>
        <w:t xml:space="preserve"> I</w:t>
      </w:r>
      <w:r>
        <w:t xml:space="preserve"> under</w:t>
      </w:r>
      <w:r>
        <w:t xml:space="preserve"> rotate.</w:t>
      </w:r>
      <w:r>
        <w:t xml:space="preserve"> Fucking</w:t>
      </w:r>
      <w:r>
        <w:t xml:space="preserve"> corner,</w:t>
      </w:r>
      <w:r>
        <w:t xml:space="preserve"> giving</w:t>
      </w:r>
      <w:r>
        <w:t xml:space="preserve"> up.</w:t>
        <w:br/>
        <w:t>转弯小了一点</w:t>
        <w:br/>
        <w:t>I</w:t>
      </w:r>
      <w:r>
        <w:t xml:space="preserve"> do</w:t>
      </w:r>
      <w:r>
        <w:t xml:space="preserve"> one</w:t>
      </w:r>
      <w:r>
        <w:t xml:space="preserve"> little</w:t>
      </w:r>
      <w:r>
        <w:t xml:space="preserve"> thing.</w:t>
      </w:r>
      <w:r>
        <w:t xml:space="preserve"> I</w:t>
      </w:r>
      <w:r>
        <w:t xml:space="preserve"> under</w:t>
      </w:r>
      <w:r>
        <w:t xml:space="preserve"> rotate.</w:t>
      </w:r>
      <w:r>
        <w:t xml:space="preserve"> Fucking</w:t>
      </w:r>
      <w:r>
        <w:t xml:space="preserve"> corner,</w:t>
      </w:r>
      <w:r>
        <w:t xml:space="preserve"> giving</w:t>
      </w:r>
      <w:r>
        <w:t xml:space="preserve"> up.</w:t>
        <w:br/>
        <w:t>该死的弯道</w:t>
      </w:r>
      <w:r>
        <w:t xml:space="preserve"> 就不行了</w:t>
        <w:br/>
        <w:t>I</w:t>
      </w:r>
      <w:r>
        <w:t xml:space="preserve"> do</w:t>
      </w:r>
      <w:r>
        <w:t xml:space="preserve"> one</w:t>
      </w:r>
      <w:r>
        <w:t xml:space="preserve"> little</w:t>
      </w:r>
      <w:r>
        <w:t xml:space="preserve"> thing.</w:t>
      </w:r>
      <w:r>
        <w:t xml:space="preserve"> I</w:t>
      </w:r>
      <w:r>
        <w:t xml:space="preserve"> under</w:t>
      </w:r>
      <w:r>
        <w:t xml:space="preserve"> rotate.</w:t>
      </w:r>
      <w:r>
        <w:t xml:space="preserve"> Fucking</w:t>
      </w:r>
      <w:r>
        <w:t xml:space="preserve"> corner,</w:t>
      </w:r>
      <w:r>
        <w:t xml:space="preserve"> giving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9"/>
          <w:cols w:space="720"/>
          <w:titlePg w:val="0"/>
          <w:docGrid w:linePitch="360"/>
        </w:sectPr>
      </w:pPr>
      <w:r>
        <w:t xml:space="preserve"> up.</w:t>
        <w:br/>
        <w:t>极限了</w:t>
        <w:br/>
        <w:t>Knife-edge.</w:t>
        <w:br/>
        <w:t>哪怕我有一个动作没做对</w:t>
        <w:br/>
        <w:t>As</w:t>
      </w:r>
      <w:r>
        <w:t xml:space="preserve"> soon</w:t>
      </w:r>
      <w:r>
        <w:t xml:space="preserve"> as</w:t>
      </w:r>
      <w:r>
        <w:t xml:space="preserve"> I</w:t>
      </w:r>
      <w:r>
        <w:t xml:space="preserve"> do</w:t>
      </w:r>
      <w:r>
        <w:t xml:space="preserve"> one</w:t>
      </w:r>
      <w:r>
        <w:t xml:space="preserve"> thing</w:t>
      </w:r>
      <w:r>
        <w:t xml:space="preserve"> wrong,</w:t>
      </w:r>
      <w:r>
        <w:t xml:space="preserve"> it's</w:t>
      </w:r>
      <w:r>
        <w:t xml:space="preserve"> just</w:t>
      </w:r>
      <w:r>
        <w:t xml:space="preserve"> garbage.</w:t>
        <w:br/>
        <w:t>As</w:t>
      </w:r>
      <w:r>
        <w:t xml:space="preserve"> soon</w:t>
      </w:r>
      <w:r>
        <w:t xml:space="preserve"> as</w:t>
      </w:r>
      <w:r>
        <w:t xml:space="preserve"> I</w:t>
      </w:r>
      <w:r>
        <w:t xml:space="preserve"> do</w:t>
      </w:r>
      <w:r>
        <w:t xml:space="preserve"> one</w:t>
      </w:r>
      <w:r>
        <w:t xml:space="preserve"> thing</w:t>
      </w:r>
      <w:r>
        <w:t xml:space="preserve"> wrong,</w:t>
      </w:r>
      <w:r>
        <w:t xml:space="preserve"> it's</w:t>
      </w:r>
      <w:r>
        <w:t xml:space="preserve"> just</w:t>
      </w:r>
      <w:r>
        <w:t xml:space="preserve"> garbage.</w:t>
        <w:br/>
        <w:t>它就秒变垃圾</w:t>
        <w:br/>
        <w:t>As</w:t>
      </w:r>
      <w:r>
        <w:t xml:space="preserve"> soon</w:t>
      </w:r>
      <w:r>
        <w:t xml:space="preserve"> as</w:t>
      </w:r>
      <w:r>
        <w:t xml:space="preserve"> I</w:t>
      </w:r>
      <w:r>
        <w:t xml:space="preserve"> do</w:t>
      </w:r>
      <w:r>
        <w:t xml:space="preserve"> one</w:t>
      </w:r>
      <w:r>
        <w:t xml:space="preserve"> thing</w:t>
      </w:r>
      <w:r>
        <w:t xml:space="preserve"> wrong,</w:t>
      </w:r>
      <w:r>
        <w:t xml:space="preserve"> it's</w:t>
      </w:r>
      <w:r>
        <w:t xml:space="preserve"> just</w:t>
      </w:r>
      <w:r>
        <w:t xml:space="preserve"> garbage.</w:t>
        <w:br/>
        <w:t>每个车队都满怀希望地开始一个赛季</w:t>
        <w:br/>
        <w:t>I</w:t>
      </w:r>
      <w:r>
        <w:t xml:space="preserve"> think</w:t>
      </w:r>
      <w:r>
        <w:t xml:space="preserve"> every</w:t>
      </w:r>
      <w:r>
        <w:t xml:space="preserve"> team</w:t>
      </w:r>
      <w:r>
        <w:t xml:space="preserve"> goes</w:t>
      </w:r>
      <w:r>
        <w:t xml:space="preserve"> into</w:t>
      </w:r>
      <w:r>
        <w:t xml:space="preserve"> every</w:t>
      </w:r>
      <w:r>
        <w:t xml:space="preserve"> new</w:t>
      </w:r>
      <w:r>
        <w:t xml:space="preserve"> season</w:t>
      </w:r>
      <w:r>
        <w:t xml:space="preserve"> filled</w:t>
      </w:r>
      <w:r>
        <w:t xml:space="preserve"> with</w:t>
      </w:r>
      <w:r>
        <w:t xml:space="preserve"> hope.</w:t>
        <w:br/>
        <w:t>如果你的车状态不如人意</w:t>
        <w:br/>
        <w:t>And</w:t>
      </w:r>
      <w:r>
        <w:t xml:space="preserve"> if</w:t>
      </w:r>
      <w:r>
        <w:t xml:space="preserve"> your</w:t>
      </w:r>
      <w:r>
        <w:t xml:space="preserve"> car</w:t>
      </w:r>
      <w:r>
        <w:t xml:space="preserve"> is</w:t>
      </w:r>
      <w:r>
        <w:t xml:space="preserve"> not</w:t>
      </w:r>
      <w:r>
        <w:t xml:space="preserve"> where</w:t>
      </w:r>
      <w:r>
        <w:t xml:space="preserve"> you</w:t>
      </w:r>
      <w:r>
        <w:t xml:space="preserve"> want</w:t>
      </w:r>
      <w:r>
        <w:t xml:space="preserve"> it</w:t>
      </w:r>
      <w:r>
        <w:t xml:space="preserve"> to</w:t>
      </w:r>
      <w:r>
        <w:t xml:space="preserve"> be...</w:t>
        <w:br/>
        <w:t>你会有很强挫败感</w:t>
        <w:br/>
        <w:t>your</w:t>
      </w:r>
      <w:r>
        <w:t xml:space="preserve"> heart</w:t>
      </w:r>
      <w:r>
        <w:t xml:space="preserve"> just</w:t>
      </w:r>
      <w:r>
        <w:t xml:space="preserve"> sinks.</w:t>
        <w:br/>
        <w:t>因为你知道这会是艰难的一年</w:t>
        <w:br/>
        <w:t>'Cause</w:t>
      </w:r>
      <w:r>
        <w:t xml:space="preserve"> you</w:t>
      </w:r>
      <w:r>
        <w:t xml:space="preserve"> know</w:t>
      </w:r>
      <w:r>
        <w:t xml:space="preserve"> it's</w:t>
      </w:r>
      <w:r>
        <w:t xml:space="preserve"> going</w:t>
      </w:r>
      <w:r>
        <w:t xml:space="preserve"> to</w:t>
      </w:r>
      <w:r>
        <w:t xml:space="preserve"> be</w:t>
      </w:r>
      <w:r>
        <w:t xml:space="preserve"> the</w:t>
      </w:r>
      <w:r>
        <w:t xml:space="preserve"> hardest</w:t>
      </w:r>
      <w:r>
        <w:t xml:space="preserve"> of</w:t>
      </w:r>
      <w:r>
        <w:t xml:space="preserve"> years.</w:t>
        <w:br/>
        <w:t>兰多来了</w:t>
        <w:br/>
        <w:t>There's</w:t>
      </w:r>
      <w:r>
        <w:t xml:space="preserve"> Lando.</w:t>
        <w:br/>
        <w:t>怎么样?和去年一样?</w:t>
        <w:br/>
        <w:t>And?</w:t>
      </w:r>
      <w:r>
        <w:t xml:space="preserve"> Same</w:t>
      </w:r>
      <w:r>
        <w:t xml:space="preserve"> as</w:t>
      </w:r>
      <w:r>
        <w:t xml:space="preserve"> last</w:t>
      </w:r>
      <w:r>
        <w:t xml:space="preserve"> year?</w:t>
        <w:br/>
        <w:t>基本是类似的限制</w:t>
        <w:br/>
        <w:t>Similar</w:t>
      </w:r>
      <w:r>
        <w:t xml:space="preserve"> limitations,</w:t>
      </w:r>
      <w:r>
        <w:t xml:space="preserve"> basically.</w:t>
        <w:br/>
        <w:t>嗯</w:t>
        <w:br/>
        <w:t>Yeah.</w:t>
        <w:br/>
        <w:t>类似的问题</w:t>
        <w:br/>
        <w:t>Similar</w:t>
      </w:r>
      <w:r>
        <w:t xml:space="preserve"> issues.</w:t>
      </w:r>
      <w:r>
        <w:t xml:space="preserve"> Similar</w:t>
      </w:r>
      <w:r>
        <w:t xml:space="preserve"> problems.</w:t>
        <w:br/>
        <w:t>好的</w:t>
        <w:br/>
        <w:t>All</w:t>
      </w:r>
      <w:r>
        <w:t xml:space="preserve"> right.</w:t>
        <w:br/>
        <w:t>我们继续努力</w:t>
        <w:br/>
        <w:t>We'll</w:t>
      </w:r>
      <w:r>
        <w:t xml:space="preserve"> keep</w:t>
      </w:r>
      <w:r>
        <w:t xml:space="preserve"> pushing.</w:t>
        <w:br/>
        <w:t>作为赛车手</w:t>
      </w:r>
      <w:r>
        <w:t xml:space="preserve"> 你时刻在想</w:t>
        <w:br/>
        <w:t>At</w:t>
      </w:r>
      <w:r>
        <w:t xml:space="preserve"> every</w:t>
      </w:r>
      <w:r>
        <w:t xml:space="preserve"> single</w:t>
      </w:r>
      <w:r>
        <w:t xml:space="preserve"> point</w:t>
      </w:r>
      <w:r>
        <w:t xml:space="preserve"> in</w:t>
      </w:r>
      <w:r>
        <w:t xml:space="preserve"> your</w:t>
      </w:r>
      <w:r>
        <w:t xml:space="preserve"> career</w:t>
      </w:r>
      <w:r>
        <w:t xml:space="preserve"> as</w:t>
      </w:r>
      <w:r>
        <w:t xml:space="preserve"> a</w:t>
      </w:r>
      <w:r>
        <w:t xml:space="preserve"> driver,</w:t>
        <w:br/>
        <w:t>“今年一定要顺利”</w:t>
        <w:br/>
        <w:t>you</w:t>
      </w:r>
      <w:r>
        <w:t xml:space="preserve"> think,</w:t>
      </w:r>
      <w:r>
        <w:t xml:space="preserve"> "I</w:t>
      </w:r>
      <w:r>
        <w:t xml:space="preserve"> need</w:t>
      </w:r>
      <w:r>
        <w:t xml:space="preserve"> this</w:t>
      </w:r>
      <w:r>
        <w:t xml:space="preserve"> year</w:t>
      </w:r>
      <w:r>
        <w:t xml:space="preserve"> to</w:t>
      </w:r>
      <w:r>
        <w:t xml:space="preserve"> go</w:t>
      </w:r>
      <w:r>
        <w:t xml:space="preserve"> really</w:t>
      </w:r>
      <w:r>
        <w:t xml:space="preserve"> well."</w:t>
        <w:br/>
        <w:t>你觉得你不能白白浪费掉一年时间</w:t>
        <w:br/>
        <w:t>You</w:t>
      </w:r>
      <w:r>
        <w:t xml:space="preserve"> don't</w:t>
      </w:r>
      <w:r>
        <w:t xml:space="preserve"> feel</w:t>
      </w:r>
      <w:r>
        <w:t xml:space="preserve"> like</w:t>
      </w:r>
      <w:r>
        <w:t xml:space="preserve"> you</w:t>
      </w:r>
      <w:r>
        <w:t xml:space="preserve"> ever</w:t>
      </w:r>
      <w:r>
        <w:t xml:space="preserve"> have</w:t>
      </w:r>
      <w:r>
        <w:t xml:space="preserve"> a</w:t>
      </w:r>
      <w:r>
        <w:t xml:space="preserve"> year</w:t>
      </w:r>
      <w:r>
        <w:t xml:space="preserve"> to</w:t>
      </w:r>
      <w:r>
        <w:t xml:space="preserve"> burn.</w:t>
        <w:br/>
        <w:t>你从来不会觉得</w:t>
        <w:br/>
        <w:t>There's</w:t>
      </w:r>
      <w:r>
        <w:t xml:space="preserve"> never</w:t>
      </w:r>
      <w:r>
        <w:t xml:space="preserve"> a</w:t>
      </w:r>
      <w:r>
        <w:t xml:space="preserve"> point</w:t>
      </w:r>
      <w:r>
        <w:t xml:space="preserve"> in</w:t>
      </w:r>
      <w:r>
        <w:t xml:space="preserve"> time</w:t>
      </w:r>
      <w:r>
        <w:t xml:space="preserve"> as</w:t>
      </w:r>
      <w:r>
        <w:t xml:space="preserve"> a</w:t>
      </w:r>
      <w:r>
        <w:t xml:space="preserve"> driver</w:t>
      </w:r>
      <w:r>
        <w:t xml:space="preserve"> where</w:t>
      </w:r>
      <w:r>
        <w:t xml:space="preserve"> you're</w:t>
      </w:r>
      <w:r>
        <w:t xml:space="preserve"> thinking,</w:t>
        <w:br/>
        <w:t>“哦</w:t>
      </w:r>
      <w:r>
        <w:t xml:space="preserve"> 没问题”</w:t>
        <w:br/>
        <w:t>"Oh,</w:t>
      </w:r>
      <w:r>
        <w:t xml:space="preserve"> no</w:t>
      </w:r>
      <w:r>
        <w:t xml:space="preserve"> problem."</w:t>
        <w:br/>
        <w:t>好像是说</w:t>
      </w:r>
      <w:r>
        <w:t xml:space="preserve"> “赛季剩下的时间我可以等着</w:t>
        <w:br/>
        <w:t>Like,</w:t>
      </w:r>
      <w:r>
        <w:t xml:space="preserve"> "I'll</w:t>
      </w:r>
      <w:r>
        <w:t xml:space="preserve"> be</w:t>
      </w:r>
      <w:r>
        <w:t xml:space="preserve"> happy</w:t>
      </w:r>
      <w:r>
        <w:t xml:space="preserve"> to</w:t>
      </w:r>
      <w:r>
        <w:t xml:space="preserve"> wait</w:t>
      </w:r>
      <w:r>
        <w:t xml:space="preserve"> the</w:t>
      </w:r>
      <w:r>
        <w:t xml:space="preserve"> rest</w:t>
      </w:r>
      <w:r>
        <w:t xml:space="preserve"> of</w:t>
      </w:r>
      <w:r>
        <w:t xml:space="preserve"> the</w:t>
      </w:r>
      <w:r>
        <w:t xml:space="preserve"> season,</w:t>
        <w:br/>
        <w:t>或者等明年再说</w:t>
      </w:r>
      <w:r>
        <w:t xml:space="preserve"> 或者再过几个月就会好起来”</w:t>
        <w:br/>
        <w:t>or</w:t>
      </w:r>
      <w:r>
        <w:t xml:space="preserve"> until</w:t>
      </w:r>
      <w:r>
        <w:t xml:space="preserve"> next</w:t>
      </w:r>
      <w:r>
        <w:t xml:space="preserve"> year,</w:t>
      </w:r>
      <w:r>
        <w:t xml:space="preserve"> or</w:t>
      </w:r>
      <w:r>
        <w:t xml:space="preserve"> a</w:t>
      </w:r>
      <w:r>
        <w:t xml:space="preserve"> few</w:t>
      </w:r>
      <w:r>
        <w:t xml:space="preserve"> more</w:t>
      </w:r>
      <w:r>
        <w:t xml:space="preserve"> months</w:t>
      </w:r>
      <w:r>
        <w:t xml:space="preserve"> for</w:t>
      </w:r>
      <w:r>
        <w:t xml:space="preserve"> this</w:t>
      </w:r>
      <w:r>
        <w:t xml:space="preserve"> to</w:t>
      </w:r>
      <w:r>
        <w:t xml:space="preserve"> go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0"/>
          <w:cols w:space="720"/>
          <w:titlePg w:val="0"/>
          <w:docGrid w:linePitch="360"/>
        </w:sectPr>
      </w:pPr>
      <w:r>
        <w:t xml:space="preserve"> well."</w:t>
        <w:br/>
        <w:t>你眼下就需要一部好车</w:t>
        <w:br/>
        <w:t>You</w:t>
      </w:r>
      <w:r>
        <w:t xml:space="preserve"> need</w:t>
      </w:r>
      <w:r>
        <w:t xml:space="preserve"> a</w:t>
      </w:r>
      <w:r>
        <w:t xml:space="preserve"> good</w:t>
      </w:r>
      <w:r>
        <w:t xml:space="preserve"> car</w:t>
      </w:r>
      <w:r>
        <w:t xml:space="preserve"> now.</w:t>
        <w:br/>
        <w:t>不如我去红牛车队</w:t>
      </w:r>
      <w:r>
        <w:t xml:space="preserve"> 把他们的车偷出来</w:t>
        <w:br/>
        <w:t>I</w:t>
      </w:r>
      <w:r>
        <w:t xml:space="preserve"> might</w:t>
      </w:r>
      <w:r>
        <w:t xml:space="preserve"> just</w:t>
      </w:r>
      <w:r>
        <w:t xml:space="preserve"> walk</w:t>
      </w:r>
      <w:r>
        <w:t xml:space="preserve"> into</w:t>
      </w:r>
      <w:r>
        <w:t xml:space="preserve"> Red</w:t>
      </w:r>
      <w:r>
        <w:t xml:space="preserve"> Bull</w:t>
      </w:r>
      <w:r>
        <w:t xml:space="preserve"> and</w:t>
      </w:r>
      <w:r>
        <w:t xml:space="preserve"> steal</w:t>
      </w:r>
      <w:r>
        <w:t xml:space="preserve"> their</w:t>
      </w:r>
      <w:r>
        <w:t xml:space="preserve"> car.</w:t>
        <w:br/>
        <w:t>-</w:t>
      </w:r>
      <w:r>
        <w:t xml:space="preserve"> 是吗?好吧</w:t>
      </w:r>
      <w:r>
        <w:t xml:space="preserve"> -</w:t>
      </w:r>
      <w:r>
        <w:t xml:space="preserve"> 只偷前鼻翼就行</w:t>
        <w:br/>
        <w:t>-</w:t>
      </w:r>
      <w:r>
        <w:t xml:space="preserve"> Yeah?</w:t>
      </w:r>
      <w:r>
        <w:t xml:space="preserve"> Okay.</w:t>
      </w:r>
      <w:r>
        <w:t xml:space="preserve"> -</w:t>
      </w:r>
      <w:r>
        <w:t xml:space="preserve"> Just</w:t>
      </w:r>
      <w:r>
        <w:t xml:space="preserve"> steal</w:t>
      </w:r>
      <w:r>
        <w:t xml:space="preserve"> their</w:t>
      </w:r>
      <w:r>
        <w:t xml:space="preserve"> front</w:t>
      </w:r>
      <w:r>
        <w:t xml:space="preserve"> wing.</w:t>
        <w:br/>
        <w:t>-</w:t>
      </w:r>
      <w:r>
        <w:t xml:space="preserve"> 他们不会在乎吧?</w:t>
      </w:r>
      <w:r>
        <w:t xml:space="preserve"> -</w:t>
      </w:r>
      <w:r>
        <w:t xml:space="preserve"> 溜进去</w:t>
      </w:r>
      <w:r>
        <w:t xml:space="preserve"> 拿了就跑</w:t>
        <w:br/>
        <w:t>-</w:t>
      </w:r>
      <w:r>
        <w:t xml:space="preserve"> They</w:t>
      </w:r>
      <w:r>
        <w:t xml:space="preserve"> won't</w:t>
      </w:r>
      <w:r>
        <w:t xml:space="preserve"> care,</w:t>
      </w:r>
      <w:r>
        <w:t xml:space="preserve"> will</w:t>
      </w:r>
      <w:r>
        <w:t xml:space="preserve"> they?</w:t>
      </w:r>
      <w:r>
        <w:t xml:space="preserve"> -</w:t>
      </w:r>
      <w:r>
        <w:t xml:space="preserve"> Pick</w:t>
      </w:r>
      <w:r>
        <w:t xml:space="preserve"> it</w:t>
      </w:r>
      <w:r>
        <w:t xml:space="preserve"> up,</w:t>
      </w:r>
      <w:r>
        <w:t xml:space="preserve"> walk</w:t>
      </w:r>
      <w:r>
        <w:t xml:space="preserve"> straight</w:t>
      </w:r>
      <w:r>
        <w:t xml:space="preserve"> out.</w:t>
        <w:br/>
        <w:t>现在说这是一场危机是否为时尚早?</w:t>
        <w:br/>
        <w:t>Is</w:t>
      </w:r>
      <w:r>
        <w:t xml:space="preserve"> it</w:t>
      </w:r>
      <w:r>
        <w:t xml:space="preserve"> too</w:t>
      </w:r>
      <w:r>
        <w:t xml:space="preserve"> soon</w:t>
      </w:r>
      <w:r>
        <w:t xml:space="preserve"> to</w:t>
      </w:r>
      <w:r>
        <w:t xml:space="preserve"> call</w:t>
      </w:r>
      <w:r>
        <w:t xml:space="preserve"> it</w:t>
      </w:r>
      <w:r>
        <w:t xml:space="preserve"> a</w:t>
      </w:r>
      <w:r>
        <w:t xml:space="preserve"> crisis?</w:t>
        <w:br/>
        <w:t>我知道我们距离我们的目标还差很远</w:t>
        <w:br/>
        <w:t>I</w:t>
      </w:r>
      <w:r>
        <w:t xml:space="preserve"> know</w:t>
      </w:r>
      <w:r>
        <w:t xml:space="preserve"> we're</w:t>
      </w:r>
      <w:r>
        <w:t xml:space="preserve"> far</w:t>
      </w:r>
      <w:r>
        <w:t xml:space="preserve"> from</w:t>
      </w:r>
      <w:r>
        <w:t xml:space="preserve"> where</w:t>
      </w:r>
      <w:r>
        <w:t xml:space="preserve"> we</w:t>
      </w:r>
      <w:r>
        <w:t xml:space="preserve"> wanna</w:t>
      </w:r>
      <w:r>
        <w:t xml:space="preserve"> be.</w:t>
        <w:br/>
        <w:t>但我们的计划很明确</w:t>
      </w:r>
      <w:r>
        <w:t xml:space="preserve"> 我们知道需要什么</w:t>
      </w:r>
      <w:r>
        <w:t xml:space="preserve"> 要达到什么目标</w:t>
        <w:br/>
        <w:t>Um,</w:t>
      </w:r>
      <w:r>
        <w:t xml:space="preserve"> but</w:t>
      </w:r>
      <w:r>
        <w:t xml:space="preserve"> we</w:t>
      </w:r>
      <w:r>
        <w:t xml:space="preserve"> have</w:t>
      </w:r>
      <w:r>
        <w:t xml:space="preserve"> a</w:t>
      </w:r>
      <w:r>
        <w:t xml:space="preserve"> very</w:t>
      </w:r>
      <w:r>
        <w:t xml:space="preserve"> clear</w:t>
      </w:r>
      <w:r>
        <w:t xml:space="preserve"> plan,</w:t>
      </w:r>
      <w:r>
        <w:t xml:space="preserve"> uh,</w:t>
      </w:r>
      <w:r>
        <w:t xml:space="preserve"> what</w:t>
      </w:r>
      <w:r>
        <w:t xml:space="preserve"> we</w:t>
      </w:r>
      <w:r>
        <w:t xml:space="preserve"> need</w:t>
      </w:r>
      <w:r>
        <w:t xml:space="preserve"> and</w:t>
      </w:r>
      <w:r>
        <w:t xml:space="preserve"> want</w:t>
      </w:r>
      <w:r>
        <w:t xml:space="preserve"> to</w:t>
      </w:r>
      <w:r>
        <w:t xml:space="preserve"> achieve.</w:t>
        <w:br/>
        <w:t>前部有点不正常</w:t>
        <w:br/>
        <w:t>Guys,</w:t>
      </w:r>
      <w:r>
        <w:t xml:space="preserve"> something's</w:t>
      </w:r>
      <w:r>
        <w:t xml:space="preserve"> not</w:t>
      </w:r>
      <w:r>
        <w:t xml:space="preserve"> right</w:t>
      </w:r>
      <w:r>
        <w:t xml:space="preserve"> with</w:t>
      </w:r>
      <w:r>
        <w:t xml:space="preserve"> the</w:t>
      </w:r>
      <w:r>
        <w:t xml:space="preserve"> front</w:t>
      </w:r>
      <w:r>
        <w:t xml:space="preserve"> end.</w:t>
        <w:br/>
        <w:t>转向严重不足</w:t>
        <w:br/>
        <w:t>I</w:t>
      </w:r>
      <w:r>
        <w:t xml:space="preserve"> got</w:t>
      </w:r>
      <w:r>
        <w:t xml:space="preserve"> too</w:t>
      </w:r>
      <w:r>
        <w:t xml:space="preserve"> much</w:t>
      </w:r>
      <w:r>
        <w:t xml:space="preserve"> understeer.</w:t>
        <w:br/>
        <w:t>(诺里斯</w:t>
      </w:r>
      <w:r>
        <w:t xml:space="preserve"> 迈凯伦)</w:t>
        <w:br/>
        <w:t>迈凯伦的两名车手</w:t>
      </w:r>
      <w:r>
        <w:t xml:space="preserve"> 在车队冠军榜排名垫底</w:t>
        <w:br/>
        <w:t>The</w:t>
      </w:r>
      <w:r>
        <w:t xml:space="preserve"> two</w:t>
      </w:r>
      <w:r>
        <w:t xml:space="preserve"> McLarens,</w:t>
      </w:r>
      <w:r>
        <w:t xml:space="preserve"> last</w:t>
      </w:r>
      <w:r>
        <w:t xml:space="preserve"> in</w:t>
      </w:r>
      <w:r>
        <w:t xml:space="preserve"> the</w:t>
      </w:r>
      <w:r>
        <w:t xml:space="preserve"> Constructors</w:t>
      </w:r>
      <w:r>
        <w:t xml:space="preserve"> Championship,</w:t>
        <w:br/>
        <w:t>今晚也碌碌无为</w:t>
        <w:br/>
        <w:t>and</w:t>
      </w:r>
      <w:r>
        <w:t xml:space="preserve"> not</w:t>
      </w:r>
      <w:r>
        <w:t xml:space="preserve"> doing</w:t>
      </w:r>
      <w:r>
        <w:t xml:space="preserve"> much</w:t>
      </w:r>
      <w:r>
        <w:t xml:space="preserve"> tonight</w:t>
        <w:br/>
        <w:t>看来仍将继续留在冠军榜的底端</w:t>
        <w:br/>
        <w:t>to</w:t>
      </w:r>
      <w:r>
        <w:t xml:space="preserve"> get</w:t>
      </w:r>
      <w:r>
        <w:t xml:space="preserve"> themselves</w:t>
      </w:r>
      <w:r>
        <w:t xml:space="preserve"> off</w:t>
      </w:r>
      <w:r>
        <w:t xml:space="preserve"> the</w:t>
      </w:r>
      <w:r>
        <w:t xml:space="preserve"> bottom</w:t>
      </w:r>
      <w:r>
        <w:t xml:space="preserve"> of</w:t>
      </w:r>
      <w:r>
        <w:t xml:space="preserve"> the</w:t>
      </w:r>
      <w:r>
        <w:t xml:space="preserve"> table,</w:t>
      </w:r>
      <w:r>
        <w:t xml:space="preserve"> it</w:t>
      </w:r>
      <w:r>
        <w:t xml:space="preserve"> seems.</w:t>
        <w:br/>
        <w:t>对兰多·诺里斯来说太遗憾了</w:t>
        <w:br/>
        <w:t>It's</w:t>
      </w:r>
      <w:r>
        <w:t xml:space="preserve"> a</w:t>
      </w:r>
      <w:r>
        <w:t xml:space="preserve"> real</w:t>
      </w:r>
      <w:r>
        <w:t xml:space="preserve"> shame</w:t>
      </w:r>
      <w:r>
        <w:t xml:space="preserve"> for</w:t>
      </w:r>
      <w:r>
        <w:t xml:space="preserve"> Lando</w:t>
      </w:r>
      <w:r>
        <w:t xml:space="preserve"> Norris,</w:t>
        <w:br/>
        <w:t>他是个天才车手</w:t>
        <w:br/>
        <w:t>a</w:t>
      </w:r>
      <w:r>
        <w:t xml:space="preserve"> phenomenally</w:t>
      </w:r>
      <w:r>
        <w:t xml:space="preserve"> talented</w:t>
      </w:r>
      <w:r>
        <w:t xml:space="preserve"> driver.</w:t>
        <w:br/>
        <w:t>有一点一直很清楚</w:t>
        <w:br/>
        <w:t>It's</w:t>
      </w:r>
      <w:r>
        <w:t xml:space="preserve"> been</w:t>
      </w:r>
      <w:r>
        <w:t xml:space="preserve"> clear</w:t>
      </w:r>
      <w:r>
        <w:t xml:space="preserve"> for</w:t>
      </w:r>
      <w:r>
        <w:t xml:space="preserve"> a</w:t>
      </w:r>
      <w:r>
        <w:t xml:space="preserve"> long</w:t>
      </w:r>
      <w:r>
        <w:t xml:space="preserve"> time</w:t>
        <w:br/>
        <w:t>兰多·诺里斯是这支车队的焦点人物</w:t>
        <w:br/>
        <w:t>that</w:t>
      </w:r>
      <w:r>
        <w:t xml:space="preserve"> Lando</w:t>
      </w:r>
      <w:r>
        <w:t xml:space="preserve"> Norris</w:t>
      </w:r>
      <w:r>
        <w:t xml:space="preserve"> is</w:t>
      </w:r>
      <w:r>
        <w:t xml:space="preserve"> the</w:t>
      </w:r>
      <w:r>
        <w:t xml:space="preserve"> focal</w:t>
      </w:r>
      <w:r>
        <w:t xml:space="preserve"> point</w:t>
      </w:r>
      <w:r>
        <w:t xml:space="preserve"> of</w:t>
      </w:r>
      <w:r>
        <w:t xml:space="preserve"> this</w:t>
      </w:r>
      <w:r>
        <w:t xml:space="preserve"> team.</w:t>
        <w:br/>
        <w:t>他们的未来就靠他了</w:t>
        <w:br/>
        <w:t>That</w:t>
      </w:r>
      <w:r>
        <w:t xml:space="preserve"> he's</w:t>
      </w:r>
      <w:r>
        <w:t xml:space="preserve"> their</w:t>
      </w:r>
      <w:r>
        <w:t xml:space="preserve"> future.</w:t>
        <w:br/>
        <w:t>可是他们给他提供的赛车这么差劲</w:t>
        <w:br/>
        <w:t>But</w:t>
      </w:r>
      <w:r>
        <w:t xml:space="preserve"> when</w:t>
      </w:r>
      <w:r>
        <w:t xml:space="preserve"> you</w:t>
      </w:r>
      <w:r>
        <w:t xml:space="preserve"> consider</w:t>
      </w:r>
      <w:r>
        <w:t xml:space="preserve"> how</w:t>
      </w:r>
      <w:r>
        <w:t xml:space="preserve"> poor</w:t>
      </w:r>
      <w:r>
        <w:t xml:space="preserve"> the</w:t>
      </w:r>
      <w:r>
        <w:t xml:space="preserve"> car</w:t>
      </w:r>
      <w:r>
        <w:t xml:space="preserve"> is</w:t>
      </w:r>
      <w:r>
        <w:t xml:space="preserve"> that</w:t>
      </w:r>
      <w:r>
        <w:t xml:space="preserve"> he's</w:t>
      </w:r>
      <w:r>
        <w:t xml:space="preserve"> been</w:t>
      </w:r>
      <w:r>
        <w:t xml:space="preserve"> given,</w:t>
        <w:br/>
        <w:t>谁知他什么时候</w:t>
      </w:r>
      <w:r>
        <w:t xml:space="preserve"> 会动换个车队的念头?</w:t>
        <w:br/>
        <w:t>how</w:t>
      </w:r>
      <w:r>
        <w:t xml:space="preserve"> long</w:t>
      </w:r>
      <w:r>
        <w:t xml:space="preserve"> until</w:t>
      </w:r>
      <w:r>
        <w:t xml:space="preserve"> he</w:t>
      </w:r>
      <w:r>
        <w:t xml:space="preserve"> tries</w:t>
      </w:r>
      <w:r>
        <w:t xml:space="preserve"> to</w:t>
      </w:r>
      <w:r>
        <w:t xml:space="preserve"> find</w:t>
      </w:r>
      <w:r>
        <w:t xml:space="preserve"> a</w:t>
      </w:r>
      <w:r>
        <w:t xml:space="preserve"> way</w:t>
      </w:r>
      <w:r>
        <w:t xml:space="preserve"> out?</w:t>
        <w:br/>
        <w:t>我觉得兰多是</w:t>
      </w:r>
      <w:r>
        <w:t xml:space="preserve"> 发车区内最有才华的车手之一</w:t>
        <w:br/>
        <w:t>Lando's</w:t>
      </w:r>
      <w:r>
        <w:t xml:space="preserve"> one</w:t>
      </w:r>
      <w:r>
        <w:t xml:space="preserve"> of</w:t>
      </w:r>
      <w:r>
        <w:t xml:space="preserve"> the</w:t>
      </w:r>
      <w:r>
        <w:t xml:space="preserve"> most</w:t>
      </w:r>
      <w:r>
        <w:t xml:space="preserve"> talented</w:t>
      </w:r>
      <w:r>
        <w:t xml:space="preserve"> drivers</w:t>
      </w:r>
      <w:r>
        <w:t xml:space="preserve"> on</w:t>
      </w:r>
      <w:r>
        <w:t xml:space="preserve"> the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1"/>
          <w:cols w:space="720"/>
          <w:titlePg w:val="0"/>
          <w:docGrid w:linePitch="360"/>
        </w:sectPr>
      </w:pPr>
      <w:r>
        <w:t xml:space="preserve"> grid.</w:t>
        <w:br/>
        <w:t>给他一台好车</w:t>
      </w:r>
      <w:r>
        <w:t xml:space="preserve"> 他是能赢的</w:t>
      </w:r>
      <w:r>
        <w:t xml:space="preserve"> 毫无疑问</w:t>
        <w:br/>
        <w:t>In</w:t>
      </w:r>
      <w:r>
        <w:t xml:space="preserve"> the</w:t>
      </w:r>
      <w:r>
        <w:t xml:space="preserve"> right</w:t>
      </w:r>
      <w:r>
        <w:t xml:space="preserve"> car,</w:t>
      </w:r>
      <w:r>
        <w:t xml:space="preserve"> he</w:t>
      </w:r>
      <w:r>
        <w:t xml:space="preserve"> would</w:t>
      </w:r>
      <w:r>
        <w:t xml:space="preserve"> be</w:t>
      </w:r>
      <w:r>
        <w:t xml:space="preserve"> a</w:t>
      </w:r>
      <w:r>
        <w:t xml:space="preserve"> winning</w:t>
      </w:r>
      <w:r>
        <w:t xml:space="preserve"> driver.</w:t>
      </w:r>
      <w:r>
        <w:t xml:space="preserve"> No</w:t>
      </w:r>
      <w:r>
        <w:t xml:space="preserve"> doubt</w:t>
      </w:r>
      <w:r>
        <w:t xml:space="preserve"> of</w:t>
      </w:r>
      <w:r>
        <w:t xml:space="preserve"> that.</w:t>
        <w:br/>
        <w:t>若继续在低迷不振中度过一年</w:t>
      </w:r>
      <w:r>
        <w:t xml:space="preserve"> 他的事业还有多大希望?</w:t>
        <w:br/>
        <w:t>Can</w:t>
      </w:r>
      <w:r>
        <w:t xml:space="preserve"> his</w:t>
      </w:r>
      <w:r>
        <w:t xml:space="preserve"> career</w:t>
      </w:r>
      <w:r>
        <w:t xml:space="preserve"> take</w:t>
      </w:r>
      <w:r>
        <w:t xml:space="preserve"> another</w:t>
      </w:r>
      <w:r>
        <w:t xml:space="preserve"> year</w:t>
      </w:r>
      <w:r>
        <w:t xml:space="preserve"> of</w:t>
      </w:r>
      <w:r>
        <w:t xml:space="preserve"> being</w:t>
      </w:r>
      <w:r>
        <w:t xml:space="preserve"> in</w:t>
      </w:r>
      <w:r>
        <w:t xml:space="preserve"> the</w:t>
      </w:r>
      <w:r>
        <w:t xml:space="preserve"> doldrums?</w:t>
        <w:br/>
        <w:t>一个车手的职业生涯就那么几年</w:t>
        <w:br/>
        <w:t>A</w:t>
      </w:r>
      <w:r>
        <w:t xml:space="preserve"> driver's</w:t>
      </w:r>
      <w:r>
        <w:t xml:space="preserve"> career</w:t>
      </w:r>
      <w:r>
        <w:t xml:space="preserve"> has</w:t>
      </w:r>
      <w:r>
        <w:t xml:space="preserve"> a</w:t>
      </w:r>
      <w:r>
        <w:t xml:space="preserve"> finite</w:t>
      </w:r>
      <w:r>
        <w:t xml:space="preserve"> amount</w:t>
      </w:r>
      <w:r>
        <w:t xml:space="preserve"> of</w:t>
      </w:r>
      <w:r>
        <w:t xml:space="preserve"> time</w:t>
      </w:r>
      <w:r>
        <w:t xml:space="preserve"> to</w:t>
      </w:r>
      <w:r>
        <w:t xml:space="preserve"> it,</w:t>
        <w:br/>
        <w:t>说到底</w:t>
      </w:r>
      <w:r>
        <w:t xml:space="preserve"> 他必须做出正确的抉择</w:t>
        <w:br/>
        <w:t>and</w:t>
      </w:r>
      <w:r>
        <w:t xml:space="preserve"> he</w:t>
      </w:r>
      <w:r>
        <w:t xml:space="preserve"> needs</w:t>
      </w:r>
      <w:r>
        <w:t xml:space="preserve"> to</w:t>
      </w:r>
      <w:r>
        <w:t xml:space="preserve"> make</w:t>
      </w:r>
      <w:r>
        <w:t xml:space="preserve"> the</w:t>
      </w:r>
      <w:r>
        <w:t xml:space="preserve"> right</w:t>
      </w:r>
      <w:r>
        <w:t xml:space="preserve"> decisions</w:t>
      </w:r>
      <w:r>
        <w:t xml:space="preserve"> for</w:t>
      </w:r>
      <w:r>
        <w:t xml:space="preserve"> him</w:t>
      </w:r>
      <w:r>
        <w:t xml:space="preserve"> at</w:t>
      </w:r>
      <w:r>
        <w:t xml:space="preserve"> the</w:t>
      </w:r>
      <w:r>
        <w:t xml:space="preserve"> end</w:t>
      </w:r>
      <w:r>
        <w:t xml:space="preserve"> of</w:t>
      </w:r>
      <w:r>
        <w:t xml:space="preserve"> the</w:t>
      </w:r>
      <w:r>
        <w:t xml:space="preserve"> day.</w:t>
        <w:br/>
        <w:t>我们当然对他很有兴趣</w:t>
        <w:br/>
        <w:t>We'd</w:t>
      </w:r>
      <w:r>
        <w:t xml:space="preserve"> certainly</w:t>
      </w:r>
      <w:r>
        <w:t xml:space="preserve"> be</w:t>
      </w:r>
      <w:r>
        <w:t xml:space="preserve"> interested</w:t>
      </w:r>
      <w:r>
        <w:t xml:space="preserve"> in</w:t>
      </w:r>
      <w:r>
        <w:t xml:space="preserve"> him.</w:t>
        <w:br/>
        <w:t>如果拿出好的表现</w:t>
      </w:r>
      <w:r>
        <w:t xml:space="preserve"> 他会有很多机会</w:t>
        <w:br/>
        <w:t>If</w:t>
      </w:r>
      <w:r>
        <w:t xml:space="preserve"> he's</w:t>
      </w:r>
      <w:r>
        <w:t xml:space="preserve"> delivering,</w:t>
      </w:r>
      <w:r>
        <w:t xml:space="preserve"> he's</w:t>
      </w:r>
      <w:r>
        <w:t xml:space="preserve"> not</w:t>
      </w:r>
      <w:r>
        <w:t xml:space="preserve"> gonna</w:t>
      </w:r>
      <w:r>
        <w:t xml:space="preserve"> be</w:t>
      </w:r>
      <w:r>
        <w:t xml:space="preserve"> short</w:t>
      </w:r>
      <w:r>
        <w:t xml:space="preserve"> of</w:t>
      </w:r>
      <w:r>
        <w:t xml:space="preserve"> choices.</w:t>
        <w:br/>
        <w:t>他需要做出正确的选择</w:t>
        <w:br/>
        <w:t>He's</w:t>
      </w:r>
      <w:r>
        <w:t xml:space="preserve"> gotta</w:t>
      </w:r>
      <w:r>
        <w:t xml:space="preserve"> make</w:t>
      </w:r>
      <w:r>
        <w:t xml:space="preserve"> sure</w:t>
      </w:r>
      <w:r>
        <w:t xml:space="preserve"> he</w:t>
      </w:r>
      <w:r>
        <w:t xml:space="preserve"> makes</w:t>
      </w:r>
      <w:r>
        <w:t xml:space="preserve"> the</w:t>
      </w:r>
      <w:r>
        <w:t xml:space="preserve"> right</w:t>
      </w:r>
      <w:r>
        <w:t xml:space="preserve"> choice.</w:t>
        <w:br/>
        <w:t>(第五场</w:t>
      </w:r>
      <w:r>
        <w:t xml:space="preserve"> 美国迈阿密)</w:t>
        <w:br/>
        <w:t>好盛大啊</w:t>
        <w:br/>
        <w:t>Yeah,</w:t>
      </w:r>
      <w:r>
        <w:t xml:space="preserve"> it's</w:t>
      </w:r>
      <w:r>
        <w:t xml:space="preserve"> huge,</w:t>
      </w:r>
      <w:r>
        <w:t xml:space="preserve"> huh?</w:t>
        <w:br/>
        <w:t>太酷啦</w:t>
        <w:br/>
        <w:t>How</w:t>
      </w:r>
      <w:r>
        <w:t xml:space="preserve"> cool</w:t>
      </w:r>
      <w:r>
        <w:t xml:space="preserve"> is</w:t>
      </w:r>
      <w:r>
        <w:t xml:space="preserve"> that?</w:t>
        <w:br/>
        <w:t>-</w:t>
      </w:r>
      <w:r>
        <w:t xml:space="preserve"> 你好吗?</w:t>
      </w:r>
      <w:r>
        <w:t xml:space="preserve"> -</w:t>
      </w:r>
      <w:r>
        <w:t xml:space="preserve"> 很好</w:t>
        <w:br/>
        <w:t>-</w:t>
      </w:r>
      <w:r>
        <w:t xml:space="preserve"> How</w:t>
      </w:r>
      <w:r>
        <w:t xml:space="preserve"> are</w:t>
      </w:r>
      <w:r>
        <w:t xml:space="preserve"> you?</w:t>
      </w:r>
      <w:r>
        <w:t xml:space="preserve"> -</w:t>
      </w:r>
      <w:r>
        <w:t xml:space="preserve"> Good.</w:t>
        <w:br/>
        <w:t>-</w:t>
      </w:r>
      <w:r>
        <w:t xml:space="preserve"> 祝比赛交好运</w:t>
      </w:r>
      <w:r>
        <w:t xml:space="preserve"> -</w:t>
      </w:r>
      <w:r>
        <w:t xml:space="preserve"> 谢谢</w:t>
        <w:br/>
        <w:t>-</w:t>
      </w:r>
      <w:r>
        <w:t xml:space="preserve"> Good</w:t>
      </w:r>
      <w:r>
        <w:t xml:space="preserve"> luck.</w:t>
      </w:r>
      <w:r>
        <w:t xml:space="preserve"> -</w:t>
      </w:r>
      <w:r>
        <w:t xml:space="preserve"> Thank</w:t>
      </w:r>
      <w:r>
        <w:t xml:space="preserve"> you.</w:t>
        <w:br/>
        <w:t>怎么样?</w:t>
        <w:br/>
        <w:t>What's</w:t>
      </w:r>
      <w:r>
        <w:t xml:space="preserve"> going</w:t>
      </w:r>
      <w:r>
        <w:t xml:space="preserve"> on?</w:t>
        <w:br/>
        <w:t>来到迈阿密</w:t>
        <w:br/>
        <w:t>Coming</w:t>
      </w:r>
      <w:r>
        <w:t xml:space="preserve"> into</w:t>
      </w:r>
      <w:r>
        <w:t xml:space="preserve"> Miami,</w:t>
      </w:r>
      <w:r>
        <w:t xml:space="preserve"> I</w:t>
      </w:r>
      <w:r>
        <w:t xml:space="preserve"> think</w:t>
      </w:r>
      <w:r>
        <w:t xml:space="preserve"> Zak</w:t>
      </w:r>
      <w:r>
        <w:t xml:space="preserve"> has</w:t>
      </w:r>
      <w:r>
        <w:t xml:space="preserve"> every</w:t>
      </w:r>
      <w:r>
        <w:t xml:space="preserve"> reason</w:t>
      </w:r>
      <w:r>
        <w:t xml:space="preserve"> to</w:t>
      </w:r>
      <w:r>
        <w:t xml:space="preserve"> be</w:t>
      </w:r>
      <w:r>
        <w:t xml:space="preserve"> worried.</w:t>
        <w:br/>
        <w:t>我觉得萨克完全有理由担心</w:t>
        <w:br/>
        <w:t>Coming</w:t>
      </w:r>
      <w:r>
        <w:t xml:space="preserve"> into</w:t>
      </w:r>
      <w:r>
        <w:t xml:space="preserve"> Miami,</w:t>
      </w:r>
      <w:r>
        <w:t xml:space="preserve"> I</w:t>
      </w:r>
      <w:r>
        <w:t xml:space="preserve"> think</w:t>
      </w:r>
      <w:r>
        <w:t xml:space="preserve"> Zak</w:t>
      </w:r>
      <w:r>
        <w:t xml:space="preserve"> has</w:t>
      </w:r>
      <w:r>
        <w:t xml:space="preserve"> every</w:t>
      </w:r>
      <w:r>
        <w:t xml:space="preserve"> reason</w:t>
      </w:r>
      <w:r>
        <w:t xml:space="preserve"> to</w:t>
      </w:r>
      <w:r>
        <w:t xml:space="preserve"> be</w:t>
      </w:r>
      <w:r>
        <w:t xml:space="preserve"> worried.</w:t>
        <w:br/>
        <w:t>因为那些想要</w:t>
        <w:br/>
        <w:t>Because</w:t>
      </w:r>
      <w:r>
        <w:t xml:space="preserve"> those</w:t>
      </w:r>
      <w:r>
        <w:t xml:space="preserve"> clamors</w:t>
        <w:br/>
        <w:t>和兰多签约的呼声</w:t>
        <w:br/>
        <w:t>for</w:t>
      </w:r>
      <w:r>
        <w:t xml:space="preserve"> Lando</w:t>
      </w:r>
      <w:r>
        <w:t xml:space="preserve"> Norris's</w:t>
      </w:r>
      <w:r>
        <w:t xml:space="preserve"> signature</w:t>
        <w:br/>
        <w:t>只会越来越响亮</w:t>
        <w:br/>
        <w:t>are</w:t>
      </w:r>
      <w:r>
        <w:t xml:space="preserve"> only</w:t>
      </w:r>
      <w:r>
        <w:t xml:space="preserve"> going</w:t>
      </w:r>
      <w:r>
        <w:t xml:space="preserve"> to</w:t>
      </w:r>
      <w:r>
        <w:t xml:space="preserve"> get</w:t>
      </w:r>
      <w:r>
        <w:t xml:space="preserve"> louder.</w:t>
        <w:br/>
        <w:t>一级方程式从业者喜欢</w:t>
        <w:br/>
        <w:t>People</w:t>
      </w:r>
      <w:r>
        <w:t xml:space="preserve"> in</w:t>
      </w:r>
      <w:r>
        <w:t xml:space="preserve"> F1</w:t>
      </w:r>
      <w:r>
        <w:t xml:space="preserve"> love</w:t>
      </w:r>
      <w:r>
        <w:t xml:space="preserve"> to</w:t>
      </w:r>
      <w:r>
        <w:t xml:space="preserve"> see</w:t>
      </w:r>
      <w:r>
        <w:t xml:space="preserve"> other</w:t>
      </w:r>
      <w:r>
        <w:t xml:space="preserve"> teams'</w:t>
      </w:r>
      <w:r>
        <w:t xml:space="preserve"> weaknesses.</w:t>
        <w:br/>
        <w:t>看到其他车队暴露出弱点</w:t>
        <w:br/>
        <w:t>People</w:t>
      </w:r>
      <w:r>
        <w:t xml:space="preserve"> in</w:t>
      </w:r>
      <w:r>
        <w:t xml:space="preserve"> F1</w:t>
      </w:r>
      <w:r>
        <w:t xml:space="preserve"> love</w:t>
      </w:r>
      <w:r>
        <w:t xml:space="preserve"> to</w:t>
      </w:r>
      <w:r>
        <w:t xml:space="preserve"> see</w:t>
      </w:r>
      <w:r>
        <w:t xml:space="preserve"> other</w:t>
      </w:r>
      <w:r>
        <w:t xml:space="preserve"> teams'</w:t>
      </w:r>
      <w:r>
        <w:t xml:space="preserve"> weaknesses.</w:t>
        <w:br/>
        <w:t>车队经理一旦看到裂痕</w:t>
      </w:r>
      <w:r>
        <w:t xml:space="preserve"> 就会想</w:t>
        <w:br/>
        <w:t>If</w:t>
      </w:r>
      <w:r>
        <w:t xml:space="preserve"> team</w:t>
      </w:r>
      <w:r>
        <w:t xml:space="preserve"> principals</w:t>
      </w:r>
      <w:r>
        <w:t xml:space="preserve"> see</w:t>
      </w:r>
      <w:r>
        <w:t xml:space="preserve"> the</w:t>
      </w:r>
      <w:r>
        <w:t xml:space="preserve"> cracks</w:t>
      </w:r>
      <w:r>
        <w:t xml:space="preserve"> and</w:t>
      </w:r>
      <w:r>
        <w:t xml:space="preserve"> they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2"/>
          <w:cols w:space="720"/>
          <w:titlePg w:val="0"/>
          <w:docGrid w:linePitch="360"/>
        </w:sectPr>
      </w:pPr>
      <w:r>
        <w:t xml:space="preserve"> think,</w:t>
        <w:br/>
        <w:t>“兰多·诺里斯可能要换队了”</w:t>
        <w:br/>
        <w:t>"Lando</w:t>
      </w:r>
      <w:r>
        <w:t xml:space="preserve"> Norris</w:t>
      </w:r>
      <w:r>
        <w:t xml:space="preserve"> might</w:t>
      </w:r>
      <w:r>
        <w:t xml:space="preserve"> be</w:t>
      </w:r>
      <w:r>
        <w:t xml:space="preserve"> available,"</w:t>
        <w:br/>
        <w:t>克里斯蒂安·霍纳</w:t>
      </w:r>
      <w:r>
        <w:t xml:space="preserve"> 的一个电&amp;hearts;话&amp;hearts;就可能让他动心</w:t>
        <w:br/>
        <w:t>you</w:t>
      </w:r>
      <w:r>
        <w:t xml:space="preserve"> know,</w:t>
      </w:r>
      <w:r>
        <w:t xml:space="preserve"> his</w:t>
      </w:r>
      <w:r>
        <w:t xml:space="preserve"> head</w:t>
      </w:r>
      <w:r>
        <w:t xml:space="preserve"> might</w:t>
      </w:r>
      <w:r>
        <w:t xml:space="preserve"> be</w:t>
      </w:r>
      <w:r>
        <w:t xml:space="preserve"> turned</w:t>
      </w:r>
      <w:r>
        <w:t xml:space="preserve"> by</w:t>
      </w:r>
      <w:r>
        <w:t xml:space="preserve"> a</w:t>
      </w:r>
      <w:r>
        <w:t xml:space="preserve"> phone</w:t>
      </w:r>
      <w:r>
        <w:t xml:space="preserve"> call</w:t>
      </w:r>
      <w:r>
        <w:t xml:space="preserve"> from</w:t>
      </w:r>
      <w:r>
        <w:t xml:space="preserve"> Christian</w:t>
      </w:r>
      <w:r>
        <w:t xml:space="preserve"> Horner.</w:t>
        <w:br/>
        <w:t>为什么不会呢?</w:t>
        <w:br/>
        <w:t>And</w:t>
      </w:r>
      <w:r>
        <w:t xml:space="preserve"> why</w:t>
      </w:r>
      <w:r>
        <w:t xml:space="preserve"> wouldn't</w:t>
      </w:r>
      <w:r>
        <w:t xml:space="preserve"> it</w:t>
      </w:r>
      <w:r>
        <w:t xml:space="preserve"> be?</w:t>
        <w:br/>
        <w:t>我赞赏兰多对迈凯伦的忠诚</w:t>
        <w:br/>
        <w:t>I</w:t>
      </w:r>
      <w:r>
        <w:t xml:space="preserve"> admire</w:t>
      </w:r>
      <w:r>
        <w:t xml:space="preserve"> Lando's</w:t>
      </w:r>
      <w:r>
        <w:t xml:space="preserve"> loyalty</w:t>
      </w:r>
      <w:r>
        <w:t xml:space="preserve"> to</w:t>
      </w:r>
      <w:r>
        <w:t xml:space="preserve"> McLaren,</w:t>
        <w:br/>
        <w:t>但那份忠诚迟早会耗尽的</w:t>
        <w:br/>
        <w:t>but,</w:t>
      </w:r>
      <w:r>
        <w:t xml:space="preserve"> at</w:t>
      </w:r>
      <w:r>
        <w:t xml:space="preserve"> some</w:t>
      </w:r>
      <w:r>
        <w:t xml:space="preserve"> point,</w:t>
      </w:r>
      <w:r>
        <w:t xml:space="preserve"> that</w:t>
      </w:r>
      <w:r>
        <w:t xml:space="preserve"> will</w:t>
      </w:r>
      <w:r>
        <w:t xml:space="preserve"> wear</w:t>
      </w:r>
      <w:r>
        <w:t xml:space="preserve"> thin.</w:t>
        <w:br/>
        <w:t>我认为长远来看</w:t>
      </w:r>
      <w:r>
        <w:t xml:space="preserve"> 他更适合我们的环境</w:t>
        <w:br/>
        <w:t>I</w:t>
      </w:r>
      <w:r>
        <w:t xml:space="preserve"> think</w:t>
      </w:r>
      <w:r>
        <w:t xml:space="preserve"> he</w:t>
      </w:r>
      <w:r>
        <w:t xml:space="preserve"> would</w:t>
      </w:r>
      <w:r>
        <w:t xml:space="preserve"> fit</w:t>
      </w:r>
      <w:r>
        <w:t xml:space="preserve"> in</w:t>
      </w:r>
      <w:r>
        <w:t xml:space="preserve"> our</w:t>
      </w:r>
      <w:r>
        <w:t xml:space="preserve"> environment</w:t>
      </w:r>
      <w:r>
        <w:t xml:space="preserve"> longer</w:t>
      </w:r>
      <w:r>
        <w:t xml:space="preserve"> term.</w:t>
        <w:br/>
        <w:t>他和马克斯彼此敬重</w:t>
      </w:r>
      <w:r>
        <w:t xml:space="preserve"> 关系很好</w:t>
        <w:br/>
        <w:t>Uh,</w:t>
      </w:r>
      <w:r>
        <w:t xml:space="preserve"> he</w:t>
      </w:r>
      <w:r>
        <w:t xml:space="preserve"> and</w:t>
      </w:r>
      <w:r>
        <w:t xml:space="preserve"> Max</w:t>
      </w:r>
      <w:r>
        <w:t xml:space="preserve"> have</w:t>
      </w:r>
      <w:r>
        <w:t xml:space="preserve"> a</w:t>
      </w:r>
      <w:r>
        <w:t xml:space="preserve"> good</w:t>
      </w:r>
      <w:r>
        <w:t xml:space="preserve"> respect</w:t>
      </w:r>
      <w:r>
        <w:t xml:space="preserve"> and</w:t>
      </w:r>
      <w:r>
        <w:t xml:space="preserve"> good</w:t>
      </w:r>
      <w:r>
        <w:t xml:space="preserve"> relationship</w:t>
      </w:r>
      <w:r>
        <w:t xml:space="preserve"> together.</w:t>
        <w:br/>
        <w:t>所以他们的组合可能会带来好的战果</w:t>
        <w:br/>
        <w:t>So</w:t>
      </w:r>
      <w:r>
        <w:t xml:space="preserve"> you</w:t>
      </w:r>
      <w:r>
        <w:t xml:space="preserve"> could</w:t>
      </w:r>
      <w:r>
        <w:t xml:space="preserve"> see</w:t>
      </w:r>
      <w:r>
        <w:t xml:space="preserve"> that</w:t>
      </w:r>
      <w:r>
        <w:t xml:space="preserve"> being</w:t>
      </w:r>
      <w:r>
        <w:t xml:space="preserve"> a</w:t>
      </w:r>
      <w:r>
        <w:t xml:space="preserve"> combination</w:t>
      </w:r>
      <w:r>
        <w:t xml:space="preserve"> that</w:t>
      </w:r>
      <w:r>
        <w:t xml:space="preserve"> could</w:t>
      </w:r>
      <w:r>
        <w:t xml:space="preserve"> work.</w:t>
        <w:br/>
        <w:t>萨克</w:t>
      </w:r>
      <w:r>
        <w:t xml:space="preserve"> 见到你真高兴</w:t>
      </w:r>
      <w:r>
        <w:t xml:space="preserve"> 谢谢你参加我们的访谈</w:t>
        <w:br/>
        <w:t>Zak,</w:t>
      </w:r>
      <w:r>
        <w:t xml:space="preserve"> great</w:t>
      </w:r>
      <w:r>
        <w:t xml:space="preserve"> to</w:t>
      </w:r>
      <w:r>
        <w:t xml:space="preserve"> see</w:t>
      </w:r>
      <w:r>
        <w:t xml:space="preserve"> you.</w:t>
      </w:r>
      <w:r>
        <w:t xml:space="preserve"> Thanks</w:t>
      </w:r>
      <w:r>
        <w:t xml:space="preserve"> for</w:t>
      </w:r>
      <w:r>
        <w:t xml:space="preserve"> joining</w:t>
      </w:r>
      <w:r>
        <w:t xml:space="preserve"> us.</w:t>
        <w:br/>
        <w:t>很荣幸</w:t>
        <w:br/>
        <w:t>Good</w:t>
      </w:r>
      <w:r>
        <w:t xml:space="preserve"> to</w:t>
      </w:r>
      <w:r>
        <w:t xml:space="preserve"> be</w:t>
      </w:r>
      <w:r>
        <w:t xml:space="preserve"> here.</w:t>
        <w:br/>
        <w:t>为什么大家都在说</w:t>
      </w:r>
      <w:r>
        <w:t xml:space="preserve"> 你们必须表态“兰多会留下”?</w:t>
        <w:br/>
        <w:t>What's</w:t>
      </w:r>
      <w:r>
        <w:t xml:space="preserve"> all</w:t>
      </w:r>
      <w:r>
        <w:t xml:space="preserve"> this</w:t>
      </w:r>
      <w:r>
        <w:t xml:space="preserve"> talk</w:t>
      </w:r>
      <w:r>
        <w:t xml:space="preserve"> about</w:t>
      </w:r>
      <w:r>
        <w:t xml:space="preserve"> having</w:t>
      </w:r>
      <w:r>
        <w:t xml:space="preserve"> to</w:t>
      </w:r>
      <w:r>
        <w:t xml:space="preserve"> say,</w:t>
      </w:r>
      <w:r>
        <w:t xml:space="preserve"> "Lando</w:t>
      </w:r>
      <w:r>
        <w:t xml:space="preserve"> is</w:t>
      </w:r>
      <w:r>
        <w:t xml:space="preserve"> with</w:t>
      </w:r>
      <w:r>
        <w:t xml:space="preserve"> us</w:t>
      </w:r>
      <w:r>
        <w:t xml:space="preserve"> to</w:t>
      </w:r>
      <w:r>
        <w:t xml:space="preserve"> stay"?</w:t>
        <w:br/>
        <w:t>现在说不是太早了吗?</w:t>
        <w:br/>
        <w:t>Doesn't</w:t>
      </w:r>
      <w:r>
        <w:t xml:space="preserve"> that</w:t>
      </w:r>
      <w:r>
        <w:t xml:space="preserve"> seem</w:t>
      </w:r>
      <w:r>
        <w:t xml:space="preserve"> too</w:t>
      </w:r>
      <w:r>
        <w:t xml:space="preserve"> early?</w:t>
        <w:br/>
        <w:t>是的</w:t>
      </w:r>
      <w:r>
        <w:t xml:space="preserve"> 太早了</w:t>
        <w:br/>
        <w:t>Yeah,</w:t>
      </w:r>
      <w:r>
        <w:t xml:space="preserve"> it's</w:t>
      </w:r>
      <w:r>
        <w:t xml:space="preserve"> very</w:t>
      </w:r>
      <w:r>
        <w:t xml:space="preserve"> early.</w:t>
        <w:br/>
        <w:t>但你知道</w:t>
      </w:r>
      <w:r>
        <w:t xml:space="preserve"> 人们被问到一个问题</w:t>
      </w:r>
      <w:r>
        <w:t xml:space="preserve"> 就开始猜测</w:t>
        <w:br/>
        <w:t>But,</w:t>
      </w:r>
      <w:r>
        <w:t xml:space="preserve"> you</w:t>
      </w:r>
      <w:r>
        <w:t xml:space="preserve"> know,</w:t>
      </w:r>
      <w:r>
        <w:t xml:space="preserve"> people</w:t>
      </w:r>
      <w:r>
        <w:t xml:space="preserve"> get</w:t>
      </w:r>
      <w:r>
        <w:t xml:space="preserve"> asked</w:t>
      </w:r>
      <w:r>
        <w:t xml:space="preserve"> a</w:t>
      </w:r>
      <w:r>
        <w:t xml:space="preserve"> question</w:t>
      </w:r>
      <w:r>
        <w:t xml:space="preserve"> and,</w:t>
      </w:r>
      <w:r>
        <w:t xml:space="preserve"> uh,</w:t>
      </w:r>
      <w:r>
        <w:t xml:space="preserve"> speculate.</w:t>
        <w:br/>
        <w:t>他两站比赛不利</w:t>
        <w:br/>
        <w:t>You</w:t>
      </w:r>
      <w:r>
        <w:t xml:space="preserve"> have</w:t>
      </w:r>
      <w:r>
        <w:t xml:space="preserve"> a</w:t>
      </w:r>
      <w:r>
        <w:t xml:space="preserve"> bad</w:t>
      </w:r>
      <w:r>
        <w:t xml:space="preserve"> two</w:t>
      </w:r>
      <w:r>
        <w:t xml:space="preserve"> races,</w:t>
        <w:br/>
        <w:t>于是“天呐他要去另一个车队了”</w:t>
        <w:br/>
        <w:t>and,</w:t>
      </w:r>
      <w:r>
        <w:t xml:space="preserve"> "Oh</w:t>
      </w:r>
      <w:r>
        <w:t xml:space="preserve"> my</w:t>
      </w:r>
      <w:r>
        <w:t xml:space="preserve"> God.</w:t>
      </w:r>
      <w:r>
        <w:t xml:space="preserve"> He's</w:t>
      </w:r>
      <w:r>
        <w:t xml:space="preserve"> off</w:t>
      </w:r>
      <w:r>
        <w:t xml:space="preserve"> to</w:t>
      </w:r>
      <w:r>
        <w:t xml:space="preserve"> another</w:t>
      </w:r>
      <w:r>
        <w:t xml:space="preserve"> team."</w:t>
        <w:br/>
        <w:t>这项运动中</w:t>
      </w:r>
      <w:r>
        <w:t xml:space="preserve"> 很多时候</w:t>
        <w:br/>
        <w:t>A</w:t>
      </w:r>
      <w:r>
        <w:t xml:space="preserve"> lot</w:t>
      </w:r>
      <w:r>
        <w:t xml:space="preserve"> of</w:t>
      </w:r>
      <w:r>
        <w:t xml:space="preserve"> times</w:t>
      </w:r>
      <w:r>
        <w:t xml:space="preserve"> in</w:t>
      </w:r>
      <w:r>
        <w:t xml:space="preserve"> this</w:t>
      </w:r>
      <w:r>
        <w:t xml:space="preserve"> sport,</w:t>
      </w:r>
      <w:r>
        <w:t xml:space="preserve"> people</w:t>
      </w:r>
      <w:r>
        <w:t xml:space="preserve"> will</w:t>
      </w:r>
      <w:r>
        <w:t xml:space="preserve"> put</w:t>
      </w:r>
      <w:r>
        <w:t xml:space="preserve"> certain</w:t>
      </w:r>
      <w:r>
        <w:t xml:space="preserve"> rumors</w:t>
      </w:r>
      <w:r>
        <w:t xml:space="preserve"> out</w:t>
        <w:br/>
        <w:t>人们传播谣言</w:t>
        <w:br/>
        <w:t>A</w:t>
      </w:r>
      <w:r>
        <w:t xml:space="preserve"> lot</w:t>
      </w:r>
      <w:r>
        <w:t xml:space="preserve"> of</w:t>
      </w:r>
      <w:r>
        <w:t xml:space="preserve"> times</w:t>
      </w:r>
      <w:r>
        <w:t xml:space="preserve"> in</w:t>
      </w:r>
      <w:r>
        <w:t xml:space="preserve"> this</w:t>
      </w:r>
      <w:r>
        <w:t xml:space="preserve"> sport,</w:t>
      </w:r>
      <w:r>
        <w:t xml:space="preserve"> people</w:t>
      </w:r>
      <w:r>
        <w:t xml:space="preserve"> will</w:t>
      </w:r>
      <w:r>
        <w:t xml:space="preserve"> put</w:t>
      </w:r>
      <w:r>
        <w:t xml:space="preserve"> certain</w:t>
      </w:r>
      <w:r>
        <w:t xml:space="preserve"> rumors</w:t>
      </w:r>
      <w:r>
        <w:t xml:space="preserve"> out</w:t>
        <w:br/>
        <w:t>企图制&amp;hearts;造&amp;hearts;裂痕</w:t>
        <w:br/>
        <w:t>to</w:t>
      </w:r>
      <w:r>
        <w:t xml:space="preserve"> try</w:t>
      </w:r>
      <w:r>
        <w:t xml:space="preserve"> and,</w:t>
      </w:r>
      <w:r>
        <w:t xml:space="preserve"> uh,</w:t>
      </w:r>
      <w:r>
        <w:t xml:space="preserve"> put</w:t>
      </w:r>
      <w:r>
        <w:t xml:space="preserve"> fractures</w:t>
      </w:r>
      <w:r>
        <w:t xml:space="preserve"> into</w:t>
      </w:r>
      <w:r>
        <w:t xml:space="preserve"> relationships</w:t>
        <w:br/>
        <w:t>破坏车队和车手的稳定</w:t>
        <w:br/>
        <w:t>to</w:t>
      </w:r>
      <w:r>
        <w:t xml:space="preserve"> destabilize,</w:t>
      </w:r>
      <w:r>
        <w:t xml:space="preserve"> uh,</w:t>
      </w:r>
      <w:r>
        <w:t xml:space="preserve"> teams</w:t>
      </w:r>
      <w:r>
        <w:t xml:space="preserve"> and...</w:t>
      </w:r>
      <w:r>
        <w:t xml:space="preserve"> and</w:t>
      </w:r>
      <w:r>
        <w:t xml:space="preserve"> drivers.</w:t>
        <w:br/>
        <w:t>-</w:t>
      </w:r>
      <w:r>
        <w:t xml:space="preserve"> 非常感谢</w:t>
      </w:r>
      <w:r>
        <w:t xml:space="preserve"> 萨克</w:t>
      </w:r>
      <w:r>
        <w:t xml:space="preserve"> -</w:t>
      </w:r>
      <w:r>
        <w:t xml:space="preserve"> 不客气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3"/>
          <w:cols w:space="720"/>
          <w:titlePg w:val="0"/>
          <w:docGrid w:linePitch="360"/>
        </w:sectPr>
      </w:pPr>
      <w:r>
        <w:t xml:space="preserve"> 再见</w:t>
        <w:br/>
        <w:t>-</w:t>
      </w:r>
      <w:r>
        <w:t xml:space="preserve"> Thank</w:t>
      </w:r>
      <w:r>
        <w:t xml:space="preserve"> you</w:t>
      </w:r>
      <w:r>
        <w:t xml:space="preserve"> very</w:t>
      </w:r>
      <w:r>
        <w:t xml:space="preserve"> much,</w:t>
      </w:r>
      <w:r>
        <w:t xml:space="preserve"> Zak.</w:t>
      </w:r>
      <w:r>
        <w:t xml:space="preserve"> -</w:t>
      </w:r>
      <w:r>
        <w:t xml:space="preserve"> You're</w:t>
      </w:r>
      <w:r>
        <w:t xml:space="preserve"> welcome.</w:t>
      </w:r>
      <w:r>
        <w:t xml:space="preserve"> See</w:t>
      </w:r>
      <w:r>
        <w:t xml:space="preserve"> you</w:t>
      </w:r>
      <w:r>
        <w:t xml:space="preserve"> later.</w:t>
      </w:r>
      <w:r>
        <w:t xml:space="preserve"> Cheers.</w:t>
        <w:br/>
        <w:t>我只想确保兰多专心开车</w:t>
        <w:br/>
        <w:t>I</w:t>
      </w:r>
      <w:r>
        <w:t xml:space="preserve"> just</w:t>
      </w:r>
      <w:r>
        <w:t xml:space="preserve"> wanna</w:t>
      </w:r>
      <w:r>
        <w:t xml:space="preserve"> make</w:t>
      </w:r>
      <w:r>
        <w:t xml:space="preserve"> sure</w:t>
      </w:r>
      <w:r>
        <w:t xml:space="preserve"> Lando</w:t>
      </w:r>
      <w:r>
        <w:t xml:space="preserve"> stays</w:t>
      </w:r>
      <w:r>
        <w:t xml:space="preserve"> focused</w:t>
      </w:r>
      <w:r>
        <w:t xml:space="preserve"> and</w:t>
      </w:r>
      <w:r>
        <w:t xml:space="preserve"> that</w:t>
      </w:r>
      <w:r>
        <w:t xml:space="preserve"> we</w:t>
      </w:r>
      <w:r>
        <w:t xml:space="preserve"> block</w:t>
      </w:r>
      <w:r>
        <w:t xml:space="preserve"> out</w:t>
      </w:r>
      <w:r>
        <w:t xml:space="preserve"> all</w:t>
      </w:r>
      <w:r>
        <w:t xml:space="preserve"> the</w:t>
      </w:r>
      <w:r>
        <w:t xml:space="preserve"> nonsense</w:t>
        <w:br/>
        <w:t>我们要把有些竞争对手</w:t>
        <w:br/>
        <w:t>I</w:t>
      </w:r>
      <w:r>
        <w:t xml:space="preserve"> just</w:t>
      </w:r>
      <w:r>
        <w:t xml:space="preserve"> wanna</w:t>
      </w:r>
      <w:r>
        <w:t xml:space="preserve"> make</w:t>
      </w:r>
      <w:r>
        <w:t xml:space="preserve"> sure</w:t>
      </w:r>
      <w:r>
        <w:t xml:space="preserve"> Lando</w:t>
      </w:r>
      <w:r>
        <w:t xml:space="preserve"> stays</w:t>
      </w:r>
      <w:r>
        <w:t xml:space="preserve"> focused</w:t>
      </w:r>
      <w:r>
        <w:t xml:space="preserve"> and</w:t>
      </w:r>
      <w:r>
        <w:t xml:space="preserve"> that</w:t>
      </w:r>
      <w:r>
        <w:t xml:space="preserve"> we</w:t>
      </w:r>
      <w:r>
        <w:t xml:space="preserve"> block</w:t>
      </w:r>
      <w:r>
        <w:t xml:space="preserve"> out</w:t>
      </w:r>
      <w:r>
        <w:t xml:space="preserve"> all</w:t>
      </w:r>
      <w:r>
        <w:t xml:space="preserve"> the</w:t>
      </w:r>
      <w:r>
        <w:t xml:space="preserve"> nonsense</w:t>
        <w:br/>
        <w:t>制&amp;hearts;造&amp;hearts;的流言蜚语屏蔽掉</w:t>
        <w:br/>
        <w:t>that,</w:t>
      </w:r>
      <w:r>
        <w:t xml:space="preserve"> uh,</w:t>
      </w:r>
      <w:r>
        <w:t xml:space="preserve"> some</w:t>
      </w:r>
      <w:r>
        <w:t xml:space="preserve"> of</w:t>
      </w:r>
      <w:r>
        <w:t xml:space="preserve"> our</w:t>
      </w:r>
      <w:r>
        <w:t xml:space="preserve"> competitors</w:t>
      </w:r>
      <w:r>
        <w:t xml:space="preserve"> like</w:t>
      </w:r>
      <w:r>
        <w:t xml:space="preserve"> to</w:t>
      </w:r>
      <w:r>
        <w:t xml:space="preserve"> create.</w:t>
        <w:br/>
        <w:t>我想不会占用很多时间</w:t>
        <w:br/>
        <w:t>I</w:t>
      </w:r>
      <w:r>
        <w:t xml:space="preserve"> think</w:t>
      </w:r>
      <w:r>
        <w:t xml:space="preserve"> this</w:t>
      </w:r>
      <w:r>
        <w:t xml:space="preserve"> will</w:t>
      </w:r>
      <w:r>
        <w:t xml:space="preserve"> be</w:t>
      </w:r>
      <w:r>
        <w:t xml:space="preserve"> quite</w:t>
      </w:r>
      <w:r>
        <w:t xml:space="preserve"> quick.</w:t>
        <w:br/>
        <w:t>第一件事</w:t>
      </w:r>
      <w:r>
        <w:t xml:space="preserve"> 很显然</w:t>
        <w:br/>
        <w:t>The</w:t>
      </w:r>
      <w:r>
        <w:t xml:space="preserve"> first</w:t>
      </w:r>
      <w:r>
        <w:t xml:space="preserve"> order</w:t>
      </w:r>
      <w:r>
        <w:t xml:space="preserve"> of</w:t>
      </w:r>
      <w:r>
        <w:t xml:space="preserve"> business</w:t>
      </w:r>
      <w:r>
        <w:t xml:space="preserve"> is</w:t>
      </w:r>
      <w:r>
        <w:t xml:space="preserve"> obviously</w:t>
        <w:br/>
        <w:t>经过前两场比赛</w:t>
      </w:r>
      <w:r>
        <w:t xml:space="preserve"> 情况并不像看起来那么糟糕</w:t>
        <w:br/>
        <w:t>it's</w:t>
      </w:r>
      <w:r>
        <w:t xml:space="preserve"> not</w:t>
      </w:r>
      <w:r>
        <w:t xml:space="preserve"> as</w:t>
      </w:r>
      <w:r>
        <w:t xml:space="preserve"> bad</w:t>
      </w:r>
      <w:r>
        <w:t xml:space="preserve"> as</w:t>
      </w:r>
      <w:r>
        <w:t xml:space="preserve"> it</w:t>
      </w:r>
      <w:r>
        <w:t xml:space="preserve"> looks</w:t>
      </w:r>
      <w:r>
        <w:t xml:space="preserve"> after</w:t>
      </w:r>
      <w:r>
        <w:t xml:space="preserve"> the</w:t>
      </w:r>
      <w:r>
        <w:t xml:space="preserve"> first</w:t>
      </w:r>
      <w:r>
        <w:t xml:space="preserve"> races.</w:t>
        <w:br/>
        <w:t>我认为这很重要</w:t>
        <w:br/>
        <w:t>I</w:t>
      </w:r>
      <w:r>
        <w:t xml:space="preserve"> think</w:t>
      </w:r>
      <w:r>
        <w:t xml:space="preserve"> that's</w:t>
      </w:r>
      <w:r>
        <w:t xml:space="preserve"> quite</w:t>
      </w:r>
      <w:r>
        <w:t xml:space="preserve"> important.</w:t>
        <w:br/>
        <w:t>作为车队</w:t>
      </w:r>
      <w:r>
        <w:t xml:space="preserve"> 我们希望拿出更好的表现</w:t>
        <w:br/>
        <w:t>As</w:t>
      </w:r>
      <w:r>
        <w:t xml:space="preserve"> a</w:t>
      </w:r>
      <w:r>
        <w:t xml:space="preserve"> team,</w:t>
      </w:r>
      <w:r>
        <w:t xml:space="preserve"> we</w:t>
      </w:r>
      <w:r>
        <w:t xml:space="preserve"> wanna</w:t>
      </w:r>
      <w:r>
        <w:t xml:space="preserve"> improve</w:t>
      </w:r>
      <w:r>
        <w:t xml:space="preserve"> the</w:t>
      </w:r>
      <w:r>
        <w:t xml:space="preserve"> performance.</w:t>
        <w:br/>
        <w:t>我们知道</w:t>
      </w:r>
      <w:r>
        <w:t xml:space="preserve"> 我们没有达到预期</w:t>
        <w:br/>
        <w:t>-</w:t>
      </w:r>
      <w:r>
        <w:t xml:space="preserve"> We</w:t>
      </w:r>
      <w:r>
        <w:t xml:space="preserve"> know</w:t>
      </w:r>
      <w:r>
        <w:t xml:space="preserve"> we're</w:t>
      </w:r>
      <w:r>
        <w:t xml:space="preserve"> not</w:t>
      </w:r>
      <w:r>
        <w:t xml:space="preserve"> where</w:t>
      </w:r>
      <w:r>
        <w:t xml:space="preserve"> we</w:t>
      </w:r>
      <w:r>
        <w:t xml:space="preserve"> need</w:t>
      </w:r>
      <w:r>
        <w:t xml:space="preserve"> to</w:t>
      </w:r>
      <w:r>
        <w:t xml:space="preserve"> be.</w:t>
      </w:r>
      <w:r>
        <w:t xml:space="preserve"> -</w:t>
      </w:r>
      <w:r>
        <w:t xml:space="preserve"> Yeah.</w:t>
        <w:br/>
        <w:t>嗯</w:t>
        <w:br/>
        <w:t>-</w:t>
      </w:r>
      <w:r>
        <w:t xml:space="preserve"> We</w:t>
      </w:r>
      <w:r>
        <w:t xml:space="preserve"> know</w:t>
      </w:r>
      <w:r>
        <w:t xml:space="preserve"> we're</w:t>
      </w:r>
      <w:r>
        <w:t xml:space="preserve"> not</w:t>
      </w:r>
      <w:r>
        <w:t xml:space="preserve"> where</w:t>
      </w:r>
      <w:r>
        <w:t xml:space="preserve"> we</w:t>
      </w:r>
      <w:r>
        <w:t xml:space="preserve"> need</w:t>
      </w:r>
      <w:r>
        <w:t xml:space="preserve"> to</w:t>
      </w:r>
      <w:r>
        <w:t xml:space="preserve"> be.</w:t>
      </w:r>
      <w:r>
        <w:t xml:space="preserve"> -</w:t>
      </w:r>
      <w:r>
        <w:t xml:space="preserve"> Yeah.</w:t>
        <w:br/>
        <w:t>我想深入到这个程度也就可以了</w:t>
        <w:br/>
        <w:t>And</w:t>
      </w:r>
      <w:r>
        <w:t xml:space="preserve"> I</w:t>
      </w:r>
      <w:r>
        <w:t xml:space="preserve"> think</w:t>
      </w:r>
      <w:r>
        <w:t xml:space="preserve"> that's</w:t>
      </w:r>
      <w:r>
        <w:t xml:space="preserve"> probably</w:t>
      </w:r>
      <w:r>
        <w:t xml:space="preserve"> as</w:t>
      </w:r>
      <w:r>
        <w:t xml:space="preserve"> deep</w:t>
      </w:r>
      <w:r>
        <w:t xml:space="preserve"> a</w:t>
      </w:r>
      <w:r>
        <w:t xml:space="preserve"> level</w:t>
      </w:r>
      <w:r>
        <w:t xml:space="preserve"> as</w:t>
      </w:r>
      <w:r>
        <w:t xml:space="preserve"> you</w:t>
      </w:r>
      <w:r>
        <w:t xml:space="preserve"> need</w:t>
      </w:r>
      <w:r>
        <w:t xml:space="preserve"> to</w:t>
      </w:r>
      <w:r>
        <w:t xml:space="preserve"> get</w:t>
      </w:r>
      <w:r>
        <w:t xml:space="preserve"> into</w:t>
      </w:r>
      <w:r>
        <w:t xml:space="preserve"> it.</w:t>
        <w:br/>
        <w:t>此外还有一件事要提一下</w:t>
      </w:r>
      <w:r>
        <w:t xml:space="preserve"> 就是兰多的合同</w:t>
        <w:br/>
        <w:t>The</w:t>
      </w:r>
      <w:r>
        <w:t xml:space="preserve"> only</w:t>
      </w:r>
      <w:r>
        <w:t xml:space="preserve"> other</w:t>
      </w:r>
      <w:r>
        <w:t xml:space="preserve"> thing</w:t>
      </w:r>
      <w:r>
        <w:t xml:space="preserve"> to</w:t>
      </w:r>
      <w:r>
        <w:t xml:space="preserve"> flag</w:t>
      </w:r>
      <w:r>
        <w:t xml:space="preserve"> is</w:t>
      </w:r>
      <w:r>
        <w:t xml:space="preserve"> on</w:t>
      </w:r>
      <w:r>
        <w:t xml:space="preserve"> Lando's</w:t>
      </w:r>
      <w:r>
        <w:t xml:space="preserve"> contract.</w:t>
        <w:br/>
        <w:t>天空电视台一上来</w:t>
      </w:r>
      <w:r>
        <w:t xml:space="preserve"> 就问萨克有没有退出条款</w:t>
        <w:br/>
        <w:t>So</w:t>
      </w:r>
      <w:r>
        <w:t xml:space="preserve"> Zak</w:t>
      </w:r>
      <w:r>
        <w:t xml:space="preserve"> got</w:t>
      </w:r>
      <w:r>
        <w:t xml:space="preserve"> asked</w:t>
      </w:r>
      <w:r>
        <w:t xml:space="preserve"> specifically</w:t>
      </w:r>
      <w:r>
        <w:t xml:space="preserve"> outright</w:t>
      </w:r>
      <w:r>
        <w:t xml:space="preserve"> by</w:t>
      </w:r>
      <w:r>
        <w:t xml:space="preserve"> Sky</w:t>
      </w:r>
      <w:r>
        <w:t xml:space="preserve"> if</w:t>
      </w:r>
      <w:r>
        <w:t xml:space="preserve"> there</w:t>
      </w:r>
      <w:r>
        <w:t xml:space="preserve"> was</w:t>
      </w:r>
      <w:r>
        <w:t xml:space="preserve"> any</w:t>
      </w:r>
      <w:r>
        <w:t xml:space="preserve"> exit</w:t>
      </w:r>
      <w:r>
        <w:t xml:space="preserve"> clauses,</w:t>
        <w:br/>
        <w:t>他说没有</w:t>
        <w:br/>
        <w:t>to</w:t>
      </w:r>
      <w:r>
        <w:t xml:space="preserve"> which</w:t>
      </w:r>
      <w:r>
        <w:t xml:space="preserve"> we</w:t>
      </w:r>
      <w:r>
        <w:t xml:space="preserve"> said</w:t>
      </w:r>
      <w:r>
        <w:t xml:space="preserve"> no.</w:t>
        <w:br/>
        <w:br/>
        <w:t>等你合同到期</w:t>
      </w:r>
      <w:r>
        <w:t xml:space="preserve"> 我可能就死了</w:t>
        <w:br/>
        <w:t>I'm</w:t>
      </w:r>
      <w:r>
        <w:t xml:space="preserve"> probably</w:t>
      </w:r>
      <w:r>
        <w:t xml:space="preserve"> dead</w:t>
      </w:r>
      <w:r>
        <w:t xml:space="preserve"> by</w:t>
      </w:r>
      <w:r>
        <w:t xml:space="preserve"> the</w:t>
      </w:r>
      <w:r>
        <w:t xml:space="preserve"> time</w:t>
      </w:r>
      <w:r>
        <w:t xml:space="preserve"> your</w:t>
      </w:r>
      <w:r>
        <w:t xml:space="preserve"> contract</w:t>
      </w:r>
      <w:r>
        <w:t xml:space="preserve"> is</w:t>
      </w:r>
      <w:r>
        <w:t xml:space="preserve"> up.</w:t>
        <w:br/>
        <w:t>嗯</w:t>
      </w:r>
      <w:r>
        <w:t xml:space="preserve"> 要避免</w:t>
        <w:br/>
        <w:t>Yeah.</w:t>
      </w:r>
      <w:r>
        <w:t xml:space="preserve"> Just</w:t>
      </w:r>
      <w:r>
        <w:t xml:space="preserve"> avoid</w:t>
      </w:r>
      <w:r>
        <w:t xml:space="preserve"> it.</w:t>
        <w:br/>
        <w:t>再接受采访的话</w:t>
        <w:br/>
        <w:t>Um,</w:t>
      </w:r>
      <w:r>
        <w:t xml:space="preserve"> just</w:t>
      </w:r>
      <w:r>
        <w:t xml:space="preserve"> anything</w:t>
      </w:r>
      <w:r>
        <w:t xml:space="preserve"> that</w:t>
      </w:r>
      <w:r>
        <w:t xml:space="preserve"> you</w:t>
      </w:r>
      <w:r>
        <w:t xml:space="preserve"> can</w:t>
      </w:r>
      <w:r>
        <w:t xml:space="preserve"> say</w:t>
      </w:r>
      <w:r>
        <w:t xml:space="preserve"> again</w:t>
        <w:br/>
        <w:t>就强调</w:t>
      </w:r>
      <w:r>
        <w:t xml:space="preserve"> 作为车队</w:t>
      </w:r>
      <w:r>
        <w:t xml:space="preserve"> 我们在竭尽全力</w:t>
        <w:br/>
        <w:t>which</w:t>
      </w:r>
      <w:r>
        <w:t xml:space="preserve"> is</w:t>
      </w:r>
      <w:r>
        <w:t xml:space="preserve"> just...</w:t>
      </w:r>
      <w:r>
        <w:t xml:space="preserve"> cementing</w:t>
      </w:r>
      <w:r>
        <w:t xml:space="preserve"> that,</w:t>
      </w:r>
      <w:r>
        <w:t xml:space="preserve"> as</w:t>
      </w:r>
      <w:r>
        <w:t xml:space="preserve"> a</w:t>
      </w:r>
      <w:r>
        <w:t xml:space="preserve"> team,</w:t>
      </w:r>
      <w:r>
        <w:t xml:space="preserve"> we're</w:t>
      </w:r>
      <w:r>
        <w:t xml:space="preserve"> knuckling</w:t>
      </w:r>
      <w:r>
        <w:t xml:space="preserve"> down.</w:t>
        <w:br/>
        <w:t>我们不在意媒体上存在的那些杂音</w:t>
        <w:br/>
        <w:t>We're</w:t>
      </w:r>
      <w:r>
        <w:t xml:space="preserve"> not</w:t>
      </w:r>
      <w:r>
        <w:t xml:space="preserve"> listening</w:t>
      </w:r>
      <w:r>
        <w:t xml:space="preserve"> to</w:t>
      </w:r>
      <w:r>
        <w:t xml:space="preserve"> any</w:t>
      </w:r>
      <w:r>
        <w:t xml:space="preserve"> noise</w:t>
      </w:r>
      <w:r>
        <w:t xml:space="preserve"> going</w:t>
      </w:r>
      <w:r>
        <w:t xml:space="preserve"> on</w:t>
      </w:r>
      <w:r>
        <w:t xml:space="preserve"> in</w:t>
      </w:r>
      <w:r>
        <w:t xml:space="preserve"> the</w:t>
      </w:r>
      <w:r>
        <w:t xml:space="preserve"> media.</w:t>
        <w:br/>
        <w:t>-</w:t>
      </w:r>
      <w:r>
        <w:t xml:space="preserve"> 我们只是专心把比赛进行下去</w:t>
      </w:r>
      <w:r>
        <w:t xml:space="preserve"> -</w:t>
      </w:r>
      <w:r>
        <w:t xml:space="preserve"> 不管合同怎么样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4"/>
          <w:cols w:space="720"/>
          <w:titlePg w:val="0"/>
          <w:docGrid w:linePitch="360"/>
        </w:sectPr>
      </w:pPr>
      <w:r>
        <w:t xml:space="preserve"> 我们都有使命</w:t>
        <w:br/>
        <w:t>-</w:t>
      </w:r>
      <w:r>
        <w:t xml:space="preserve"> We're</w:t>
      </w:r>
      <w:r>
        <w:t xml:space="preserve"> just</w:t>
      </w:r>
      <w:r>
        <w:t xml:space="preserve"> focused</w:t>
      </w:r>
      <w:r>
        <w:t xml:space="preserve"> on</w:t>
      </w:r>
      <w:r>
        <w:t xml:space="preserve"> our</w:t>
      </w:r>
      <w:r>
        <w:t xml:space="preserve"> journey.</w:t>
      </w:r>
      <w:r>
        <w:t xml:space="preserve"> -</w:t>
      </w:r>
      <w:r>
        <w:t xml:space="preserve"> Contract</w:t>
      </w:r>
      <w:r>
        <w:t xml:space="preserve"> or</w:t>
      </w:r>
      <w:r>
        <w:t xml:space="preserve"> not,</w:t>
      </w:r>
      <w:r>
        <w:t xml:space="preserve"> we're</w:t>
      </w:r>
      <w:r>
        <w:t xml:space="preserve"> all</w:t>
      </w:r>
      <w:r>
        <w:t xml:space="preserve"> on</w:t>
      </w:r>
      <w:r>
        <w:t xml:space="preserve"> a</w:t>
      </w:r>
      <w:r>
        <w:t xml:space="preserve"> mission.</w:t>
        <w:br/>
        <w:t>对</w:t>
        <w:br/>
        <w:t>That's</w:t>
      </w:r>
      <w:r>
        <w:t xml:space="preserve"> it.</w:t>
        <w:br/>
        <w:t>你们这边还有什么问题或顾虑?</w:t>
        <w:br/>
        <w:t>Um,</w:t>
      </w:r>
      <w:r>
        <w:t xml:space="preserve"> any</w:t>
      </w:r>
      <w:r>
        <w:t xml:space="preserve"> other</w:t>
      </w:r>
      <w:r>
        <w:t xml:space="preserve"> questions</w:t>
      </w:r>
      <w:r>
        <w:t xml:space="preserve"> or</w:t>
      </w:r>
      <w:r>
        <w:t xml:space="preserve"> concerns</w:t>
      </w:r>
      <w:r>
        <w:t xml:space="preserve"> from</w:t>
      </w:r>
      <w:r>
        <w:t xml:space="preserve"> your</w:t>
      </w:r>
      <w:r>
        <w:t xml:space="preserve"> side?</w:t>
        <w:br/>
        <w:t>没有</w:t>
        <w:br/>
        <w:t>No.</w:t>
        <w:br/>
        <w:t>萨克</w:t>
      </w:r>
      <w:r>
        <w:t xml:space="preserve"> 你这边还有什么要补充的?</w:t>
        <w:br/>
        <w:t>Zak,</w:t>
      </w:r>
      <w:r>
        <w:t xml:space="preserve"> do</w:t>
      </w:r>
      <w:r>
        <w:t xml:space="preserve"> you</w:t>
      </w:r>
      <w:r>
        <w:t xml:space="preserve"> have</w:t>
      </w:r>
      <w:r>
        <w:t xml:space="preserve"> anything</w:t>
      </w:r>
      <w:r>
        <w:t xml:space="preserve"> else</w:t>
      </w:r>
      <w:r>
        <w:t xml:space="preserve"> you</w:t>
      </w:r>
      <w:r>
        <w:t xml:space="preserve"> want</w:t>
      </w:r>
      <w:r>
        <w:t xml:space="preserve"> to</w:t>
      </w:r>
      <w:r>
        <w:t xml:space="preserve"> add</w:t>
      </w:r>
      <w:r>
        <w:t xml:space="preserve"> just</w:t>
      </w:r>
      <w:r>
        <w:t xml:space="preserve"> from</w:t>
      </w:r>
      <w:r>
        <w:t xml:space="preserve"> your</w:t>
      </w:r>
      <w:r>
        <w:t xml:space="preserve"> side?</w:t>
        <w:br/>
        <w:t>-</w:t>
      </w:r>
      <w:r>
        <w:t xml:space="preserve"> 没有</w:t>
      </w:r>
      <w:r>
        <w:t xml:space="preserve"> -</w:t>
      </w:r>
      <w:r>
        <w:t xml:space="preserve"> 很好</w:t>
      </w:r>
      <w:r>
        <w:t xml:space="preserve"> 那么就这样吧</w:t>
        <w:br/>
        <w:t>-</w:t>
      </w:r>
      <w:r>
        <w:t xml:space="preserve"> No.</w:t>
      </w:r>
      <w:r>
        <w:t xml:space="preserve"> -</w:t>
      </w:r>
      <w:r>
        <w:t xml:space="preserve"> Cool.</w:t>
      </w:r>
      <w:r>
        <w:t xml:space="preserve"> Let's</w:t>
      </w:r>
      <w:r>
        <w:t xml:space="preserve"> have</w:t>
      </w:r>
      <w:r>
        <w:t xml:space="preserve"> a</w:t>
      </w:r>
      <w:r>
        <w:t xml:space="preserve"> good</w:t>
      </w:r>
      <w:r>
        <w:t xml:space="preserve"> one.</w:t>
        <w:br/>
        <w:t>-</w:t>
      </w:r>
      <w:r>
        <w:t xml:space="preserve"> 嗯</w:t>
      </w:r>
      <w:r>
        <w:t xml:space="preserve"> -</w:t>
      </w:r>
      <w:r>
        <w:t xml:space="preserve"> 好啊</w:t>
        <w:br/>
        <w:t>Yeah.</w:t>
        <w:br/>
        <w:t>-</w:t>
      </w:r>
      <w:r>
        <w:t xml:space="preserve"> 兰多</w:t>
      </w:r>
      <w:r>
        <w:t xml:space="preserve"> 你回房&amp;hearts;间吗?</w:t>
      </w:r>
      <w:r>
        <w:t xml:space="preserve"> -</w:t>
      </w:r>
      <w:r>
        <w:t xml:space="preserve"> 我会的</w:t>
        <w:br/>
        <w:t>Are</w:t>
      </w:r>
      <w:r>
        <w:t xml:space="preserve"> you</w:t>
      </w:r>
      <w:r>
        <w:t xml:space="preserve"> gonna</w:t>
      </w:r>
      <w:r>
        <w:t xml:space="preserve"> be</w:t>
      </w:r>
      <w:r>
        <w:t xml:space="preserve"> in</w:t>
      </w:r>
      <w:r>
        <w:t xml:space="preserve"> your</w:t>
      </w:r>
      <w:r>
        <w:t xml:space="preserve"> room,</w:t>
      </w:r>
      <w:r>
        <w:t xml:space="preserve"> Lando?</w:t>
        <w:br/>
        <w:t>有时候</w:t>
      </w:r>
      <w:r>
        <w:t xml:space="preserve"> 我想知道</w:t>
      </w:r>
      <w:r>
        <w:t xml:space="preserve"> 处在别人的位置会是种什么感觉</w:t>
        <w:br/>
        <w:t>At</w:t>
      </w:r>
      <w:r>
        <w:t xml:space="preserve"> times</w:t>
      </w:r>
      <w:r>
        <w:t xml:space="preserve"> I</w:t>
      </w:r>
      <w:r>
        <w:t xml:space="preserve"> would</w:t>
      </w:r>
      <w:r>
        <w:t xml:space="preserve"> love</w:t>
      </w:r>
      <w:r>
        <w:t xml:space="preserve"> to</w:t>
      </w:r>
      <w:r>
        <w:t xml:space="preserve"> know</w:t>
        <w:br/>
        <w:t>心里想:“嗯</w:t>
        <w:br/>
        <w:t>I</w:t>
      </w:r>
      <w:r>
        <w:t xml:space="preserve"> think,</w:t>
      </w:r>
      <w:r>
        <w:t xml:space="preserve"> like,</w:t>
      </w:r>
      <w:r>
        <w:t xml:space="preserve"> "Hmm."</w:t>
        <w:br/>
        <w:t>如果我去了那里</w:t>
      </w:r>
      <w:r>
        <w:t xml:space="preserve"> 会怎么样?</w:t>
      </w:r>
      <w:r>
        <w:t xml:space="preserve"> 如果我去了呢?”</w:t>
        <w:br/>
        <w:t>"What</w:t>
      </w:r>
      <w:r>
        <w:t xml:space="preserve"> would</w:t>
      </w:r>
      <w:r>
        <w:t xml:space="preserve"> happen</w:t>
      </w:r>
      <w:r>
        <w:t xml:space="preserve"> if</w:t>
      </w:r>
      <w:r>
        <w:t xml:space="preserve"> I</w:t>
      </w:r>
      <w:r>
        <w:t xml:space="preserve"> went</w:t>
      </w:r>
      <w:r>
        <w:t xml:space="preserve"> here?"</w:t>
      </w:r>
      <w:r>
        <w:t xml:space="preserve"> Or,</w:t>
      </w:r>
      <w:r>
        <w:t xml:space="preserve"> "What</w:t>
      </w:r>
      <w:r>
        <w:t xml:space="preserve"> if</w:t>
      </w:r>
      <w:r>
        <w:t xml:space="preserve"> I</w:t>
      </w:r>
      <w:r>
        <w:t xml:space="preserve"> went</w:t>
      </w:r>
      <w:r>
        <w:t xml:space="preserve"> there?"</w:t>
        <w:br/>
        <w:t>我会有那些念头</w:t>
      </w:r>
      <w:r>
        <w:t xml:space="preserve"> 谁不会呢?</w:t>
        <w:br/>
        <w:t>I</w:t>
      </w:r>
      <w:r>
        <w:t xml:space="preserve"> guess</w:t>
      </w:r>
      <w:r>
        <w:t xml:space="preserve"> I</w:t>
      </w:r>
      <w:r>
        <w:t xml:space="preserve"> think</w:t>
      </w:r>
      <w:r>
        <w:t xml:space="preserve"> of</w:t>
      </w:r>
      <w:r>
        <w:t xml:space="preserve"> those</w:t>
      </w:r>
      <w:r>
        <w:t xml:space="preserve"> things.</w:t>
      </w:r>
      <w:r>
        <w:t xml:space="preserve"> Who</w:t>
      </w:r>
      <w:r>
        <w:t xml:space="preserve"> wouldn't</w:t>
      </w:r>
      <w:r>
        <w:t xml:space="preserve"> think</w:t>
      </w:r>
      <w:r>
        <w:t xml:space="preserve"> of</w:t>
      </w:r>
      <w:r>
        <w:t xml:space="preserve"> those?</w:t>
        <w:br/>
        <w:t>每个车手都尽可能和更多人交谈</w:t>
        <w:br/>
        <w:t>Every</w:t>
      </w:r>
      <w:r>
        <w:t xml:space="preserve"> driver</w:t>
      </w:r>
      <w:r>
        <w:t xml:space="preserve"> has</w:t>
      </w:r>
      <w:r>
        <w:t xml:space="preserve"> conversations</w:t>
      </w:r>
      <w:r>
        <w:t xml:space="preserve"> with</w:t>
      </w:r>
      <w:r>
        <w:t xml:space="preserve"> as</w:t>
      </w:r>
      <w:r>
        <w:t xml:space="preserve"> many</w:t>
      </w:r>
      <w:r>
        <w:t xml:space="preserve"> people</w:t>
      </w:r>
      <w:r>
        <w:t xml:space="preserve"> as</w:t>
      </w:r>
      <w:r>
        <w:t xml:space="preserve"> they</w:t>
      </w:r>
      <w:r>
        <w:t xml:space="preserve"> can</w:t>
        <w:br/>
        <w:t>给自己多些选择</w:t>
        <w:br/>
        <w:t>to</w:t>
      </w:r>
      <w:r>
        <w:t xml:space="preserve"> give</w:t>
      </w:r>
      <w:r>
        <w:t xml:space="preserve"> themselves</w:t>
      </w:r>
      <w:r>
        <w:t xml:space="preserve"> options.</w:t>
        <w:br/>
        <w:t>我应该有台更好的车</w:t>
      </w:r>
      <w:r>
        <w:t xml:space="preserve"> 但我没有</w:t>
        <w:br/>
        <w:t>I</w:t>
      </w:r>
      <w:r>
        <w:t xml:space="preserve"> should</w:t>
      </w:r>
      <w:r>
        <w:t xml:space="preserve"> be</w:t>
      </w:r>
      <w:r>
        <w:t xml:space="preserve"> in</w:t>
      </w:r>
      <w:r>
        <w:t xml:space="preserve"> a</w:t>
      </w:r>
      <w:r>
        <w:t xml:space="preserve"> better</w:t>
      </w:r>
      <w:r>
        <w:t xml:space="preserve"> car,</w:t>
      </w:r>
      <w:r>
        <w:t xml:space="preserve"> but</w:t>
      </w:r>
      <w:r>
        <w:t xml:space="preserve"> I'm</w:t>
      </w:r>
      <w:r>
        <w:t xml:space="preserve"> not.</w:t>
        <w:br/>
        <w:t>事情总是糟糕透了</w:t>
        <w:br/>
        <w:t>Things</w:t>
      </w:r>
      <w:r>
        <w:t xml:space="preserve"> are</w:t>
      </w:r>
      <w:r>
        <w:t xml:space="preserve"> always</w:t>
      </w:r>
      <w:r>
        <w:t xml:space="preserve"> shit,</w:t>
      </w:r>
      <w:r>
        <w:t xml:space="preserve"> you</w:t>
      </w:r>
      <w:r>
        <w:t xml:space="preserve"> know.</w:t>
        <w:br/>
        <w:t>很少有一个车手</w:t>
      </w:r>
      <w:r>
        <w:t xml:space="preserve"> 职业生涯中只效力于一个车队</w:t>
        <w:br/>
        <w:t>It's</w:t>
      </w:r>
      <w:r>
        <w:t xml:space="preserve"> rare</w:t>
      </w:r>
      <w:r>
        <w:t xml:space="preserve"> you</w:t>
      </w:r>
      <w:r>
        <w:t xml:space="preserve"> get</w:t>
      </w:r>
      <w:r>
        <w:t xml:space="preserve"> one</w:t>
      </w:r>
      <w:r>
        <w:t xml:space="preserve"> driver</w:t>
      </w:r>
      <w:r>
        <w:t xml:space="preserve"> that</w:t>
      </w:r>
      <w:r>
        <w:t xml:space="preserve"> sticks</w:t>
      </w:r>
      <w:r>
        <w:t xml:space="preserve"> with</w:t>
      </w:r>
      <w:r>
        <w:t xml:space="preserve"> the</w:t>
      </w:r>
      <w:r>
        <w:t xml:space="preserve"> same</w:t>
      </w:r>
      <w:r>
        <w:t xml:space="preserve"> team</w:t>
      </w:r>
      <w:r>
        <w:t xml:space="preserve"> their</w:t>
      </w:r>
      <w:r>
        <w:t xml:space="preserve"> whole</w:t>
      </w:r>
      <w:r>
        <w:t xml:space="preserve"> career.</w:t>
        <w:br/>
        <w:t>要是打赌的话</w:t>
      </w:r>
      <w:r>
        <w:t xml:space="preserve"> 你认为明年你还会在这里吗?</w:t>
        <w:br/>
        <w:t>If</w:t>
      </w:r>
      <w:r>
        <w:t xml:space="preserve"> you</w:t>
      </w:r>
      <w:r>
        <w:t xml:space="preserve"> were</w:t>
      </w:r>
      <w:r>
        <w:t xml:space="preserve"> a</w:t>
      </w:r>
      <w:r>
        <w:t xml:space="preserve"> betting</w:t>
      </w:r>
      <w:r>
        <w:t xml:space="preserve"> man,</w:t>
      </w:r>
      <w:r>
        <w:t xml:space="preserve"> would</w:t>
      </w:r>
      <w:r>
        <w:t xml:space="preserve"> you</w:t>
      </w:r>
      <w:r>
        <w:t xml:space="preserve"> say</w:t>
      </w:r>
      <w:r>
        <w:t xml:space="preserve"> you'd</w:t>
      </w:r>
      <w:r>
        <w:t xml:space="preserve"> still</w:t>
      </w:r>
      <w:r>
        <w:t xml:space="preserve"> be</w:t>
      </w:r>
      <w:r>
        <w:t xml:space="preserve"> there</w:t>
      </w:r>
      <w:r>
        <w:t xml:space="preserve"> next</w:t>
      </w:r>
      <w:r>
        <w:t xml:space="preserve"> year?</w:t>
        <w:br/>
        <w:t>Um...</w:t>
        <w:br/>
        <w:t>这算是“不会”吧?</w:t>
        <w:br/>
        <w:t>-</w:t>
      </w:r>
      <w:r>
        <w:t xml:space="preserve"> That's</w:t>
      </w:r>
      <w:r>
        <w:t xml:space="preserve"> a</w:t>
      </w:r>
      <w:r>
        <w:t xml:space="preserve"> bit</w:t>
      </w:r>
      <w:r>
        <w:t xml:space="preserve"> of</w:t>
      </w:r>
      <w:r>
        <w:t xml:space="preserve"> a</w:t>
      </w:r>
      <w:r>
        <w:t xml:space="preserve"> no.</w:t>
      </w:r>
      <w:r>
        <w:t xml:space="preserve"> -</w:t>
      </w:r>
      <w:r>
        <w:t xml:space="preserve"> No</w:t>
      </w:r>
      <w:r>
        <w:t xml:space="preserve"> comment.</w:t>
        <w:br/>
        <w:t>不予置评</w:t>
        <w:br/>
        <w:t>-</w:t>
      </w:r>
      <w:r>
        <w:t xml:space="preserve"> That's</w:t>
      </w:r>
      <w:r>
        <w:t xml:space="preserve"> a</w:t>
      </w:r>
      <w:r>
        <w:t xml:space="preserve"> bit</w:t>
      </w:r>
      <w:r>
        <w:t xml:space="preserve"> of</w:t>
      </w:r>
      <w:r>
        <w:t xml:space="preserve"> a</w:t>
      </w:r>
      <w:r>
        <w:t xml:space="preserve"> no.</w:t>
      </w:r>
      <w:r>
        <w:t xml:space="preserve"> -</w:t>
      </w:r>
      <w:r>
        <w:t xml:space="preserve"> No</w:t>
      </w:r>
      <w:r>
        <w:t xml:space="preserve"> comment.</w:t>
        <w:br/>
        <w:t>一级方程式运动中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5"/>
          <w:cols w:space="720"/>
          <w:titlePg w:val="0"/>
          <w:docGrid w:linePitch="360"/>
        </w:sectPr>
      </w:pPr>
      <w:r>
        <w:t xml:space="preserve"> 一般是无风不起浪</w:t>
        <w:br/>
        <w:t>There's</w:t>
      </w:r>
      <w:r>
        <w:t xml:space="preserve"> no</w:t>
      </w:r>
      <w:r>
        <w:t xml:space="preserve"> smoke</w:t>
      </w:r>
      <w:r>
        <w:t xml:space="preserve"> without</w:t>
      </w:r>
      <w:r>
        <w:t xml:space="preserve"> fire</w:t>
      </w:r>
      <w:r>
        <w:t xml:space="preserve"> in</w:t>
      </w:r>
      <w:r>
        <w:t xml:space="preserve"> Formula</w:t>
      </w:r>
      <w:r>
        <w:t xml:space="preserve"> 1.</w:t>
        <w:br/>
        <w:t>谣言的存在</w:t>
      </w:r>
      <w:r>
        <w:t xml:space="preserve"> 是因为有人感兴趣</w:t>
        <w:br/>
        <w:t>These</w:t>
      </w:r>
      <w:r>
        <w:t xml:space="preserve"> rumors</w:t>
      </w:r>
      <w:r>
        <w:t xml:space="preserve"> exist</w:t>
      </w:r>
      <w:r>
        <w:t xml:space="preserve"> because</w:t>
      </w:r>
      <w:r>
        <w:t xml:space="preserve"> the</w:t>
      </w:r>
      <w:r>
        <w:t xml:space="preserve"> interest</w:t>
      </w:r>
      <w:r>
        <w:t xml:space="preserve"> is</w:t>
      </w:r>
      <w:r>
        <w:t xml:space="preserve"> there.</w:t>
        <w:br/>
        <w:t>未来做马克斯的队友</w:t>
      </w:r>
      <w:r>
        <w:t xml:space="preserve"> 绝对是我非常感兴趣的一个选择</w:t>
        <w:br/>
        <w:t>To</w:t>
      </w:r>
      <w:r>
        <w:t xml:space="preserve"> be</w:t>
      </w:r>
      <w:r>
        <w:t xml:space="preserve"> Max's</w:t>
      </w:r>
      <w:r>
        <w:t xml:space="preserve"> teammate</w:t>
      </w:r>
      <w:r>
        <w:t xml:space="preserve"> in</w:t>
      </w:r>
      <w:r>
        <w:t xml:space="preserve"> the</w:t>
      </w:r>
      <w:r>
        <w:t xml:space="preserve"> future</w:t>
      </w:r>
      <w:r>
        <w:t xml:space="preserve"> would</w:t>
      </w:r>
      <w:r>
        <w:t xml:space="preserve"> be</w:t>
      </w:r>
      <w:r>
        <w:t xml:space="preserve"> something</w:t>
      </w:r>
      <w:r>
        <w:t xml:space="preserve"> I'm</w:t>
      </w:r>
      <w:r>
        <w:t xml:space="preserve"> definitely</w:t>
      </w:r>
      <w:r>
        <w:t xml:space="preserve"> up</w:t>
      </w:r>
      <w:r>
        <w:t xml:space="preserve"> for.</w:t>
        <w:br/>
        <w:t>萨克的压力会越来越大</w:t>
        <w:br/>
        <w:t>The</w:t>
      </w:r>
      <w:r>
        <w:t xml:space="preserve"> pressure</w:t>
      </w:r>
      <w:r>
        <w:t xml:space="preserve"> on</w:t>
      </w:r>
      <w:r>
        <w:t xml:space="preserve"> Zak</w:t>
      </w:r>
      <w:r>
        <w:t xml:space="preserve"> will</w:t>
      </w:r>
      <w:r>
        <w:t xml:space="preserve"> be</w:t>
      </w:r>
      <w:r>
        <w:t xml:space="preserve"> building.</w:t>
        <w:br/>
        <w:t>好多了</w:t>
        <w:br/>
        <w:t>-</w:t>
      </w:r>
      <w:r>
        <w:t xml:space="preserve"> Better.</w:t>
      </w:r>
      <w:r>
        <w:t xml:space="preserve"> Better</w:t>
      </w:r>
      <w:r>
        <w:t xml:space="preserve"> now.</w:t>
      </w:r>
      <w:r>
        <w:t xml:space="preserve"> -</w:t>
      </w:r>
      <w:r>
        <w:t xml:space="preserve"> Nice.</w:t>
        <w:br/>
        <w:t>-</w:t>
      </w:r>
      <w:r>
        <w:t xml:space="preserve"> 很好</w:t>
      </w:r>
      <w:r>
        <w:t xml:space="preserve"> -</w:t>
      </w:r>
      <w:r>
        <w:t xml:space="preserve"> 现在好多了</w:t>
        <w:br/>
        <w:t>-</w:t>
      </w:r>
      <w:r>
        <w:t xml:space="preserve"> Better.</w:t>
      </w:r>
      <w:r>
        <w:t xml:space="preserve"> Better</w:t>
      </w:r>
      <w:r>
        <w:t xml:space="preserve"> now.</w:t>
      </w:r>
      <w:r>
        <w:t xml:space="preserve"> -</w:t>
      </w:r>
      <w:r>
        <w:t xml:space="preserve"> Nice.</w:t>
        <w:br/>
        <w:t>-</w:t>
      </w:r>
      <w:r>
        <w:t xml:space="preserve"> 你好啊</w:t>
      </w:r>
      <w:r>
        <w:t xml:space="preserve"> -</w:t>
      </w:r>
      <w:r>
        <w:t xml:space="preserve"> 怎么样</w:t>
      </w:r>
      <w:r>
        <w:t xml:space="preserve"> 伙计?</w:t>
        <w:br/>
        <w:t>What's</w:t>
      </w:r>
      <w:r>
        <w:t xml:space="preserve"> up,</w:t>
      </w:r>
      <w:r>
        <w:t xml:space="preserve"> dude?</w:t>
        <w:br/>
        <w:t>-</w:t>
      </w:r>
      <w:r>
        <w:t xml:space="preserve"> 热热身</w:t>
      </w:r>
      <w:r>
        <w:t xml:space="preserve"> -</w:t>
      </w:r>
      <w:r>
        <w:t xml:space="preserve"> 稍等</w:t>
        <w:br/>
        <w:t>-</w:t>
      </w:r>
      <w:r>
        <w:t xml:space="preserve"> Get</w:t>
      </w:r>
      <w:r>
        <w:t xml:space="preserve"> some</w:t>
      </w:r>
      <w:r>
        <w:t xml:space="preserve"> warm-up.</w:t>
      </w:r>
      <w:r>
        <w:t xml:space="preserve"> -</w:t>
      </w:r>
      <w:r>
        <w:t xml:space="preserve"> One</w:t>
      </w:r>
      <w:r>
        <w:t xml:space="preserve"> sec.</w:t>
        <w:br/>
        <w:t>有人告诉你我们要去打保龄球吗?</w:t>
      </w:r>
      <w:r>
        <w:t xml:space="preserve"> 那是高尔夫球鞋?</w:t>
        <w:br/>
        <w:t>Someone</w:t>
      </w:r>
      <w:r>
        <w:t xml:space="preserve"> tell</w:t>
      </w:r>
      <w:r>
        <w:t xml:space="preserve"> you</w:t>
      </w:r>
      <w:r>
        <w:t xml:space="preserve"> we</w:t>
      </w:r>
      <w:r>
        <w:t xml:space="preserve"> were</w:t>
      </w:r>
      <w:r>
        <w:t xml:space="preserve"> going</w:t>
      </w:r>
      <w:r>
        <w:t xml:space="preserve"> bowling</w:t>
      </w:r>
      <w:r>
        <w:t xml:space="preserve"> or</w:t>
      </w:r>
      <w:r>
        <w:t xml:space="preserve"> are</w:t>
      </w:r>
      <w:r>
        <w:t xml:space="preserve"> those</w:t>
      </w:r>
      <w:r>
        <w:t xml:space="preserve"> golf</w:t>
      </w:r>
      <w:r>
        <w:t xml:space="preserve"> shoes?</w:t>
        <w:br/>
        <w:t>漂亮的高尔夫球鞋</w:t>
        <w:br/>
        <w:t>Lovely</w:t>
      </w:r>
      <w:r>
        <w:t xml:space="preserve"> golf</w:t>
      </w:r>
      <w:r>
        <w:t xml:space="preserve"> shoes.</w:t>
        <w:br/>
        <w:t>-</w:t>
      </w:r>
      <w:r>
        <w:t xml:space="preserve"> 好啊</w:t>
      </w:r>
      <w:r>
        <w:t xml:space="preserve"> 比赛开始了</w:t>
      </w:r>
      <w:r>
        <w:t xml:space="preserve"> -</w:t>
      </w:r>
      <w:r>
        <w:t xml:space="preserve"> 祝你好运</w:t>
      </w:r>
      <w:r>
        <w:t xml:space="preserve"> 我们开始吧</w:t>
        <w:br/>
        <w:t>-</w:t>
      </w:r>
      <w:r>
        <w:t xml:space="preserve"> Cool.</w:t>
      </w:r>
      <w:r>
        <w:t xml:space="preserve"> Game</w:t>
      </w:r>
      <w:r>
        <w:t xml:space="preserve"> on.</w:t>
      </w:r>
      <w:r>
        <w:t xml:space="preserve"> -</w:t>
      </w:r>
      <w:r>
        <w:t xml:space="preserve"> Good</w:t>
      </w:r>
      <w:r>
        <w:t xml:space="preserve"> luck.</w:t>
      </w:r>
      <w:r>
        <w:t xml:space="preserve"> Let's</w:t>
      </w:r>
      <w:r>
        <w:t xml:space="preserve"> play.</w:t>
        <w:br/>
        <w:t>好球</w:t>
        <w:br/>
        <w:t>Nice</w:t>
      </w:r>
      <w:r>
        <w:t xml:space="preserve"> drive.</w:t>
        <w:br/>
        <w:t>噢</w:t>
      </w:r>
      <w:r>
        <w:t xml:space="preserve"> 这一下可不好!</w:t>
        <w:br/>
        <w:t>Oh,</w:t>
      </w:r>
      <w:r>
        <w:t xml:space="preserve"> that's</w:t>
      </w:r>
      <w:r>
        <w:t xml:space="preserve"> not</w:t>
      </w:r>
      <w:r>
        <w:t xml:space="preserve"> good!</w:t>
        <w:br/>
        <w:t>没打进水里</w:t>
        <w:br/>
        <w:t>I'm</w:t>
      </w:r>
      <w:r>
        <w:t xml:space="preserve"> not</w:t>
      </w:r>
      <w:r>
        <w:t xml:space="preserve"> in</w:t>
      </w:r>
      <w:r>
        <w:t xml:space="preserve"> the</w:t>
      </w:r>
      <w:r>
        <w:t xml:space="preserve"> water.</w:t>
        <w:br/>
        <w:t>从水上飞过去了</w:t>
        <w:br/>
        <w:t>Went</w:t>
      </w:r>
      <w:r>
        <w:t xml:space="preserve"> over</w:t>
      </w:r>
      <w:r>
        <w:t xml:space="preserve"> the</w:t>
      </w:r>
      <w:r>
        <w:t xml:space="preserve"> water.</w:t>
        <w:br/>
        <w:t>对</w:t>
      </w:r>
      <w:r>
        <w:t xml:space="preserve"> 落到另一边了</w:t>
      </w:r>
      <w:r>
        <w:t xml:space="preserve"> 离鳄鱼不远</w:t>
        <w:br/>
        <w:t>Yeah.</w:t>
      </w:r>
      <w:r>
        <w:t xml:space="preserve"> Other</w:t>
      </w:r>
      <w:r>
        <w:t xml:space="preserve"> side.</w:t>
      </w:r>
      <w:r>
        <w:t xml:space="preserve"> Next</w:t>
      </w:r>
      <w:r>
        <w:t xml:space="preserve"> to</w:t>
      </w:r>
      <w:r>
        <w:t xml:space="preserve"> the</w:t>
      </w:r>
      <w:r>
        <w:t xml:space="preserve"> alligators.</w:t>
        <w:br/>
        <w:t>看看我能不能找到</w:t>
        <w:br/>
        <w:t>Let's</w:t>
      </w:r>
      <w:r>
        <w:t xml:space="preserve"> see</w:t>
      </w:r>
      <w:r>
        <w:t xml:space="preserve"> if</w:t>
      </w:r>
      <w:r>
        <w:t xml:space="preserve"> I</w:t>
      </w:r>
      <w:r>
        <w:t xml:space="preserve"> can</w:t>
      </w:r>
      <w:r>
        <w:t xml:space="preserve"> find</w:t>
      </w:r>
      <w:r>
        <w:t xml:space="preserve"> it.</w:t>
        <w:br/>
        <w:t>迈阿密的比赛怎么办?</w:t>
        <w:br/>
        <w:t>How</w:t>
      </w:r>
      <w:r>
        <w:t xml:space="preserve"> we</w:t>
      </w:r>
      <w:r>
        <w:t xml:space="preserve"> gonna</w:t>
      </w:r>
      <w:r>
        <w:t xml:space="preserve"> go</w:t>
      </w:r>
      <w:r>
        <w:t xml:space="preserve"> in</w:t>
      </w:r>
      <w:r>
        <w:t xml:space="preserve"> Miami?</w:t>
        <w:br/>
        <w:t>-</w:t>
      </w:r>
      <w:r>
        <w:t xml:space="preserve"> 不知道</w:t>
      </w:r>
      <w:r>
        <w:t xml:space="preserve"> -</w:t>
      </w:r>
      <w:r>
        <w:t xml:space="preserve"> 不知道?</w:t>
        <w:br/>
        <w:t>I</w:t>
      </w:r>
      <w:r>
        <w:t xml:space="preserve"> don't</w:t>
      </w:r>
      <w:r>
        <w:t xml:space="preserve"> know.</w:t>
        <w:br/>
        <w:t>我们在直道上太慢了</w:t>
        <w:br/>
        <w:t>We're</w:t>
      </w:r>
      <w:r>
        <w:t xml:space="preserve"> so</w:t>
      </w:r>
      <w:r>
        <w:t xml:space="preserve"> slow</w:t>
      </w:r>
      <w:r>
        <w:t xml:space="preserve"> on</w:t>
      </w:r>
      <w:r>
        <w:t xml:space="preserve"> the</w:t>
      </w:r>
      <w:r>
        <w:t xml:space="preserve"> straight.</w:t>
        <w:br/>
        <w:t>-</w:t>
      </w:r>
      <w:r>
        <w:t xml:space="preserve"> 听我说</w:t>
      </w:r>
      <w:r>
        <w:t xml:space="preserve"> 我知道今年开局不利</w:t>
      </w:r>
      <w:r>
        <w:t xml:space="preserve"> -</w:t>
      </w:r>
      <w:r>
        <w:t xml:space="preserve"> 嗯</w:t>
        <w:br/>
        <w:t>So</w:t>
      </w:r>
      <w:r>
        <w:t xml:space="preserve"> look,</w:t>
      </w:r>
      <w:r>
        <w:t xml:space="preserve"> I</w:t>
      </w:r>
      <w:r>
        <w:t xml:space="preserve"> know</w:t>
      </w:r>
      <w:r>
        <w:t xml:space="preserve"> this</w:t>
      </w:r>
      <w:r>
        <w:t xml:space="preserve"> year's</w:t>
      </w:r>
      <w:r>
        <w:t xml:space="preserve"> a</w:t>
      </w:r>
      <w:r>
        <w:t xml:space="preserve"> tough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6"/>
          <w:cols w:space="720"/>
          <w:titlePg w:val="0"/>
          <w:docGrid w:linePitch="360"/>
        </w:sectPr>
      </w:pPr>
      <w:r>
        <w:t xml:space="preserve"> start.</w:t>
        <w:br/>
        <w:t>但是</w:t>
      </w:r>
      <w:r>
        <w:t xml:space="preserve"> 赛车不够快</w:t>
        <w:br/>
        <w:t>-</w:t>
      </w:r>
      <w:r>
        <w:t xml:space="preserve"> Yeah.</w:t>
      </w:r>
      <w:r>
        <w:t xml:space="preserve"> -</w:t>
      </w:r>
      <w:r>
        <w:t xml:space="preserve"> But,</w:t>
      </w:r>
      <w:r>
        <w:t xml:space="preserve"> um,</w:t>
      </w:r>
      <w:r>
        <w:t xml:space="preserve"> the</w:t>
      </w:r>
      <w:r>
        <w:t xml:space="preserve"> car</w:t>
      </w:r>
      <w:r>
        <w:t xml:space="preserve"> not</w:t>
      </w:r>
      <w:r>
        <w:t xml:space="preserve"> being</w:t>
      </w:r>
      <w:r>
        <w:t xml:space="preserve"> fast</w:t>
      </w:r>
      <w:r>
        <w:t xml:space="preserve"> enough,</w:t>
        <w:br/>
        <w:t>我能想象那会让人</w:t>
        <w:br/>
        <w:t>I</w:t>
      </w:r>
      <w:r>
        <w:t xml:space="preserve"> would</w:t>
      </w:r>
      <w:r>
        <w:t xml:space="preserve"> imagine</w:t>
      </w:r>
      <w:r>
        <w:t xml:space="preserve"> it</w:t>
      </w:r>
      <w:r>
        <w:t xml:space="preserve"> is</w:t>
        <w:br/>
        <w:t>产生挫败感</w:t>
        <w:br/>
        <w:t>pretty</w:t>
      </w:r>
      <w:r>
        <w:t xml:space="preserve"> frustrating.</w:t>
        <w:br/>
        <w:t>是啊</w:t>
      </w:r>
      <w:r>
        <w:t xml:space="preserve"> 我们是迈凯伦</w:t>
      </w:r>
      <w:r>
        <w:t xml:space="preserve"> 对不对?</w:t>
        <w:br/>
        <w:t>Yeah.</w:t>
      </w:r>
      <w:r>
        <w:t xml:space="preserve"> Like,</w:t>
      </w:r>
      <w:r>
        <w:t xml:space="preserve"> we're</w:t>
      </w:r>
      <w:r>
        <w:t xml:space="preserve"> McLaren,</w:t>
      </w:r>
      <w:r>
        <w:t xml:space="preserve"> right?</w:t>
        <w:br/>
        <w:t>所以...我们应该</w:t>
      </w:r>
      <w:r>
        <w:t xml:space="preserve"> 是一支和法拉利、红牛...</w:t>
        <w:br/>
        <w:t>So...</w:t>
      </w:r>
      <w:r>
        <w:t xml:space="preserve"> we</w:t>
      </w:r>
      <w:r>
        <w:t xml:space="preserve"> should</w:t>
      </w:r>
      <w:r>
        <w:t xml:space="preserve"> be</w:t>
      </w:r>
      <w:r>
        <w:t xml:space="preserve"> a</w:t>
      </w:r>
      <w:r>
        <w:t xml:space="preserve"> team</w:t>
      </w:r>
      <w:r>
        <w:t xml:space="preserve"> that's</w:t>
      </w:r>
      <w:r>
        <w:t xml:space="preserve"> fighting</w:t>
      </w:r>
      <w:r>
        <w:t xml:space="preserve"> Ferrari</w:t>
      </w:r>
      <w:r>
        <w:t xml:space="preserve"> and...</w:t>
        <w:br/>
        <w:t>对</w:t>
        <w:br/>
        <w:t>Yeah.</w:t>
        <w:br/>
        <w:t>...梅赛德斯对抗的车队</w:t>
        <w:br/>
        <w:t>...Red</w:t>
      </w:r>
      <w:r>
        <w:t xml:space="preserve"> Bull,</w:t>
      </w:r>
      <w:r>
        <w:t xml:space="preserve"> Mercedes.</w:t>
        <w:br/>
        <w:t>-</w:t>
      </w:r>
      <w:r>
        <w:t xml:space="preserve"> 我们应该处在领先位置</w:t>
      </w:r>
      <w:r>
        <w:t xml:space="preserve"> -</w:t>
      </w:r>
      <w:r>
        <w:t xml:space="preserve"> 对</w:t>
      </w:r>
      <w:r>
        <w:t xml:space="preserve"> 我理解</w:t>
        <w:br/>
        <w:t>-</w:t>
      </w:r>
      <w:r>
        <w:t xml:space="preserve"> Like,</w:t>
      </w:r>
      <w:r>
        <w:t xml:space="preserve"> we</w:t>
      </w:r>
      <w:r>
        <w:t xml:space="preserve"> should</w:t>
      </w:r>
      <w:r>
        <w:t xml:space="preserve"> be</w:t>
      </w:r>
      <w:r>
        <w:t xml:space="preserve"> up</w:t>
      </w:r>
      <w:r>
        <w:t xml:space="preserve"> there</w:t>
      </w:r>
      <w:r>
        <w:t xml:space="preserve"> leading</w:t>
      </w:r>
      <w:r>
        <w:t xml:space="preserve"> them.</w:t>
      </w:r>
      <w:r>
        <w:t xml:space="preserve"> -</w:t>
      </w:r>
      <w:r>
        <w:t xml:space="preserve"> Yeah.</w:t>
      </w:r>
      <w:r>
        <w:t xml:space="preserve"> No,</w:t>
      </w:r>
      <w:r>
        <w:t xml:space="preserve"> I</w:t>
      </w:r>
      <w:r>
        <w:t xml:space="preserve"> get</w:t>
      </w:r>
      <w:r>
        <w:t xml:space="preserve"> it.</w:t>
        <w:br/>
        <w:t>所以</w:t>
      </w:r>
      <w:r>
        <w:t xml:space="preserve"> 当我们开始一个新赛季</w:t>
      </w:r>
      <w:r>
        <w:t xml:space="preserve"> 但是</w:t>
        <w:br/>
        <w:t>So</w:t>
      </w:r>
      <w:r>
        <w:t xml:space="preserve"> when</w:t>
      </w:r>
      <w:r>
        <w:t xml:space="preserve"> we</w:t>
      </w:r>
      <w:r>
        <w:t xml:space="preserve"> come</w:t>
      </w:r>
      <w:r>
        <w:t xml:space="preserve"> into</w:t>
      </w:r>
      <w:r>
        <w:t xml:space="preserve"> a</w:t>
      </w:r>
      <w:r>
        <w:t xml:space="preserve"> season,</w:t>
      </w:r>
      <w:r>
        <w:t xml:space="preserve"> and</w:t>
      </w:r>
      <w:r>
        <w:t xml:space="preserve"> it's</w:t>
      </w:r>
      <w:r>
        <w:t xml:space="preserve"> a</w:t>
      </w:r>
      <w:r>
        <w:t xml:space="preserve"> bit,</w:t>
        <w:br/>
        <w:t>我们连前四名都没希望</w:t>
        <w:br/>
        <w:t>you</w:t>
      </w:r>
      <w:r>
        <w:t xml:space="preserve"> know,</w:t>
      </w:r>
      <w:r>
        <w:t xml:space="preserve"> we're</w:t>
      </w:r>
      <w:r>
        <w:t xml:space="preserve"> not</w:t>
      </w:r>
      <w:r>
        <w:t xml:space="preserve"> gonna</w:t>
      </w:r>
      <w:r>
        <w:t xml:space="preserve"> be</w:t>
      </w:r>
      <w:r>
        <w:t xml:space="preserve"> fighting</w:t>
      </w:r>
      <w:r>
        <w:t xml:space="preserve"> for</w:t>
      </w:r>
      <w:r>
        <w:t xml:space="preserve"> top,</w:t>
      </w:r>
      <w:r>
        <w:t xml:space="preserve"> you</w:t>
      </w:r>
      <w:r>
        <w:t xml:space="preserve"> know,</w:t>
      </w:r>
      <w:r>
        <w:t xml:space="preserve"> four</w:t>
      </w:r>
      <w:r>
        <w:t xml:space="preserve"> teams...</w:t>
        <w:br/>
        <w:t>-</w:t>
      </w:r>
      <w:r>
        <w:t xml:space="preserve"> 嗯</w:t>
      </w:r>
      <w:r>
        <w:t xml:space="preserve"> -</w:t>
      </w:r>
      <w:r>
        <w:t xml:space="preserve"> 很难接受</w:t>
        <w:br/>
        <w:t>-</w:t>
      </w:r>
      <w:r>
        <w:t xml:space="preserve"> Yeah.</w:t>
      </w:r>
      <w:r>
        <w:t xml:space="preserve"> -</w:t>
      </w:r>
      <w:r>
        <w:t xml:space="preserve"> ...it's</w:t>
      </w:r>
      <w:r>
        <w:t xml:space="preserve"> tough.</w:t>
        <w:br/>
        <w:t>我们需要给你一部更好的赛车</w:t>
        <w:br/>
        <w:t>We</w:t>
      </w:r>
      <w:r>
        <w:t xml:space="preserve"> need</w:t>
      </w:r>
      <w:r>
        <w:t xml:space="preserve"> to</w:t>
      </w:r>
      <w:r>
        <w:t xml:space="preserve"> give</w:t>
      </w:r>
      <w:r>
        <w:t xml:space="preserve"> you</w:t>
      </w:r>
      <w:r>
        <w:t xml:space="preserve"> a</w:t>
      </w:r>
      <w:r>
        <w:t xml:space="preserve"> better</w:t>
      </w:r>
      <w:r>
        <w:t xml:space="preserve"> race</w:t>
      </w:r>
      <w:r>
        <w:t xml:space="preserve"> car.</w:t>
        <w:br/>
        <w:t>我知道外面有各种议论</w:t>
        <w:br/>
        <w:t>I</w:t>
      </w:r>
      <w:r>
        <w:t xml:space="preserve"> know</w:t>
      </w:r>
      <w:r>
        <w:t xml:space="preserve"> there's</w:t>
      </w:r>
      <w:r>
        <w:t xml:space="preserve"> been</w:t>
      </w:r>
      <w:r>
        <w:t xml:space="preserve"> a</w:t>
      </w:r>
      <w:r>
        <w:t xml:space="preserve"> lot</w:t>
      </w:r>
      <w:r>
        <w:t xml:space="preserve"> of</w:t>
      </w:r>
      <w:r>
        <w:t xml:space="preserve"> noise,</w:t>
        <w:br/>
        <w:t>但我们共事已经七八年了吧?</w:t>
        <w:br/>
        <w:t>but</w:t>
      </w:r>
      <w:r>
        <w:t xml:space="preserve"> we've</w:t>
      </w:r>
      <w:r>
        <w:t xml:space="preserve"> been</w:t>
      </w:r>
      <w:r>
        <w:t xml:space="preserve"> doing</w:t>
      </w:r>
      <w:r>
        <w:t xml:space="preserve"> this</w:t>
      </w:r>
      <w:r>
        <w:t xml:space="preserve"> now</w:t>
      </w:r>
      <w:r>
        <w:t xml:space="preserve"> together</w:t>
      </w:r>
      <w:r>
        <w:t xml:space="preserve"> seven,</w:t>
      </w:r>
      <w:r>
        <w:t xml:space="preserve"> eight</w:t>
      </w:r>
      <w:r>
        <w:t xml:space="preserve"> years?</w:t>
        <w:br/>
        <w:t>我认为我们会度过困境的</w:t>
        <w:br/>
        <w:t>I</w:t>
      </w:r>
      <w:r>
        <w:t xml:space="preserve"> think</w:t>
      </w:r>
      <w:r>
        <w:t xml:space="preserve"> we'll,</w:t>
      </w:r>
      <w:r>
        <w:t xml:space="preserve"> uh,</w:t>
      </w:r>
      <w:r>
        <w:t xml:space="preserve"> we'll</w:t>
      </w:r>
      <w:r>
        <w:t xml:space="preserve"> get</w:t>
      </w:r>
      <w:r>
        <w:t xml:space="preserve"> there,</w:t>
      </w:r>
      <w:r>
        <w:t xml:space="preserve"> and</w:t>
      </w:r>
      <w:r>
        <w:t xml:space="preserve"> then</w:t>
      </w:r>
      <w:r>
        <w:t xml:space="preserve"> it'll</w:t>
      </w:r>
      <w:r>
        <w:t xml:space="preserve"> be</w:t>
      </w:r>
      <w:r>
        <w:t xml:space="preserve"> so</w:t>
      </w:r>
      <w:r>
        <w:t xml:space="preserve"> much</w:t>
      </w:r>
      <w:r>
        <w:t xml:space="preserve"> more</w:t>
      </w:r>
      <w:r>
        <w:t xml:space="preserve"> sweet.</w:t>
        <w:br/>
        <w:t>前途会更光明</w:t>
        <w:br/>
        <w:t>I</w:t>
      </w:r>
      <w:r>
        <w:t xml:space="preserve"> think</w:t>
      </w:r>
      <w:r>
        <w:t xml:space="preserve"> we'll,</w:t>
      </w:r>
      <w:r>
        <w:t xml:space="preserve"> uh,</w:t>
      </w:r>
      <w:r>
        <w:t xml:space="preserve"> we'll</w:t>
      </w:r>
      <w:r>
        <w:t xml:space="preserve"> get</w:t>
      </w:r>
      <w:r>
        <w:t xml:space="preserve"> there,</w:t>
      </w:r>
      <w:r>
        <w:t xml:space="preserve"> and</w:t>
      </w:r>
      <w:r>
        <w:t xml:space="preserve"> then</w:t>
      </w:r>
      <w:r>
        <w:t xml:space="preserve"> it'll</w:t>
      </w:r>
      <w:r>
        <w:t xml:space="preserve"> be</w:t>
      </w:r>
      <w:r>
        <w:t xml:space="preserve"> so</w:t>
      </w:r>
      <w:r>
        <w:t xml:space="preserve"> much</w:t>
      </w:r>
      <w:r>
        <w:t xml:space="preserve"> more</w:t>
      </w:r>
      <w:r>
        <w:t xml:space="preserve"> sweet.</w:t>
        <w:br/>
        <w:t>我们来战胜所有对手</w:t>
        <w:br/>
        <w:t>Let's</w:t>
      </w:r>
      <w:r>
        <w:t xml:space="preserve"> beat</w:t>
      </w:r>
      <w:r>
        <w:t xml:space="preserve"> all</w:t>
      </w:r>
      <w:r>
        <w:t xml:space="preserve"> those</w:t>
      </w:r>
      <w:r>
        <w:t xml:space="preserve"> guys.</w:t>
        <w:br/>
        <w:t>我会继续全力以赴</w:t>
        <w:br/>
        <w:t>I'll</w:t>
      </w:r>
      <w:r>
        <w:t xml:space="preserve"> do</w:t>
      </w:r>
      <w:r>
        <w:t xml:space="preserve"> my</w:t>
      </w:r>
      <w:r>
        <w:t xml:space="preserve"> best,</w:t>
      </w:r>
      <w:r>
        <w:t xml:space="preserve"> as</w:t>
      </w:r>
      <w:r>
        <w:t xml:space="preserve"> always.</w:t>
        <w:br/>
        <w:t>希望我们在赛场上</w:t>
      </w:r>
      <w:r>
        <w:t xml:space="preserve"> 表现好过打高尔夫球</w:t>
        <w:br/>
        <w:t>Let's</w:t>
      </w:r>
      <w:r>
        <w:t xml:space="preserve"> hope</w:t>
      </w:r>
      <w:r>
        <w:t xml:space="preserve"> our</w:t>
      </w:r>
      <w:r>
        <w:t xml:space="preserve"> racing's</w:t>
      </w:r>
      <w:r>
        <w:t xml:space="preserve"> better</w:t>
      </w:r>
      <w:r>
        <w:t xml:space="preserve"> than</w:t>
      </w:r>
      <w:r>
        <w:t xml:space="preserve"> our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7"/>
          <w:cols w:space="720"/>
          <w:titlePg w:val="0"/>
          <w:docGrid w:linePitch="360"/>
        </w:sectPr>
      </w:pPr>
      <w:r>
        <w:t xml:space="preserve"> golf.</w:t>
        <w:br/>
        <w:t>绝对的!</w:t>
        <w:br/>
        <w:t>100%!</w:t>
        <w:br/>
        <w:t>我无法想象萨克的处境</w:t>
        <w:br/>
        <w:t>I</w:t>
      </w:r>
      <w:r>
        <w:t xml:space="preserve"> can't</w:t>
      </w:r>
      <w:r>
        <w:t xml:space="preserve"> imagine</w:t>
      </w:r>
      <w:r>
        <w:t xml:space="preserve"> what</w:t>
      </w:r>
      <w:r>
        <w:t xml:space="preserve"> it's</w:t>
      </w:r>
      <w:r>
        <w:t xml:space="preserve"> like</w:t>
      </w:r>
      <w:r>
        <w:t xml:space="preserve"> to</w:t>
      </w:r>
      <w:r>
        <w:t xml:space="preserve"> be</w:t>
      </w:r>
      <w:r>
        <w:t xml:space="preserve"> in</w:t>
      </w:r>
      <w:r>
        <w:t xml:space="preserve"> Zak's</w:t>
      </w:r>
      <w:r>
        <w:t xml:space="preserve"> position.</w:t>
        <w:br/>
        <w:t>管理迈凯伦</w:t>
        <w:br/>
        <w:t>You</w:t>
      </w:r>
      <w:r>
        <w:t xml:space="preserve"> know,</w:t>
      </w:r>
      <w:r>
        <w:t xml:space="preserve"> running</w:t>
      </w:r>
      <w:r>
        <w:t xml:space="preserve"> McLaren.</w:t>
      </w:r>
      <w:r>
        <w:t xml:space="preserve"> Um...</w:t>
      </w:r>
      <w:r>
        <w:t xml:space="preserve"> Of</w:t>
      </w:r>
      <w:r>
        <w:t xml:space="preserve"> course,</w:t>
      </w:r>
      <w:r>
        <w:t xml:space="preserve"> it's...</w:t>
        <w:br/>
        <w:t>当然</w:t>
      </w:r>
      <w:r>
        <w:t xml:space="preserve"> 那份工作</w:t>
        <w:br/>
        <w:t>There</w:t>
      </w:r>
      <w:r>
        <w:t xml:space="preserve"> has</w:t>
      </w:r>
      <w:r>
        <w:t xml:space="preserve"> to</w:t>
      </w:r>
      <w:r>
        <w:t xml:space="preserve"> be</w:t>
      </w:r>
      <w:r>
        <w:t xml:space="preserve"> a</w:t>
      </w:r>
      <w:r>
        <w:t xml:space="preserve"> huge</w:t>
      </w:r>
      <w:r>
        <w:t xml:space="preserve"> amount</w:t>
      </w:r>
      <w:r>
        <w:t xml:space="preserve"> of</w:t>
      </w:r>
      <w:r>
        <w:t xml:space="preserve"> pressure</w:t>
      </w:r>
      <w:r>
        <w:t xml:space="preserve"> that</w:t>
      </w:r>
      <w:r>
        <w:t xml:space="preserve"> comes</w:t>
      </w:r>
      <w:r>
        <w:t xml:space="preserve"> with</w:t>
      </w:r>
      <w:r>
        <w:t xml:space="preserve"> it.</w:t>
        <w:br/>
        <w:t>一定会带来巨大的压力</w:t>
        <w:br/>
        <w:t>There</w:t>
      </w:r>
      <w:r>
        <w:t xml:space="preserve"> has</w:t>
      </w:r>
      <w:r>
        <w:t xml:space="preserve"> to</w:t>
      </w:r>
      <w:r>
        <w:t xml:space="preserve"> be</w:t>
      </w:r>
      <w:r>
        <w:t xml:space="preserve"> a</w:t>
      </w:r>
      <w:r>
        <w:t xml:space="preserve"> huge</w:t>
      </w:r>
      <w:r>
        <w:t xml:space="preserve"> amount</w:t>
      </w:r>
      <w:r>
        <w:t xml:space="preserve"> of</w:t>
      </w:r>
      <w:r>
        <w:t xml:space="preserve"> pressure</w:t>
      </w:r>
      <w:r>
        <w:t xml:space="preserve"> that</w:t>
      </w:r>
      <w:r>
        <w:t xml:space="preserve"> comes</w:t>
      </w:r>
      <w:r>
        <w:t xml:space="preserve"> with</w:t>
      </w:r>
      <w:r>
        <w:t xml:space="preserve"> it.</w:t>
        <w:br/>
        <w:t>见鬼</w:t>
      </w:r>
      <w:r>
        <w:t xml:space="preserve"> 没想到飞这么远</w:t>
        <w:br/>
        <w:t>Shit,</w:t>
      </w:r>
      <w:r>
        <w:t xml:space="preserve"> that</w:t>
      </w:r>
      <w:r>
        <w:t xml:space="preserve"> went</w:t>
      </w:r>
      <w:r>
        <w:t xml:space="preserve"> much</w:t>
      </w:r>
      <w:r>
        <w:t xml:space="preserve"> further</w:t>
      </w:r>
      <w:r>
        <w:t xml:space="preserve"> than</w:t>
      </w:r>
      <w:r>
        <w:t xml:space="preserve"> I</w:t>
      </w:r>
      <w:r>
        <w:t xml:space="preserve"> thought.</w:t>
        <w:br/>
        <w:t>但是</w:t>
      </w:r>
      <w:r>
        <w:t xml:space="preserve"> 当你投入那么多努力</w:t>
        <w:br/>
        <w:t>But</w:t>
      </w:r>
      <w:r>
        <w:t xml:space="preserve"> when</w:t>
      </w:r>
      <w:r>
        <w:t xml:space="preserve"> you</w:t>
      </w:r>
      <w:r>
        <w:t xml:space="preserve"> put</w:t>
      </w:r>
      <w:r>
        <w:t xml:space="preserve"> so</w:t>
      </w:r>
      <w:r>
        <w:t xml:space="preserve"> much</w:t>
      </w:r>
      <w:r>
        <w:t xml:space="preserve"> effort</w:t>
      </w:r>
      <w:r>
        <w:t xml:space="preserve"> into</w:t>
      </w:r>
      <w:r>
        <w:t xml:space="preserve"> it,</w:t>
        <w:br/>
        <w:t>结果最多只跑到17、18位</w:t>
        <w:br/>
        <w:t>and</w:t>
      </w:r>
      <w:r>
        <w:t xml:space="preserve"> the</w:t>
      </w:r>
      <w:r>
        <w:t xml:space="preserve"> best</w:t>
      </w:r>
      <w:r>
        <w:t xml:space="preserve"> you</w:t>
      </w:r>
      <w:r>
        <w:t xml:space="preserve"> can</w:t>
      </w:r>
      <w:r>
        <w:t xml:space="preserve"> do</w:t>
      </w:r>
      <w:r>
        <w:t xml:space="preserve"> is,</w:t>
      </w:r>
      <w:r>
        <w:t xml:space="preserve"> like,</w:t>
      </w:r>
      <w:r>
        <w:t xml:space="preserve"> a</w:t>
      </w:r>
      <w:r>
        <w:t xml:space="preserve"> 17th</w:t>
      </w:r>
      <w:r>
        <w:t xml:space="preserve"> or</w:t>
      </w:r>
      <w:r>
        <w:t xml:space="preserve"> 18th,</w:t>
        <w:br/>
        <w:t>你觉得真是徒劳无功</w:t>
        <w:br/>
        <w:t>it</w:t>
      </w:r>
      <w:r>
        <w:t xml:space="preserve"> feels</w:t>
      </w:r>
      <w:r>
        <w:t xml:space="preserve"> like</w:t>
      </w:r>
      <w:r>
        <w:t xml:space="preserve"> you're</w:t>
      </w:r>
      <w:r>
        <w:t xml:space="preserve"> racing</w:t>
      </w:r>
      <w:r>
        <w:t xml:space="preserve"> for</w:t>
      </w:r>
      <w:r>
        <w:t xml:space="preserve"> nothing.</w:t>
        <w:br/>
        <w:t>妈的</w:t>
      </w:r>
      <w:r>
        <w:t xml:space="preserve"> 这比我们的车还快呢</w:t>
        <w:br/>
        <w:t>Fuck.</w:t>
      </w:r>
      <w:r>
        <w:t xml:space="preserve"> This</w:t>
      </w:r>
      <w:r>
        <w:t xml:space="preserve"> is</w:t>
      </w:r>
      <w:r>
        <w:t xml:space="preserve"> quicker</w:t>
      </w:r>
      <w:r>
        <w:t xml:space="preserve"> than</w:t>
      </w:r>
      <w:r>
        <w:t xml:space="preserve"> our</w:t>
      </w:r>
      <w:r>
        <w:t xml:space="preserve"> car,</w:t>
      </w:r>
      <w:r>
        <w:t xml:space="preserve"> this.</w:t>
        <w:br/>
        <w:t>(周日</w:t>
      </w:r>
      <w:r>
        <w:t xml:space="preserve"> 正赛)</w:t>
        <w:br/>
        <w:t>那些东西放那里</w:t>
        <w:br/>
        <w:t>We</w:t>
      </w:r>
      <w:r>
        <w:t xml:space="preserve"> should</w:t>
      </w:r>
      <w:r>
        <w:t xml:space="preserve"> put</w:t>
      </w:r>
      <w:r>
        <w:t xml:space="preserve"> those</w:t>
      </w:r>
      <w:r>
        <w:t xml:space="preserve"> in</w:t>
      </w:r>
      <w:r>
        <w:t xml:space="preserve"> there.</w:t>
        <w:br/>
        <w:t>好像我们之前就做过了</w:t>
        <w:br/>
        <w:t>It's</w:t>
      </w:r>
      <w:r>
        <w:t xml:space="preserve"> like</w:t>
      </w:r>
      <w:r>
        <w:t xml:space="preserve"> we've</w:t>
      </w:r>
      <w:r>
        <w:t xml:space="preserve"> done</w:t>
      </w:r>
      <w:r>
        <w:t xml:space="preserve"> it</w:t>
      </w:r>
      <w:r>
        <w:t xml:space="preserve"> before.</w:t>
        <w:br/>
        <w:t>用任何标准衡量</w:t>
      </w:r>
      <w:r>
        <w:t xml:space="preserve"> 迈凯伦的新赛季开局</w:t>
        <w:br/>
        <w:t>This,</w:t>
      </w:r>
      <w:r>
        <w:t xml:space="preserve"> by</w:t>
      </w:r>
      <w:r>
        <w:t xml:space="preserve"> any</w:t>
      </w:r>
      <w:r>
        <w:t xml:space="preserve"> metric,</w:t>
        <w:br/>
        <w:t>都很糟糕</w:t>
        <w:br/>
        <w:t>has</w:t>
      </w:r>
      <w:r>
        <w:t xml:space="preserve"> been</w:t>
      </w:r>
      <w:r>
        <w:t xml:space="preserve"> a</w:t>
      </w:r>
      <w:r>
        <w:t xml:space="preserve"> horrible</w:t>
      </w:r>
      <w:r>
        <w:t xml:space="preserve"> start</w:t>
      </w:r>
      <w:r>
        <w:t xml:space="preserve"> to</w:t>
      </w:r>
      <w:r>
        <w:t xml:space="preserve"> the</w:t>
      </w:r>
      <w:r>
        <w:t xml:space="preserve"> season</w:t>
      </w:r>
      <w:r>
        <w:t xml:space="preserve"> for</w:t>
      </w:r>
      <w:r>
        <w:t xml:space="preserve"> McLaren.</w:t>
        <w:br/>
        <w:t>车手是否想留下继续为你效力?</w:t>
        <w:br/>
        <w:t>Do</w:t>
      </w:r>
      <w:r>
        <w:t xml:space="preserve"> the</w:t>
      </w:r>
      <w:r>
        <w:t xml:space="preserve"> drivers</w:t>
      </w:r>
      <w:r>
        <w:t xml:space="preserve"> want</w:t>
      </w:r>
      <w:r>
        <w:t xml:space="preserve"> to</w:t>
      </w:r>
      <w:r>
        <w:t xml:space="preserve"> stay</w:t>
      </w:r>
      <w:r>
        <w:t xml:space="preserve"> and</w:t>
      </w:r>
      <w:r>
        <w:t xml:space="preserve"> race</w:t>
      </w:r>
      <w:r>
        <w:t xml:space="preserve"> for</w:t>
      </w:r>
      <w:r>
        <w:t xml:space="preserve"> you?</w:t>
        <w:br/>
        <w:t>赞助商是否想继续赞助?</w:t>
        <w:br/>
        <w:t>Do</w:t>
      </w:r>
      <w:r>
        <w:t xml:space="preserve"> the</w:t>
      </w:r>
      <w:r>
        <w:t xml:space="preserve"> sponsors</w:t>
      </w:r>
      <w:r>
        <w:t xml:space="preserve"> want</w:t>
      </w:r>
      <w:r>
        <w:t xml:space="preserve"> to</w:t>
      </w:r>
      <w:r>
        <w:t xml:space="preserve"> hang</w:t>
      </w:r>
      <w:r>
        <w:t xml:space="preserve"> around?</w:t>
        <w:br/>
        <w:t>迈凯伦的处境十分不利</w:t>
      </w:r>
      <w:r>
        <w:t xml:space="preserve"> 萨克希望出现奇迹</w:t>
        <w:br/>
        <w:t>With</w:t>
      </w:r>
      <w:r>
        <w:t xml:space="preserve"> where</w:t>
      </w:r>
      <w:r>
        <w:t xml:space="preserve"> McLaren</w:t>
      </w:r>
      <w:r>
        <w:t xml:space="preserve"> are</w:t>
      </w:r>
      <w:r>
        <w:t xml:space="preserve"> now,</w:t>
      </w:r>
      <w:r>
        <w:t xml:space="preserve"> Zak's</w:t>
      </w:r>
      <w:r>
        <w:t xml:space="preserve"> hoping</w:t>
      </w:r>
      <w:r>
        <w:t xml:space="preserve"> for</w:t>
      </w:r>
      <w:r>
        <w:t xml:space="preserve"> a</w:t>
      </w:r>
      <w:r>
        <w:t xml:space="preserve"> miracle.</w:t>
        <w:br/>
        <w:t>都好了</w:t>
        <w:br/>
        <w:t>All</w:t>
      </w:r>
      <w:r>
        <w:t xml:space="preserve"> good.</w:t>
        <w:br/>
        <w:t>祝你好运</w:t>
        <w:br/>
        <w:t>Good</w:t>
      </w:r>
      <w:r>
        <w:t xml:space="preserve"> luck.</w:t>
      </w:r>
      <w:r>
        <w:t xml:space="preserve"> Yeah?</w:t>
        <w:br/>
        <w:t>我们...我们需要好运</w:t>
        <w:br/>
        <w:t>Let's...</w:t>
      </w:r>
      <w:r>
        <w:t xml:space="preserve"> We'll</w:t>
      </w:r>
      <w:r>
        <w:t xml:space="preserve"> need</w:t>
      </w:r>
      <w:r>
        <w:t xml:space="preserve"> it.</w:t>
        <w:br/>
        <w:t>美国的比赛就要开始了</w:t>
        <w:br/>
        <w:t>It's</w:t>
      </w:r>
      <w:r>
        <w:t xml:space="preserve"> time</w:t>
      </w:r>
      <w:r>
        <w:t xml:space="preserve"> to</w:t>
      </w:r>
      <w:r>
        <w:t xml:space="preserve"> go</w:t>
      </w:r>
      <w:r>
        <w:t xml:space="preserve"> racing</w:t>
      </w:r>
      <w:r>
        <w:t xml:space="preserve"> in</w:t>
      </w:r>
      <w:r>
        <w:t xml:space="preserve"> the</w:t>
      </w:r>
      <w:r>
        <w:t xml:space="preserve"> USA.</w:t>
        <w:br/>
        <w:t>大家都来了</w:t>
      </w:r>
    </w:p>
    <w:p>
      <w:r>
        <w:t xml:space="preserve"> 大家都很兴奋</w:t>
        <w:br/>
        <w:t>From</w:t>
      </w:r>
      <w:r>
        <w:t xml:space="preserve"> Miami</w:t>
      </w:r>
      <w:r>
        <w:t xml:space="preserve"> in</w:t>
      </w:r>
      <w:r>
        <w:t xml:space="preserve"> Florida,</w:t>
        <w:br/>
        <w:t>欢迎大家观看一级方程式</w:t>
      </w:r>
      <w:r>
        <w:t xml:space="preserve"> 世界冠军赛的第五站</w:t>
        <w:br/>
        <w:t>welcome</w:t>
      </w:r>
      <w:r>
        <w:t xml:space="preserve"> to</w:t>
      </w:r>
      <w:r>
        <w:t xml:space="preserve"> the</w:t>
      </w:r>
      <w:r>
        <w:t xml:space="preserve"> fifth</w:t>
      </w:r>
      <w:r>
        <w:t xml:space="preserve"> round</w:t>
      </w:r>
      <w:r>
        <w:t xml:space="preserve"> of</w:t>
      </w:r>
      <w:r>
        <w:t xml:space="preserve"> the</w:t>
      </w:r>
      <w:r>
        <w:t xml:space="preserve"> Formula</w:t>
      </w:r>
      <w:r>
        <w:t xml:space="preserve"> 1</w:t>
      </w:r>
      <w:r>
        <w:t xml:space="preserve"> World</w:t>
      </w:r>
      <w:r>
        <w:t xml:space="preserve"> Championship.</w:t>
        <w:br/>
        <w:t>切科!</w:t>
        <w:br/>
        <w:t>Red</w:t>
      </w:r>
      <w:r>
        <w:t xml:space="preserve"> Bull!</w:t>
      </w:r>
      <w:r>
        <w:t xml:space="preserve"> Red</w:t>
      </w:r>
      <w:r>
        <w:t xml:space="preserve"> Bull!</w:t>
        <w:br/>
        <w:t>妈的</w:t>
      </w:r>
      <w:r>
        <w:t xml:space="preserve"> 我们需要积分</w:t>
        <w:br/>
        <w:t>Fucking</w:t>
      </w:r>
      <w:r>
        <w:t xml:space="preserve"> hell.</w:t>
      </w:r>
      <w:r>
        <w:t xml:space="preserve"> We</w:t>
      </w:r>
      <w:r>
        <w:t xml:space="preserve"> need</w:t>
      </w:r>
      <w:r>
        <w:t xml:space="preserve"> points.</w:t>
        <w:br/>
        <w:t>看</w:t>
      </w:r>
      <w:r>
        <w:t xml:space="preserve"> 这么多人</w:t>
        <w:br/>
        <w:t>Just</w:t>
      </w:r>
      <w:r>
        <w:t xml:space="preserve"> look</w:t>
      </w:r>
      <w:r>
        <w:t xml:space="preserve"> at</w:t>
      </w:r>
      <w:r>
        <w:t xml:space="preserve"> the</w:t>
      </w:r>
      <w:r>
        <w:t xml:space="preserve"> crowd.</w:t>
        <w:br/>
        <w:t>大家都来了</w:t>
      </w:r>
      <w:r>
        <w:t xml:space="preserve"> 大家都很兴奋</w:t>
        <w:br/>
        <w:t>Everybody's</w:t>
      </w:r>
      <w:r>
        <w:t xml:space="preserve"> turned</w:t>
      </w:r>
      <w:r>
        <w:t xml:space="preserve"> up,</w:t>
      </w:r>
      <w:r>
        <w:t xml:space="preserve"> everybody's</w:t>
      </w:r>
      <w:r>
        <w:t xml:space="preserve"> looking</w:t>
      </w:r>
      <w:r>
        <w:t xml:space="preserve"> excited.</w:t>
        <w:br/>
        <w:t>赛车在发车区就位</w:t>
      </w:r>
      <w:r>
        <w:t xml:space="preserve"> 比赛马上就要开始</w:t>
        <w:br/>
        <w:t>Cars</w:t>
      </w:r>
      <w:r>
        <w:t xml:space="preserve"> are</w:t>
      </w:r>
      <w:r>
        <w:t xml:space="preserve"> on</w:t>
      </w:r>
      <w:r>
        <w:t xml:space="preserve"> the</w:t>
      </w:r>
      <w:r>
        <w:t xml:space="preserve"> grid.</w:t>
      </w:r>
      <w:r>
        <w:t xml:space="preserve"> We're</w:t>
      </w:r>
      <w:r>
        <w:t xml:space="preserve"> getting</w:t>
      </w:r>
      <w:r>
        <w:t xml:space="preserve"> close.</w:t>
        <w:br/>
        <w:t>兰多·诺里斯在第16位</w:t>
        <w:br/>
        <w:t>There's</w:t>
      </w:r>
      <w:r>
        <w:t xml:space="preserve"> Lando</w:t>
      </w:r>
      <w:r>
        <w:t xml:space="preserve"> Norris</w:t>
      </w:r>
      <w:r>
        <w:t xml:space="preserve"> down</w:t>
      </w:r>
      <w:r>
        <w:t xml:space="preserve"> in</w:t>
      </w:r>
      <w:r>
        <w:t xml:space="preserve"> 16th.</w:t>
        <w:br/>
        <w:t>他今天迫切需要转运</w:t>
        <w:br/>
        <w:t>He</w:t>
      </w:r>
      <w:r>
        <w:t xml:space="preserve"> will</w:t>
      </w:r>
      <w:r>
        <w:t xml:space="preserve"> desperately</w:t>
      </w:r>
      <w:r>
        <w:t xml:space="preserve"> be</w:t>
      </w:r>
      <w:r>
        <w:t xml:space="preserve"> looking</w:t>
      </w:r>
      <w:r>
        <w:t xml:space="preserve"> for</w:t>
      </w:r>
      <w:r>
        <w:t xml:space="preserve"> a</w:t>
      </w:r>
      <w:r>
        <w:t xml:space="preserve"> turnaround</w:t>
      </w:r>
      <w:r>
        <w:t xml:space="preserve"> in</w:t>
      </w:r>
      <w:r>
        <w:t xml:space="preserve"> fortunes</w:t>
      </w:r>
      <w:r>
        <w:t xml:space="preserve"> here</w:t>
      </w:r>
      <w:r>
        <w:t xml:space="preserve"> today.</w:t>
        <w:br/>
        <w:t>奥斯卡·皮亚斯特里从第19位发车</w:t>
        <w:br/>
        <w:t>Oscar</w:t>
      </w:r>
      <w:r>
        <w:t xml:space="preserve"> Piastri</w:t>
      </w:r>
      <w:r>
        <w:t xml:space="preserve"> starting</w:t>
      </w:r>
      <w:r>
        <w:t xml:space="preserve"> on</w:t>
      </w:r>
      <w:r>
        <w:t xml:space="preserve"> the</w:t>
      </w:r>
      <w:r>
        <w:t xml:space="preserve"> back</w:t>
      </w:r>
      <w:r>
        <w:t xml:space="preserve"> row</w:t>
      </w:r>
      <w:r>
        <w:t xml:space="preserve"> in</w:t>
      </w:r>
      <w:r>
        <w:t xml:space="preserve"> 19th.</w:t>
        <w:br/>
        <w:t>这是他的第一个赛季</w:t>
      </w:r>
      <w:r>
        <w:t xml:space="preserve"> 开局如此不利</w:t>
      </w:r>
      <w:r>
        <w:t xml:space="preserve"> 他会作何感想?</w:t>
        <w:br/>
        <w:t>How</w:t>
      </w:r>
      <w:r>
        <w:t xml:space="preserve"> must</w:t>
      </w:r>
      <w:r>
        <w:t xml:space="preserve"> he</w:t>
      </w:r>
      <w:r>
        <w:t xml:space="preserve"> be</w:t>
      </w:r>
      <w:r>
        <w:t xml:space="preserve"> feeling</w:t>
      </w:r>
      <w:r>
        <w:t xml:space="preserve"> about</w:t>
      </w:r>
      <w:r>
        <w:t xml:space="preserve"> his</w:t>
      </w:r>
      <w:r>
        <w:t xml:space="preserve"> awkward</w:t>
      </w:r>
      <w:r>
        <w:t xml:space="preserve"> debut</w:t>
      </w:r>
      <w:r>
        <w:t xml:space="preserve"> season?</w:t>
        <w:br/>
        <w:t>(诺里斯</w:t>
      </w:r>
      <w:r>
        <w:t xml:space="preserve"> 迈凯伦车队)</w:t>
        <w:br/>
        <w:t>无线电检查</w:t>
      </w:r>
      <w:r>
        <w:t xml:space="preserve"> 兰多</w:t>
        <w:br/>
        <w:t>Radio</w:t>
      </w:r>
      <w:r>
        <w:t xml:space="preserve"> check,</w:t>
      </w:r>
      <w:r>
        <w:t xml:space="preserve"> Lando.</w:t>
        <w:br/>
        <w:t>都正常</w:t>
        <w:br/>
        <w:t>All</w:t>
      </w:r>
      <w:r>
        <w:t xml:space="preserve"> good.</w:t>
        <w:br/>
        <w:t>(皮亚斯特里</w:t>
      </w:r>
      <w:r>
        <w:t xml:space="preserve"> 迈凯伦车队)</w:t>
        <w:br/>
        <w:t>-</w:t>
      </w:r>
      <w:r>
        <w:t xml:space="preserve"> 祝比赛顺利</w:t>
      </w:r>
      <w:r>
        <w:t xml:space="preserve"> -</w:t>
      </w:r>
      <w:r>
        <w:t xml:space="preserve"> 谢谢</w:t>
        <w:br/>
        <w:t>-</w:t>
      </w:r>
      <w:r>
        <w:t xml:space="preserve"> Have</w:t>
      </w:r>
      <w:r>
        <w:t xml:space="preserve"> a</w:t>
      </w:r>
      <w:r>
        <w:t xml:space="preserve"> good</w:t>
      </w:r>
      <w:r>
        <w:t xml:space="preserve"> race.</w:t>
      </w:r>
      <w:r>
        <w:t xml:space="preserve"> -</w:t>
      </w:r>
      <w:r>
        <w:t xml:space="preserve"> Cheers.</w:t>
        <w:br/>
        <w:t>(诺里斯</w:t>
      </w:r>
      <w:r>
        <w:t xml:space="preserve"> 迈凯伦车队)</w:t>
        <w:br/>
        <w:t>(皮亚斯特里</w:t>
      </w:r>
      <w:r>
        <w:t xml:space="preserve"> 迈凯伦车队)</w:t>
        <w:br/>
        <w:t>(诺里斯</w:t>
      </w:r>
      <w:r>
        <w:t xml:space="preserve"> 迈凯伦车队)</w:t>
        <w:br/>
        <w:t>我被撞了</w:t>
      </w:r>
      <w:r>
        <w:t xml:space="preserve"> 后部</w:t>
        <w:br/>
        <w:t>I</w:t>
      </w:r>
      <w:r>
        <w:t xml:space="preserve"> got</w:t>
      </w:r>
      <w:r>
        <w:t xml:space="preserve"> hit.</w:t>
      </w:r>
      <w:r>
        <w:t xml:space="preserve"> Rear.</w:t>
        <w:br/>
        <w:t>兰多</w:t>
      </w:r>
      <w:r>
        <w:t xml:space="preserve"> 看来一切正常</w:t>
        <w:br/>
        <w:t>Lando,</w:t>
      </w:r>
      <w:r>
        <w:t xml:space="preserve"> everything</w:t>
      </w:r>
      <w:r>
        <w:t xml:space="preserve"> looks</w:t>
      </w:r>
      <w:r>
        <w:t xml:space="preserve"> okay.</w:t>
        <w:br/>
        <w:t>萨金现在在你前方</w:t>
        <w:br/>
        <w:t>Sargeant</w:t>
      </w:r>
      <w:r>
        <w:t xml:space="preserve"> is</w:t>
      </w:r>
      <w:r>
        <w:t xml:space="preserve"> now</w:t>
      </w:r>
      <w:r>
        <w:t xml:space="preserve"> ahead</w:t>
      </w:r>
      <w:r>
        <w:t xml:space="preserve"> of</w:t>
      </w:r>
      <w:r>
        <w:t xml:space="preserve"> you.</w:t>
        <w:br/>
        <w:t>可以提早超车</w:t>
        <w:br/>
        <w:t>Early</w:t>
      </w:r>
      <w:r>
        <w:t xml:space="preserve"> overtake</w:t>
      </w:r>
      <w:r>
        <w:t xml:space="preserve"> available.</w:t>
        <w:br/>
        <w:t>好</w:t>
      </w:r>
      <w:r>
        <w:br/>
      </w:r>
      <w:r>
        <w:br/>
      </w:r>
    </w:p>
    <w:p>
      <w:pPr>
        <w:spacing w:after="0"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https://d.book118.com/367165100100006044</w:t>
        </w:r>
      </w:hyperlink>
    </w:p>
    <w:p/>
    <w:sectPr w:rsidSect="00034616">
      <w:type w:val="nextPage"/>
      <w:pgSz w:w="12240" w:h="15840"/>
      <w:pgMar w:top="1440" w:right="1800" w:bottom="1440" w:left="1800" w:header="720" w:footer="720" w:gutter="0"/>
      <w:pgNumType w:start="18"/>
      <w:cols w:space="720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14:defaultImageDpi w14:val="300"/>
  <w14:docId w14:val="240620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367165100100006044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revision>1</cp:revision>
  <dcterms:created xsi:type="dcterms:W3CDTF">2013-12-23T23:15:00Z</dcterms:created>
  <dcterms:modified xsi:type="dcterms:W3CDTF">2013-12-23T23:15:00Z</dcterms:modified>
</cp:coreProperties>
</file>