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2024关于公司年终总结报告（30篇）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2024关于公司年终总结报告（精选30篇）</w:t>
      </w:r>
      <w:r>
        <w:rPr>
          <w:lang w:eastAsia="zh-CN"/>
        </w:rPr>
        <w:br/>
      </w:r>
      <w:r>
        <w:rPr>
          <w:lang w:eastAsia="zh-CN"/>
        </w:rPr>
        <w:t xml:space="preserve">    2024关于公司年终总结报告 篇1 </w:t>
      </w:r>
      <w:r>
        <w:rPr>
          <w:lang w:eastAsia="zh-CN"/>
        </w:rPr>
        <w:br/>
      </w:r>
      <w:r>
        <w:rPr>
          <w:lang w:eastAsia="zh-CN"/>
        </w:rPr>
        <w:t>　　按照会议安排，我将城投绿化公司20__年主要工作情况，及20__年工作安排做如下汇报：</w:t>
      </w:r>
      <w:r>
        <w:rPr>
          <w:lang w:eastAsia="zh-CN"/>
        </w:rPr>
        <w:br/>
      </w:r>
      <w:r>
        <w:rPr>
          <w:lang w:eastAsia="zh-CN"/>
        </w:rPr>
        <w:t>　　一、20__年主要工作情况回顾</w:t>
      </w:r>
      <w:r>
        <w:rPr>
          <w:lang w:eastAsia="zh-CN"/>
        </w:rPr>
        <w:br/>
      </w:r>
      <w:r>
        <w:rPr>
          <w:lang w:eastAsia="zh-CN"/>
        </w:rPr>
        <w:t>　　回顾刚刚过去的20__年，困难与机遇并存，挑战与收获同在，一方面，宏观经济整体震荡下滑，在一定程度上影响了公司的业务拓展。另一方面，集团续建项目附属绿化工程在本年度的集中实施，为公司快速发展增强了动力、注入了活力。这一年，我们抢抓机遇，强化管理，取得了良好的经营业绩和管理成效。</w:t>
      </w:r>
      <w:r>
        <w:rPr>
          <w:lang w:eastAsia="zh-CN"/>
        </w:rPr>
        <w:br/>
      </w:r>
      <w:r>
        <w:rPr>
          <w:lang w:eastAsia="zh-CN"/>
        </w:rPr>
        <w:t>　　（一）提升管理水平 完成既定任务</w:t>
      </w:r>
      <w:r>
        <w:rPr>
          <w:lang w:eastAsia="zh-CN"/>
        </w:rPr>
        <w:br/>
      </w:r>
    </w:p>
    <w:p w:rsidR="001B1F19" w14:textId="0AE8485B">
      <w:pPr>
        <w:pStyle w:val="Heading1"/>
        <w:jc w:val="center"/>
        <w:rPr>
          <w:rFonts w:hint="eastAsia"/>
          <w:lang w:eastAsia="zh-CN"/>
        </w:rPr>
      </w:pPr>
      <w:r>
        <w:rPr>
          <w:sz w:val="44"/>
          <w:lang w:eastAsia="zh-CN"/>
        </w:rPr>
        <w:t>2024关于公司年终总结报告（30篇）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2024关于公司年终总结报告（精选30篇）</w:t>
      </w:r>
      <w:r>
        <w:rPr>
          <w:lang w:eastAsia="zh-CN"/>
        </w:rPr>
        <w:br/>
      </w:r>
      <w:r>
        <w:rPr>
          <w:lang w:eastAsia="zh-CN"/>
        </w:rPr>
        <w:t xml:space="preserve">    2024关于公司年终总结报告 篇1 </w:t>
      </w:r>
      <w:r>
        <w:rPr>
          <w:lang w:eastAsia="zh-CN"/>
        </w:rPr>
        <w:br/>
      </w:r>
      <w:r>
        <w:rPr>
          <w:lang w:eastAsia="zh-CN"/>
        </w:rPr>
        <w:t>　　按照会议安排，我将城投绿化公司20__年主要工作情况，及20__年工作安排做如下汇报：</w:t>
      </w:r>
      <w:r>
        <w:rPr>
          <w:lang w:eastAsia="zh-CN"/>
        </w:rPr>
        <w:br/>
      </w:r>
      <w:r>
        <w:rPr>
          <w:lang w:eastAsia="zh-CN"/>
        </w:rPr>
        <w:t>　　一、20__年主要工作情况回顾</w:t>
      </w:r>
      <w:r>
        <w:rPr>
          <w:lang w:eastAsia="zh-CN"/>
        </w:rPr>
        <w:br/>
      </w:r>
      <w:r>
        <w:rPr>
          <w:lang w:eastAsia="zh-CN"/>
        </w:rPr>
        <w:t>　　回顾刚刚过去的20__年，困难与机遇并存，挑战与收获同在，一方面，宏观经济整体震荡下滑，在一定程度上影响了公司的业务拓展。另一方面，集团续建项目附属绿化工程在本年度的集中实施，为公司快速发展增强了动力、注入了活力。这一年，我们抢抓机遇，强化管理，取得了良好的经营业绩和管理成效。</w:t>
      </w:r>
      <w:r>
        <w:rPr>
          <w:lang w:eastAsia="zh-CN"/>
        </w:rPr>
        <w:br/>
      </w:r>
      <w:r>
        <w:rPr>
          <w:lang w:eastAsia="zh-CN"/>
        </w:rPr>
        <w:t>　　（一）提升管理水平 完成既定任务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20__年绿化公司面对新压力、新契机，进一步完善了公司各部门职能定位、管理界面和工作流程，在集团各有关部门的支持帮助和指导下，逐步走上了规范化、制度化、科学化的管理轨道。公司以“质量赢口碑，管理要效益”为工作目标，先后完成了康巴什大桥周边绿化、集团办公楼周边绿化、东出口外围绿化附属工程、准格尔旗大路新区至薛家湾快速通道绿化工程、成陵大道绿化工程、公租房市政道路绿化一期、公租房悦和城小区景观绿化等一系列工程项目及集</w:t>
      </w:r>
      <w:r>
        <w:rPr>
          <w:lang w:eastAsia="zh-CN"/>
        </w:rPr>
        <w:br/>
      </w:r>
      <w:r>
        <w:rPr>
          <w:lang w:eastAsia="zh-CN"/>
        </w:rPr>
        <w:t>　　团公司义务植树区管理工作，全年完成工程产值达1.51亿元，实现利润约2300万元，其中归属集团公司约1500万元，圆满完成了集团公司年初制定的各项经营目标和工作任务。</w:t>
      </w:r>
      <w:r>
        <w:rPr>
          <w:lang w:eastAsia="zh-CN"/>
        </w:rPr>
        <w:br/>
      </w:r>
      <w:r>
        <w:rPr>
          <w:lang w:eastAsia="zh-CN"/>
        </w:rPr>
        <w:t>　　（二）发现问题存在 持续改进不足</w:t>
      </w:r>
      <w:r>
        <w:rPr>
          <w:lang w:eastAsia="zh-CN"/>
        </w:rPr>
        <w:br/>
      </w:r>
      <w:r>
        <w:rPr>
          <w:lang w:eastAsia="zh-CN"/>
        </w:rPr>
        <w:t>　　在肯定成绩的同时，我们也发现很多问题的存在，主要表现在：公司管理制度还不完善，执行力还有待提高；员工素质参差不齐，整体素质还有待提高；工程安全质量虽常抓不懈，但还有提升的空间。尽管上述问题是发展中的问题，有一定的客观因素和阶段性，但我们还是要找准短板，制定措施，一一解决。</w:t>
      </w:r>
      <w:r>
        <w:rPr>
          <w:lang w:eastAsia="zh-CN"/>
        </w:rPr>
        <w:br/>
      </w:r>
      <w:r>
        <w:rPr>
          <w:lang w:eastAsia="zh-CN"/>
        </w:rPr>
        <w:t>　　二、20__年工作计划安排</w:t>
      </w:r>
      <w:r>
        <w:rPr>
          <w:lang w:eastAsia="zh-CN"/>
        </w:rPr>
        <w:br/>
      </w:r>
      <w:r>
        <w:rPr>
          <w:lang w:eastAsia="zh-CN"/>
        </w:rPr>
        <w:t>　　城投绿化公司组建运营不到两年来，主要以承建集团公司关联项目为主，公司通过工程项目为载体得到了充分的磨合锻炼，公司整体活力、竞争力都有了明显的提升。但我们也清楚的看到，公司管理水平、综合实力与业内同行相比还存在着一定的差距；而且随着我市基础设施建设的降温，园林绿化项目的实施也在缩减，未来园林绿化领域的市场竞争将日趋激烈复杂。在公司发展面对巨大挑战与压力下，20__年，我们将在继续做大做强公司园林绿化主业的基础上，积极响应集团公司提出的转型战略发展思路，主动走向市场，选择适合自己的发展道路，稳步向生产型企业转型发展。</w:t>
      </w:r>
      <w:r>
        <w:rPr>
          <w:lang w:eastAsia="zh-CN"/>
        </w:rPr>
        <w:br/>
      </w:r>
      <w:r>
        <w:rPr>
          <w:lang w:eastAsia="zh-CN"/>
        </w:rPr>
        <w:t>　　（一）、打好主业发展基础 提升主业运营效率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20__年，绿化公司将在过去的管理基础上，继续从目标制定、指标权责、绩效考核等方面对公司制度管理进行细化完善；在市场拓展方面，公司在做好来年约5000万续建工程的基础上，继续巩固好集团公司的关联项目，在现金流允许的情况下，积极承揽外围政企的优质项目资源，明年重点要跟踪东康快速路沿线、阿布亥沟、红海子湿地等重点绿化工程；在工程管理方面，公司将继续采取规范化、精细化管理，全面提升安全质量管理水平和成本控制水平，真正做到用管理创效益，用精品塑品牌，让公司主业发展的根基越发牢固。</w:t>
      </w:r>
      <w:r>
        <w:rPr>
          <w:lang w:eastAsia="zh-CN"/>
        </w:rPr>
        <w:br/>
      </w:r>
      <w:r>
        <w:rPr>
          <w:lang w:eastAsia="zh-CN"/>
        </w:rPr>
        <w:t>　　（二）、分析主业市场变动 抢抓苗圃基地建设</w:t>
      </w:r>
      <w:r>
        <w:rPr>
          <w:lang w:eastAsia="zh-CN"/>
        </w:rPr>
        <w:br/>
      </w:r>
      <w:r>
        <w:rPr>
          <w:lang w:eastAsia="zh-CN"/>
        </w:rPr>
        <w:t>　　随着美丽中国，生态文明、治沙、治霾等国家生态战略的推进，以及我市境内京津风沙治理二期、十大孔兑综合治理等重点生态工程的继续实施，和我市 “创城”工作的进一步完善，不光会给给园林绿化行业的施工带来发展机遇，大量苗木的采购需求，还会极大的刺激苗木采购市场。我们从相关园林管理部门了解到，截止今年6月底，全市绿化采购的1.5亿株苗木中，本土苗木仅占0.39亿株，其余都来自外省输入，未来投资发展本土苗木生产、经营，具有广阔的市场前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公司分析这一市场机遇，从自身实际出发认识到，一方面苗木属于生物资产，价值在随时间而增值，且受市场不确定性风险因素影响也小，另一方面，公司已办理了苗木经营许可、苗木免税手续，在满足自建工程同时，对外经营的利润空间也十分可观。所以20__年，公司将发展苗木生产、经营做为重点工作。在杭锦旗苗圃基地13年已种植110亩苗木的基础上，把剩余300亩可利用土地全部进行规划种植，在种植品种的挑选与比例搭配上，根据公司业务及未来市场走向，将种植分为景观绿化、和生态绿化两大部分。在主抓杭锦旗苗圃基地建设的同时，公司也将根据市场情况和自身实力，逐步再新建或收购一到两个新的苗圃基地，以扩大公司在苗木生产、经营方面的综合实力。在苗圃基地建设主抓生产的同时，也要逐步提高其科技技术含量，一方面寻求与农林科研、院校等机构建立合作关系，另一方面利用苗圃基地的便利进行组培、盆景等新型业务的拓展。我们还计划，通过苗圃基地的规模发展，争取将公司跻身为我市市级农业龙头企业，享受更多的优惠政策，为公司将来发展农业夯实基础。</w:t>
      </w:r>
      <w:r>
        <w:rPr>
          <w:lang w:eastAsia="zh-CN"/>
        </w:rPr>
        <w:br/>
      </w:r>
      <w:r>
        <w:rPr>
          <w:lang w:eastAsia="zh-CN"/>
        </w:rPr>
        <w:t>　　（三）、把握当前政策脉动探索转型发展农业</w:t>
      </w:r>
      <w:r>
        <w:rPr>
          <w:lang w:eastAsia="zh-CN"/>
        </w:rPr>
        <w:br/>
      </w:r>
      <w:r>
        <w:rPr>
          <w:lang w:eastAsia="zh-CN"/>
        </w:rPr>
        <w:t>　　公司转型发展农业既要克服资金、市场拓展问题，又要充分利用好鄂尔多斯的经济优势和自然资源优势，首先，我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市近年能源工业的快速发展和财政收入的快速增长，已具备了工业反哺农业，城市支持农村的能力。其次是，我市土地资源丰富，虽荒地较多，但宜农、宜林待开发的土地面积较大，且流转价格较低，特别适合畜牧产业、林沙产业的发展，虽然这一优势资源我们不能垄断和排他性占有，但可以通过公司属国有控股这一性质，优先或便利获得这些资源，这也是公司转型农业的独有优势。在国家、自治区、我市继续实施积极的农业政策，及政府层面对未来农业发展高度重视的这一农业振兴发展机遇期，公司在利用好这些优势资源，转型发展农业，即不偏离公司主业，又符合市场引导。</w:t>
      </w:r>
      <w:r>
        <w:rPr>
          <w:lang w:eastAsia="zh-CN"/>
        </w:rPr>
        <w:br/>
      </w:r>
      <w:r>
        <w:rPr>
          <w:lang w:eastAsia="zh-CN"/>
        </w:rPr>
        <w:t>　　(四)、控制转型节奏 设计转型模式</w:t>
      </w:r>
      <w:r>
        <w:rPr>
          <w:lang w:eastAsia="zh-CN"/>
        </w:rPr>
        <w:br/>
      </w:r>
      <w:r>
        <w:rPr>
          <w:lang w:eastAsia="zh-CN"/>
        </w:rPr>
        <w:t>　　考量公司现有实力，转型农业不宜大刀阔斧，跨越式推进，而宜采用渐进式推进，这样一方面可以为公司资金安排、技术引进、市场推广、经验积累赢得时间，另一方面，即使转型稍有偏失，也可以预留出充足的纠偏与更正空间。</w:t>
      </w:r>
      <w:r>
        <w:rPr>
          <w:lang w:eastAsia="zh-CN"/>
        </w:rPr>
        <w:br/>
      </w:r>
      <w:r>
        <w:rPr>
          <w:lang w:eastAsia="zh-CN"/>
        </w:rPr>
        <w:t>　　转型发展农业，合作方式是公司比较关心的问题，公司初步设想的合作方式是，与国内知名龙头企业建立股份合作关系，共同开发本地区具有优势的合作项目。而且在合作分工方面我们力争要全面参与到，在利润产生的各个环节也要参与到，这样，一方面我们可以引进实力企业的管理经验和先进技术，另一方面也能“借船出海”开拓市场。</w:t>
      </w:r>
      <w:r>
        <w:rPr>
          <w:lang w:eastAsia="zh-CN"/>
        </w:rPr>
        <w:br/>
      </w:r>
      <w:r>
        <w:rPr>
          <w:lang w:eastAsia="zh-CN"/>
        </w:rPr>
        <w:t xml:space="preserve">    2024关于公司年终总结报告 篇2 </w:t>
      </w:r>
      <w:r>
        <w:rPr>
          <w:lang w:eastAsia="zh-CN"/>
        </w:rPr>
        <w:br/>
      </w:r>
      <w:r>
        <w:rPr>
          <w:lang w:eastAsia="zh-CN"/>
        </w:rPr>
        <w:t>　　__年上半年，财务部紧紧围绕机械集团公司年初职代会的工作中心，在为全公司提供优质服务的同时，认真组织会计核算，规范各项财务基础工作，并通过加强财务制度和财务内部控制制度的建设，站在财务管理和战略管理的角度，以成本为中心、资金为纽带，不断提高财务服务质量。</w:t>
      </w:r>
      <w:r>
        <w:rPr>
          <w:lang w:eastAsia="zh-CN"/>
        </w:rPr>
        <w:br/>
      </w:r>
      <w:r>
        <w:rPr>
          <w:lang w:eastAsia="zh-CN"/>
        </w:rPr>
        <w:t>　　一、严格遵守财务会计制度和税收法规，认真履行职责，组织会计核算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财务部的主要职责是做好会计核算，进行会计监督。财务部全体人员一直严格遵守国家财务会计制度、税收法规、__集团总公司的财务制度及国家其他财经法律法规，认真履行财务部的工作职责。从审核原始凭证、会计记账凭证的录入，到编制财务会计报表；从各项税费的计提到纳税申报、上缴；从资金计划的安排，到结算中心的统一调拨、支付等等，每位会计人员都勤勤恳恳、任劳任怨、努力做好本职工作，认真执行企业会计制度，实现了会计信息收集、处理和传递的及时性、准确性。</w:t>
      </w:r>
      <w:r>
        <w:rPr>
          <w:lang w:eastAsia="zh-CN"/>
        </w:rPr>
        <w:br/>
      </w:r>
      <w:r>
        <w:rPr>
          <w:lang w:eastAsia="zh-CN"/>
        </w:rPr>
        <w:t>　　二、以实施新中大软件为契机，规范各项财务基础工作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经过两个月的__年度三套会计决算报告的编制后，财务部按新企业会计制度的要求着手进行了新中大20__年财务会计模块的初始化工作。对会计科目、核算项目、部门的设置，会计报表的格式等均按照新企业会计制度的规定，并针对平时会计核算和报表编制中发现的问题和不足进行了改进和完善。如设置“制造费用”明细科目，并按该科目的费用项目进行了明细核算、归集和分配，费用的具体开支情况现已一目了然；规范“应交税金”科目的核算，如对增值税明细项目的月末结转、个人所得税的科目统一、现金流量项目的规范化；对收下属分公司的管理费用由以前冲减管理费用改为冲减制造费用，这样使管理费用和销售毛利率的反映更为合理、恰当；在配合固定资产实物管理部门对固定资产进行全面清理的基础上，按照《固定资产分类与代码》对固定资产编制了固定资产卡片类别代码，并在此基础上，完成了新中大固定资产管理模块的初始化工作。__集团总公司要求在今年4月份全面正式运行新中大财务软件，而本集团公司财务部在3月份就完全甩掉金蝶财务系统，正式运行新中大，结束了长达半年之久的两套财务软件同时运行的局面。目前新中大软件已正式与矿部相链接，并运行良好。</w:t>
      </w:r>
      <w:r>
        <w:rPr>
          <w:lang w:eastAsia="zh-CN"/>
        </w:rPr>
        <w:br/>
      </w:r>
      <w:r>
        <w:rPr>
          <w:lang w:eastAsia="zh-CN"/>
        </w:rPr>
        <w:t>　　三、制订各项财务成本计划，严格控制成本费用四、资金调控有序，合理控制集团总体资金规模</w:t>
      </w:r>
      <w:r>
        <w:rPr>
          <w:lang w:eastAsia="zh-CN"/>
        </w:rPr>
        <w:br/>
      </w:r>
      <w:r>
        <w:rPr>
          <w:lang w:eastAsia="zh-CN"/>
        </w:rPr>
        <w:t>　　上半年，随着原材料市场价格的持续上扬，而__集团总公司销售价格制订相对迟缓，本集团公司资金一度吃紧。为此，财务部一方面及时与客户对账，加强销货款的及时回笼，在资金安排上，做到公正、透明，先急后缓；另一方面，根据集团公司经营方针与计划，合理地安排融资进度与额度，并针对工商银行借款利率上浮的情况，选择相对利率更低的农村信用联社贷款，以及通过向__集团总部结算中心临时借款，以保证生产经营所需。这样，通过以资金为纽带的综合调控，促进了整个集团生产经营发展的有序进行。</w:t>
      </w:r>
      <w:r>
        <w:rPr>
          <w:lang w:eastAsia="zh-CN"/>
        </w:rPr>
        <w:br/>
      </w:r>
      <w:r>
        <w:rPr>
          <w:lang w:eastAsia="zh-CN"/>
        </w:rPr>
        <w:t>　　四、加强财务会计制度建设，提高财务信息质量</w:t>
      </w:r>
      <w:r>
        <w:rPr>
          <w:lang w:eastAsia="zh-CN"/>
        </w:rPr>
        <w:br/>
      </w:r>
      <w:r>
        <w:rPr>
          <w:lang w:eastAsia="zh-CN"/>
        </w:rPr>
        <w:t>　　财务部根据公司差旅费的实际执行情况，为进一步规范本集团公司工作人员差旅费开支行为、统一标准，制定了《机械集团工作人员差旅费开支规定》。为提高会计信息的质量，财务部制定了《机械集团会计报告竞赛考评办法》，对各母子公司的会计报表从报送时间及时性、数据准确性、报表格式规范化、完整性等方面做了比较系统的规定，从而逐步提高了会计信息的质量，为领导决策和管理者进行财务分析提供了可靠、有用的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平时财务部通过开展每周一次的交流会，解决上周工作中出现的问题，布置下周的主要工作，逐步规范各项会计行为，使会计工作的各个环节按一定的会计规则、程序有效地运行和控制。</w:t>
      </w:r>
      <w:r>
        <w:rPr>
          <w:lang w:eastAsia="zh-CN"/>
        </w:rPr>
        <w:br/>
      </w:r>
      <w:r>
        <w:rPr>
          <w:lang w:eastAsia="zh-CN"/>
        </w:rPr>
        <w:t>　　五、制定财务部各工作岗位职责，并进行自我评定</w:t>
      </w:r>
      <w:r>
        <w:rPr>
          <w:lang w:eastAsia="zh-CN"/>
        </w:rPr>
        <w:br/>
      </w:r>
      <w:r>
        <w:rPr>
          <w:lang w:eastAsia="zh-CN"/>
        </w:rPr>
        <w:t>　　为明确财务部会计人员各岗位的职责权限、工作分工和纪律要求，制定了会计人员岗位职责，同时要求各岗位会计人员根据本岗位的职责要求，进行工作总结，岗位评述和认定，对各自的工作提出建议、作出打算，并对自己的岗位写出每月工作规程备忘录。这样，强化了各岗位会计人员的责任感，加强了内部核算监督，促进了各岗位的交流、合作与团结。</w:t>
      </w:r>
      <w:r>
        <w:rPr>
          <w:lang w:eastAsia="zh-CN"/>
        </w:rPr>
        <w:br/>
      </w:r>
      <w:r>
        <w:rPr>
          <w:lang w:eastAsia="zh-CN"/>
        </w:rPr>
        <w:t>　　六、开展了以涉税业务和执行企业会计制度、会计法及其他财经法律、法规的自查活动</w:t>
      </w:r>
      <w:r>
        <w:rPr>
          <w:lang w:eastAsia="zh-CN"/>
        </w:rPr>
        <w:br/>
      </w:r>
      <w:r>
        <w:rPr>
          <w:lang w:eastAsia="zh-CN"/>
        </w:rPr>
        <w:t>　　为了规范财务行为，配合各级主管部门的稽查与审计工作，财务部组织了在本集团公司内的__年至__年的财务自查活动，对审计和自查中发现的问题及时地进行了整改，事后进行了交流，提高了会计人员的职业技能。</w:t>
      </w:r>
      <w:r>
        <w:rPr>
          <w:lang w:eastAsia="zh-CN"/>
        </w:rPr>
        <w:br/>
      </w:r>
      <w:r>
        <w:rPr>
          <w:lang w:eastAsia="zh-CN"/>
        </w:rPr>
        <w:t>　　下半年，为实现本集团公司的各项生产经营任务和总体发展目标，财务部的工作任重而道远。为此，需要在以下几个方面继续做好工作：</w:t>
      </w:r>
      <w:r>
        <w:rPr>
          <w:lang w:eastAsia="zh-CN"/>
        </w:rPr>
        <w:br/>
      </w:r>
      <w:r>
        <w:rPr>
          <w:lang w:eastAsia="zh-CN"/>
        </w:rPr>
        <w:t>　　1、做好上半年和第三季度的经济活动分析工作，及时提出为实现本集团公司生产经营计划的财务控制可行性措施或建议。配合__集团总部进行收入、成本、费用的专项检查，加强非生产费用和可控费用的控制、执行力度，不能超支的绝不超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2、为更好地加强资金管理，统一调配，根据__集团总部结算中心的工作计划安排，做好本公司结算中心的统收统支和结算软件的培训与安装工作。</w:t>
      </w:r>
      <w:r>
        <w:rPr>
          <w:lang w:eastAsia="zh-CN"/>
        </w:rPr>
        <w:br/>
      </w:r>
      <w:r>
        <w:rPr>
          <w:lang w:eastAsia="zh-CN"/>
        </w:rPr>
        <w:t>　　3、继续制定和完善各项财务管理制度和内部控制制度，如会计电算化管理制度、固定资产财务管理制度、会计人员岗位考评办法等。</w:t>
      </w:r>
      <w:r>
        <w:rPr>
          <w:lang w:eastAsia="zh-CN"/>
        </w:rPr>
        <w:br/>
      </w:r>
      <w:r>
        <w:rPr>
          <w:lang w:eastAsia="zh-CN"/>
        </w:rPr>
        <w:t>　　4、__集团总部财务处要求在全集团范围内推行全面预算管理，本公司是先行试点单位，因此财务部要积极配合做好这方面的工作。</w:t>
      </w:r>
      <w:r>
        <w:rPr>
          <w:lang w:eastAsia="zh-CN"/>
        </w:rPr>
        <w:br/>
      </w:r>
      <w:r>
        <w:rPr>
          <w:lang w:eastAsia="zh-CN"/>
        </w:rPr>
        <w:t>　　5、做好年终财务决算的各项前期准备工作，工作中遇到不能解决的问题，及时反映，以求得到及时解决。并注重与__集团总部财务处、分部、本公司等各有关部室的沟通，更好地提高财务服务质量。</w:t>
      </w:r>
      <w:r>
        <w:rPr>
          <w:lang w:eastAsia="zh-CN"/>
        </w:rPr>
        <w:br/>
      </w:r>
      <w:r>
        <w:rPr>
          <w:lang w:eastAsia="zh-CN"/>
        </w:rPr>
        <w:t>　　6、加强会计人员的业务知识、企业会计制度和国家有关财经法规的学习，结合会计人员考评办法，逐步提高会计人员的专业知识、技能和职业判断能力。</w:t>
      </w:r>
      <w:r>
        <w:rPr>
          <w:lang w:eastAsia="zh-CN"/>
        </w:rPr>
        <w:br/>
      </w:r>
      <w:r>
        <w:rPr>
          <w:lang w:eastAsia="zh-CN"/>
        </w:rPr>
        <w:t xml:space="preserve">    2024关于公司年终总结报告 篇3 </w:t>
      </w:r>
      <w:r>
        <w:rPr>
          <w:lang w:eastAsia="zh-CN"/>
        </w:rPr>
        <w:br/>
      </w:r>
      <w:r>
        <w:rPr>
          <w:lang w:eastAsia="zh-CN"/>
        </w:rPr>
        <w:t>　　进入__公司已有3年的时间，回首往事，几多紧张、几多无奈，几多的欢乐。在尚格公司我经历了从业务代表到办公室到业务部经理的转变，感谢公司对我的培养和信任。现将工作中出现的情况及明年的工作打算总结如下，以期能有指导日后工作推进之意义。</w:t>
      </w:r>
      <w:r>
        <w:rPr>
          <w:lang w:eastAsia="zh-CN"/>
        </w:rPr>
        <w:br/>
      </w:r>
      <w:r>
        <w:rPr>
          <w:lang w:eastAsia="zh-CN"/>
        </w:rPr>
        <w:t>　　一、总结过去这一年来工作中的不足，现剖析如下，以自勉：</w:t>
      </w:r>
      <w:r>
        <w:rPr>
          <w:lang w:eastAsia="zh-CN"/>
        </w:rPr>
        <w:br/>
      </w:r>
      <w:r>
        <w:rPr>
          <w:lang w:eastAsia="zh-CN"/>
        </w:rPr>
        <w:t>　　1、个人工作方面：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在20__年8月我被任命为业务部经理，在个人工作方面由于事务性工作和与部门之间协调性工作量的加大，日常下小区的次数有所下降，对小区的实际真实情况没有认真了解，对小区的情况反馈没有掌握真实性，导致回传信息失真。</w:t>
      </w:r>
      <w:r>
        <w:rPr>
          <w:lang w:eastAsia="zh-CN"/>
        </w:rPr>
        <w:br/>
      </w:r>
      <w:r>
        <w:rPr>
          <w:lang w:eastAsia="zh-CN"/>
        </w:rPr>
        <w:t>　　（2）另外一个体现就是在一些具体的个人业务养成方面，对新接待客户的回访深度剖析和老客户的维护上面做得不够精细。对竞争对手的产品分析不够深入，对市场情况的了解不够主动不够认真。</w:t>
      </w:r>
      <w:r>
        <w:rPr>
          <w:lang w:eastAsia="zh-CN"/>
        </w:rPr>
        <w:br/>
      </w:r>
      <w:r>
        <w:rPr>
          <w:lang w:eastAsia="zh-CN"/>
        </w:rPr>
        <w:t>　　2、业务部内部管理上的疏漏</w:t>
      </w:r>
      <w:r>
        <w:rPr>
          <w:lang w:eastAsia="zh-CN"/>
        </w:rPr>
        <w:br/>
      </w:r>
      <w:r>
        <w:rPr>
          <w:lang w:eastAsia="zh-CN"/>
        </w:rPr>
        <w:t>　　（1）业务部人员专业培训和课外知识不到位。</w:t>
      </w:r>
      <w:r>
        <w:rPr>
          <w:lang w:eastAsia="zh-CN"/>
        </w:rPr>
        <w:br/>
      </w:r>
      <w:r>
        <w:rPr>
          <w:lang w:eastAsia="zh-CN"/>
        </w:rPr>
        <w:t>　　虽然在前期，对到岗的业务代表进行了系统的培训，但在后续的专业培训跟进方面没有做到位，导致业务代表你说什么他都知道（因为培训过），你说什么他又不知道（因为他忘了），所以持续的、不间断的学习和培训将是后期工作的一大重点。加大力度搭建专业人才培训、考核。</w:t>
      </w:r>
      <w:r>
        <w:rPr>
          <w:lang w:eastAsia="zh-CN"/>
        </w:rPr>
        <w:br/>
      </w:r>
      <w:r>
        <w:rPr>
          <w:lang w:eastAsia="zh-CN"/>
        </w:rPr>
        <w:t>　　（2）业务信息渠道狭窄，市场拓展能力不足</w:t>
      </w:r>
      <w:r>
        <w:rPr>
          <w:lang w:eastAsia="zh-CN"/>
        </w:rPr>
        <w:br/>
      </w:r>
      <w:r>
        <w:rPr>
          <w:lang w:eastAsia="zh-CN"/>
        </w:rPr>
        <w:t>　　我们的业务量没有大的发展，体现我们业务拓展的不足：信息范围局限，渠道单一狭窄，缺乏规范管理；信息甄别随意，跟踪手段简单，缺乏系统策划；市场拓展思路不宽广、手段不丰富，单兵作战能力不强，综合技能有待提升。</w:t>
      </w:r>
      <w:r>
        <w:rPr>
          <w:lang w:eastAsia="zh-CN"/>
        </w:rPr>
        <w:br/>
      </w:r>
      <w:r>
        <w:rPr>
          <w:lang w:eastAsia="zh-CN"/>
        </w:rPr>
        <w:t>　　（3）工作细节控制不足，导致综合效益不高。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通过十多年的品牌沉淀，企业治理日益完善，企业文化不断积累。但是今天的尚格人，还没有专业操守和责任心，没有工作热情和拼搏精神，虽然到处都是他们忙碌的身影，也拉来了客户，但是由于我们的工作精细度不够高，细节控制尚有</w:t>
      </w:r>
      <w:r>
        <w:rPr>
          <w:lang w:eastAsia="zh-CN"/>
        </w:rPr>
        <w:br/>
      </w:r>
      <w:r>
        <w:rPr>
          <w:lang w:eastAsia="zh-CN"/>
        </w:rPr>
        <w:t>　　不足，导致综合效益不理想。比如：拉来业务单子，但是前期品牌导入意识和脱节的现场配合；交了定金等出图，但是图纸的理念和方案又打动不了客户；等等。</w:t>
      </w:r>
      <w:r>
        <w:rPr>
          <w:lang w:eastAsia="zh-CN"/>
        </w:rPr>
        <w:br/>
      </w:r>
      <w:r>
        <w:rPr>
          <w:lang w:eastAsia="zh-CN"/>
        </w:rPr>
        <w:t>　　3、客服中心</w:t>
      </w:r>
      <w:r>
        <w:rPr>
          <w:lang w:eastAsia="zh-CN"/>
        </w:rPr>
        <w:br/>
      </w:r>
      <w:r>
        <w:rPr>
          <w:lang w:eastAsia="zh-CN"/>
        </w:rPr>
        <w:t>　　（1）前台接待对客户不够认真，导致客户第一印象不深入</w:t>
      </w:r>
      <w:r>
        <w:rPr>
          <w:lang w:eastAsia="zh-CN"/>
        </w:rPr>
        <w:br/>
      </w:r>
      <w:r>
        <w:rPr>
          <w:lang w:eastAsia="zh-CN"/>
        </w:rPr>
        <w:t>　　前台礼仪接待不够专业，没有对公司企业文化进行深入理解，对客户的前期引导不到位，导致客户对公司品牌不够了解，没有品牌信任度和品牌附加值。比如：对公司的成立时间、公司所获得的荣誉、公司的实力、公司在目前市场的认知度及竞争品牌的不了解、不熟知等等。</w:t>
      </w:r>
      <w:r>
        <w:rPr>
          <w:lang w:eastAsia="zh-CN"/>
        </w:rPr>
        <w:br/>
      </w:r>
      <w:r>
        <w:rPr>
          <w:lang w:eastAsia="zh-CN"/>
        </w:rPr>
        <w:t>　　（2）老客户维护工作滞后，导致老客户推介率下降</w:t>
      </w:r>
      <w:r>
        <w:rPr>
          <w:lang w:eastAsia="zh-CN"/>
        </w:rPr>
        <w:br/>
      </w:r>
      <w:r>
        <w:rPr>
          <w:lang w:eastAsia="zh-CN"/>
        </w:rPr>
        <w:t>　　培养一个老客户的忠诚度，是一个企业长久发展的法宝，开发一个新客户的难度和成本大于维护老客户的反复购买力和推介率。而往往我们疏忽了这一点，而导致客户的推介率大大的降低。施工过程中严把着质量关，售后维修要积极妥善。日常对老客户要做好维护，比如：日常的祝福短信、天气提醒、节日的祝福贺卡等等一些细节营销，维系老客户与公司关系，也可以第一时间得到老客户样板房的提供。</w:t>
      </w:r>
      <w:r>
        <w:rPr>
          <w:lang w:eastAsia="zh-CN"/>
        </w:rPr>
        <w:br/>
      </w:r>
      <w:r>
        <w:rPr>
          <w:lang w:eastAsia="zh-CN"/>
        </w:rPr>
        <w:t>　　4、我自身的缺陷</w:t>
      </w:r>
      <w:r>
        <w:rPr>
          <w:lang w:eastAsia="zh-CN"/>
        </w:rPr>
        <w:br/>
      </w:r>
      <w:r>
        <w:rPr>
          <w:lang w:eastAsia="zh-CN"/>
        </w:rPr>
        <w:t>　　（1）不细心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考虑问题太少不够精细，该考虑的问题没考虑到，不该考虑到的问题多考虑了。遇事没有系统的分析，而盲目的来下定论。这种性格会对个人威信的自我树立相当不利，亟待改之！</w:t>
      </w:r>
      <w:r>
        <w:rPr>
          <w:lang w:eastAsia="zh-CN"/>
        </w:rPr>
        <w:br/>
      </w:r>
      <w:r>
        <w:rPr>
          <w:lang w:eastAsia="zh-CN"/>
        </w:rPr>
        <w:t>　　（2）脾气太急躁不够沉稳</w:t>
      </w:r>
      <w:r>
        <w:rPr>
          <w:lang w:eastAsia="zh-CN"/>
        </w:rPr>
        <w:br/>
      </w:r>
      <w:r>
        <w:rPr>
          <w:lang w:eastAsia="zh-CN"/>
        </w:rPr>
        <w:t>　　个人心理承受能力不是很好，对某些事情个人感观较浓，说话的尺度有所欠缺，语言语气不够平和。办事的分寸掌握的不够完美。这中性格会造成本部门和其他部门的同事造成误解，甚至导致激化个人矛盾和部门之间矛盾，亟待改之！</w:t>
      </w:r>
      <w:r>
        <w:rPr>
          <w:lang w:eastAsia="zh-CN"/>
        </w:rPr>
        <w:br/>
      </w:r>
      <w:r>
        <w:rPr>
          <w:lang w:eastAsia="zh-CN"/>
        </w:rPr>
        <w:t>　　二、20__年的工作计划</w:t>
      </w:r>
      <w:r>
        <w:rPr>
          <w:lang w:eastAsia="zh-CN"/>
        </w:rPr>
        <w:br/>
      </w:r>
      <w:r>
        <w:rPr>
          <w:lang w:eastAsia="zh-CN"/>
        </w:rPr>
        <w:t>　　在20__年岁末王总提出了“蓝海战略”598套餐和298套餐，并通过和专业老师的学习，这个决策在整个市场第一家推出，应该在市场上按照王总的总体思路是可行的，在20__年应该全力以赴来做好这个套餐方案。具体工作业务部计划如下：</w:t>
      </w:r>
      <w:r>
        <w:rPr>
          <w:lang w:eastAsia="zh-CN"/>
        </w:rPr>
        <w:br/>
      </w:r>
      <w:r>
        <w:rPr>
          <w:lang w:eastAsia="zh-CN"/>
        </w:rPr>
        <w:t>　　1、注重企业人才建设，增强企业竞争力</w:t>
      </w:r>
      <w:r>
        <w:rPr>
          <w:lang w:eastAsia="zh-CN"/>
        </w:rPr>
        <w:br/>
      </w:r>
      <w:r>
        <w:rPr>
          <w:lang w:eastAsia="zh-CN"/>
        </w:rPr>
        <w:t>　　业务部拟建立健全绩效考核体系，拟编制完善《业务部员工手册》，初步形成业务部激励机制，努力形成“公平公正、广纳群贤、人尽其才、能上能下、充满活力”的用人机制。15年公司共吸引各类人才数余名，初步实现“吸引人才、留住人才”的人才战略，逐步增加企业竞争力。业务部人员需采用大浪淘沙制度，金子都留下来为我所用制定完善的公司品牌文化说辞，加强前台接待和业务部全体人员的学习，使公司品牌价值充分体现在日常的接待中。首先培养员工对企业的忠诚度，再用他们的激情和对公司的热爱来培养客户的忠诚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2、合理利用经营资源，加强经营配套服务意识</w:t>
      </w:r>
      <w:r>
        <w:rPr>
          <w:lang w:eastAsia="zh-CN"/>
        </w:rPr>
        <w:br/>
      </w:r>
      <w:r>
        <w:rPr>
          <w:lang w:eastAsia="zh-CN"/>
        </w:rPr>
        <w:t>　　为了更好地服务客户，提高客户签单率，客服中心拟制定《客户管理制度》，针对新老客户的实际情况和工程的特点，和设计部从不同风格设计师安排、设计方案、项目经理安排等方面给予专业的建议和相应的服务，做好每一个细节使客户充分满意。</w:t>
      </w:r>
      <w:r>
        <w:rPr>
          <w:lang w:eastAsia="zh-CN"/>
        </w:rPr>
        <w:br/>
      </w:r>
      <w:r>
        <w:rPr>
          <w:lang w:eastAsia="zh-CN"/>
        </w:rPr>
        <w:t>　　3、以经营为核心，整合资源，推行全面营销模式</w:t>
      </w:r>
      <w:r>
        <w:rPr>
          <w:lang w:eastAsia="zh-CN"/>
        </w:rPr>
        <w:br/>
      </w:r>
      <w:r>
        <w:rPr>
          <w:lang w:eastAsia="zh-CN"/>
        </w:rPr>
        <w:t>　　根据公司及王总20__“蓝海战略“的定位，我们应采取更加灵活有效、更加务实的措施、更科学的运营管理、更优质的服务，转换经营机制，优化工作流程，强化服务意识，拓宽视野，使双套餐产品在市场上能够打响。</w:t>
      </w:r>
      <w:r>
        <w:rPr>
          <w:lang w:eastAsia="zh-CN"/>
        </w:rPr>
        <w:br/>
      </w:r>
      <w:r>
        <w:rPr>
          <w:lang w:eastAsia="zh-CN"/>
        </w:rPr>
        <w:t>　　4、落实教育培训工作</w:t>
      </w:r>
      <w:r>
        <w:rPr>
          <w:lang w:eastAsia="zh-CN"/>
        </w:rPr>
        <w:br/>
      </w:r>
      <w:r>
        <w:rPr>
          <w:lang w:eastAsia="zh-CN"/>
        </w:rPr>
        <w:t>　　在补充建章立制后，利用早班会、培训课等各种方式狠抓教育培训工作通过教育培训，使员工按制度办事、遵纪守法的观念要有质的提高。从而实现了全体员工接到任务后都能满腔热忱、任劳任怨的努力完成。</w:t>
      </w:r>
      <w:r>
        <w:rPr>
          <w:lang w:eastAsia="zh-CN"/>
        </w:rPr>
        <w:br/>
      </w:r>
      <w:r>
        <w:rPr>
          <w:lang w:eastAsia="zh-CN"/>
        </w:rPr>
        <w:t>　　回顾20__年的一年，我们做的不好，但是也使我们认识到了市场不公平的竞争激烈性，我们在20__年有一点失败，也是我深切认识到我工作的不足。在新的一年里我会严格执行公司的工作标准，配合好王总、郭总及所有部门领导的工作，认真做好业务部和客服中心的工作制度制定和完善，并认真督促和完成。全力以赴在新的一年里完成公司的目标任务。</w:t>
      </w:r>
      <w:r>
        <w:rPr>
          <w:lang w:eastAsia="zh-CN"/>
        </w:rPr>
        <w:br/>
      </w:r>
      <w:r>
        <w:rPr>
          <w:lang w:eastAsia="zh-CN"/>
        </w:rPr>
        <w:t xml:space="preserve">    2024关于公司年终总结报告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整个20__年的财务工作，比较20__年没有根本的改观和变化，甚至于还可以算作退步了。这也是因为我的业务能力和管理能力不足造成的。总结20__年度的工作，主要存在如下问题：</w:t>
      </w:r>
      <w:r>
        <w:rPr>
          <w:lang w:eastAsia="zh-CN"/>
        </w:rPr>
        <w:br/>
      </w:r>
      <w:r>
        <w:rPr>
          <w:lang w:eastAsia="zh-CN"/>
        </w:rPr>
        <w:t>　　一、财务体系不规范。财务体系的不规范表现在两个方面，</w:t>
      </w:r>
      <w:r>
        <w:rPr>
          <w:lang w:eastAsia="zh-CN"/>
        </w:rPr>
        <w:br/>
      </w:r>
      <w:r>
        <w:rPr>
          <w:lang w:eastAsia="zh-CN"/>
        </w:rPr>
        <w:t>　　1、帐务处理没有应用规范的处理程序;</w:t>
      </w:r>
      <w:r>
        <w:rPr>
          <w:lang w:eastAsia="zh-CN"/>
        </w:rPr>
        <w:br/>
      </w:r>
      <w:r>
        <w:rPr>
          <w:lang w:eastAsia="zh-CN"/>
        </w:rPr>
        <w:t>　　2、我们公司的特殊性决定了财务核算的不规范，比如价格的保密，使得我们财务部门不能及时取得合理合格的会计凭证。</w:t>
      </w:r>
      <w:r>
        <w:rPr>
          <w:lang w:eastAsia="zh-CN"/>
        </w:rPr>
        <w:br/>
      </w:r>
      <w:r>
        <w:rPr>
          <w:lang w:eastAsia="zh-CN"/>
        </w:rPr>
        <w:t>　　3、公司的许多重大决策没有财务人员的参与，而事后也没有及时的进行会议通报。这也是造成我们财务核算体系不能够规范化的一个最主要的原因。从这个意义上来讲，我们公司财务部门和代账公司并没有什么区别。比如销售会议、人员安排、办事处的撤并等等，基本上我们都是事后遇见的时候才知道变化了，然后才去补做。作为公司最主要的职能部门的财务部，不能参加公司的重大决策会议，我个人认为是不可思议的事情。因此在这一点上，我认为我们在行政和办公室的管理上是薄弱的。所有研究的问题，都必须要有文件依据，并要对所有需要执行和知道的部门进行通报。许多事情是需要办事人员去处理的，不仅仅说主要的领导决定了知道了就可以了，重要的是要那些具体办理和执行的人知道并且理解。否则，怎么可以贯彻和执行呢?这也许就是我们公司执行力始终低下的一个最主要的原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二、财务报表不能及及时报出;这个原因就是因为以上二个原因造成的。我们公司的财务部门现在处于一种很尴尬的境地：一方面要我们按照财务的要求去做，一方面又有诸多主客观条件的限制，而且重大决策不能参与。当然，更重要的原因也是我们财务人员执行力不到位，人员素质低下的原因。</w:t>
      </w:r>
      <w:r>
        <w:rPr>
          <w:lang w:eastAsia="zh-CN"/>
        </w:rPr>
        <w:br/>
      </w:r>
      <w:r>
        <w:rPr>
          <w:lang w:eastAsia="zh-CN"/>
        </w:rPr>
        <w:t>　　三、缺少宏观调控。缺少宏观调控的主要原因，是因为我们人员尤其是我的管理能力不到，人员分工不明确，眉毛胡子一把抓。再一个也是有些透明度不够造成的。我们公司比较起来不是很大，可以用小企业来比喻。但是我们的企业在某种程度上是个复杂的企业,也可以说是个不是集团企业的集团企业。十多个实实在在存在的办事处，还有几个独自的子公司，这些可以说都是需要独立进行会计处理和财务核算的企业。相对于这些来说，我们的财务人员不是多了，而是严重不足。一般的生产企业或者相当的商贸企业，都有专门的往来帐会计和成本核算会计，我们就没有。办事处的会计人员参差不齐，还有的是外行，有几个根本就没有会计。再加上我们的政策的不透明，使得我们的办事处帐务很多是一塌糊涂。这些帐务的能够及时处理，多亏了我们有个syp小姐，她的功劳，虽然还有这样或者那样的问题。缺少宏观调控的还有一个最主要的原因，是出纳员异地办公，这在付款和资金的掌控上都出现严重滞后的问题。特别是付款。当然这一点我作为财务经理没有很好的处理这个问题，我应该付全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四、财务人员素质偏低，业务面狭窄。这个原因最主要的后果就是，使得我们公司会计处理在政策程度上不能全面的完全的符合，同时也缺少灵活性。于是为了保证公司会计财务处理的正确性，公司不得不另外再请会计顾问来协助我们提高和修正。在这一方面我深深的感到对公司的歉疚，这一点也是我们学习不够造成的。在学习上，我们在20__年应该有个大的改变。</w:t>
      </w:r>
      <w:r>
        <w:rPr>
          <w:lang w:eastAsia="zh-CN"/>
        </w:rPr>
        <w:br/>
      </w:r>
      <w:r>
        <w:rPr>
          <w:lang w:eastAsia="zh-CN"/>
        </w:rPr>
        <w:t>　　五、执行制度不力，执行力差。比如报表和各种统计报表不能及时报出，很多临时性的安排打了折扣等。这一点的主要责任是我的。因为我作为部门负责人，没有起到表率作用或者没有要求到位。我们的许多制度和规范都有，但是在执行的过程中没有监督到位，使得许多事情办理的不符合规定或者没有按照要求执行完毕。这一点我们在20__年及其以后的工作中必须彻底立即改变的。</w:t>
      </w:r>
      <w:r>
        <w:rPr>
          <w:lang w:eastAsia="zh-CN"/>
        </w:rPr>
        <w:br/>
      </w:r>
      <w:r>
        <w:rPr>
          <w:lang w:eastAsia="zh-CN"/>
        </w:rPr>
        <w:t>　　六，工作配合协调工作做的很差。协调表现在两个方面，一个是工作上的互相配合，一个是工作上的互相支援。工作配合主要是靠负责人的的协调和组织能力，这一点主要是因为我们每个人特别是我都没有放下自己的心理包袱，都自以为是造成的。这一点在20__年度上也是必须立即改变的。当然这里的人员安排还需要公司领导的支持。</w:t>
      </w:r>
      <w:r>
        <w:rPr>
          <w:lang w:eastAsia="zh-CN"/>
        </w:rPr>
        <w:br/>
      </w:r>
      <w:r>
        <w:rPr>
          <w:lang w:eastAsia="zh-CN"/>
        </w:rPr>
        <w:t>　　当然，我们是发展中的私营企业，有些东西都基本上形成了模式。而出现这样的状况，放在宏观上来看，也并没有什么错误。现在中国所有的私营企业都这样。因此这也是我们财务工作的难点所在。一方面要求规范，走正规化的路子，一方面实际情况又不允许我们一步到位，完全规范。这一点也希望公司的领导层不要对我们进行太过求全责备。</w:t>
      </w:r>
      <w:r>
        <w:rPr>
          <w:lang w:eastAsia="zh-CN"/>
        </w:rPr>
        <w:br/>
      </w:r>
      <w:r>
        <w:rPr>
          <w:lang w:eastAsia="zh-CN"/>
        </w:rPr>
        <w:t xml:space="preserve">    2024关于公司年终总结报告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时光苒苒，岁月如梭，20_年马上就要过去了，这一年里，有成功，也有失败，有机遇，也有挑战，有令人开心的经历，也有压力山大的阻碍，但就在这一年，有缘结识了_管廊公司的一群小伙伴，融入了一个新的集体，我们一起工作，一起成长，一起用热情、青春和汗水打造_市的百年管廊，这是我的荣幸，我会投入全部的精力，撸起袖子加油干，迎接最美好的20_!</w:t>
      </w:r>
      <w:r>
        <w:rPr>
          <w:lang w:eastAsia="zh-CN"/>
        </w:rPr>
        <w:br/>
      </w:r>
      <w:r>
        <w:rPr>
          <w:lang w:eastAsia="zh-CN"/>
        </w:rPr>
        <w:t>　　四个方面总结20_年</w:t>
      </w:r>
      <w:r>
        <w:rPr>
          <w:lang w:eastAsia="zh-CN"/>
        </w:rPr>
        <w:br/>
      </w:r>
      <w:r>
        <w:rPr>
          <w:lang w:eastAsia="zh-CN"/>
        </w:rPr>
        <w:t>　　施工进度管理</w:t>
      </w:r>
      <w:r>
        <w:rPr>
          <w:lang w:eastAsia="zh-CN"/>
        </w:rPr>
        <w:br/>
      </w:r>
      <w:r>
        <w:rPr>
          <w:lang w:eastAsia="zh-CN"/>
        </w:rPr>
        <w:t>　　1、河南大街完成主要工程量：</w:t>
      </w:r>
      <w:r>
        <w:rPr>
          <w:lang w:eastAsia="zh-CN"/>
        </w:rPr>
        <w:br/>
      </w:r>
      <w:r>
        <w:rPr>
          <w:lang w:eastAsia="zh-CN"/>
        </w:rPr>
        <w:t>　　1)电气工程：低压开关柜安装9台，照明配电箱安装12台，排水泵控制箱安装28台，风机隔离开关箱安装26台，百叶控制箱安装26台，工业插座箱安装60台，LED照明灯安装391套，标志灯安装122套，照明配管6684米，桥架安装2290米，电力电缆敷设19951米，控制电缆敷设7664米，接地母线4777米;</w:t>
      </w:r>
      <w:r>
        <w:rPr>
          <w:lang w:eastAsia="zh-CN"/>
        </w:rPr>
        <w:br/>
      </w:r>
      <w:r>
        <w:rPr>
          <w:lang w:eastAsia="zh-CN"/>
        </w:rPr>
        <w:t>　　2)自控工程：区域控制单元ACU安装1台，分区控制单元ACU安装6台，限位开关26个，感温光缆主机安装1台，网络摄像机安装83台，入侵探测和声光报警各安装40台，光纤电话主机7台，工业电话43台，无线AP49台，通信光缆14600米，控制电缆23500米，供电电缆43900米，通信电缆4500米，网线3700米，配管960米，线槽铺设2290米;</w:t>
      </w:r>
      <w:r>
        <w:rPr>
          <w:lang w:eastAsia="zh-CN"/>
        </w:rPr>
        <w:br/>
      </w:r>
      <w:r>
        <w:rPr>
          <w:lang w:eastAsia="zh-CN"/>
        </w:rPr>
        <w:t>　　3)通风工程：通风管道安装45.2m2，离心式通风机28台，轴流风机2台，防火阀38台，电动百叶窗54台;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4)排水工程：潜水泵安装60台，阀门80台，镀锌钢管666米，阀门及软接头180个;</w:t>
      </w:r>
      <w:r>
        <w:rPr>
          <w:lang w:eastAsia="zh-CN"/>
        </w:rPr>
        <w:br/>
      </w:r>
      <w:r>
        <w:rPr>
          <w:lang w:eastAsia="zh-CN"/>
        </w:rPr>
        <w:t>　　5)消防报警工程：感温电缆10000米，感温光纤1200米，配管20__米，桥架2290米，超细干粉灭火装置100套，灭火器箱100套，防毒面具26套;</w:t>
      </w:r>
      <w:r>
        <w:rPr>
          <w:lang w:eastAsia="zh-CN"/>
        </w:rPr>
        <w:br/>
      </w:r>
      <w:r>
        <w:rPr>
          <w:lang w:eastAsia="zh-CN"/>
        </w:rPr>
        <w:t>　　6)给水及热力工程：DN1000给水管道1200米，DN600热力管道1600米;</w:t>
      </w:r>
      <w:r>
        <w:rPr>
          <w:lang w:eastAsia="zh-CN"/>
        </w:rPr>
        <w:br/>
      </w:r>
      <w:r>
        <w:rPr>
          <w:lang w:eastAsia="zh-CN"/>
        </w:rPr>
        <w:t>　　7)通信工程：通讯桥架3408米。</w:t>
      </w:r>
      <w:r>
        <w:rPr>
          <w:lang w:eastAsia="zh-CN"/>
        </w:rPr>
        <w:br/>
      </w:r>
      <w:r>
        <w:rPr>
          <w:lang w:eastAsia="zh-CN"/>
        </w:rPr>
        <w:t>　　2、崇文路完成主要工程量：</w:t>
      </w:r>
      <w:r>
        <w:rPr>
          <w:lang w:eastAsia="zh-CN"/>
        </w:rPr>
        <w:br/>
      </w:r>
      <w:r>
        <w:rPr>
          <w:lang w:eastAsia="zh-CN"/>
        </w:rPr>
        <w:t>　　1)电气工程：照明配管1524米，桥架安装900米，接地母线1900米;</w:t>
      </w:r>
      <w:r>
        <w:rPr>
          <w:lang w:eastAsia="zh-CN"/>
        </w:rPr>
        <w:br/>
      </w:r>
      <w:r>
        <w:rPr>
          <w:lang w:eastAsia="zh-CN"/>
        </w:rPr>
        <w:t>　　2)自控工程：线槽铺设900米;</w:t>
      </w:r>
      <w:r>
        <w:rPr>
          <w:lang w:eastAsia="zh-CN"/>
        </w:rPr>
        <w:br/>
      </w:r>
      <w:r>
        <w:rPr>
          <w:lang w:eastAsia="zh-CN"/>
        </w:rPr>
        <w:t>　　3)消防报警工程：桥架900米;</w:t>
      </w:r>
      <w:r>
        <w:rPr>
          <w:lang w:eastAsia="zh-CN"/>
        </w:rPr>
        <w:br/>
      </w:r>
      <w:r>
        <w:rPr>
          <w:lang w:eastAsia="zh-CN"/>
        </w:rPr>
        <w:t>　　4)给水工程：DN300给水管道396米;</w:t>
      </w:r>
      <w:r>
        <w:rPr>
          <w:lang w:eastAsia="zh-CN"/>
        </w:rPr>
        <w:br/>
      </w:r>
      <w:r>
        <w:rPr>
          <w:lang w:eastAsia="zh-CN"/>
        </w:rPr>
        <w:t>　　5)通信工程：托臂13.45吨，通讯桥架1100米。</w:t>
      </w:r>
      <w:r>
        <w:rPr>
          <w:lang w:eastAsia="zh-CN"/>
        </w:rPr>
        <w:br/>
      </w:r>
      <w:r>
        <w:rPr>
          <w:lang w:eastAsia="zh-CN"/>
        </w:rPr>
        <w:t>　　3、东关路完成主要工程量：</w:t>
      </w:r>
      <w:r>
        <w:rPr>
          <w:lang w:eastAsia="zh-CN"/>
        </w:rPr>
        <w:br/>
      </w:r>
      <w:r>
        <w:rPr>
          <w:lang w:eastAsia="zh-CN"/>
        </w:rPr>
        <w:t>　　1)电气工程：低压开关柜安装7台，照明配电箱安装8台，排水泵控制箱安装20台，风机隔离开关箱安装18台，百叶控制箱安装16台，工业插座箱安装40台，标志灯安装40套，照明配管3200米，桥架安装1600米，电力电缆敷设10400米，控制电缆敷设4800米，接地母线1600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自控工程：区域控制单元ACU安装1台，分区控制单元ACU安装5台，限位开关22个，感温光缆主机安装1台，网络摄像机安装57台，入侵探测和声光报警各安装28台，光纤电话主机6台，工业电话_台，无线AP47台，通信光缆10000米，控制电缆26060米，供电电缆23600米，通信电缆2900米，网线3300米，配管700米，线槽铺设1600米;</w:t>
      </w:r>
      <w:r>
        <w:rPr>
          <w:lang w:eastAsia="zh-CN"/>
        </w:rPr>
        <w:br/>
      </w:r>
      <w:r>
        <w:rPr>
          <w:lang w:eastAsia="zh-CN"/>
        </w:rPr>
        <w:t>　　3)通风工程：离心式通风机14台，防火阀14台，电动百叶窗38台;</w:t>
      </w:r>
      <w:r>
        <w:rPr>
          <w:lang w:eastAsia="zh-CN"/>
        </w:rPr>
        <w:br/>
      </w:r>
      <w:r>
        <w:rPr>
          <w:lang w:eastAsia="zh-CN"/>
        </w:rPr>
        <w:t>　　4)排水工程：潜水泵安装44台，阀门80台，镀锌钢管707米，阀门及软接头132个;</w:t>
      </w:r>
      <w:r>
        <w:rPr>
          <w:lang w:eastAsia="zh-CN"/>
        </w:rPr>
        <w:br/>
      </w:r>
      <w:r>
        <w:rPr>
          <w:lang w:eastAsia="zh-CN"/>
        </w:rPr>
        <w:t>　　5)消防报警工程：桥架1600米;</w:t>
      </w:r>
      <w:r>
        <w:rPr>
          <w:lang w:eastAsia="zh-CN"/>
        </w:rPr>
        <w:br/>
      </w:r>
      <w:r>
        <w:rPr>
          <w:lang w:eastAsia="zh-CN"/>
        </w:rPr>
        <w:t>　　6)给水及热力工程：DN600给水管道864米，DN700热力管道_76米;</w:t>
      </w:r>
      <w:r>
        <w:rPr>
          <w:lang w:eastAsia="zh-CN"/>
        </w:rPr>
        <w:br/>
      </w:r>
      <w:r>
        <w:rPr>
          <w:lang w:eastAsia="zh-CN"/>
        </w:rPr>
        <w:t>　　7)通信工程：托臂34.86吨，通讯桥架2400米。</w:t>
      </w:r>
      <w:r>
        <w:rPr>
          <w:lang w:eastAsia="zh-CN"/>
        </w:rPr>
        <w:br/>
      </w:r>
      <w:r>
        <w:rPr>
          <w:lang w:eastAsia="zh-CN"/>
        </w:rPr>
        <w:t>　　施工安全管理</w:t>
      </w:r>
      <w:r>
        <w:rPr>
          <w:lang w:eastAsia="zh-CN"/>
        </w:rPr>
        <w:br/>
      </w:r>
      <w:r>
        <w:rPr>
          <w:lang w:eastAsia="zh-CN"/>
        </w:rPr>
        <w:t>　　1、要求施工单位做好三级安全技术交底，并对交底内容签字确认，在实际施工时严格执行。</w:t>
      </w:r>
      <w:r>
        <w:rPr>
          <w:lang w:eastAsia="zh-CN"/>
        </w:rPr>
        <w:br/>
      </w:r>
      <w:r>
        <w:rPr>
          <w:lang w:eastAsia="zh-CN"/>
        </w:rPr>
        <w:t>　　2、加强现场巡视检查发现安全隐患，立刻制止，并通知监理工程师，对施工单位出现的安全问题发出整改通知，要求施工单位限期整改。</w:t>
      </w:r>
      <w:r>
        <w:rPr>
          <w:lang w:eastAsia="zh-CN"/>
        </w:rPr>
        <w:br/>
      </w:r>
      <w:r>
        <w:rPr>
          <w:lang w:eastAsia="zh-CN"/>
        </w:rPr>
        <w:t>　　3、要求施工单位编制安全专项施工方案，报监理审批，并严格按方案施工。</w:t>
      </w:r>
      <w:r>
        <w:rPr>
          <w:lang w:eastAsia="zh-CN"/>
        </w:rPr>
        <w:br/>
      </w:r>
      <w:r>
        <w:rPr>
          <w:lang w:eastAsia="zh-CN"/>
        </w:rPr>
        <w:t>　　施工质量管理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1、严把材料、设备进场关，要求施工单位提交材料和设备的合格证和检测报告，严格执行《_市城市综合管廊项目材料、设备进场管理规定及流程》。</w:t>
      </w:r>
      <w:r>
        <w:rPr>
          <w:lang w:eastAsia="zh-CN"/>
        </w:rPr>
        <w:br/>
      </w:r>
      <w:r>
        <w:rPr>
          <w:lang w:eastAsia="zh-CN"/>
        </w:rPr>
        <w:t>　　2、巡视现场过程中发现的问题及时向监理反馈，提出整改要求，和监理工程师配合好，一起把好施工质量关，对严重的问题联合监理发出监理通知单，并要求施工单位及时整改并回复。</w:t>
      </w:r>
      <w:r>
        <w:rPr>
          <w:lang w:eastAsia="zh-CN"/>
        </w:rPr>
        <w:br/>
      </w:r>
      <w:r>
        <w:rPr>
          <w:lang w:eastAsia="zh-CN"/>
        </w:rPr>
        <w:t>　　3、联系设计单位就现场施工中发现的问题与设计单位沟通，并及时将结果反馈给施工单位及监理单位。</w:t>
      </w:r>
      <w:r>
        <w:rPr>
          <w:lang w:eastAsia="zh-CN"/>
        </w:rPr>
        <w:br/>
      </w:r>
      <w:r>
        <w:rPr>
          <w:lang w:eastAsia="zh-CN"/>
        </w:rPr>
        <w:t>　　(1)、熟悉相关图纸及规范。</w:t>
      </w:r>
      <w:r>
        <w:rPr>
          <w:lang w:eastAsia="zh-CN"/>
        </w:rPr>
        <w:br/>
      </w:r>
      <w:r>
        <w:rPr>
          <w:lang w:eastAsia="zh-CN"/>
        </w:rPr>
        <w:t>　　(2)、联合监理审核技术交底情况，检查各项准备工作，包括分包资质、特种作业人员上岗证、材料合格证、复试报告、机械器具准用证等。</w:t>
      </w:r>
      <w:r>
        <w:rPr>
          <w:lang w:eastAsia="zh-CN"/>
        </w:rPr>
        <w:br/>
      </w:r>
      <w:r>
        <w:rPr>
          <w:lang w:eastAsia="zh-CN"/>
        </w:rPr>
        <w:t>　　(3)、联合监理人员进行隐蔽工程验收情况，对重要的分部或工艺必须参加验收，与监理人员一起对重点部位进行旁站。</w:t>
      </w:r>
      <w:r>
        <w:rPr>
          <w:lang w:eastAsia="zh-CN"/>
        </w:rPr>
        <w:br/>
      </w:r>
      <w:r>
        <w:rPr>
          <w:lang w:eastAsia="zh-CN"/>
        </w:rPr>
        <w:t>　　工程资料管理</w:t>
      </w:r>
      <w:r>
        <w:rPr>
          <w:lang w:eastAsia="zh-CN"/>
        </w:rPr>
        <w:br/>
      </w:r>
      <w:r>
        <w:rPr>
          <w:lang w:eastAsia="zh-CN"/>
        </w:rPr>
        <w:t>　　1、对运营部已有的运行情况汇报、会议纪要、各种文件、施工单位上交的施工方案、进度计划、原材料检验报告及合格证等资料进行编号分类保存，形成动态查阅目录。</w:t>
      </w:r>
      <w:r>
        <w:rPr>
          <w:lang w:eastAsia="zh-CN"/>
        </w:rPr>
        <w:br/>
      </w:r>
      <w:r>
        <w:rPr>
          <w:lang w:eastAsia="zh-CN"/>
        </w:rPr>
        <w:t>　　2、对现场的隐蔽工程、重要施工部位、日常巡视发现的问题部位进行拍照并存档。</w:t>
      </w:r>
      <w:r>
        <w:rPr>
          <w:lang w:eastAsia="zh-CN"/>
        </w:rPr>
        <w:br/>
      </w:r>
      <w:r>
        <w:rPr>
          <w:lang w:eastAsia="zh-CN"/>
        </w:rPr>
        <w:t>　　3、参加各种会议并及时形成会议纪要，并发给参会相关人员。</w:t>
      </w:r>
      <w:r>
        <w:rPr>
          <w:lang w:eastAsia="zh-CN"/>
        </w:rPr>
        <w:br/>
      </w:r>
      <w:r>
        <w:rPr>
          <w:lang w:eastAsia="zh-CN"/>
        </w:rPr>
        <w:t>　　4、对图纸和设计变更妥善保管，方便随时查阅。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运营管理工作</w:t>
      </w:r>
      <w:r>
        <w:rPr>
          <w:lang w:eastAsia="zh-CN"/>
        </w:rPr>
        <w:br/>
      </w:r>
      <w:r>
        <w:rPr>
          <w:lang w:eastAsia="zh-CN"/>
        </w:rPr>
        <w:t>　　1、完成运营方案的编制。</w:t>
      </w:r>
      <w:r>
        <w:rPr>
          <w:lang w:eastAsia="zh-CN"/>
        </w:rPr>
        <w:br/>
      </w:r>
      <w:r>
        <w:rPr>
          <w:lang w:eastAsia="zh-CN"/>
        </w:rPr>
        <w:t>　　2、完成崇文路、河南大街、东关路的给水管道及供热管道直埋费用测算及空间划分方案。</w:t>
      </w:r>
      <w:r>
        <w:rPr>
          <w:lang w:eastAsia="zh-CN"/>
        </w:rPr>
        <w:br/>
      </w:r>
      <w:r>
        <w:rPr>
          <w:lang w:eastAsia="zh-CN"/>
        </w:rPr>
        <w:t>　　3、完成_管廊运营成本测算。</w:t>
      </w:r>
      <w:r>
        <w:rPr>
          <w:lang w:eastAsia="zh-CN"/>
        </w:rPr>
        <w:br/>
      </w:r>
      <w:r>
        <w:rPr>
          <w:lang w:eastAsia="zh-CN"/>
        </w:rPr>
        <w:t>　　4、完成对国家管廊收费文件的整理解读，整理统计全国其他省市的管廊收费文件及收费现状，为_管廊的收费工作提供参考依据。</w:t>
      </w:r>
      <w:r>
        <w:rPr>
          <w:lang w:eastAsia="zh-CN"/>
        </w:rPr>
        <w:br/>
      </w:r>
      <w:r>
        <w:rPr>
          <w:lang w:eastAsia="zh-CN"/>
        </w:rPr>
        <w:t>　　其他工作</w:t>
      </w:r>
      <w:r>
        <w:rPr>
          <w:lang w:eastAsia="zh-CN"/>
        </w:rPr>
        <w:br/>
      </w:r>
      <w:r>
        <w:rPr>
          <w:lang w:eastAsia="zh-CN"/>
        </w:rPr>
        <w:t>　　1、为_管廊公司宣传片提供文字材料及相关的视频素材。</w:t>
      </w:r>
      <w:r>
        <w:rPr>
          <w:lang w:eastAsia="zh-CN"/>
        </w:rPr>
        <w:br/>
      </w:r>
      <w:r>
        <w:rPr>
          <w:lang w:eastAsia="zh-CN"/>
        </w:rPr>
        <w:t>　　2、协助运营部经理考察托臂桥架厂家、消防报警设备厂家，并汇报相关情况。</w:t>
      </w:r>
      <w:r>
        <w:rPr>
          <w:lang w:eastAsia="zh-CN"/>
        </w:rPr>
        <w:br/>
      </w:r>
      <w:r>
        <w:rPr>
          <w:lang w:eastAsia="zh-CN"/>
        </w:rPr>
        <w:t>　　3、完成_管廊一期工程附属设备清单的核对工作。</w:t>
      </w:r>
      <w:r>
        <w:rPr>
          <w:lang w:eastAsia="zh-CN"/>
        </w:rPr>
        <w:br/>
      </w:r>
      <w:r>
        <w:rPr>
          <w:lang w:eastAsia="zh-CN"/>
        </w:rPr>
        <w:t>　　工作中存在的不足及以后要注意的问题</w:t>
      </w:r>
      <w:r>
        <w:rPr>
          <w:lang w:eastAsia="zh-CN"/>
        </w:rPr>
        <w:br/>
      </w:r>
      <w:r>
        <w:rPr>
          <w:lang w:eastAsia="zh-CN"/>
        </w:rPr>
        <w:t>　　1、管廊运营在国内还是新兴行业，我还缺乏运营管理经验，要加强管廊的运营管理的学习，在管廊正式运营之前，完善运营方案，熟悉运营相关流程，为_管廊的运营工作做充足的准备。</w:t>
      </w:r>
      <w:r>
        <w:rPr>
          <w:lang w:eastAsia="zh-CN"/>
        </w:rPr>
        <w:br/>
      </w:r>
      <w:r>
        <w:rPr>
          <w:lang w:eastAsia="zh-CN"/>
        </w:rPr>
        <w:t>　　2、遵守工作时间要求，加强自身修养，不惧困难，努力前行，尽全力完成领导交代的任务，以饱满的热情投入到工程管理及运营工作中，为把_管廊工程管理和运营服务做到国内领先水平而努力奋斗!</w:t>
      </w:r>
      <w:r>
        <w:rPr>
          <w:lang w:eastAsia="zh-CN"/>
        </w:rPr>
        <w:br/>
      </w:r>
      <w:r>
        <w:rPr>
          <w:lang w:eastAsia="zh-CN"/>
        </w:rPr>
        <w:t xml:space="preserve">    2024关于公司年终总结报告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们不断深化改革，在定员定额、绩效考核、竞争上岗等方面做了大量的工作，稳步推进了人员重组工作积极开展。11月份，公司认真组织，对七岗及以下岗位进行了考评，实行了岗位竞聘，最大限度地调动员工积极性，参与到企业各项业务发展中去，确保公司改革发展各项工作稳步推进。按照上市公司要求，我们对公司土地、房产证进行了办证和填报，对土地房产进行了评估，确保公司上市各项前期准备工作顺利进展。</w:t>
      </w:r>
      <w:r>
        <w:rPr>
          <w:lang w:eastAsia="zh-CN"/>
        </w:rPr>
        <w:br/>
      </w:r>
      <w:r>
        <w:rPr>
          <w:lang w:eastAsia="zh-CN"/>
        </w:rPr>
        <w:t>　　强化管理抓规范，通信服务水平有了新提高。今年，我公司按照省、司下发的《服务督查工作管理暂行办法》、《服务督察工作管理实施细则》，修订了《通信服务质量奖惩办法》，进一步健全了服务规章制度，牢固树立客户至上，诚信服务为理念，进一步加强对服务工作的管理，并将服务工作其纳入绩效考核。一是加大了客户投诉处理力度，建立完善了服务监督考核机制;二是继续推行首问负责制;三是按照服务标准，规范窗口服务，加强各单位的监管力度，四是认真开展好行风评议活动，不断提升服务水平;五是强化服务工作的管理。为了使各单位及时了解服务工作存在的不足，在每月召开生产经营分析分析会对服务工作投诉处理情况进行了通报，并对责任单位进行处罚。通过加强服务工作监管和加大处罚力度，制定了有效的整改措施，促进了服务工作向规范化、个性化转变。同时，我公司将服务规章制度、首问负责制、10060服务、资费标准等相关内容印制成小册子散发到员工手中，加强员工综合业务知识的学习，有效促进了公司服务水平和员工队伍素质的整体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打防结合抓落实，安全生产工作进一步加强。今年以来，我公司按照省、市公司的统一部署，认真贯彻落实安全第一，预防为主的方针，认真开展了安全生产周活动，积极抓好制度建设和安全知识宣传与普及，预防了各类工伤、火灾、重大交通和通信事故的发生，扎扎实实抓好安全生产工作，实现了全年安全无事故的工作目标。一是加强组织领导。成立了以公司经理任组长的安全工作领导小组，建立和完善了各项安全规章制度，层层签订安全工作目标责任书。二是加大安全工作的监督力度，抓好基础工作。今年，我们认真组织员工开展了灭火演练，认真学习了消防知识、《新道路交通法》和法律知识，有效提升了员工的安全意识和防范技能。三是积极抓好制度建设和安全知识宣传与普及;四是配合公安机关加大了打击破坏通信设施力度，有效地打击了犯罪分子的嚣张气焰，保障了通信线路安全和网络运行质量的提高，保护了企业财产，大幅度减少和避免了企业经济损失。一年来，公司没有发生案件各类安全事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选准体裁抓创建，精神文明建设再上台阶。今年度，在市场竞争形势十分严峻的情况下，公司党总支始终坚持以邓小平理论为指导，认真贯彻执行党的基本路线和各项方针政策，坚持两个文明一起抓，在今年文明单位创建的基础上，继续开展省级文明单位创建活动。公司领导班子从通信企业改革步伐不断深入和加快现代化建设的战略高度，把创建文明行业活动作为一件大事提到公司工作的重要议事日程，并纳入年度总体规划和目标管理通信生产工作同部署、同检查、同考核。在加强企业基础管理上，我们在原有各项制度的基础上进一步完善和健全制定了《廉政建设十不准》、《政治思想工作制度》、《企业民主管理制度》、《职工文明行为规范》、《员工培训制度》、《普法教育工作制度》、《创建文明单位奖罚制度》、《卫生保洁制度》、《服务质量管理督查制度》、《大客户服务质量考核细则》、《职业道德规范十不准》等20多项规章管理制度，切实夯实了企业基础管理，强化了执行力的提高。由于措施得力，执纪严明，员工的工作作风明显改观，工作效率、服务质量有很大提高，受到了社会各界广泛称赞。在加强行风建设方面，我们把加强行风建设作为改善服务、提升通信服务水平的切入点，制定了行风建设实施方案，促进了行风建设工作取得了显著成绩。一是加大考核力度，狠抓服务规范化建设，较好地解决了群众反映强烈的热点、难点问题。二是继续推行了服务承诺制度。通过电视、报纸、条幅等宣传途径向社会公布了服务工作的服务承诺标准，自觉接受社会各界的监督，有力地促进了服务质量的提高。三是深入开展诚实守信万人行道德规范进万家活动，认真开展好公司民主行风评议活动。通过电话和上门征求意见，了解、掌握了用户需求和服务工作中存在的问题和不足，促进了服务工作的改进与提高，受到了社会广大用户的好评。在开展文明单位创建中，我们以开展了争创文明班组、文明部室、青年岗位能手、开展诚实守信万人行道德规范进万家知识竞赛及爱国主义教育活动为载体，陶冶了员工情操，培养了员工的集体主义观念，树立了员工整体形象和奉献意识，调动了员工的工作积极性和创造性，增强了企业的凝聚力和向心力，进一步提高员工爱岗敬业工作热情。与此同时，我们注重抓好硬件建设。今年，公司对对长潭营业厅进行了装饰靓化，增设营业窗口及收费终端，极大地方便了广大通信客户办理业务;我们切实加强了办公环境建设，先后购种了花草树木，绿化环境面积达多平方米，在省级文明单位验收中受到了市文明委的好。</w:t>
      </w:r>
      <w:r>
        <w:rPr>
          <w:lang w:eastAsia="zh-CN"/>
        </w:rPr>
        <w:br/>
      </w:r>
      <w:r>
        <w:rPr>
          <w:lang w:eastAsia="zh-CN"/>
        </w:rPr>
        <w:t>　　在充分肯定成绩的同时，我们也清楚地看到通信工作中也存在一些问题和不足，总结起来主要表现在以下几个方面：一是面对越来越激烈的市场竞争，特别通信市场上无序竞争，我们如何采取有效的措施，在稳固现有客户的同时，如何搞好夺分流，不断扩大市场份额，逐步提高通信企业参与市场竞争能力;二是市场营销思路不能适应市场竞争需要，思想观念有待进一步转变，市场意识还需要进一步加强，在业务发展上还需要进一步理清思路，增强加快业务发展的紧迫感和危机感;三是企业基础管理工作有待进一步加强，工作抓落实力度不够，作风不扎实,工作协调不够，棚架现象依然存在;四是服务工作与客户日益增长的个性化需求和市场竞争的要求相比还有一定的差距，各项服务规章制度还没有很好的落实，整体服务水平仍有待进一步提高，要加速建立完善各项服务规章制度，逐步适应上市公司要求;五是要进一步加强安全生产工作监管力度。以上这些不足和存在的问题是我们在今后的工作中需要改善和加强的，要强化各项工作的组织领导和监管力度，防止工作中出现脱节、棚架现象，加快企业深化改革和发展速度，以实现企业效益最大化。</w:t>
      </w:r>
      <w:r>
        <w:rPr>
          <w:lang w:eastAsia="zh-CN"/>
        </w:rPr>
        <w:br/>
      </w:r>
      <w:r>
        <w:rPr>
          <w:lang w:eastAsia="zh-CN"/>
        </w:rPr>
        <w:t xml:space="preserve">    2024关于公司年终总结报告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年底时刻就是用来让自己对这一年的工作情况进行回顾的，同时也是努力地让自己去成长，去尽可能地让自己下一年的工作有更多的改进与成长的空间。对于这一年的工作总体事项我也是做了总结如下：</w:t>
      </w:r>
      <w:r>
        <w:rPr>
          <w:lang w:eastAsia="zh-CN"/>
        </w:rPr>
        <w:br/>
      </w:r>
      <w:r>
        <w:rPr>
          <w:lang w:eastAsia="zh-CN"/>
        </w:rPr>
        <w:t>　　一、个人的收获</w:t>
      </w:r>
      <w:r>
        <w:rPr>
          <w:lang w:eastAsia="zh-CN"/>
        </w:rPr>
        <w:br/>
      </w:r>
      <w:r>
        <w:rPr>
          <w:lang w:eastAsia="zh-CN"/>
        </w:rPr>
        <w:t>　　我是在年前进入到公司进行工作的，所以总体在公司的时间也不长，但也是通过这一年的时间对公司的各方面都有了更好的认识，同时也是可以将现在岗位上的工作都完成好。从我个人来说，我进入到这份行业之前也是对相关的知识完全地不了解，在进行工作的过程中才逐渐地开始对装饰行业有了更多的认知，慢慢的明白很多地方需要注意的方面。当然公司对于每一位员工的热爱也是非常强烈的，时常都是会基本一些的培训活动来增强各位员工对于装饰行业现状的认识，更是可以为我们的客户做更好的服务。</w:t>
      </w:r>
      <w:r>
        <w:rPr>
          <w:lang w:eastAsia="zh-CN"/>
        </w:rPr>
        <w:br/>
      </w:r>
      <w:r>
        <w:rPr>
          <w:lang w:eastAsia="zh-CN"/>
        </w:rPr>
        <w:t>　　二、存在的不足</w:t>
      </w:r>
      <w:r>
        <w:rPr>
          <w:lang w:eastAsia="zh-CN"/>
        </w:rPr>
        <w:br/>
      </w:r>
      <w:r>
        <w:rPr>
          <w:lang w:eastAsia="zh-CN"/>
        </w:rPr>
        <w:t>　　虽然我已经进入到公司有一年的时间了，但是在工作上仍旧是有较多的不熟练，而这也可以证明在这一年中我确实是没有将自己的全部心思都用在工作上。当然对于装饰的各方面知识确实是比较的繁杂，所以还是需要在其中付出更多的努力。在者就是自己在工作中确实是不够细心，很多的事情都是会犯下一些细小的错误，原本都是可以避免的，也就是需要在面对工作的时候更加用心，工作完成后多加检查几遍。</w:t>
      </w:r>
      <w:r>
        <w:rPr>
          <w:lang w:eastAsia="zh-CN"/>
        </w:rPr>
        <w:br/>
      </w:r>
      <w:r>
        <w:rPr>
          <w:lang w:eastAsia="zh-CN"/>
        </w:rPr>
        <w:t>　　三、未来的计划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工作方面我便是需要下更多的功夫去成长，尤其是在自己还存在着缺漏的方面是需要更多的反思，就是希望自己能够通过自己的努力去争取有更棒的成长。对于这份工作我也是需要更加的用心，需要摆正自己的态度，在工作中真正用心去对待，我相信在真正的开始自己的工作之后便是可以让自己变得更加的优秀。当然下一年的我也是需要紧跟着公司发展的计划，努力地去做好自己分内的事情，将分配到的工作都以较高的质量完成好。并且也是要在自己的工作下去成长，去更好的让自己融入到这份工作中也是争取让自己的未来有更棒的收获。</w:t>
      </w:r>
      <w:r>
        <w:rPr>
          <w:lang w:eastAsia="zh-CN"/>
        </w:rPr>
        <w:br/>
      </w:r>
      <w:r>
        <w:rPr>
          <w:lang w:eastAsia="zh-CN"/>
        </w:rPr>
        <w:t>　　我相信有现在思想的我是能够将岗位上的工作都完成好，并且让自己能够在这份工作中有更好的发展。当然我也相信我的努力是能够让领导看见的，而领导的肯定便是我继续努力的不竭动力。下一年的我必将以公司的发展计划为目标，以个人的努力去促成工作的完成，为公司的发展献出我自己的一份力量。</w:t>
      </w:r>
      <w:r>
        <w:rPr>
          <w:lang w:eastAsia="zh-CN"/>
        </w:rPr>
        <w:br/>
      </w:r>
      <w:r>
        <w:rPr>
          <w:lang w:eastAsia="zh-CN"/>
        </w:rPr>
        <w:t xml:space="preserve">    2024关于公司年终总结报告 篇8 </w:t>
      </w:r>
      <w:r>
        <w:rPr>
          <w:lang w:eastAsia="zh-CN"/>
        </w:rPr>
        <w:br/>
      </w:r>
      <w:r>
        <w:rPr>
          <w:lang w:eastAsia="zh-CN"/>
        </w:rPr>
        <w:t>　　根据20_年度营运工作会议的精神，来年营运工作要围绕营运体系高效集约、销售支持及时有力、柜面服务标准规范、电话服务标准规范、营运风险管控有效、队伍建设专业精进等六个方面的目标，在确保营运作业和管理有序开展的同时，继续推进各项重点工作。下面结合我的具体分管工作，谈谈20_年来的成绩与不足，就营运重点工作总结如下：</w:t>
      </w:r>
      <w:r>
        <w:rPr>
          <w:lang w:eastAsia="zh-CN"/>
        </w:rPr>
        <w:br/>
      </w:r>
      <w:r>
        <w:rPr>
          <w:lang w:eastAsia="zh-CN"/>
        </w:rPr>
        <w:t>　　一、工作思想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积极贯彻总公司领导班子关于公司营运工作发展的一系列重要指示，与时俱进，勤奋工作，务实求效，勇争一流。营运工作的指导思想是继续围绕公司价值可持续增长的目标，不断进行管理创新和服务创新，着力提升营运条线的客户服务能力和销售支持能力。</w:t>
      </w:r>
      <w:r>
        <w:rPr>
          <w:lang w:eastAsia="zh-CN"/>
        </w:rPr>
        <w:br/>
      </w:r>
      <w:r>
        <w:rPr>
          <w:lang w:eastAsia="zh-CN"/>
        </w:rPr>
        <w:t>　　二、支营运条线有五项重点工作</w:t>
      </w:r>
      <w:r>
        <w:rPr>
          <w:lang w:eastAsia="zh-CN"/>
        </w:rPr>
        <w:br/>
      </w:r>
      <w:r>
        <w:rPr>
          <w:lang w:eastAsia="zh-CN"/>
        </w:rPr>
        <w:t>　　1、新《保险法》切换的准备工作。这是公司今年的重点工作，而其中营运条线承担了比较大的工作量，尤其是随着产品的切换，契约、制单、保全、理赔服务都需要配合调整，任务十分艰巨。目前公司领导一个工作小组进行统一布署，营运条线要按照公司的要求，总、分公司密切配合，确保实现顺利切换。</w:t>
      </w:r>
      <w:r>
        <w:rPr>
          <w:lang w:eastAsia="zh-CN"/>
        </w:rPr>
        <w:br/>
      </w:r>
      <w:r>
        <w:rPr>
          <w:lang w:eastAsia="zh-CN"/>
        </w:rPr>
        <w:t>　　2、营运员工PDCA训练和“全明星”评比活动的准备。这是提升我们服务质量的抓手，也是提升员工素质的重要活动。今年要在去年“全明星”评比的基础上，进一步弘扬营运条线服务明星的榜样精神，不断提升营运队伍的素质。</w:t>
      </w:r>
      <w:r>
        <w:rPr>
          <w:lang w:eastAsia="zh-CN"/>
        </w:rPr>
        <w:br/>
      </w:r>
      <w:r>
        <w:rPr>
          <w:lang w:eastAsia="zh-CN"/>
        </w:rPr>
        <w:t>　　3、网点柜面标准化及客户评价系统推广工作。这项工作已经融入到一季度的工作中，也作为在以后的工作目标。</w:t>
      </w:r>
      <w:r>
        <w:rPr>
          <w:lang w:eastAsia="zh-CN"/>
        </w:rPr>
        <w:br/>
      </w:r>
      <w:r>
        <w:rPr>
          <w:lang w:eastAsia="zh-CN"/>
        </w:rPr>
        <w:t>　　4、积极配合保监局对我公司进行兼业代理有关情况调研工作。</w:t>
      </w:r>
      <w:r>
        <w:rPr>
          <w:lang w:eastAsia="zh-CN"/>
        </w:rPr>
        <w:br/>
      </w:r>
      <w:r>
        <w:rPr>
          <w:lang w:eastAsia="zh-CN"/>
        </w:rPr>
        <w:t>　　5、单证、印章清理工作。随着新的单证系统的上线，电子化出单的到位，尤其是柜面出单系统的推广，公司实现了以电子印模形式加盖公司合同专用章的突破。</w:t>
      </w:r>
      <w:r>
        <w:rPr>
          <w:lang w:eastAsia="zh-CN"/>
        </w:rPr>
        <w:br/>
      </w:r>
      <w:r>
        <w:rPr>
          <w:lang w:eastAsia="zh-CN"/>
        </w:rPr>
        <w:t>　　三、我们下一步的目标和梦想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1、营运体系。我公司的目标是建立平台统一、扁平集约的营运体系。这项目标无疑会改变以前营运体系比较凌乱的局面，能给我们的工作带来更大的改进和支持。</w:t>
      </w:r>
      <w:r>
        <w:rPr>
          <w:lang w:eastAsia="zh-CN"/>
        </w:rPr>
        <w:br/>
      </w:r>
      <w:r>
        <w:rPr>
          <w:lang w:eastAsia="zh-CN"/>
        </w:rPr>
        <w:t>　　2、柜面服务。以往公司的柜面服务手段相对比较落后，各家分公司的规范不一，只从我司开展柜面标准化建设，统一公司的对外形象，实现规范、标准的柜面服务后，我司的柜面服务逐渐有了很大的改进。</w:t>
      </w:r>
      <w:r>
        <w:rPr>
          <w:lang w:eastAsia="zh-CN"/>
        </w:rPr>
        <w:br/>
      </w:r>
      <w:r>
        <w:rPr>
          <w:lang w:eastAsia="zh-CN"/>
        </w:rPr>
        <w:t>　　3、作业风险的控制。随着电子化的推进，我们的目标是建成风险可控、互为灾备的作业体系。同时建立健全各项规章制度。从基础工作抓起，对每一个环节和每一个细节进行观察、分析，建立了岗位责任制，明确岗位工作责任和权限，并狠抓各项制度落实。在业务操作方面，充分发挥业务主管作用，实行一对一负责，建立一环扣一环的内控体系，逐步完善各项内部管理办法。</w:t>
      </w:r>
      <w:r>
        <w:rPr>
          <w:lang w:eastAsia="zh-CN"/>
        </w:rPr>
        <w:br/>
      </w:r>
      <w:r>
        <w:rPr>
          <w:lang w:eastAsia="zh-CN"/>
        </w:rPr>
        <w:t>　　我们的梦想是“行业、服务”。我们不断总结以往的工作经验。并在之前工作的基础上紧密配合、共同努力，争取在两三年内，在服务水平方面有明显的提升，确立行业地位，打造“服务的寿险公司”!</w:t>
      </w:r>
      <w:r>
        <w:rPr>
          <w:lang w:eastAsia="zh-CN"/>
        </w:rPr>
        <w:br/>
      </w:r>
      <w:r>
        <w:rPr>
          <w:lang w:eastAsia="zh-CN"/>
        </w:rPr>
        <w:t xml:space="preserve">    2024关于公司年终总结报告 篇9 </w:t>
      </w:r>
      <w:r>
        <w:rPr>
          <w:lang w:eastAsia="zh-CN"/>
        </w:rPr>
        <w:br/>
      </w:r>
      <w:r>
        <w:rPr>
          <w:lang w:eastAsia="zh-CN"/>
        </w:rPr>
        <w:t>　　一、生产经营情况</w:t>
      </w:r>
      <w:r>
        <w:rPr>
          <w:lang w:eastAsia="zh-CN"/>
        </w:rPr>
        <w:br/>
      </w:r>
      <w:r>
        <w:rPr>
          <w:lang w:eastAsia="zh-CN"/>
        </w:rPr>
        <w:t>　　去年累计生产6个月，完成产量吨，销售吨，实现销售收入万元，日产量达到近三年来的高峰，日产实现最高近60吨。</w:t>
      </w:r>
      <w:r>
        <w:rPr>
          <w:lang w:eastAsia="zh-CN"/>
        </w:rPr>
        <w:br/>
      </w:r>
      <w:r>
        <w:rPr>
          <w:lang w:eastAsia="zh-CN"/>
        </w:rPr>
        <w:t>　　二、人事管理方面b</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1、调整领导班子，充分调动人员积极性。发挥各自特长，人力资源合理配置，特别是壮大销售团队，销售人员增至5人。总经理走出家门，开括市场，生产部任用年轻人有干劲的领导人员，大胆管理，精中有细，领导人员合理配合。</w:t>
      </w:r>
      <w:r>
        <w:rPr>
          <w:lang w:eastAsia="zh-CN"/>
        </w:rPr>
        <w:br/>
      </w:r>
      <w:r>
        <w:rPr>
          <w:lang w:eastAsia="zh-CN"/>
        </w:rPr>
        <w:t>　　2、引进量化竞争机制，制粒、混料实现量化工资，多劳多得，少劳少得，不劳不得。试点成功，我公司将继续推行激励竞争机制，调动员工工作积极性，提高工作效率，让员工多挣钱，公司多发展。</w:t>
      </w:r>
      <w:r>
        <w:rPr>
          <w:lang w:eastAsia="zh-CN"/>
        </w:rPr>
        <w:br/>
      </w:r>
      <w:r>
        <w:rPr>
          <w:lang w:eastAsia="zh-CN"/>
        </w:rPr>
        <w:t>　　三、生产管理方面</w:t>
      </w:r>
      <w:r>
        <w:rPr>
          <w:lang w:eastAsia="zh-CN"/>
        </w:rPr>
        <w:br/>
      </w:r>
      <w:r>
        <w:rPr>
          <w:lang w:eastAsia="zh-CN"/>
        </w:rPr>
        <w:t>　　按照质量管理体系的要求，加强制度建设，完善操作规程和作业指导书，使员工工作有制度可依，完善各种记录表格，实现体系化管理。厂容厂貌也有质的改观，卫生区域责任落实到人，保障良好的生产环境。生产部通过技术改造，从硬件方面也为员工创造了健康安全的环境。</w:t>
      </w:r>
      <w:r>
        <w:rPr>
          <w:lang w:eastAsia="zh-CN"/>
        </w:rPr>
        <w:br/>
      </w:r>
      <w:r>
        <w:rPr>
          <w:lang w:eastAsia="zh-CN"/>
        </w:rPr>
        <w:t>　　四、公司行政工作方面</w:t>
      </w:r>
      <w:r>
        <w:rPr>
          <w:lang w:eastAsia="zh-CN"/>
        </w:rPr>
        <w:br/>
      </w:r>
      <w:r>
        <w:rPr>
          <w:lang w:eastAsia="zh-CN"/>
        </w:rPr>
        <w:t>　　1、一如既往推行人性化管理，平等安置残疾人，8月份为员工发放降温品，总价值元。办公室新增安装空调6部，质检部安装空调一台，员工宿舍安装吊扇14台。职工食堂饭菜质量有较大改观，努力为员工创造好的生活环境。</w:t>
      </w:r>
      <w:r>
        <w:rPr>
          <w:lang w:eastAsia="zh-CN"/>
        </w:rPr>
        <w:br/>
      </w:r>
      <w:r>
        <w:rPr>
          <w:lang w:eastAsia="zh-CN"/>
        </w:rPr>
        <w:t>　　2、20__年10月公司通过环境和职业健康安全体系认证。申请了两项发明专利和三项实用新型技术专利。同时取得了陕西省科技型企业的殊荣。公司办公室完成了档案归档管理工作。通过会议，答卷等形式对员工进行培训，建立健全各种人事档案，质量管理体系档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五、销售工作方面</w:t>
      </w:r>
      <w:r>
        <w:rPr>
          <w:lang w:eastAsia="zh-CN"/>
        </w:rPr>
        <w:br/>
      </w:r>
      <w:r>
        <w:rPr>
          <w:lang w:eastAsia="zh-CN"/>
        </w:rPr>
        <w:t>　　公司销售团队团结拼搏，突破重重困难，于20__年3月取得入网证。20__年9月，在各部门的紧密配合和精心布置下通过了产品质量认可验收，11月通过网络管理验收，并已取得证书，销售部与建立了友好合作关系。</w:t>
      </w:r>
      <w:r>
        <w:rPr>
          <w:lang w:eastAsia="zh-CN"/>
        </w:rPr>
        <w:br/>
      </w:r>
      <w:r>
        <w:rPr>
          <w:lang w:eastAsia="zh-CN"/>
        </w:rPr>
        <w:t>　　20__年，成绩值得肯定，先进工作者值得我们学习，但也有关美中不足之处，存在的问题有：</w:t>
      </w:r>
      <w:r>
        <w:rPr>
          <w:lang w:eastAsia="zh-CN"/>
        </w:rPr>
        <w:br/>
      </w:r>
      <w:r>
        <w:rPr>
          <w:lang w:eastAsia="zh-CN"/>
        </w:rPr>
        <w:t>　　1、安全工作不容乐观，安全是生产的保障，是企业发展的前提，年度内共发生较大安全事故两起，轻伤两起。</w:t>
      </w:r>
      <w:r>
        <w:rPr>
          <w:lang w:eastAsia="zh-CN"/>
        </w:rPr>
        <w:br/>
      </w:r>
      <w:r>
        <w:rPr>
          <w:lang w:eastAsia="zh-CN"/>
        </w:rPr>
        <w:t>　　2、员工培训不够深化，不够全面。</w:t>
      </w:r>
      <w:r>
        <w:rPr>
          <w:lang w:eastAsia="zh-CN"/>
        </w:rPr>
        <w:br/>
      </w:r>
      <w:r>
        <w:rPr>
          <w:lang w:eastAsia="zh-CN"/>
        </w:rPr>
        <w:t>　　3、库房管理和记录不够完善。</w:t>
      </w:r>
      <w:r>
        <w:rPr>
          <w:lang w:eastAsia="zh-CN"/>
        </w:rPr>
        <w:br/>
      </w:r>
      <w:r>
        <w:rPr>
          <w:lang w:eastAsia="zh-CN"/>
        </w:rPr>
        <w:t>　　4、深度的客户关系有待建立和巩固。</w:t>
      </w:r>
      <w:r>
        <w:rPr>
          <w:lang w:eastAsia="zh-CN"/>
        </w:rPr>
        <w:br/>
      </w:r>
      <w:r>
        <w:rPr>
          <w:lang w:eastAsia="zh-CN"/>
        </w:rPr>
        <w:t xml:space="preserve">    2024关于公司年终总结报告 篇10 </w:t>
      </w:r>
      <w:r>
        <w:rPr>
          <w:lang w:eastAsia="zh-CN"/>
        </w:rPr>
        <w:br/>
      </w:r>
      <w:r>
        <w:rPr>
          <w:lang w:eastAsia="zh-CN"/>
        </w:rPr>
        <w:t>　　勿忙的20_年已经过去，我们迎来了崭新的20_年，回顾过去，公司在董事会的正确领导下，强化安全管理，健全规章制度，规范操作流程，拓展采购渠道，狠抓营运销售，加快门店建设。通过公司全体员工的共同努力，各项工作完成了年初既定目标。</w:t>
      </w:r>
      <w:r>
        <w:rPr>
          <w:lang w:eastAsia="zh-CN"/>
        </w:rPr>
        <w:br/>
      </w:r>
      <w:r>
        <w:rPr>
          <w:lang w:eastAsia="zh-CN"/>
        </w:rPr>
        <w:t>　　一、安全工作：增强安全意识，落实安全责任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公司高度重视安全管理工作，把安全工作摆到各项工作的首位，成立了安全管理工作领导小组，落实安全责任，做到安全工作天天讲，日日查，常抓不懈，全体员工牢固树立了没有安全就没有一切的思想，全面排查安全隐患，及时整改落实，全年共召开安全会议20余次、员工安全教育培训6次，各类安全预案演练4次，排查消除安全隐患50余处，做到全年无安全事故发生，确保了公司财产和顾客生命安全，安全工作得到了上级部门的肯定。</w:t>
      </w:r>
      <w:r>
        <w:rPr>
          <w:lang w:eastAsia="zh-CN"/>
        </w:rPr>
        <w:br/>
      </w:r>
      <w:r>
        <w:rPr>
          <w:lang w:eastAsia="zh-CN"/>
        </w:rPr>
        <w:t>　　二、营运工作</w:t>
      </w:r>
      <w:r>
        <w:rPr>
          <w:lang w:eastAsia="zh-CN"/>
        </w:rPr>
        <w:br/>
      </w:r>
      <w:r>
        <w:rPr>
          <w:lang w:eastAsia="zh-CN"/>
        </w:rPr>
        <w:t>　　1、实行营采分离，为连锁经营打下基础。</w:t>
      </w:r>
      <w:r>
        <w:rPr>
          <w:lang w:eastAsia="zh-CN"/>
        </w:rPr>
        <w:br/>
      </w:r>
      <w:r>
        <w:rPr>
          <w:lang w:eastAsia="zh-CN"/>
        </w:rPr>
        <w:t>　　年初公司根据发展规划，进行了营采分离，成立了采购部，制定了营运部、采购部管理规定，规范营运和采购作业程序，明确了营采职责，实行了统采，保证了采购商品的品项和质量，节约了成本，保证了商品销量的提高和利润的增长。</w:t>
      </w:r>
      <w:r>
        <w:rPr>
          <w:lang w:eastAsia="zh-CN"/>
        </w:rPr>
        <w:br/>
      </w:r>
      <w:r>
        <w:rPr>
          <w:lang w:eastAsia="zh-CN"/>
        </w:rPr>
        <w:t>　　2、加强员工培训，提升员工素质。</w:t>
      </w:r>
      <w:r>
        <w:rPr>
          <w:lang w:eastAsia="zh-CN"/>
        </w:rPr>
        <w:br/>
      </w:r>
      <w:r>
        <w:rPr>
          <w:lang w:eastAsia="zh-CN"/>
        </w:rPr>
        <w:t>　　企业竞争的核心是人才的竞争，公司面对管员人员匮乏、业务素质不高的现状，采取专题培训、以会代训、引进来、带出去、召开业务研讨会等形式对员工进行培训。邀请北京超市专家到现场进行培训，带领组长以上管理人员到成都、西安、达州等地参观学习。全年对员工进行了10余次专业知识培训，内容涵盖商品采购、陈列、营销等知识。并对草坝店新员工进行了《职责管理与服务》、《盘点流程》、《销售技巧》等知识培训，取得了明显效果，员工素质有较大提升，商品陈列大为改观，特别是宣汉店的商品陈列独具特色，还受到了外来同行的好评。</w:t>
      </w:r>
      <w:r>
        <w:rPr>
          <w:lang w:eastAsia="zh-CN"/>
        </w:rPr>
        <w:br/>
      </w:r>
      <w:r>
        <w:rPr>
          <w:lang w:eastAsia="zh-CN"/>
        </w:rPr>
        <w:t>　　3、加大企划工作和宣传力度，提升企业品牌形象。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公司对企划工作非常重视，指定专人负责，利用节假日、店庆等节气，以节造势，加大促销力度，营造卖场氛围，创新DM单设计，精选各种惊爆商品进行促销。并在火车站、汽车站、市内电子显示屏上制作宣传广告进行广泛宣传，极大提升了企业知名度。</w:t>
      </w:r>
      <w:r>
        <w:rPr>
          <w:lang w:eastAsia="zh-CN"/>
        </w:rPr>
        <w:br/>
      </w:r>
      <w:r>
        <w:rPr>
          <w:lang w:eastAsia="zh-CN"/>
        </w:rPr>
        <w:t>　　4、调整经营方式，增强公司主动权。</w:t>
      </w:r>
      <w:r>
        <w:rPr>
          <w:lang w:eastAsia="zh-CN"/>
        </w:rPr>
        <w:br/>
      </w:r>
      <w:r>
        <w:rPr>
          <w:lang w:eastAsia="zh-CN"/>
        </w:rPr>
        <w:t>　　针对生鲜区面积小、销售不理想的现状，公司及时果断采取措施，减少经营项目，增大生鲜区面积，改联营为自营，增加投入、更新部分设施设备，使生鲜销售的提升带动卖场整体销售。</w:t>
      </w:r>
      <w:r>
        <w:rPr>
          <w:lang w:eastAsia="zh-CN"/>
        </w:rPr>
        <w:br/>
      </w:r>
      <w:r>
        <w:rPr>
          <w:lang w:eastAsia="zh-CN"/>
        </w:rPr>
        <w:t>　　5、狠抓日常管理，努力提升销售业绩。</w:t>
      </w:r>
      <w:r>
        <w:rPr>
          <w:lang w:eastAsia="zh-CN"/>
        </w:rPr>
        <w:br/>
      </w:r>
      <w:r>
        <w:rPr>
          <w:lang w:eastAsia="zh-CN"/>
        </w:rPr>
        <w:t>　　管理出效益，年初公司对各项规章制度进行了重新的修订，并组织员工进行了多次学习，整顿了员工服务态度和工作作风，加强人事管理，妥善处理顾客投诉，从卖场卫生等细微处入手，更换空调、桌椅等设施，努力打造卖场环境，为顾客提供舒适的购物场所。加强后勤保障工作，一切以卖场为主，以销售为中心，以顾客满意为目标，通过全体员工的辛勤劳动和共同努力，完成了年初下达的销售任务。</w:t>
      </w:r>
      <w:r>
        <w:rPr>
          <w:lang w:eastAsia="zh-CN"/>
        </w:rPr>
        <w:br/>
      </w:r>
      <w:r>
        <w:rPr>
          <w:lang w:eastAsia="zh-CN"/>
        </w:rPr>
        <w:t>　　三、拓展门店建设，多业并举，为公司健康长足发展奠定坚实基础</w:t>
      </w:r>
      <w:r>
        <w:rPr>
          <w:lang w:eastAsia="zh-CN"/>
        </w:rPr>
        <w:br/>
      </w:r>
      <w:r>
        <w:rPr>
          <w:lang w:eastAsia="zh-CN"/>
        </w:rPr>
        <w:t>　　针对市场竞争，公司率选决定拓展乡镇市场，占领市场先机，拓展部、采购部、营运部工作人员精诚团结，群策群力。针对时间紧，任务重，战白天，熬夜晚，用短短两个月时间，投资200余万元，建成经营面积达1000平方米的草坝店，并于9月份顺利开业，效果明显。竹峪、白沙、旧院等乡镇店建设的前期工作也取得较大进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四、万村千乡市场工作</w:t>
      </w:r>
      <w:r>
        <w:rPr>
          <w:lang w:eastAsia="zh-CN"/>
        </w:rPr>
        <w:br/>
      </w:r>
      <w:r>
        <w:rPr>
          <w:lang w:eastAsia="zh-CN"/>
        </w:rPr>
        <w:t>　　积极主动与主管部门汇报，争取工程项目落实。20_年分别在旧院龙潭河、曾家烟霞山等地共建设万村千乡示范店10个，建设面积近1000平方米，投入资金80余万元，此项目得取市商务局、财政局的大力支持和肯定，收到了较好的社会效益。</w:t>
      </w:r>
      <w:r>
        <w:rPr>
          <w:lang w:eastAsia="zh-CN"/>
        </w:rPr>
        <w:br/>
      </w:r>
      <w:r>
        <w:rPr>
          <w:lang w:eastAsia="zh-CN"/>
        </w:rPr>
        <w:t>　　五、加强财务管理，增收节支，为公司凝聚财富</w:t>
      </w:r>
      <w:r>
        <w:rPr>
          <w:lang w:eastAsia="zh-CN"/>
        </w:rPr>
        <w:br/>
      </w:r>
      <w:r>
        <w:rPr>
          <w:lang w:eastAsia="zh-CN"/>
        </w:rPr>
        <w:t>　　1、严格执行财务制度，规范财务行为，坚持收支两条线，加强财务核算和财务监督，杜绝不合理开支，加强应收款项的回收，尽量减少不必要的损失，为公司增收节支。</w:t>
      </w:r>
      <w:r>
        <w:rPr>
          <w:lang w:eastAsia="zh-CN"/>
        </w:rPr>
        <w:br/>
      </w:r>
      <w:r>
        <w:rPr>
          <w:lang w:eastAsia="zh-CN"/>
        </w:rPr>
        <w:t>　　2、各项收支做到账账相符，账实相符，支出考虑合理性，做到出有凭、入有据，费用报销具有实效性。做到监督有力，在实际工作中，大额开支实行提前汇报通知。对报销金额与票据不符合，不合理开支完全杜绝，节约了费用开支，为公司凝聚财富。</w:t>
      </w:r>
      <w:r>
        <w:rPr>
          <w:lang w:eastAsia="zh-CN"/>
        </w:rPr>
        <w:br/>
      </w:r>
      <w:r>
        <w:rPr>
          <w:lang w:eastAsia="zh-CN"/>
        </w:rPr>
        <w:t xml:space="preserve">    2024关于公司年终总结报告 篇11 </w:t>
      </w:r>
      <w:r>
        <w:rPr>
          <w:lang w:eastAsia="zh-CN"/>
        </w:rPr>
        <w:br/>
      </w:r>
      <w:r>
        <w:rPr>
          <w:lang w:eastAsia="zh-CN"/>
        </w:rPr>
        <w:t>　　进公司一年以来，在领导支持下，在各位同事的密切配合下，爱岗敬业，恪尽职守，较好地完成了自己的本职工作和领导交办的其它工作。现简要回顾总结如下：</w:t>
      </w:r>
      <w:r>
        <w:rPr>
          <w:lang w:eastAsia="zh-CN"/>
        </w:rPr>
        <w:br/>
      </w:r>
      <w:r>
        <w:rPr>
          <w:lang w:eastAsia="zh-CN"/>
        </w:rPr>
        <w:t>　　忙并收获着，累并快乐着成了心曲的主旋律，常鸣耳盼。对我而言，__年的工作是难忘、印记最深的一年。工作内容的转换，连带着工作思想、方法等一系列的适应与调整，（包括工作上的适应与心态上的调整）压力带来了累的感觉，累中也融进了收获的快乐。</w:t>
      </w:r>
      <w:r>
        <w:rPr>
          <w:lang w:eastAsia="zh-CN"/>
        </w:rPr>
        <w:br/>
      </w:r>
      <w:r>
        <w:rPr>
          <w:lang w:eastAsia="zh-CN"/>
        </w:rPr>
        <w:t>　　一、进公司一年来的工作表现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（一）正确处理苦与乐，得与失、个人利益和集体利益的关系，坚持甘于奉献、诚实敬业，经过一年的学习和锻炼，我们在工作上取得一定的进步，细心学习他人长处，改掉自己不足，并虚心向领导、同事请教。</w:t>
      </w:r>
      <w:r>
        <w:rPr>
          <w:lang w:eastAsia="zh-CN"/>
        </w:rPr>
        <w:br/>
      </w:r>
      <w:r>
        <w:rPr>
          <w:lang w:eastAsia="zh-CN"/>
        </w:rPr>
        <w:t>　　（二）一年来我对自身严格要求，始终把耐得平淡、舍得付出、默默无闻作为自己的准则，始终把作风建设的重点放在严谨、细致、扎实、求实脚踏实地埋头苦干上。在工作中，以制度、纪律规范自己的一切言行，严格遵守公司各项规章制度，尊重领导，团结同志，谦虚谨慎，主动接受来自各方面的意见，不断改进工作。</w:t>
      </w:r>
      <w:r>
        <w:rPr>
          <w:lang w:eastAsia="zh-CN"/>
        </w:rPr>
        <w:br/>
      </w:r>
      <w:r>
        <w:rPr>
          <w:lang w:eastAsia="zh-CN"/>
        </w:rPr>
        <w:t>　　二、工作中的不足与今后的努力方向</w:t>
      </w:r>
      <w:r>
        <w:rPr>
          <w:lang w:eastAsia="zh-CN"/>
        </w:rPr>
        <w:br/>
      </w:r>
      <w:r>
        <w:rPr>
          <w:lang w:eastAsia="zh-CN"/>
        </w:rPr>
        <w:t>　　一年来的工作虽然取得了一定的成绩，但也存在一些不足，主要是思想解放程度还不够，学习、服务上还不够，和有经验的同事比较还有一定差距，与客户沟通还在基本格式上徘徊，在今后工作中，我一定认真总结经验，克服不足，努力把工作做得更好。</w:t>
      </w:r>
      <w:r>
        <w:rPr>
          <w:lang w:eastAsia="zh-CN"/>
        </w:rPr>
        <w:br/>
      </w:r>
      <w:r>
        <w:rPr>
          <w:lang w:eastAsia="zh-CN"/>
        </w:rPr>
        <w:t>　　（一）发扬吃苦耐劳精神。面对督查事务杂、任务重的工作性质，不怕吃苦，主动找事干，做到眼勤、嘴勤、手勤、腿勤，积极适应各种艰苦环境，在繁重的工作中磨练意志，增长才干。</w:t>
      </w:r>
      <w:r>
        <w:rPr>
          <w:lang w:eastAsia="zh-CN"/>
        </w:rPr>
        <w:br/>
      </w:r>
      <w:r>
        <w:rPr>
          <w:lang w:eastAsia="zh-CN"/>
        </w:rPr>
        <w:t>　　（二）发扬孜孜不倦的进取精神。加强学习，勇于实践，博览群书，在向书本学习的同时注意收集各类信息，广泛吸取各种营养；同时，讲究学习方法，端正学习态度，提高学习效率，努力培养自己具有辩证的思维方法、正确的思想观点、踏实的工作作风。力求把工作做得更好，树立办公室的良好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（三）当好助手。对各项决策和出现的问题，及时提出合理化建议和解决办法供领导参考。</w:t>
      </w:r>
      <w:r>
        <w:rPr>
          <w:lang w:eastAsia="zh-CN"/>
        </w:rPr>
        <w:br/>
      </w:r>
      <w:r>
        <w:rPr>
          <w:lang w:eastAsia="zh-CN"/>
        </w:rPr>
        <w:t xml:space="preserve">    2024关于公司年终总结报告 篇12 </w:t>
      </w:r>
      <w:r>
        <w:rPr>
          <w:lang w:eastAsia="zh-CN"/>
        </w:rPr>
        <w:br/>
      </w:r>
      <w:r>
        <w:rPr>
          <w:lang w:eastAsia="zh-CN"/>
        </w:rPr>
        <w:t>　　20__年，在集团公司的正确领导及大力支持下，在公司各级领导的关心和帮助下，在各兄弟单位的理解和支持下，物业公司全体员工团结一致、开拓进取，紧紧围绕年初制定的工作目标开展工作，取得了2_12年度工作的阶段性胜利；管理工作持续改进，服务品质稳步提升，全年实现无重大安全事故；圆满完成集团公司下达的各项工作指标。</w:t>
      </w:r>
      <w:r>
        <w:rPr>
          <w:lang w:eastAsia="zh-CN"/>
        </w:rPr>
        <w:br/>
      </w:r>
      <w:r>
        <w:rPr>
          <w:lang w:eastAsia="zh-CN"/>
        </w:rPr>
        <w:t>　　一、努力工作不断提升管理品质</w:t>
      </w:r>
      <w:r>
        <w:rPr>
          <w:lang w:eastAsia="zh-CN"/>
        </w:rPr>
        <w:br/>
      </w:r>
      <w:r>
        <w:rPr>
          <w:lang w:eastAsia="zh-CN"/>
        </w:rPr>
        <w:t>　　工作伊始，我们就把工作重心放在“提升物业服务品质，创建物业服务品牌”的思路，集中优势资源确保为集团开发的精品楼盘提供配套的精品物业服务。我公司围绕“科学管理、优质服务”的发展思路，创新工作模式，强化内部管理，外树公司形象，努力适应新形势下对物业管理工作的发展要求，在强调“服务上层次、管理上台阶”的基础上，通过全体员工的共同努力，较好地完成了全年各项工作任务。</w:t>
      </w:r>
      <w:r>
        <w:rPr>
          <w:lang w:eastAsia="zh-CN"/>
        </w:rPr>
        <w:br/>
      </w:r>
      <w:r>
        <w:rPr>
          <w:lang w:eastAsia="zh-CN"/>
        </w:rPr>
        <w:t>　　——完成体验中心销售保障性服务工作(太古城、西江月)；</w:t>
      </w:r>
      <w:r>
        <w:rPr>
          <w:lang w:eastAsia="zh-CN"/>
        </w:rPr>
        <w:br/>
      </w:r>
      <w:r>
        <w:rPr>
          <w:lang w:eastAsia="zh-CN"/>
        </w:rPr>
        <w:t>　　——完成#地青都新界前期承接查验，分户验收，返修跟进等工作，为项目交房打下坚实的基础；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——完成4#地青都新界交房装修工作.截止2_12年12月2_日,累计交房1356户、装修782户、入住214户、收取各项费用累计324万元；</w:t>
      </w:r>
      <w:r>
        <w:rPr>
          <w:lang w:eastAsia="zh-CN"/>
        </w:rPr>
        <w:t xml:space="preserve"> ——完成了4#地青都新界天然气通气点火工作；</w:t>
      </w:r>
      <w:r>
        <w:rPr>
          <w:lang w:eastAsia="zh-CN"/>
        </w:rPr>
        <w:br/>
      </w:r>
      <w:r>
        <w:rPr>
          <w:lang w:eastAsia="zh-CN"/>
        </w:rPr>
        <w:t>　　——完成了4#地青都新界各标示标牌安装工作；</w:t>
      </w:r>
      <w:r>
        <w:rPr>
          <w:lang w:eastAsia="zh-CN"/>
        </w:rPr>
        <w:br/>
      </w:r>
      <w:r>
        <w:rPr>
          <w:lang w:eastAsia="zh-CN"/>
        </w:rPr>
        <w:t>　　——完成了4#地青都新界业主答谢及地产新项目推广工作；</w:t>
      </w:r>
      <w:r>
        <w:rPr>
          <w:lang w:eastAsia="zh-CN"/>
        </w:rPr>
        <w:br/>
      </w:r>
      <w:r>
        <w:rPr>
          <w:lang w:eastAsia="zh-CN"/>
        </w:rPr>
        <w:t>　　——完成了4#地青都新界冬季防冻措施的落实及不供暖补电答疑工作。</w:t>
      </w:r>
      <w:r>
        <w:rPr>
          <w:lang w:eastAsia="zh-CN"/>
        </w:rPr>
        <w:br/>
      </w:r>
      <w:r>
        <w:rPr>
          <w:lang w:eastAsia="zh-CN"/>
        </w:rPr>
        <w:t>　　优质服务 科学管理</w:t>
      </w:r>
      <w:r>
        <w:rPr>
          <w:lang w:eastAsia="zh-CN"/>
        </w:rPr>
        <w:br/>
      </w:r>
      <w:r>
        <w:rPr>
          <w:lang w:eastAsia="zh-CN"/>
        </w:rPr>
        <w:t>　　今年，公司全面强化“业主至上，服务第一”力求最大限度地满足业主需求；推出免费入户维修服务，物业全年累计免费上门维修600余次，得到广大业主一致好评，大大提高了业主对小区服务的满意程度。据公司2_12年度满意率调查，业主对我们满意率达到了85%以上。平稳的将4#地青都新界由前期交房装修监管为主过渡为后期正常管理及相关费用催收为主的常态化管理。</w:t>
      </w:r>
      <w:r>
        <w:rPr>
          <w:lang w:eastAsia="zh-CN"/>
        </w:rPr>
        <w:br/>
      </w:r>
      <w:r>
        <w:rPr>
          <w:lang w:eastAsia="zh-CN"/>
        </w:rPr>
        <w:t>　　在销售配合方面，公司切实加大了品牌宣传。根据“科学管理，优质服务”的思路，以集团公司、销售公司和物业公司同行为重点宣传对象，打造塑造精品小区，通过销售带客户参观小区以及观看物业管理服务等方式，亲身感受大美物业的“科学管理、优质服务”。并在此基础上积极配合销售对新项目推广及老项目客户答谢，努力在新老客户群中全面展示大美物业的良好形象，满足集团地产销售配合工作的需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体验中心方面，面对销售、入住、装修、业主生活同时并存的环境条件，公司全力以赴提供一流的销售现场管理、入住前与业主的主动沟通及规范的入住手续办理、服务导向的装修管理，尤其是超前做好复杂环境下的封闭式管理和快速反应的维修服务，使已入住业主的生活成为潜在客户看得见、摸得着、信得过的促销样板。</w:t>
      </w:r>
      <w:r>
        <w:rPr>
          <w:lang w:eastAsia="zh-CN"/>
        </w:rPr>
        <w:br/>
      </w:r>
      <w:r>
        <w:rPr>
          <w:lang w:eastAsia="zh-CN"/>
        </w:rPr>
        <w:t>　　二、改进管理与团队建设</w:t>
      </w:r>
      <w:r>
        <w:rPr>
          <w:lang w:eastAsia="zh-CN"/>
        </w:rPr>
        <w:br/>
      </w:r>
      <w:r>
        <w:rPr>
          <w:lang w:eastAsia="zh-CN"/>
        </w:rPr>
        <w:t>　　进一步强化清单式管理，推行月度工作计划的填报考核，工作日志的书写记录等，规范提升了管理的力度和效率，并在青都新界项目范围内开展了品质提升工作，要求各部门通过员工日检、部门自检、项目抽检的方式，对小区公共设施、环境卫生、各岗位工作情况以及各部门办公环境等进行检查，发现问题落实到人并定下解决时限。每月开展部门内部工作评审，通过评审适当调整工作方式、加强员工自律、简化工作环节、查漏补缺。狠抓制度执行与落实，通过月度工作计划的填报考核、</w:t>
      </w:r>
      <w:r>
        <w:rPr>
          <w:lang w:eastAsia="zh-CN"/>
        </w:rPr>
        <w:br/>
      </w:r>
      <w:r>
        <w:rPr>
          <w:lang w:eastAsia="zh-CN"/>
        </w:rPr>
        <w:t>　　优质服务 科学管理</w:t>
      </w:r>
      <w:r>
        <w:rPr>
          <w:lang w:eastAsia="zh-CN"/>
        </w:rPr>
        <w:br/>
      </w:r>
      <w:r>
        <w:rPr>
          <w:lang w:eastAsia="zh-CN"/>
        </w:rPr>
        <w:t>　　工作日志的书写记录、人员着装、劳动纪律等的检查，确保公司各项制度得以有效执行。</w:t>
      </w:r>
      <w:r>
        <w:rPr>
          <w:lang w:eastAsia="zh-CN"/>
        </w:rPr>
        <w:br/>
      </w:r>
      <w:r>
        <w:rPr>
          <w:lang w:eastAsia="zh-CN"/>
        </w:rPr>
        <w:t>　　今年以来，公司就人才引进的渠道和方式进行了探讨，人员招聘组织、管理的改进，为公司在人才引进特别是高素质人才引进奠定了基础。一方面立足业绩考核和能力评估，不拘一格，积极选拔内部人才。另一方面大胆引进外部人才。通过参加现场招聘会、网络发布招聘信息等手段，共招聘基层员工 30余人。在公司内部推行三级培训管理，公司级培训共计10余次；职能部门组织对口培训共计30余次；部门内训约计 50余次。管理员培训时间达30小时/人年，保安人员培训时间达70小时/人。</w:t>
      </w:r>
      <w:r>
        <w:rPr>
          <w:lang w:eastAsia="zh-CN"/>
        </w:rPr>
        <w:br/>
      </w:r>
    </w:p>
    <w:p w:rsidR="001B1F19" w14:textId="27C3F48A">
      <w:pPr>
        <w:rPr>
          <w:rFonts w:hint="eastAsia"/>
          <w:lang w:eastAsia="zh-CN"/>
        </w:rPr>
      </w:pPr>
      <w:r>
        <w:rPr>
          <w:lang w:eastAsia="zh-CN"/>
        </w:rPr>
        <w:t>　　通过培训考核不断提高团队的凝聚力和核心竞争力，努力给公司带出一支作风过硬、纪律严明的服务团队，为公司实现规范化管理，专业化服务打下良好的基础。</w:t>
      </w:r>
      <w:r>
        <w:rPr>
          <w:lang w:eastAsia="zh-CN"/>
        </w:rPr>
        <w:br/>
      </w:r>
      <w:r>
        <w:rPr>
          <w:lang w:eastAsia="zh-CN"/>
        </w:rPr>
        <w:t>　　三、企业文化精彩纷呈</w:t>
      </w:r>
      <w:r>
        <w:rPr>
          <w:lang w:eastAsia="zh-CN"/>
        </w:rPr>
        <w:br/>
      </w:r>
      <w:r>
        <w:rPr>
          <w:lang w:eastAsia="zh-CN"/>
        </w:rPr>
        <w:t>　　20__年公司企业文化活动和社区文化活动井然有序进行。公司积极参与集团组织的各类活动，先后参加了集团组织的冬季趣味运动会，并在“捆绑大行动”赛事中夺冠；还取得团体优秀奖，展示出物业公司员工精诚协作、团结互助的良好精神风貌。</w:t>
      </w:r>
      <w:r>
        <w:rPr>
          <w:lang w:eastAsia="zh-CN"/>
        </w:rPr>
        <w:br/>
      </w:r>
      <w:r>
        <w:rPr>
          <w:lang w:eastAsia="zh-CN"/>
        </w:rPr>
        <w:t>　　小区的社区文化活动方面，公司在10月份协调组织了4#地业主答谢及汇通地产新项目推广，既丰富了小区业主的社区生活，又增进了与业主的交流。并对集团新项目进行了推广及对老带新政策进行了宣讲，得到了小区业主的一致好评。</w:t>
      </w:r>
      <w:r>
        <w:rPr>
          <w:lang w:eastAsia="zh-CN"/>
        </w:rPr>
        <w:br/>
      </w:r>
      <w:r>
        <w:rPr>
          <w:lang w:eastAsia="zh-CN"/>
        </w:rPr>
        <w:t>　　四、反思与展望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https://d.book118.com/368036104053006043</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68036104053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