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2024年小学六年级语文教学工作总结（32篇）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2024年小学六年级语文教学工作总结（通用32篇）</w:t>
      </w:r>
      <w:r>
        <w:rPr>
          <w:lang w:eastAsia="zh-CN"/>
        </w:rPr>
        <w:br/>
      </w:r>
      <w:r>
        <w:rPr>
          <w:lang w:eastAsia="zh-CN"/>
        </w:rPr>
        <w:t xml:space="preserve">    2024年小学六年级语文教学工作总结 篇1 </w:t>
      </w:r>
      <w:r>
        <w:rPr>
          <w:lang w:eastAsia="zh-CN"/>
        </w:rPr>
        <w:br/>
      </w:r>
      <w:r>
        <w:rPr>
          <w:lang w:eastAsia="zh-CN"/>
        </w:rPr>
        <w:t>　　本学期，我主要担任的是六年级（2）班的语文教学工作。我的语文教学工作以改革课堂教学，培养创新精神、实现素质教育为目标，结合本班实际情况，突出六年级下册教材特点，坚持认真备课、上课、及时批改作业、讲评作业，做好课后辅导工作，在教学中严格要求学生，尊重学生，发扬教学民主，注重培养学生各方面的能力，使课堂成为他们尽情展现自己才能的舞台，使学生学有所得，不断提高，让他们在这里找到自己的自信，找到自己的兴趣，学到自己的知识，从而不断提高自己的教学水平和思想觉悟。</w:t>
      </w:r>
      <w:r>
        <w:rPr>
          <w:lang w:eastAsia="zh-CN"/>
        </w:rPr>
        <w:br/>
      </w:r>
      <w:r>
        <w:rPr>
          <w:lang w:eastAsia="zh-CN"/>
        </w:rPr>
        <w:t>　　一、“备好课”是语文教学的前提</w:t>
      </w:r>
      <w:r>
        <w:rPr>
          <w:lang w:eastAsia="zh-CN"/>
        </w:rPr>
        <w:br/>
      </w:r>
      <w:r>
        <w:rPr>
          <w:lang w:eastAsia="zh-CN"/>
        </w:rPr>
        <w:t>　　我在本学期以来始终认真钻研教材，掌握教材体系、基本内容及其内在联系，注重抓住主线、明确重点难点，搞清要点，掌握知识的逻辑，把握教材的关键，根据本班学生的特点，了解学生原有的知识技能的质量；了解他们的兴趣、需要、方法、习惯；了解他们学习新知识可能会有哪些困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二、认真上课，向课堂要质量。</w:t>
      </w:r>
      <w:r>
        <w:rPr>
          <w:lang w:eastAsia="zh-CN"/>
        </w:rPr>
        <w:br/>
      </w:r>
      <w:r>
        <w:rPr>
          <w:lang w:eastAsia="zh-CN"/>
        </w:rPr>
        <w:t>　　课堂是学生获取知识与培养能力的.主要阵地，语文又是一门充满思想、充满人文精神、充满智慧的学科。这一学期，我在课堂教学中，努力体现教育新理念，力求做到让学生变得鲜活，让学生学得兴致盎然，使学生在语文学习中享受学习的乐趣，从而发展学生的语文素养，提高课堂教学效率。</w:t>
      </w:r>
      <w:r>
        <w:rPr>
          <w:lang w:eastAsia="zh-CN"/>
        </w:rPr>
        <w:br/>
      </w:r>
      <w:r>
        <w:rPr>
          <w:lang w:eastAsia="zh-CN"/>
        </w:rPr>
        <w:t>　　（一）、培养积极探究习惯，发展求异思维能力。</w:t>
      </w:r>
      <w:r>
        <w:rPr>
          <w:lang w:eastAsia="zh-CN"/>
        </w:rPr>
        <w:br/>
      </w:r>
      <w:r>
        <w:rPr>
          <w:lang w:eastAsia="zh-CN"/>
        </w:rPr>
        <w:t>　　在语文教学中，阅读者对语言意义、语言情感、语言技巧的感悟，在很大程度上与学生的生活经历、知识积累、认识能力、理解水平有关。为此，在语文教学中，我注重为学生穿针引线，巧妙点拨，以促进学生在思维的碰撞中，得到语言的升华和灵性的开发；注重因势利导，让学生对问题充分思考后，学生根据已有的经验，知识的积累等发表不同的见解，对有分歧的问题进行辩论。</w:t>
      </w:r>
      <w:r>
        <w:rPr>
          <w:lang w:eastAsia="zh-CN"/>
        </w:rPr>
        <w:br/>
      </w:r>
      <w:r>
        <w:rPr>
          <w:lang w:eastAsia="zh-CN"/>
        </w:rPr>
        <w:t>　　（二）、坚持以读为主，重视朗读品评感悟。</w:t>
      </w:r>
      <w:r>
        <w:rPr>
          <w:lang w:eastAsia="zh-CN"/>
        </w:rPr>
        <w:br/>
      </w:r>
      <w:r>
        <w:rPr>
          <w:lang w:eastAsia="zh-CN"/>
        </w:rPr>
        <w:t>　　小学语文课本中的每一篇课文都是文质兼美的佳作，其语境描述的美妙，语言运用的精妙，思想表达的深邃，见解阐述的独到，都是引导学生感悟的重要内容。为了使这些精彩给学生留下整体印象，我在阅读教学中重视抓住重点，引导学生对语言文字反复诵读，以悟出语言丰富的形象内涵，意义内涵，情感内涵。</w:t>
      </w:r>
      <w:r>
        <w:rPr>
          <w:lang w:eastAsia="zh-CN"/>
        </w:rPr>
        <w:br/>
      </w:r>
      <w:r>
        <w:rPr>
          <w:lang w:eastAsia="zh-CN"/>
        </w:rPr>
        <w:t>　　（三）、注重课内外结合，培养大语文学习观念。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在新世纪里，课外阅读是我们人类的一个全新的生活领域，更是人类发展的一种重要的精神资源。做为一名教育者，我充分利用这种资源，发掘学生多方面的潜能，把语文教学的触角伸向了广阔的天地，让我们的语文教学冲出教室，冲出校园，走向生活，去开辟课外阅读更广阔的天地。</w:t>
      </w:r>
      <w:r>
        <w:rPr>
          <w:lang w:eastAsia="zh-CN"/>
        </w:rPr>
        <w:br/>
      </w:r>
      <w:r>
        <w:rPr>
          <w:lang w:eastAsia="zh-CN"/>
        </w:rPr>
        <w:t>　　我班的许多学生有课外阅读的兴趣，但在“读”什么和如何“读”的问题上，并不很明确。他们大多只凭兴趣，凡有生动情节的就走马观花地读读；有的读了好的文章，也不懂得积累知识，吸取技巧，用到作文上。因此，我的做法主要是结合阅读教学，向他们介绍行之有效的读书方法，进一步引导他们不但要爱“读”，而且会“读”，要读得更好更有收获。</w:t>
      </w:r>
      <w:r>
        <w:rPr>
          <w:lang w:eastAsia="zh-CN"/>
        </w:rPr>
        <w:br/>
      </w:r>
      <w:r>
        <w:rPr>
          <w:lang w:eastAsia="zh-CN"/>
        </w:rPr>
        <w:t>　　三、教学成绩：</w:t>
      </w:r>
      <w:r>
        <w:rPr>
          <w:lang w:eastAsia="zh-CN"/>
        </w:rPr>
        <w:br/>
      </w:r>
      <w:r>
        <w:rPr>
          <w:lang w:eastAsia="zh-CN"/>
        </w:rPr>
        <w:t>　　在这一学期以来，为抓好本班的语文学科的教育教学工作，我努力做了一下工作：</w:t>
      </w:r>
      <w:r>
        <w:rPr>
          <w:lang w:eastAsia="zh-CN"/>
        </w:rPr>
        <w:br/>
      </w:r>
      <w:r>
        <w:rPr>
          <w:lang w:eastAsia="zh-CN"/>
        </w:rPr>
        <w:t>　　1、评价与改作：及时批改作业，了解学习情况，做好批改记录。批改形式多样化，以教师批改为主，以学生互相批改、自改为辅。严格要求，耐心辅导，及时查缺不漏，重点抓差生的作业批改，尽量做到当面批改，及时补差。</w:t>
      </w:r>
      <w:r>
        <w:rPr>
          <w:lang w:eastAsia="zh-CN"/>
        </w:rPr>
        <w:br/>
      </w:r>
      <w:r>
        <w:rPr>
          <w:lang w:eastAsia="zh-CN"/>
        </w:rPr>
        <w:t>　　2、组织好每次单元测验，及时批改、总结、评价、更正。当检测不理想时，评价尽量用肯定赞扬的语气，少批评，多教育，因势利导，巧妙婉转的提出学生存在的问题，并帮助他们改变学习方法。</w:t>
      </w:r>
      <w:r>
        <w:rPr>
          <w:lang w:eastAsia="zh-CN"/>
        </w:rPr>
        <w:br/>
      </w:r>
      <w:r>
        <w:rPr>
          <w:lang w:eastAsia="zh-CN"/>
        </w:rPr>
        <w:t>　　四、存在问题：</w:t>
      </w:r>
      <w:r>
        <w:rPr>
          <w:lang w:eastAsia="zh-CN"/>
        </w:rPr>
        <w:br/>
      </w:r>
      <w:r>
        <w:rPr>
          <w:lang w:eastAsia="zh-CN"/>
        </w:rPr>
        <w:t>　　1、注重阅读短文分析能力的培养，忽略了基本功的训练。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2、部分学生的学习积极性没有调动起来，学习氛围不够好，特别是差生对学习失去了信心，缺乏学习的主动性。</w:t>
      </w:r>
      <w:r>
        <w:rPr>
          <w:lang w:eastAsia="zh-CN"/>
        </w:rPr>
        <w:br/>
      </w:r>
      <w:r>
        <w:rPr>
          <w:lang w:eastAsia="zh-CN"/>
        </w:rPr>
        <w:t>　　3、与学生的交流不够，对差生的说服教育，找不到行之有效的方法，教育效果不理想，使差生严重的拖了全班的后腿。</w:t>
      </w:r>
      <w:r>
        <w:rPr>
          <w:lang w:eastAsia="zh-CN"/>
        </w:rPr>
        <w:br/>
      </w:r>
      <w:r>
        <w:rPr>
          <w:lang w:eastAsia="zh-CN"/>
        </w:rPr>
        <w:t xml:space="preserve">    2024年小学六年级语文教学工作总结 篇2 </w:t>
      </w:r>
      <w:r>
        <w:rPr>
          <w:lang w:eastAsia="zh-CN"/>
        </w:rPr>
        <w:br/>
      </w:r>
      <w:r>
        <w:rPr>
          <w:lang w:eastAsia="zh-CN"/>
        </w:rPr>
        <w:t>　　光阴似箭，日月如梭。转眼，一个学期的教育教学工作已经结束了，回顾这一学期以来，我们六(1)班全体师生在学校领导的大力支持和直接领导下，在各科任老师和家长的积极配合和耐心帮助下;圆满地完成了教育教学工作任务，并取得了较好的成绩，现将具体工作总结如下：</w:t>
      </w:r>
      <w:r>
        <w:rPr>
          <w:lang w:eastAsia="zh-CN"/>
        </w:rPr>
        <w:br/>
      </w:r>
      <w:r>
        <w:rPr>
          <w:lang w:eastAsia="zh-CN"/>
        </w:rPr>
        <w:t>　　一、激发学生学习兴趣，提高学生语文素养</w:t>
      </w:r>
      <w:r>
        <w:rPr>
          <w:lang w:eastAsia="zh-CN"/>
        </w:rPr>
        <w:br/>
      </w:r>
      <w:r>
        <w:rPr>
          <w:lang w:eastAsia="zh-CN"/>
        </w:rPr>
        <w:t>　　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r>
        <w:rPr>
          <w:lang w:eastAsia="zh-CN"/>
        </w:rPr>
        <w:br/>
      </w:r>
      <w:r>
        <w:rPr>
          <w:lang w:eastAsia="zh-CN"/>
        </w:rPr>
        <w:t>　　(一)、注意新课导入新颖。</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兴趣是最好的老师。在教学中，我十分注重培养和激发学生的学习兴趣。譬如，在导入新课，让学生一上课就能置身于一种轻松和谐的环境氛围中，而又不知不觉地学语文。我根据不同的课型，设计不同的导入方式。可以创设情景让学生进入情景;也可用讲述故事的方式导入，采用激发兴趣、设计悬念引发设计，比起简单的讲述更能激发学生的灵性，开启学生学习之门。</w:t>
      </w:r>
      <w:r>
        <w:rPr>
          <w:lang w:eastAsia="zh-CN"/>
        </w:rPr>
        <w:br/>
      </w:r>
      <w:r>
        <w:rPr>
          <w:lang w:eastAsia="zh-CN"/>
        </w:rPr>
        <w:t>　　(二)、培养积极探究习惯，发展求异思维能力。</w:t>
      </w:r>
      <w:r>
        <w:rPr>
          <w:lang w:eastAsia="zh-CN"/>
        </w:rPr>
        <w:br/>
      </w:r>
      <w:r>
        <w:rPr>
          <w:lang w:eastAsia="zh-CN"/>
        </w:rPr>
        <w:t>　　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我因势利导，让学生对问题充分思考后，学生根据已有的经验，知识的积累等发表不同的见解，对有分歧的问题进行辩论。通过辩论，让学生进一步认识了自然，懂得了知识无穷的，再博学的人也会有所不知，体会学习是无止境的道理。</w:t>
      </w:r>
      <w:r>
        <w:rPr>
          <w:lang w:eastAsia="zh-CN"/>
        </w:rPr>
        <w:br/>
      </w:r>
      <w:r>
        <w:rPr>
          <w:lang w:eastAsia="zh-CN"/>
        </w:rPr>
        <w:t>　　二、重视朗读品评感悟，让课堂教学活起来。</w:t>
      </w:r>
      <w:r>
        <w:rPr>
          <w:lang w:eastAsia="zh-CN"/>
        </w:rPr>
        <w:br/>
      </w:r>
      <w:r>
        <w:rPr>
          <w:lang w:eastAsia="zh-CN"/>
        </w:rPr>
        <w:t>　　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在阅读中抓重点，引导学生对语言文字反复诵读，以悟出语言丰富的形象内涵，意义内涵，情感内涵。同时，让学生在感悟的基础上，引导学生居高临下地对课文进行品评，在品评中深化理解，升华认识，填补空白。</w:t>
      </w:r>
      <w:r>
        <w:rPr>
          <w:lang w:eastAsia="zh-CN"/>
        </w:rPr>
        <w:br/>
      </w:r>
      <w:r>
        <w:rPr>
          <w:lang w:eastAsia="zh-CN"/>
        </w:rPr>
        <w:t>　　三、注重课内外结合。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把语文教学的触角伸向了广阔的天地。让学生阅读《水浒传》等课外书;通过这些收集与阅读，为深入理解课文内容奠定了基础。</w:t>
      </w:r>
      <w:r>
        <w:rPr>
          <w:lang w:eastAsia="zh-CN"/>
        </w:rPr>
        <w:br/>
      </w:r>
      <w:r>
        <w:rPr>
          <w:lang w:eastAsia="zh-CN"/>
        </w:rPr>
        <w:t>　　其次，重视丰富多彩的语文实践活动。如：学习《走向生活》后，组织学生去郊外走一走，寻找大自然的足迹，领略大自然的风采，探索大自然的奥秘。</w:t>
      </w:r>
      <w:r>
        <w:rPr>
          <w:lang w:eastAsia="zh-CN"/>
        </w:rPr>
        <w:br/>
      </w:r>
      <w:r>
        <w:rPr>
          <w:lang w:eastAsia="zh-CN"/>
        </w:rPr>
        <w:t>　　本学期我虽然尽了自己的责任和能力去完成了教学工作任务，也取得了一定的成绩，但还有不足之处，今后我将继续加倍地努力工作，为全面提高学生的语文成绩而努力奋斗!</w:t>
      </w:r>
      <w:r>
        <w:rPr>
          <w:lang w:eastAsia="zh-CN"/>
        </w:rPr>
        <w:br/>
      </w:r>
      <w:r>
        <w:rPr>
          <w:lang w:eastAsia="zh-CN"/>
        </w:rPr>
        <w:t xml:space="preserve">    2024年小学六年级语文教学工作总结 篇3 </w:t>
      </w:r>
      <w:r>
        <w:rPr>
          <w:lang w:eastAsia="zh-CN"/>
        </w:rPr>
        <w:br/>
      </w:r>
      <w:r>
        <w:rPr>
          <w:lang w:eastAsia="zh-CN"/>
        </w:rPr>
        <w:t>　　本学期我担任六(一班)语文教学。由于教学经验尚浅。因此，我对教学工作不敢怠慢，认真学习，深入研究教法，虚心向别人学习。经过一个学期的努力，获取了一定的教学经验。以下是我在本学期的教学情况总结。</w:t>
      </w:r>
      <w:r>
        <w:rPr>
          <w:lang w:eastAsia="zh-CN"/>
        </w:rPr>
        <w:br/>
      </w:r>
      <w:r>
        <w:rPr>
          <w:lang w:eastAsia="zh-CN"/>
        </w:rPr>
        <w:t>　　一、针对学生备好每一节课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教学就是教与学，两者是相互联系，不可分割的。学生是被教的主体。因此，了解和分析学生情况，有针对地教对教学成功与否至关重要。我是从四年级开始接这个班的，因此成绩，思想等各方面莨莠不齐。学生的听，说能力较弱，授课采用较深说教，学生不能适应。另一方面，学习积极性高，课堂气氛活跃，中等生、差生占较大多数，尖子生相对较少针对这一特点。讲得太深，就照顾不到整体，我备课时注意到这点，因此教学效果还可以。从此可以看出，了解及分析学生实际情况，实事求是，具体问题具体分析，做到因材施教，对授课效果有直接影响。例如我在讲授《桂林山水》的时候，这课的主题是“了解和感受桂林山水的景美”，教学难度比较大。如果照本宣科地讲授，学生会感到困难和沉闷。为了上好这堂课，我认真研究了课文，找出了重点，难点，有针对性地讲。调动了学生的学习积极性，教学效果十分理想……这就是教育学中提到的“备教法的同时要备学生”。这一理论在我的教学实践中得到了验证。</w:t>
      </w:r>
      <w:r>
        <w:rPr>
          <w:lang w:eastAsia="zh-CN"/>
        </w:rPr>
        <w:br/>
      </w:r>
      <w:r>
        <w:rPr>
          <w:lang w:eastAsia="zh-CN"/>
        </w:rPr>
        <w:t>　　二、结合教材编排特点，继续推进素质教育。</w:t>
      </w:r>
      <w:r>
        <w:rPr>
          <w:lang w:eastAsia="zh-CN"/>
        </w:rPr>
        <w:br/>
      </w:r>
      <w:r>
        <w:rPr>
          <w:lang w:eastAsia="zh-CN"/>
        </w:rPr>
        <w:t>　　根据大纲“加强综合，突出重点，注重语言的感悟，积累和运用，注重基本技能的训练，从整体上提高学生的语文素养。”的精神。在教学中，注重结合课文的思想性和典范性激发学生的学习兴趣，要求学生先读课文了解文章的内容，提出不懂的问题，查阅有关的资料，同位或小组合作自己试着解决，培养学生的自主合作的学习能力。重视学生的朗读能力的训练，通过朗读准确表达课文的思想感情并理解课文的思想内容。提倡学生独立思考，通过教师的引导，展开讨论交流，鼓励学生发表不同见解，让学生在实践中逐步学会独立思考，学会读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三、在教学的过程中对学生进行思想教育。</w:t>
      </w:r>
      <w:r>
        <w:rPr>
          <w:lang w:eastAsia="zh-CN"/>
        </w:rPr>
        <w:br/>
      </w:r>
      <w:r>
        <w:rPr>
          <w:lang w:eastAsia="zh-CN"/>
        </w:rPr>
        <w:t>　　在对学生进行扎实的语文基本功训练的同时，使学生受到热爱祖国热爱中国共产党热爱社会主义的教育，了解革命战争的艰苦，懂得幸福生活来之不易，学会革命前辈的远大志向和献身精神，从小树立为祖国刻苦学习的理想;继承和发扬艰苦奋斗的优良传统，受到尊敬师长关心他人助人为乐等社会主义思想品德教育;培养热爱科学勇于实践和创新的精神，培养环境保护意识和社会责任感，陶冶爱美情趣。</w:t>
      </w:r>
      <w:r>
        <w:rPr>
          <w:lang w:eastAsia="zh-CN"/>
        </w:rPr>
        <w:br/>
      </w:r>
      <w:r>
        <w:rPr>
          <w:lang w:eastAsia="zh-CN"/>
        </w:rPr>
        <w:t>　　四、对学生进行扎实的语文基本功的训练培养学生语文能力。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通过本学期的学习，使学生能利用汉语拼音识字，学习普通话。培养独立识字的能力，能读准字音，认清字形，了解在语言环境中的字意，并能正确书写;认识70个生字，能读准字音。能联系上下文，结合实际或查字典理解词语的意思，学过的词语大部分能在口头或书面中运用。养成了积累语言的习惯。引导学生自觉地运用查字典联系上下文和生活实际准确理解词语，含意深刻的句子让学生联系文章的语言环境理解，把词语的积累和运用结合起来。让学生能正确处流利有感情地朗读课文，背诵指定的课文。能预习要求学文章，在阅读的.过程中能领会一些词语的意思，提高阅读的速度，能体会作者表达的思想感情，学习了作者观察事物方法和表达的方法。要求学生大量的阅读课外读物，逐步养成阅读课外读物的习惯。在学习的过程中，培养学生说话有礼貌，养成先想后说的习惯。能把自己看到的想到的按一定的顺序写下来，并能写出自己的真实感受，能试着修改自己习作。养成较好的语文能力。</w:t>
      </w:r>
      <w:r>
        <w:rPr>
          <w:lang w:eastAsia="zh-CN"/>
        </w:rPr>
        <w:br/>
      </w:r>
      <w:r>
        <w:rPr>
          <w:lang w:eastAsia="zh-CN"/>
        </w:rPr>
        <w:t>　　当然，在教学的过程中也存在一些问题，在今后教学中要加强自己的业务水平，提高自己能力，不断充实自己，更好的干好本职工作。</w:t>
      </w:r>
      <w:r>
        <w:rPr>
          <w:lang w:eastAsia="zh-CN"/>
        </w:rPr>
        <w:br/>
      </w:r>
      <w:r>
        <w:rPr>
          <w:lang w:eastAsia="zh-CN"/>
        </w:rPr>
        <w:t xml:space="preserve">    2024年小学六年级语文教学工作总结 篇4 </w:t>
      </w:r>
      <w:r>
        <w:rPr>
          <w:lang w:eastAsia="zh-CN"/>
        </w:rPr>
        <w:br/>
      </w:r>
      <w:r>
        <w:rPr>
          <w:lang w:eastAsia="zh-CN"/>
        </w:rPr>
        <w:t>　　本学期，我继续担任六年级的语文教学工作，我针对上学期本班学生所表现出来的特征，本人在本学期对语文教学工作做了些调整，也取得了一些成绩和经验，现作出总结：</w:t>
      </w:r>
      <w:r>
        <w:rPr>
          <w:lang w:eastAsia="zh-CN"/>
        </w:rPr>
        <w:br/>
      </w:r>
      <w:r>
        <w:rPr>
          <w:lang w:eastAsia="zh-CN"/>
        </w:rPr>
        <w:t>　　一、认真备好每一节课，课后及时反思。</w:t>
      </w:r>
      <w:r>
        <w:rPr>
          <w:lang w:eastAsia="zh-CN"/>
        </w:rPr>
        <w:br/>
      </w:r>
      <w:r>
        <w:rPr>
          <w:lang w:eastAsia="zh-CN"/>
        </w:rPr>
        <w:t>　　课前，我认真备课，明确重难点，掌握知识的逻辑，把握教材的关键，并根据了解到的情况认真选择教法。课后，我及时对每一节课进行反思，反思教学方法，反思教学环节，反思学生课堂学习过程等等，并在备课本上记录下来。</w:t>
      </w:r>
      <w:r>
        <w:rPr>
          <w:lang w:eastAsia="zh-CN"/>
        </w:rPr>
        <w:br/>
      </w:r>
      <w:r>
        <w:rPr>
          <w:lang w:eastAsia="zh-CN"/>
        </w:rPr>
        <w:t>　　二、重视学生的课外阅读积累</w:t>
      </w:r>
      <w:r>
        <w:rPr>
          <w:lang w:eastAsia="zh-CN"/>
        </w:rPr>
        <w:br/>
      </w:r>
      <w:r>
        <w:rPr>
          <w:lang w:eastAsia="zh-CN"/>
        </w:rPr>
        <w:t>　　要想学好语文，只凭课本是不够的，必须扩大学生的阅读面。我引导学生大量阅读课外书籍，培养学生课外知识量。要求学生必须根据自己课外阅读的内容做摘抄，可以是作文，可以是名言，可以是精彩片段……时间久了，学生积累的内容越来越丰富，我相信这样的活动对于提高学生的语文水平是大有好处的。</w:t>
      </w:r>
      <w:r>
        <w:rPr>
          <w:lang w:eastAsia="zh-CN"/>
        </w:rPr>
        <w:br/>
      </w:r>
      <w:r>
        <w:rPr>
          <w:lang w:eastAsia="zh-CN"/>
        </w:rPr>
        <w:t>　　三、做好学生的辅导工作。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本班学生语文基础比较差，学生爱动、贪玩，缺乏自控能力，学习积极性不高，有一部分学生总是不能按时完成作业。以优生来带动差生，对学困生的学习进行辅导和帮助。又利用每一个学习小组组内成员进行竞争来带动全班同学共同进步。</w:t>
      </w:r>
      <w:r>
        <w:rPr>
          <w:lang w:eastAsia="zh-CN"/>
        </w:rPr>
        <w:br/>
      </w:r>
      <w:r>
        <w:rPr>
          <w:lang w:eastAsia="zh-CN"/>
        </w:rPr>
        <w:t>　　四、狠抓学生阅读理解这个薄弱环节</w:t>
      </w:r>
      <w:r>
        <w:rPr>
          <w:lang w:eastAsia="zh-CN"/>
        </w:rPr>
        <w:br/>
      </w:r>
      <w:r>
        <w:rPr>
          <w:lang w:eastAsia="zh-CN"/>
        </w:rPr>
        <w:t>　　本班学生阅读理解能力差、贪玩、注意力不够集中，针对这些，本期重点放在读上，从读中理解词义、句子的含义，从读中体会思想感情，从而培养学生的思维、概括、创新。</w:t>
      </w:r>
      <w:r>
        <w:rPr>
          <w:lang w:eastAsia="zh-CN"/>
        </w:rPr>
        <w:br/>
      </w:r>
      <w:r>
        <w:rPr>
          <w:lang w:eastAsia="zh-CN"/>
        </w:rPr>
        <w:t xml:space="preserve">    2024年小学六年级语文教学工作总结 篇5 </w:t>
      </w:r>
      <w:r>
        <w:rPr>
          <w:lang w:eastAsia="zh-CN"/>
        </w:rPr>
        <w:br/>
      </w:r>
      <w:r>
        <w:rPr>
          <w:lang w:eastAsia="zh-CN"/>
        </w:rPr>
        <w:t>　　转眼间，一个学期的教育教学工作已经结束了，回顾这一学期教学，有得有失，现将具体教学工作总结如下：</w:t>
      </w:r>
      <w:r>
        <w:rPr>
          <w:lang w:eastAsia="zh-CN"/>
        </w:rPr>
        <w:br/>
      </w:r>
      <w:r>
        <w:rPr>
          <w:lang w:eastAsia="zh-CN"/>
        </w:rPr>
        <w:t>　　一、培养学生学习兴趣，提高学生语文素养</w:t>
      </w:r>
      <w:r>
        <w:rPr>
          <w:lang w:eastAsia="zh-CN"/>
        </w:rPr>
        <w:br/>
      </w:r>
      <w:r>
        <w:rPr>
          <w:lang w:eastAsia="zh-CN"/>
        </w:rPr>
        <w:t>　　语文是一门充满思想、充满人文精神、充满智慧的学科。我在语文课堂教学中，力求做到让学生喜爱语文，让学生学得兴致盎然，使学生在语文学习中享受学习的乐趣，从而发展学生的语文素养,同时学生的法制意识有了显著提高。</w:t>
      </w:r>
      <w:r>
        <w:rPr>
          <w:lang w:eastAsia="zh-CN"/>
        </w:rPr>
        <w:br/>
      </w:r>
      <w:r>
        <w:rPr>
          <w:lang w:eastAsia="zh-CN"/>
        </w:rPr>
        <w:t>　　（一）培养良好的师生关系</w:t>
      </w:r>
      <w:r>
        <w:rPr>
          <w:lang w:eastAsia="zh-CN"/>
        </w:rPr>
        <w:br/>
      </w:r>
      <w:r>
        <w:rPr>
          <w:lang w:eastAsia="zh-CN"/>
        </w:rPr>
        <w:t>　　良好的师生关系是学生学好本门学科的关键，如果老师一进入课堂就紧绷着脸，势必要造成课堂氛围的紧张，学生老是在揣摩教师的心理，心思自然不会用在学习上。学生只有喜欢老师了，他才能喜欢你所带的学科。面带微笑经常和学生交流，经常和学生谈心，经常激励学生，让学生认为自己是个和蔼可亲的人，学生喜欢老师了，自然也就喜欢你的学科了。</w:t>
      </w:r>
      <w:r>
        <w:rPr>
          <w:lang w:eastAsia="zh-CN"/>
        </w:rPr>
        <w:br/>
      </w:r>
      <w:r>
        <w:rPr>
          <w:lang w:eastAsia="zh-CN"/>
        </w:rPr>
        <w:t>　　（二）注意导入的新颖。</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兴趣是最好的老师”。在教学中，我十分注重培养和激发学生的学习兴趣。譬如，在导入新课时，让学生一上课就能置身于一种轻松和谐的环境氛围中，而又不知不觉地学语文。我们要根据不同的课型，设计不同的导入方式开启学生学习之门，例如播放音乐、讲故事导入等。</w:t>
      </w:r>
      <w:r>
        <w:rPr>
          <w:lang w:eastAsia="zh-CN"/>
        </w:rPr>
        <w:br/>
      </w:r>
      <w:r>
        <w:rPr>
          <w:lang w:eastAsia="zh-CN"/>
        </w:rPr>
        <w:t>　　二、想法设法培养孩子的自信心，让爱在课堂流动</w:t>
      </w:r>
      <w:r>
        <w:rPr>
          <w:lang w:eastAsia="zh-CN"/>
        </w:rPr>
        <w:br/>
      </w:r>
      <w:r>
        <w:rPr>
          <w:lang w:eastAsia="zh-CN"/>
        </w:rPr>
        <w:t>　　有了兴趣，没有信心也不能在学习上有大的突破。一些孩子之所以成绩差，因为其在学习上没有成功的信心。我提问会根据难度来，简单的让学困生回答，正确率自然高，赞美的语言如黄河之水滔滔不绝，常常喝一肚子蜜，精神爽，信心自然上去，他不会觉得低人一等，脑子不如人。即使答错了，也要找个理由夸一夸。</w:t>
      </w:r>
      <w:r>
        <w:rPr>
          <w:lang w:eastAsia="zh-CN"/>
        </w:rPr>
        <w:br/>
      </w:r>
      <w:r>
        <w:rPr>
          <w:lang w:eastAsia="zh-CN"/>
        </w:rPr>
        <w:t>　　我就是让学生感觉到，老师眼里，大家都一样，只是态度不同造成成绩的差异。态度改变，成绩一定进步。同时，在课堂上注入爱的情感教育，让学生学会爱，学会感恩，自愿学习，爱好学习。</w:t>
      </w:r>
      <w:r>
        <w:rPr>
          <w:lang w:eastAsia="zh-CN"/>
        </w:rPr>
        <w:br/>
      </w:r>
      <w:r>
        <w:rPr>
          <w:lang w:eastAsia="zh-CN"/>
        </w:rPr>
        <w:t>　　三、要提高教学质量，关键是上好课</w:t>
      </w:r>
      <w:r>
        <w:rPr>
          <w:lang w:eastAsia="zh-CN"/>
        </w:rPr>
        <w:br/>
      </w:r>
      <w:r>
        <w:rPr>
          <w:lang w:eastAsia="zh-CN"/>
        </w:rPr>
        <w:t>　　为了上好课，我做了多方面的工作：</w:t>
      </w:r>
      <w:r>
        <w:rPr>
          <w:lang w:eastAsia="zh-CN"/>
        </w:rPr>
        <w:br/>
      </w:r>
      <w:r>
        <w:rPr>
          <w:lang w:eastAsia="zh-CN"/>
        </w:rPr>
        <w:t>　　（1）认真钻研教材，做好ppt课件。对教材的基本思想、基本概念，每句话、每个字都弄清楚，了解教材的结构，重点与难点，把握知识的逻辑，能运用自如，知道应补充哪些资料，怎样才能教好。</w:t>
      </w:r>
      <w:r>
        <w:rPr>
          <w:lang w:eastAsia="zh-CN"/>
        </w:rPr>
        <w:br/>
      </w:r>
      <w:r>
        <w:rPr>
          <w:lang w:eastAsia="zh-CN"/>
        </w:rPr>
        <w:t>　　（2）了解学生原有的知识技能的质量，他们的爱好、需要、方法、习惯，学习新知识可能会有哪些困难，采取相应的预防措施。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（3）考虑教法，解决如何把已把握的教材传授给学生，包括如何组织教材、如何安排每节课的活动。</w:t>
      </w:r>
      <w:r>
        <w:rPr>
          <w:lang w:eastAsia="zh-CN"/>
        </w:rPr>
        <w:br/>
      </w:r>
      <w:r>
        <w:rPr>
          <w:lang w:eastAsia="zh-CN"/>
        </w:rPr>
        <w:t>　　（4）培养认真预习的习惯。课前阅读准备，有的课文，我会让学生利用课余时间提前阅读相关书籍资料，例如在复习作文专题时，我让全班每个孩子都收集自己喜欢的作文的好的开头和结尾、喜欢的好故事等。通过课外的阅读和积累，再去学习写作的技巧和方法，就为上好这一专题打下一个良好的基础。另外，对于六年级的同学来说，生字词语都可以放在课外通过预习解决。课外预习已经成为我班同学的良好习惯了。</w:t>
      </w:r>
      <w:r>
        <w:rPr>
          <w:lang w:eastAsia="zh-CN"/>
        </w:rPr>
        <w:br/>
      </w:r>
      <w:r>
        <w:rPr>
          <w:lang w:eastAsia="zh-CN"/>
        </w:rPr>
        <w:t>　　（5）认真组织课堂教学。组织好课堂教学，关注全体学生，留意信息反馈，调动学生的有意留意，使其保持相对稳定性，同时，想方设法创设教学情景，激发学生的爱好和情感，使他们产生愉悦的心境，创造良好的课堂气氛，课堂上讲练结合，布置好家庭作业，作业少而精，减轻学生的负担。</w:t>
      </w:r>
      <w:r>
        <w:rPr>
          <w:lang w:eastAsia="zh-CN"/>
        </w:rPr>
        <w:br/>
      </w:r>
      <w:r>
        <w:rPr>
          <w:lang w:eastAsia="zh-CN"/>
        </w:rPr>
        <w:t>　　四、加强基础知识的积累、专题训练和拓展课外阅读</w:t>
      </w:r>
      <w:r>
        <w:rPr>
          <w:lang w:eastAsia="zh-CN"/>
        </w:rPr>
        <w:br/>
      </w:r>
      <w:r>
        <w:rPr>
          <w:lang w:eastAsia="zh-CN"/>
        </w:rPr>
        <w:t>　　语文学科尤其重视知识的积累，特别是毕业班的学生，有了一定的知识积累，熟悉题型，就能更好的各个攻破。在上完新课后，我分别从字、词、句、阅读、作文和应用文等专题进行复习，取得了一定的效果。我曾多次告诉学生，语文课上，老师讲了再多的方法，如果自己不去记忆，课外不去大量阅读，积累好词佳句，是无法写出好的文章来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要求背诵的课文，诗词，名言警句，日积月累的成语，都必须熟练背诵，当然，如果不愿意背诵，还可以选择反复地抄写。背诵或抄写，可以自己选择，目的只有一个，牢记于心。</w:t>
      </w:r>
      <w:r>
        <w:rPr>
          <w:lang w:eastAsia="zh-CN"/>
        </w:rPr>
        <w:br/>
      </w:r>
      <w:r>
        <w:rPr>
          <w:lang w:eastAsia="zh-CN"/>
        </w:rPr>
        <w:t>　　数学老师常说举一反三，语文一科中有些题同样如此，同一知识的测试，有很多种方式，老师平时加以训练，学困生才不会再考试中束手无策。如把转述的话变成引用的话，那么又怎么把引用的话变成转述的话呢？人称代词怎么变化，意思才不会变化，练习多了，学生自然就有感悟了。</w:t>
      </w:r>
      <w:r>
        <w:rPr>
          <w:lang w:eastAsia="zh-CN"/>
        </w:rPr>
        <w:br/>
      </w:r>
      <w:r>
        <w:rPr>
          <w:lang w:eastAsia="zh-CN"/>
        </w:rPr>
        <w:t>　　同时，六年级第二学期面临升学考试，语文教学因为其学科的特殊性，涉及的知识面很广，也对老师提出了更高的要求，给学生一碗水，自己就要一桶水。本学期我虽然尽了自己的责任和能力去完成了教学工作任务，取得了一定的成绩，但是在教学工作中难免有遗憾，例如：我感觉自己的阅读还不够，特别是理论书籍，作业设计不能做到“因人而异”等。今后我将继续加倍地努力工作，为全面提高自己的教学水平和学生的语文素养而努力。</w:t>
      </w:r>
      <w:r>
        <w:rPr>
          <w:lang w:eastAsia="zh-CN"/>
        </w:rPr>
        <w:br/>
      </w:r>
      <w:r>
        <w:rPr>
          <w:lang w:eastAsia="zh-CN"/>
        </w:rPr>
        <w:t xml:space="preserve">    2024年小学六年级语文教学工作总结 篇6 </w:t>
      </w:r>
      <w:r>
        <w:rPr>
          <w:lang w:eastAsia="zh-CN"/>
        </w:rPr>
        <w:br/>
      </w:r>
      <w:r>
        <w:rPr>
          <w:lang w:eastAsia="zh-CN"/>
        </w:rPr>
        <w:t>　　六年了，在孩子的整个生命历程中它不算长，但他却是孩子生命历程中极为重要的一段旅程。他们从胆小变得勇敢，从幼稚变得成熟，从无知变得懂事。在这六年里，我究竟给了孩子什么。当我一次又一次的想这个问题时，我的大脑一片茫然，似乎没有给孩子留下多少有价值的东西。如果一定要写，我勉强从三方面谈谈。</w:t>
      </w:r>
      <w:r>
        <w:rPr>
          <w:lang w:eastAsia="zh-CN"/>
        </w:rPr>
        <w:br/>
      </w:r>
      <w:r>
        <w:rPr>
          <w:lang w:eastAsia="zh-CN"/>
        </w:rPr>
        <w:t>　　第一，培养了孩子良好的读书习惯。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“阅读滋养底气，思考带来灵气”可能是我对这句话的无限相信，所以我一直认为语文学习如果脱离了大量的课外阅读，那只能是无本之木无源之水。于是，在我刚接手这个班时就制定了详细的课外阅读计划。</w:t>
      </w:r>
      <w:r>
        <w:rPr>
          <w:lang w:eastAsia="zh-CN"/>
        </w:rPr>
        <w:br/>
      </w:r>
      <w:r>
        <w:rPr>
          <w:lang w:eastAsia="zh-CN"/>
        </w:rPr>
        <w:t>　　二年级时我要求孩子每天回家读一个童话故事，为了便于检查，第二天的晨诵课占用五六分钟，要求孩子将昨天读的故事讲给同伴听。如果孩子读了两个或更多个，那就利用课余时间讲给我听，每天听后都给孩子小小的奖励，当然我的要求很低，只要孩子能用一两句话简单说说故事情节即可。这样一来既落实了读这个作业，又锻炼了孩子的语言表述能力，同时也激励了那部分学有余力的孩子能更多的涉猎课外阅读。</w:t>
      </w:r>
      <w:r>
        <w:rPr>
          <w:lang w:eastAsia="zh-CN"/>
        </w:rPr>
        <w:br/>
      </w:r>
      <w:r>
        <w:rPr>
          <w:lang w:eastAsia="zh-CN"/>
        </w:rPr>
        <w:t>　　三年级时，我还是要求孩子每天回家继续阅读童话故事，第二天早上继续检查。除此之外，我还将课堂上的大量时间节约出来作为奖励让孩子进行阅读。比如孩子完成作业的质量高，上课积极回答问题，遵守课堂纪律等等都可以换取阅读故事的时间。在这种激励措施下，我发现孩子渐渐的不认为读书是一种作业与负担了，甚至将它当成了一种荣耀。</w:t>
      </w:r>
      <w:r>
        <w:rPr>
          <w:lang w:eastAsia="zh-CN"/>
        </w:rPr>
        <w:br/>
      </w:r>
      <w:r>
        <w:rPr>
          <w:lang w:eastAsia="zh-CN"/>
        </w:rPr>
        <w:t>　　四年级时，我们主要以阅读整本书为主。在阅读整本书的过程中，刚开始孩子们不是很乐意，总感觉有一定的难度，记得在这个时候有很多孩子如果你一不留神就要偷懒。于是我每天布置读书作业时就要求孩子在所读内容上进行圈点批画，读完一个章节就在后面写简单的感受。一年下来，阅读量最少的同学也达到了16本的量，在我看来这是个很了不起的数字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五年级时，我们继续读整本书，刚开始检查的办法还是同四年级一样，这样的检查大概持续到五年级上学期结束。五年级下学期到六年级的现在我们没有了任何监控措施，因为孩子们已经彻底喜欢上读书了，你布不布置孩子们都能够自觉主动的去看。每天早上当我走进教室看到的是孩子们静悄悄的读书身影，中午早到校的孩子更是将这段时间当成了宝，生怕上课铃响破坏了他们如痴如醉的美好境界。现在他们读的都是大部头的小说，有时读着读着就忘记完成家庭作业了，因为这也没少遭家长的训斥。但是，读书确实给孩子们带来了精神上的愉悦与成绩上的提高，绝大部分的孩子面对作文没有畏难情绪，在有限的时间内能洋洋洒洒写出很有品味的作文。所以在每次测试时在同年级中总是有一定的优势。在这种良性循环的过程中更进一步的将孩子推向了阅读的高峰。</w:t>
      </w:r>
      <w:r>
        <w:rPr>
          <w:lang w:eastAsia="zh-CN"/>
        </w:rPr>
        <w:br/>
      </w:r>
      <w:r>
        <w:rPr>
          <w:lang w:eastAsia="zh-CN"/>
        </w:rPr>
        <w:t>　　写在纸上的这个过程看上似乎进行的很顺畅，但是在整个实践的过程中是很艰辛的，这里需要老师有极大的耐心，同时还应充满对学生肯定能喜欢上阅读的极大信心。只有这样你才能坚定的走下去，直到尝到阅读的甜头。我不敢肯定所有的孩子今后的语文路能走的很顺利，但是我坚信大部分孩子以后会与书为伴，让读书成为一种习惯，像呼吸一样自然。</w:t>
      </w:r>
      <w:r>
        <w:rPr>
          <w:lang w:eastAsia="zh-CN"/>
        </w:rPr>
        <w:br/>
      </w:r>
      <w:r>
        <w:rPr>
          <w:lang w:eastAsia="zh-CN"/>
        </w:rPr>
        <w:t>　　第二，培养了孩子良好的书写习惯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我们班的孩子不敢说个个能写漂亮字，但敢说个个能写规范字。一直以来我与孩子常说的一句话就是“提笔即练字”。不管是课堂作业还是家庭作业在书写上我总是严格的要求，写不到我认为的从他自身来看最好就不能算完成作业。还有就是我将书写的作业大部分放在课堂上进行，久而久之孩子们养成了好的书写习惯。慢慢的不是说老师要求我才写好，而是写不好自己也过不去。</w:t>
      </w:r>
      <w:r>
        <w:rPr>
          <w:lang w:eastAsia="zh-CN"/>
        </w:rPr>
        <w:br/>
      </w:r>
      <w:r>
        <w:rPr>
          <w:lang w:eastAsia="zh-CN"/>
        </w:rPr>
        <w:t>　　第三、我没有放弃每一个学生</w:t>
      </w:r>
      <w:r>
        <w:rPr>
          <w:lang w:eastAsia="zh-CN"/>
        </w:rPr>
        <w:br/>
      </w:r>
      <w:r>
        <w:rPr>
          <w:lang w:eastAsia="zh-CN"/>
        </w:rPr>
        <w:t>　　我的教学原则是，班里的孩子能飞的就让他们飞起来，能跑得就让他们跑起来，不能跑得就要他们走起来，即使连走也有困难那就让他们慢慢的爬。从始至终我尊重每个孩子，每个孩子在与昨天的自己对比时都会有不同程度的进步，所以我们班的所谓差生每天都是很乐观的，从他们的身上看不到“自卑”两个字。可以说我从来不横向比较孩子，而是纵向看他个人的发展，只要今天的自己胜过昨天的自己那就是进步，就能得到肯定。</w:t>
      </w:r>
      <w:r>
        <w:rPr>
          <w:lang w:eastAsia="zh-CN"/>
        </w:rPr>
        <w:br/>
      </w:r>
      <w:r>
        <w:rPr>
          <w:lang w:eastAsia="zh-CN"/>
        </w:rPr>
        <w:t xml:space="preserve">    2024年小学六年级语文教学工作总结 篇7 </w:t>
      </w:r>
      <w:r>
        <w:rPr>
          <w:lang w:eastAsia="zh-CN"/>
        </w:rPr>
        <w:br/>
      </w:r>
      <w:r>
        <w:rPr>
          <w:lang w:eastAsia="zh-CN"/>
        </w:rPr>
        <w:t>　　本学期我继续担任六年级（1）班的语文教学工作。教师与学生之间都比较熟悉，管理较容易。而语文教学是一个相对模糊的领域，语文课堂应该教什么，一直是我们苦苦探寻的问题。语文课堂教学目标不易把握，学习方法需要理性培养，教学重点不易捕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而“小组合作学习”的课堂教学需要老师首先做好这几方面工作：致力于明确自学重点，设计可行的自学提示，理性地吃透教材，在学生自学时、自学后予以精确的引导。每学一篇课文，我都反复读课文，沉下心来感受语言的魅力，斟酌教学的关键点，立足学情设定自学提示。让学生在日常课堂上不间断地积累自学、讨论经验，养成自主学习能力，拥有交流、展示的自信。每高学生学习的兴趣，拓宽学生的学习视野。</w:t>
      </w:r>
      <w:r>
        <w:rPr>
          <w:lang w:eastAsia="zh-CN"/>
        </w:rPr>
        <w:br/>
      </w:r>
      <w:r>
        <w:rPr>
          <w:lang w:eastAsia="zh-CN"/>
        </w:rPr>
        <w:t>　　生命化高效课堂让学生动起来，课堂活起来，课堂变成自主学习场、合作探究场、展示点评场，大大激发了学生的求知热情。老师，早已不再口若悬河滔滔不绝，指点江山激扬文字，谆谆教诲耳提面命。当学生真正的站到课堂的中央，却意外地收获了“山重水复疑无路，柳暗花明又一村”的欣喜。他们一个个昂扬向上、充满希冀，如沐春风，如浴朝阳。台上小主持落落大方，口齿伶俐，台下小组讨论活泼主动，积极热烈。老师适时点拨，画龙点睛，熠熠生辉。短短四十分钟的课堂，学生成了学习的主人，成了课堂的主宰。</w:t>
      </w:r>
      <w:r>
        <w:rPr>
          <w:lang w:eastAsia="zh-CN"/>
        </w:rPr>
        <w:br/>
      </w:r>
      <w:r>
        <w:rPr>
          <w:lang w:eastAsia="zh-CN"/>
        </w:rPr>
        <w:t>　　一、精心备课。</w:t>
      </w:r>
      <w:r>
        <w:rPr>
          <w:lang w:eastAsia="zh-CN"/>
        </w:rPr>
        <w:br/>
      </w:r>
      <w:r>
        <w:rPr>
          <w:lang w:eastAsia="zh-CN"/>
        </w:rPr>
        <w:t>　　备课是一个必不可少、十分重要的环节，备学生，又要备教法。备课不充分或者备得不好，会严重影响课堂气氛与积极性，我明白备课的重要性，因此，无论是公开课，还是平时，在备课时，我认真了解、分析学生的实际情况，具体问题具体分析，尽量做到因材施教。课后及时写好反思记录。</w:t>
      </w:r>
      <w:r>
        <w:rPr>
          <w:lang w:eastAsia="zh-CN"/>
        </w:rPr>
        <w:br/>
      </w:r>
      <w:r>
        <w:rPr>
          <w:lang w:eastAsia="zh-CN"/>
        </w:rPr>
        <w:t>　　二、时时处处，朗读，阅读，写作。</w:t>
      </w:r>
      <w:r>
        <w:rPr>
          <w:lang w:eastAsia="zh-CN"/>
        </w:rPr>
        <w:br/>
      </w:r>
      <w:r>
        <w:rPr>
          <w:lang w:eastAsia="zh-CN"/>
        </w:rPr>
        <w:t>　　1、朗读。课堂上用了大量的时间，对学生进行朗读训练与指导。并多次利用诵读课组织朗读课文、诗词的比赛。课下，要求学生张开嘴巴，放声朗读，借此培养流畅的语感。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2、阅读。从平时上课到课余时间，刻意让学生进行阅读的训练，多思考，多解决问题，提高阅读水平。每天利用早读诵读经典文章，周末，多方位、大面积的布置阅读任务，拓宽加深孩子们的阅读面和阅读水平。</w:t>
      </w:r>
      <w:r>
        <w:rPr>
          <w:lang w:eastAsia="zh-CN"/>
        </w:rPr>
        <w:br/>
      </w:r>
      <w:r>
        <w:rPr>
          <w:lang w:eastAsia="zh-CN"/>
        </w:rPr>
        <w:t>　　3、写作。从课文内容的收获或反思、课后续写、课内外的班级故事、课外阅读的心得，等多方面、多题材训练写作，每天一段或每周多篇，融纪实、想象、抒情、说明于一体，训练学生的表达能力。致使全班近20名学生，从六年级开始着手创作校园、穿越、科幻、武侠等各种题材的长篇小说。</w:t>
      </w:r>
      <w:r>
        <w:rPr>
          <w:lang w:eastAsia="zh-CN"/>
        </w:rPr>
        <w:br/>
      </w:r>
      <w:r>
        <w:rPr>
          <w:lang w:eastAsia="zh-CN"/>
        </w:rPr>
        <w:t>　　三、努力方向与措施</w:t>
      </w:r>
      <w:r>
        <w:rPr>
          <w:lang w:eastAsia="zh-CN"/>
        </w:rPr>
        <w:br/>
      </w:r>
      <w:r>
        <w:rPr>
          <w:lang w:eastAsia="zh-CN"/>
        </w:rPr>
        <w:t>　　1、进一步加强理论学习，深入推进课程改革，在实践中不断探究、反思、总结。</w:t>
      </w:r>
      <w:r>
        <w:rPr>
          <w:lang w:eastAsia="zh-CN"/>
        </w:rPr>
        <w:br/>
      </w:r>
      <w:r>
        <w:rPr>
          <w:lang w:eastAsia="zh-CN"/>
        </w:rPr>
        <w:t>　　2、进一步明确阅读教学的中心地位，要切切实实学好语文基础知识。</w:t>
      </w:r>
      <w:r>
        <w:rPr>
          <w:lang w:eastAsia="zh-CN"/>
        </w:rPr>
        <w:br/>
      </w:r>
      <w:r>
        <w:rPr>
          <w:lang w:eastAsia="zh-CN"/>
        </w:rPr>
        <w:t>　　3、积极参加校内外的语文教研活动，教学中重视学习方法的指导，特别是写作方法的指导。在今后的教研活动中，进一步通过课题研究，通过专题指导重视对学生良好学习习惯的培养。</w:t>
      </w:r>
      <w:r>
        <w:rPr>
          <w:lang w:eastAsia="zh-CN"/>
        </w:rPr>
        <w:br/>
      </w:r>
      <w:r>
        <w:rPr>
          <w:lang w:eastAsia="zh-CN"/>
        </w:rPr>
        <w:t>　　4、多与学生家长沟通，配合管好学生。</w:t>
      </w:r>
      <w:r>
        <w:rPr>
          <w:lang w:eastAsia="zh-CN"/>
        </w:rPr>
        <w:br/>
      </w:r>
      <w:r>
        <w:rPr>
          <w:lang w:eastAsia="zh-CN"/>
        </w:rPr>
        <w:t>　　总之，且行且收获！在语文课堂的改革中，要充分将课堂还给了学生。学生在讲课，老师在倾听；学生在展示，老师在欣赏；学生在互动，老师在观察；学生在讨论，老师在激发；学生在质疑，老师在反问；生生之间在进行着自我评价。在课堂中，我们充分利用小组合作探究，让学生的思维贯穿整个课堂，发生着思维与思维的碰撞、智慧与智慧的摩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继续坚定不移的行走，我们必定会收获更多的意想不到！</w:t>
      </w:r>
      <w:r>
        <w:rPr>
          <w:lang w:eastAsia="zh-CN"/>
        </w:rPr>
        <w:br/>
      </w:r>
      <w:r>
        <w:rPr>
          <w:lang w:eastAsia="zh-CN"/>
        </w:rPr>
        <w:t xml:space="preserve">    2024年小学六年级语文教学工作总结 篇8 </w:t>
      </w:r>
      <w:r>
        <w:rPr>
          <w:lang w:eastAsia="zh-CN"/>
        </w:rPr>
        <w:br/>
      </w:r>
      <w:r>
        <w:rPr>
          <w:lang w:eastAsia="zh-CN"/>
        </w:rPr>
        <w:t>　　本学年我担任六年级语文教学。因此，我对教学工作不敢怠慢，认真学习，深入研究教法。经过一个学期的努力，获取了很多宝贵的教学经验。以下是我在本学期的教学情况总结：</w:t>
      </w:r>
      <w:r>
        <w:rPr>
          <w:lang w:eastAsia="zh-CN"/>
        </w:rPr>
        <w:br/>
      </w:r>
      <w:r>
        <w:rPr>
          <w:lang w:eastAsia="zh-CN"/>
        </w:rPr>
        <w:t>　　一、基本情况概述</w:t>
      </w:r>
      <w:r>
        <w:rPr>
          <w:lang w:eastAsia="zh-CN"/>
        </w:rPr>
        <w:br/>
      </w:r>
      <w:r>
        <w:rPr>
          <w:lang w:eastAsia="zh-CN"/>
        </w:rPr>
        <w:t>　　教学就是教与学，两者是相互联系，不可分割的，有教者就必然有学者。学生是被教的主体。因此，了解和分析学生情况，有针对地教对教学成功与否至关重要。</w:t>
      </w:r>
      <w:r>
        <w:rPr>
          <w:lang w:eastAsia="zh-CN"/>
        </w:rPr>
        <w:br/>
      </w:r>
      <w:r>
        <w:rPr>
          <w:lang w:eastAsia="zh-CN"/>
        </w:rPr>
        <w:t>　　农村的学生听，说的能力相对较弱，授课采用较深的话教学，同学们还不能适应。了解及分析学生实际情况，实事求是，具体问题具体分析，做到因材施教，对授课效果有直接影响。这就是教育学中提到的“备教法的同时要备学生”。这一理论在我的教学实践中得到了验证。</w:t>
      </w:r>
      <w:r>
        <w:rPr>
          <w:lang w:eastAsia="zh-CN"/>
        </w:rPr>
        <w:br/>
      </w:r>
      <w:r>
        <w:rPr>
          <w:lang w:eastAsia="zh-CN"/>
        </w:rPr>
        <w:t>　　二、取得的成绩与经验</w:t>
      </w:r>
      <w:r>
        <w:rPr>
          <w:lang w:eastAsia="zh-CN"/>
        </w:rPr>
        <w:br/>
      </w:r>
      <w:r>
        <w:rPr>
          <w:lang w:eastAsia="zh-CN"/>
        </w:rPr>
        <w:t>　　教学中，备课是一个必不可少，十分重要的环节，备学生，又要备教法。备课不充分或者备得不好，会严重影响课堂气氛和积极性，我明白到备课的重要性，因此，每天我都花费大量的时间在备课之上，认认真真钻研教材和教法，不满意就不收工。虽然辛苦，但事实证明是值得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一堂准备充分的课，会令学生和老师都获益不浅。如果照本宣科地讲授，学生会感到困难和沉闷。我认真研究课文，找出重点，难点，准备有针对性地讲。为了令教学生动，不沉闷，我还为此准备了大量的教具，授课时就胸有成竹了。相反，我没有认真备课的时候，课堂气氛沉闷，教学效果不好，与此相比可见，认真备课对教学十分重要。</w:t>
      </w:r>
      <w:r>
        <w:rPr>
          <w:lang w:eastAsia="zh-CN"/>
        </w:rPr>
        <w:br/>
      </w:r>
      <w:r>
        <w:rPr>
          <w:lang w:eastAsia="zh-CN"/>
        </w:rPr>
        <w:t>　　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w:t>
      </w:r>
      <w:r>
        <w:rPr>
          <w:lang w:eastAsia="zh-CN"/>
        </w:rPr>
        <w:br/>
      </w:r>
      <w:r>
        <w:rPr>
          <w:lang w:eastAsia="zh-CN"/>
        </w:rPr>
        <w:t>　　三、采取的方法和措施</w:t>
      </w:r>
      <w:r>
        <w:rPr>
          <w:lang w:eastAsia="zh-CN"/>
        </w:rPr>
        <w:br/>
      </w:r>
      <w:r>
        <w:rPr>
          <w:lang w:eastAsia="zh-CN"/>
        </w:rPr>
        <w:t>　　语文是一门工具学科，对学生而言，既熟悉又困难，在这样一种大环境之下，要教好语文，就要让学生喜爱语文，让他们对语文产生兴趣。否则学生对这门学科产生畏难情绪，不愿学，也无法学下去。为此，我采取了一些方法，就是尽量多讲一些文化生活故事，让他们更了解语文，更喜欢学习语文。因为只有语文水平提高，他们才能提高同学们的语文写作能力，对成绩优秀的同学很有好处。</w:t>
      </w:r>
      <w:r>
        <w:rPr>
          <w:lang w:eastAsia="zh-CN"/>
        </w:rPr>
        <w:br/>
      </w:r>
      <w:r>
        <w:rPr>
          <w:lang w:eastAsia="zh-CN"/>
        </w:rPr>
        <w:t>　　语文是语言。因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在新课堂教学中，我始终坚持学生先学后教、探究性学习、参与式学习、合作学习、自主学习这几种学习方式，建立适合学生自主发展、发挥学生主动、互助的教学模式，对出现的问题积极应对。比如对在课堂上存在的“假互动”现象、如何把握“学生自主思考的时间”、对学生“质疑“的处理、小组合作学习什么时候合作，什么问题需要合作，怎样合作等问题进行了研讨，并明确对自己提出教学应注意的“十点”：作业少一点，轻松多一点；作业少一点，轻松多一点；同学交流点，课后活动点；学得深一点，扩得广一点；纪律好一点，学得多一点。在教学中热爱每一个学生，建立自主互助学习型课堂，让学生在民主、和谐的课堂环境中健康成长。在就是课后积极进行反思，一是进行节后反思：一节课结束后，回顾教学过程，体会在小组合作学习中的成功之处，得到什么启发，总结成功的经验，并分析在合作互动中存在哪些“假互动”、“假问题”，什么地方遏止了学生的思维？什么地方出现“低效现象”；二是对某一阶段的教学工作是否达到了预期的效果进行反思。对于从作业、辅导、讲评中反馈回来的信息，都要进行全面分析，认真思考自学的实际效果，积累成功经验，找出有待改进的地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本班学生活泼好动、贪玩，但有较强的责任心，集体观念性强。从学习成绩来看，优生占的比例少，中游生和学习困难的学生占的比数较大，课堂上能举手回答问题的学生只有几个人，课堂气氛不活跃，有部分学生存在思维能力较差，记忆力差，不肯动脑筋思考问题，上课不举手回答问题。个别学生如秦瀛、班沛尽管完成作业，但学习应付、自制能力差，记忆力差，有个别同学上课好动、随便、精力不集中等。大多数同学的阅读和习作是弱项，测验时就这两项失分多，其中有四名同学不会作文。有部分学生的学习目的不明确，态度不端正，对学习报无所谓的态度。从整体看女同学学习认真、上课听讲、做作业细心等，而男同学比不上她们。总之，要想搞好本学期的教学工作、提高教学成绩还得从各方面下一番功夫。</w:t>
      </w:r>
      <w:r>
        <w:rPr>
          <w:lang w:eastAsia="zh-CN"/>
        </w:rPr>
        <w:br/>
      </w:r>
      <w:r>
        <w:rPr>
          <w:lang w:eastAsia="zh-CN"/>
        </w:rPr>
        <w:t>　　首先，指导学生把字写好，写对笔画、笔顺，提高写字的速度，并养成良好的写字习惯。培养学生正确、流利有感情地朗读课文，加快默读速度。在阅读教学中揣摩文章的叙述顺序，体会作者的思想感情；学习诗歌以及叙事性、说明性等不同的文章的阅读。其次通过课后的思考练习题，引导学生理解内容，领会作者基本的表达方法。在交流平台中总结某些规律性的东西；把握每个单元丰富的人文内涵，把情感、态度、价值观的目标落实实处。培养学生倾听和应对的能力，在学生口语表达中随机训练和规范，循序渐进的提高口语表达水平。加强习作形式的指导，把练笔辐射到阅读课上，把练笔延伸到日常生活之中。重视作文多元性评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本学期将继续开展好课堂教学改革活动，充分发挥各小组长的作用，互帮互学，共同探讨，共同讨论，使每个学生共同发展，共同提高。教师要把课堂还给学生，让学生起主导作用，充分发挥、展示自己的才能，力争提高课题效率。我要认真领会教材的编写意图，吃透教材，深入钻研教材，结合本班学生的实际认真备课，精心批改作业，把握教材的重、难点，做到课堂上有的放矢。根据教材的不同内容，结合学生的实际情况，因材施教、因人施教。</w:t>
      </w:r>
      <w:r>
        <w:rPr>
          <w:lang w:eastAsia="zh-CN"/>
        </w:rPr>
        <w:br/>
      </w:r>
      <w:r>
        <w:rPr>
          <w:lang w:eastAsia="zh-CN"/>
        </w:rPr>
        <w:t>　　在教学过程中，从拓宽学生的知识面入手，教给学生学习方法，在阅读方面下功夫，弥补以往存在的不足。在教学过程中，充分发挥多媒体的有效作用，根据教材的需要，利用“农村资源网站”这一教学优势，搜集有关相应的课件服务于教学，使学生通过观察，更生动有趣地理解课文内容，提高学习效率，使教学更具有直观惯性。在大阅读活动中，按照要求扎扎实实的开展好背诵古诗和课外阅读活动，利用晨读时间，本学期内要完成五十首古诗的背诵任务，广泛开展阅读活动，激发学生的阅读兴趣，丰富学生的知识，更有利于提高阅读和写作能力，为提高语文教学成绩打下基础。教育学生明确学习目的，端正学习态度。充分调动起学生的学习积极性，为他们创设浓厚的学习氛围，让他们在愉快、和谐的气氛中学习。努力学习先进的教学理念，认清当前教育改革的形势，虚心学习先进的教学经验，努力改进课堂教学方法，不断提高自己的授课能力，努力向课堂要质量。本学期加强对学生的管理，加强对优等生的培养和后进生的辅导，彻底改正教育观念，从不同角度锻炼、培养、开拓他们的视野，拓宽知识面。在教学过程中，采取各种有利的措施，力求逐步缩小后进面，努力提高本班的优秀率。对那些纪律松懈，学习松弛、课堂上精力不集中的同学，要加强教育，认真管教，让学生学有所得，成绩有很大的提高。</w:t>
      </w:r>
      <w:r>
        <w:rPr>
          <w:lang w:eastAsia="zh-CN"/>
        </w:rPr>
        <w:br/>
      </w:r>
      <w:r>
        <w:rPr>
          <w:lang w:eastAsia="zh-CN"/>
        </w:rPr>
        <w:t xml:space="preserve">    2024年小学六年级语文教学工作总结 篇9 </w:t>
      </w:r>
      <w:r>
        <w:rPr>
          <w:lang w:eastAsia="zh-CN"/>
        </w:rPr>
        <w:br/>
      </w:r>
      <w:r>
        <w:rPr>
          <w:lang w:eastAsia="zh-CN"/>
        </w:rPr>
        <w:t>　　一、班级基本情况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20__年上期我所任教的六年级全班共有8名学生。其中男生6名，女生2人。学优生2人，占班级学生数的25%，学困生4人，占班级学生数的50%，中等生2人，占班级学生数的25%。经过本期的教育教学，我班学生在汉字书写、基础知识积累、课外书籍阅读及习作能力等方面已有了新的进步。现将本期的教学工作总结如下：</w:t>
      </w:r>
      <w:r>
        <w:rPr>
          <w:lang w:eastAsia="zh-CN"/>
        </w:rPr>
        <w:br/>
      </w:r>
      <w:r>
        <w:rPr>
          <w:lang w:eastAsia="zh-CN"/>
        </w:rPr>
        <w:t>　　二、工作措施</w:t>
      </w:r>
      <w:r>
        <w:rPr>
          <w:lang w:eastAsia="zh-CN"/>
        </w:rPr>
        <w:br/>
      </w:r>
      <w:r>
        <w:rPr>
          <w:lang w:eastAsia="zh-CN"/>
        </w:rPr>
        <w:t>　　1、在识字写字方面。</w:t>
      </w:r>
      <w:r>
        <w:rPr>
          <w:lang w:eastAsia="zh-CN"/>
        </w:rPr>
        <w:br/>
      </w:r>
      <w:r>
        <w:rPr>
          <w:lang w:eastAsia="zh-CN"/>
        </w:rPr>
        <w:t>　　本期我将学生的汉字书写能力放在重中之重，利用每天下午的第一节15分钟的写字时间要求学生按照发给学生的字帖进行临帖，同时重视对学生写字姿势的指导，引导学生掌握好基本的书写持能，养成良好的书写习惯。</w:t>
      </w:r>
      <w:r>
        <w:rPr>
          <w:lang w:eastAsia="zh-CN"/>
        </w:rPr>
        <w:br/>
      </w:r>
      <w:r>
        <w:rPr>
          <w:lang w:eastAsia="zh-CN"/>
        </w:rPr>
        <w:t>　　2、在学生阅读能力方面。</w:t>
      </w:r>
      <w:r>
        <w:rPr>
          <w:lang w:eastAsia="zh-CN"/>
        </w:rPr>
        <w:br/>
      </w:r>
      <w:r>
        <w:rPr>
          <w:lang w:eastAsia="zh-CN"/>
        </w:rPr>
        <w:t>　　①在课堂教学中充分利用教材资源，加强学生的朗读、默读训练，并注意指导好学生学会一边读，一边想，在学生独立阅读和思培养学生的阅读能力。同时要求学生尽可能的将本册中的所有要求背诵的课文背诵下来，鼓励学生在多诵读的实践中增加积累，发展学生的语感。</w:t>
      </w:r>
      <w:r>
        <w:rPr>
          <w:lang w:eastAsia="zh-CN"/>
        </w:rPr>
        <w:br/>
      </w:r>
      <w:r>
        <w:rPr>
          <w:lang w:eastAsia="zh-CN"/>
        </w:rPr>
        <w:t>　　②充分发挥师生比方在教学中的主动性和创造性，在课堂教学中，</w:t>
      </w:r>
      <w:r>
        <w:rPr>
          <w:lang w:eastAsia="zh-CN"/>
        </w:rPr>
        <w:br/>
      </w:r>
      <w:r>
        <w:rPr>
          <w:lang w:eastAsia="zh-CN"/>
        </w:rPr>
        <w:t>　　注意发挥学生学习的积极性和主动性，引导学生进行探究和合作学习。将四人分成一小组，由组长组织学习。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③在教学中鼓励学生多读书、好读书、读好书，读整本的书，本期组织本班学生进行了“讲故事”和“歇后语抢答赛”“辩论会”等实践活动，以此来激励和培养学生好读书的习惯。</w:t>
      </w:r>
      <w:r>
        <w:rPr>
          <w:lang w:eastAsia="zh-CN"/>
        </w:rPr>
        <w:br/>
      </w:r>
      <w:r>
        <w:rPr>
          <w:lang w:eastAsia="zh-CN"/>
        </w:rPr>
        <w:t>　　④在教学中注重学生基本知识和基本技能的训练的训练，要求学生将每课的生字、古诗和积累运用中的知识听写甚至默写出来，给学生打下扎实的语文基础，保进学生的持续发展。</w:t>
      </w:r>
      <w:r>
        <w:rPr>
          <w:lang w:eastAsia="zh-CN"/>
        </w:rPr>
        <w:br/>
      </w:r>
      <w:r>
        <w:rPr>
          <w:lang w:eastAsia="zh-CN"/>
        </w:rPr>
        <w:t>　　3、在习作方面。</w:t>
      </w:r>
      <w:r>
        <w:rPr>
          <w:lang w:eastAsia="zh-CN"/>
        </w:rPr>
        <w:br/>
      </w:r>
      <w:r>
        <w:rPr>
          <w:lang w:eastAsia="zh-CN"/>
        </w:rPr>
        <w:t>　　1培养学生的写作兴趣和写作习惯是本期我的工作重点，○“无论学生写得怎样只要他能动笔，就会得鼓励”是我的基本方法。对于学生表达了真情实感、有创意的习作我是一定要公开宣读并张榜的。</w:t>
      </w:r>
      <w:r>
        <w:rPr>
          <w:lang w:eastAsia="zh-CN"/>
        </w:rPr>
        <w:br/>
      </w:r>
      <w:r>
        <w:rPr>
          <w:lang w:eastAsia="zh-CN"/>
        </w:rPr>
        <w:t>　　②在学生习作的评价方面我的做法是：</w:t>
      </w:r>
      <w:r>
        <w:rPr>
          <w:lang w:eastAsia="zh-CN"/>
        </w:rPr>
        <w:br/>
      </w:r>
      <w:r>
        <w:rPr>
          <w:lang w:eastAsia="zh-CN"/>
        </w:rPr>
        <w:t>　　准备：将全班学生按4－5人一组分成若干组，并选出各组的组长。组长要求有一定的组织能力和习作功底。</w:t>
      </w:r>
      <w:r>
        <w:rPr>
          <w:lang w:eastAsia="zh-CN"/>
        </w:rPr>
        <w:br/>
      </w:r>
      <w:r>
        <w:rPr>
          <w:lang w:eastAsia="zh-CN"/>
        </w:rPr>
        <w:t>　　批改步骤：</w:t>
      </w:r>
      <w:r>
        <w:rPr>
          <w:lang w:eastAsia="zh-CN"/>
        </w:rPr>
        <w:br/>
      </w:r>
      <w:r>
        <w:rPr>
          <w:lang w:eastAsia="zh-CN"/>
        </w:rPr>
        <w:t>　　a）各组组员按照规定顺序座好</w:t>
      </w:r>
      <w:r>
        <w:rPr>
          <w:lang w:eastAsia="zh-CN"/>
        </w:rPr>
        <w:br/>
      </w:r>
      <w:r>
        <w:rPr>
          <w:lang w:eastAsia="zh-CN"/>
        </w:rPr>
        <w:t>　　b）由各组组长将组内成员的习作草稿本收齐（两本作文本，一本为习作草稿本，一本为习作成稿本）</w:t>
      </w:r>
      <w:r>
        <w:rPr>
          <w:lang w:eastAsia="zh-CN"/>
        </w:rPr>
        <w:br/>
      </w:r>
      <w:r>
        <w:rPr>
          <w:lang w:eastAsia="zh-CN"/>
        </w:rPr>
        <w:t>　　c）将组内成员的习作在组内由组内成员交换批改。</w:t>
      </w:r>
      <w:r>
        <w:rPr>
          <w:lang w:eastAsia="zh-CN"/>
        </w:rPr>
        <w:br/>
      </w:r>
      <w:r>
        <w:rPr>
          <w:lang w:eastAsia="zh-CN"/>
        </w:rPr>
        <w:t>　　要求：i将组内成员的习作中的错别字标画出来并予以改正</w:t>
      </w:r>
      <w:r>
        <w:rPr>
          <w:lang w:eastAsia="zh-CN"/>
        </w:rPr>
        <w:br/>
      </w:r>
      <w:r>
        <w:rPr>
          <w:lang w:eastAsia="zh-CN"/>
        </w:rPr>
        <w:t>　　ii口头评价组内成员的习作</w:t>
      </w:r>
      <w:r>
        <w:rPr>
          <w:lang w:eastAsia="zh-CN"/>
        </w:rPr>
        <w:br/>
      </w:r>
      <w:r>
        <w:rPr>
          <w:lang w:eastAsia="zh-CN"/>
        </w:rPr>
        <w:t>　　d）各组组长将组内成员已批改的习作收好按照教师规定与其它组别进行交换批改。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e）各组长组长将其它组的习作分配给本组内的成员批改。要求：按照每次习作的要求分点给予批改并写出评语，划分好等级，优：85－100良：70－84合格：60－69不合格：60分以下（重写）并签上批改人姓名和批改日期。</w:t>
      </w:r>
      <w:r>
        <w:rPr>
          <w:lang w:eastAsia="zh-CN"/>
        </w:rPr>
        <w:br/>
      </w:r>
      <w:r>
        <w:rPr>
          <w:lang w:eastAsia="zh-CN"/>
        </w:rPr>
        <w:t>　　f）各组批改好以后交组长共同筛选出本组内的1－2篇佳作共同欣赏评价学习，最后遴选出1篇佳作交教师处。</w:t>
      </w:r>
      <w:r>
        <w:rPr>
          <w:lang w:eastAsia="zh-CN"/>
        </w:rPr>
        <w:br/>
      </w:r>
      <w:r>
        <w:rPr>
          <w:lang w:eastAsia="zh-CN"/>
        </w:rPr>
        <w:t>　　g）教师将各组遴选出的佳作在班上与全班学生交流讨论最后评选出3－5篇班级优秀习作入选到《班级优秀习作选》中，由教师精心批改后打印成册。一学期或一个学年后装订成册分发给学生。</w:t>
      </w:r>
      <w:r>
        <w:rPr>
          <w:lang w:eastAsia="zh-CN"/>
        </w:rPr>
        <w:br/>
      </w:r>
      <w:r>
        <w:rPr>
          <w:lang w:eastAsia="zh-CN"/>
        </w:rPr>
        <w:t>　　三、目标达成情况：</w:t>
      </w:r>
      <w:r>
        <w:rPr>
          <w:lang w:eastAsia="zh-CN"/>
        </w:rPr>
        <w:br/>
      </w:r>
      <w:r>
        <w:rPr>
          <w:lang w:eastAsia="zh-CN"/>
        </w:rPr>
        <w:t>　　a）识字与写字</w:t>
      </w:r>
      <w:r>
        <w:rPr>
          <w:lang w:eastAsia="zh-CN"/>
        </w:rPr>
        <w:br/>
      </w:r>
      <w:r>
        <w:rPr>
          <w:lang w:eastAsia="zh-CN"/>
        </w:rPr>
        <w:t>　　1、班级中90%的学生能够认识本册中的常用汉字160个；85%的学生能够熟练的书写本册中的要求会写的汉字87个。</w:t>
      </w:r>
      <w:r>
        <w:rPr>
          <w:lang w:eastAsia="zh-CN"/>
        </w:rPr>
        <w:br/>
      </w:r>
      <w:r>
        <w:rPr>
          <w:lang w:eastAsia="zh-CN"/>
        </w:rPr>
        <w:t>　　2、学生用硬笔写楷书，行款比较整齐，有一定的速度。</w:t>
      </w:r>
      <w:r>
        <w:rPr>
          <w:lang w:eastAsia="zh-CN"/>
        </w:rPr>
        <w:br/>
      </w:r>
      <w:r>
        <w:rPr>
          <w:lang w:eastAsia="zh-CN"/>
        </w:rPr>
        <w:t>　　3、学生能用毛笔写楷书，能体会到汉写的优美但还不能掌握毛笔书写的方法。</w:t>
      </w:r>
      <w:r>
        <w:rPr>
          <w:lang w:eastAsia="zh-CN"/>
        </w:rPr>
        <w:br/>
      </w:r>
      <w:r>
        <w:rPr>
          <w:lang w:eastAsia="zh-CN"/>
        </w:rPr>
        <w:t>　　b）阅读方面</w:t>
      </w:r>
      <w:r>
        <w:rPr>
          <w:lang w:eastAsia="zh-CN"/>
        </w:rPr>
        <w:br/>
      </w:r>
      <w:r>
        <w:rPr>
          <w:lang w:eastAsia="zh-CN"/>
        </w:rPr>
        <w:t>　　1、班级所有的学生能用普通话正确、流利、有感情地朗读课文，但还不够标准。</w:t>
      </w:r>
      <w:r>
        <w:rPr>
          <w:lang w:eastAsia="zh-CN"/>
        </w:rPr>
        <w:br/>
      </w:r>
      <w:r>
        <w:rPr>
          <w:lang w:eastAsia="zh-CN"/>
        </w:rPr>
        <w:t>　　2、默读有一定的速度，但还有能超过每分200个，需继续加强。</w:t>
      </w:r>
      <w:r>
        <w:rPr>
          <w:lang w:eastAsia="zh-CN"/>
        </w:rPr>
        <w:br/>
      </w:r>
      <w:r>
        <w:rPr>
          <w:lang w:eastAsia="zh-CN"/>
        </w:rPr>
        <w:t>　　3、通过本期教材中的作品和课外读物，学生的知识面扩大很快，良好的读书习惯正在形成。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c）习作方面</w:t>
      </w:r>
      <w:r>
        <w:rPr>
          <w:lang w:eastAsia="zh-CN"/>
        </w:rPr>
        <w:br/>
      </w:r>
      <w:r>
        <w:rPr>
          <w:lang w:eastAsia="zh-CN"/>
        </w:rPr>
        <w:t>　　1、本期学生共完成了8篇习作和1篇课外实践习作，通过习作学生基本能够写真实的内容，但仍然有一部分有抄袭的习惯。</w:t>
      </w:r>
      <w:r>
        <w:rPr>
          <w:lang w:eastAsia="zh-CN"/>
        </w:rPr>
        <w:br/>
      </w:r>
      <w:r>
        <w:rPr>
          <w:lang w:eastAsia="zh-CN"/>
        </w:rPr>
        <w:t>　　2、70%左右的学生能写简单的记实作文和想象作文，内容比较真实，格式正确。班级中90%的学生能够修改自己的习作和他人的习作，并能够有针对性为别人习作提出意见或建议。</w:t>
      </w:r>
      <w:r>
        <w:rPr>
          <w:lang w:eastAsia="zh-CN"/>
        </w:rPr>
        <w:br/>
      </w:r>
      <w:r>
        <w:rPr>
          <w:lang w:eastAsia="zh-CN"/>
        </w:rPr>
        <w:t>　　当然，在语文的教学中，仍然存在一些不足，我将努力在以后的教学工作中不断完善，争取形成一种自己的风格，帮助学生提高学习语文的能力。</w:t>
      </w:r>
      <w:r>
        <w:rPr>
          <w:lang w:eastAsia="zh-CN"/>
        </w:rPr>
        <w:br/>
      </w:r>
      <w:r>
        <w:rPr>
          <w:lang w:eastAsia="zh-CN"/>
        </w:rPr>
        <w:t xml:space="preserve">    2024年小学六年级语文教学工作总结 篇10 </w:t>
      </w:r>
      <w:r>
        <w:rPr>
          <w:lang w:eastAsia="zh-CN"/>
        </w:rPr>
        <w:br/>
      </w:r>
      <w:r>
        <w:rPr>
          <w:lang w:eastAsia="zh-CN"/>
        </w:rPr>
        <w:t>　　回顾这学期的教学工作，小结如下。</w:t>
      </w:r>
      <w:r>
        <w:rPr>
          <w:lang w:eastAsia="zh-CN"/>
        </w:rPr>
        <w:br/>
      </w:r>
      <w:r>
        <w:rPr>
          <w:lang w:eastAsia="zh-CN"/>
        </w:rPr>
        <w:t>　　一、夯实基础知识，抓实基本技能</w:t>
      </w:r>
      <w:r>
        <w:rPr>
          <w:lang w:eastAsia="zh-CN"/>
        </w:rPr>
        <w:br/>
      </w:r>
      <w:r>
        <w:rPr>
          <w:lang w:eastAsia="zh-CN"/>
        </w:rPr>
        <w:t>　　“教学质量是学校教育的出发点和归宿”。只有夯实基础，学生的语文成绩才能得到充分的体现。虽然已经是六年级的学生了，语文的基础知识和基本技能依旧不能忽视。这个学期，我要求学生明确学习目的，端正学习态度。其次，分阶段、分内容注重了对语文基础的回顾和复习，如：结构相同找词语，修辞手法、改病句、缩句的操练，名言警句的积累、重点句的理解、把握课内外阅读、加强了写日记和听记作文等。此外，对于语文的作业，要求上课专心，不懂多问，力求掌握于课内。在充分了解、分析学生的基础上，因材施教，精讲精练不断提高学生的基础知识和基本技能。</w:t>
      </w:r>
      <w:r>
        <w:rPr>
          <w:lang w:eastAsia="zh-CN"/>
        </w:rPr>
        <w:br/>
      </w:r>
      <w:r>
        <w:rPr>
          <w:lang w:eastAsia="zh-CN"/>
        </w:rPr>
        <w:t>　　二、探索互动型课堂教学模式，提高教学效果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新课程要求体现自主、探究、合作。因此我在教学中尝试互动型课堂教学模式，尽量让学生动起来，以求学生始终保持学习兴趣，在教学中，我时而以读代讲，读文自悟；时而鼓励学生各抒已见，滔滔不绝；时而以欣赏、倾听来调动学生的学习积极性……同时，把握好课堂调控，努力克服课堂纪律涣散的局面，使课堂教学焕发出勃勃生机。</w:t>
      </w:r>
      <w:r>
        <w:rPr>
          <w:lang w:eastAsia="zh-CN"/>
        </w:rPr>
        <w:br/>
      </w:r>
      <w:r>
        <w:rPr>
          <w:lang w:eastAsia="zh-CN"/>
        </w:rPr>
        <w:t>　　三、“抓两头，顾中间”，强化过关</w:t>
      </w:r>
      <w:r>
        <w:rPr>
          <w:lang w:eastAsia="zh-CN"/>
        </w:rPr>
        <w:br/>
      </w:r>
      <w:r>
        <w:rPr>
          <w:lang w:eastAsia="zh-CN"/>
        </w:rPr>
        <w:t>　　为了继续巩固语文成绩，本学期仍然在做好优生的培养，提高优秀率和抓好学困生，努力提高合格率的同时兼顾中间生。让优生“吃好、吃饱”，让差生学习有兴趣，能变被动为主动学习。每个单元都进行了考试，抓好各单元的过关，从字词、段落到篇章，要求学生逐个过关。</w:t>
      </w:r>
      <w:r>
        <w:rPr>
          <w:lang w:eastAsia="zh-CN"/>
        </w:rPr>
        <w:br/>
      </w:r>
      <w:r>
        <w:rPr>
          <w:lang w:eastAsia="zh-CN"/>
        </w:rPr>
        <w:t>　　四、重视学法指导，提高学习效率</w:t>
      </w:r>
      <w:r>
        <w:rPr>
          <w:lang w:eastAsia="zh-CN"/>
        </w:rPr>
        <w:br/>
      </w:r>
      <w:r>
        <w:rPr>
          <w:lang w:eastAsia="zh-CN"/>
        </w:rPr>
        <w:t>　　学习最重要的莫过于是学习方法的革命。俗话说：“磨刀不误砍柴功”。教师注重了学法指导，学习效率将会大面积提高。首先，我要求优生小结一下自己的学习方法，在班队课中介绍给大家，其次，学生要做好课前预习，专心听课，及时作业，认真复习，平时要学会思考找规律学习。最后临睡前好好回顾当天所学，到礼拜天再重新温固知识。老师只有经常督促，学生才能坚持，一旦学生养成了好的学习方法，这将终身受益。</w:t>
      </w:r>
      <w:r>
        <w:rPr>
          <w:lang w:eastAsia="zh-CN"/>
        </w:rPr>
        <w:br/>
      </w:r>
      <w:r>
        <w:rPr>
          <w:lang w:eastAsia="zh-CN"/>
        </w:rPr>
        <w:t>　　五、多渠道拓展学生的知识视野</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语文学习必须重视积累和运用，只有拓展了学生的知识视野，语文学习才能更上一层楼。本学期，我要求学生每周看一本书，努力做好读书笔记，可以是摘抄佳词妙语，精彩语段，也可以是心得体会等，此外，通过多听新闻，积累广告语，看报刊杂志，向村民学习俚语、俗语，开展百科知识竞赛等多渠道拓展学生的课外知识。</w:t>
      </w:r>
      <w:r>
        <w:rPr>
          <w:lang w:eastAsia="zh-CN"/>
        </w:rPr>
        <w:br/>
      </w:r>
      <w:r>
        <w:rPr>
          <w:lang w:eastAsia="zh-CN"/>
        </w:rPr>
        <w:t>　　总之，为了在毕业考试中打下坚实的基础，我和学生们一起努力，并将继续求索，不断创新。</w:t>
      </w:r>
      <w:r>
        <w:rPr>
          <w:lang w:eastAsia="zh-CN"/>
        </w:rPr>
        <w:br/>
      </w:r>
      <w:r>
        <w:rPr>
          <w:lang w:eastAsia="zh-CN"/>
        </w:rPr>
        <w:t xml:space="preserve">    2024年小学六年级语文教学工作总结 篇11 </w:t>
      </w:r>
      <w:r>
        <w:rPr>
          <w:lang w:eastAsia="zh-CN"/>
        </w:rPr>
        <w:br/>
      </w:r>
      <w:r>
        <w:rPr>
          <w:lang w:eastAsia="zh-CN"/>
        </w:rPr>
        <w:t>　　一、提高教学质量的做法</w:t>
      </w:r>
      <w:r>
        <w:rPr>
          <w:lang w:eastAsia="zh-CN"/>
        </w:rPr>
        <w:br/>
      </w:r>
      <w:r>
        <w:rPr>
          <w:lang w:eastAsia="zh-CN"/>
        </w:rPr>
        <w:t>　　(一)抓基础知识和基本技能</w:t>
      </w:r>
      <w:r>
        <w:rPr>
          <w:lang w:eastAsia="zh-CN"/>
        </w:rPr>
        <w:br/>
      </w:r>
      <w:r>
        <w:rPr>
          <w:lang w:eastAsia="zh-CN"/>
        </w:rPr>
        <w:t>　　在上学期期末考试中，显示出本班个别学生的</w:t>
      </w:r>
      <w:r>
        <w:rPr>
          <w:lang w:eastAsia="zh-CN"/>
        </w:rPr>
        <w:br/>
      </w:r>
      <w:r>
        <w:rPr>
          <w:lang w:eastAsia="zh-CN"/>
        </w:rPr>
        <w:t>　　基础知识掌握得不够扎实，本学期在这方面进行了狠抓。如对课文的生字新词和要求背诵的内容，一定要全班同学都过关。对于学习的重点，如“句子的变换形式”和“修改病句”以及“理解句子含义”等容易失分的知识，我则采用了多种形式的练习，小结方法，练习巩固等，争取绝大部分学生在课堂里过关。另外，对于学生马虎做作业书潦草的现象，我要求全班学生做作业一律用钢笔书写，课余让他们练写字帖。一学期下来，学生在字词句方面的知识得到了巩固，提高了他们学习的基本技能和语文能力。</w:t>
      </w:r>
      <w:r>
        <w:rPr>
          <w:lang w:eastAsia="zh-CN"/>
        </w:rPr>
        <w:br/>
      </w:r>
      <w:r>
        <w:rPr>
          <w:lang w:eastAsia="zh-CN"/>
        </w:rPr>
        <w:t>　　(二)做好学习方法的指导</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俗话说，“磨刀不误砍柴功”。最重要的学习莫过于方法的学习。搞好了学习方法的指导，对提高学生学习成绩是有很大的好处的。因此，我在教学不同的知识点时，都结合学生学习的情况来渗透学习方法的指导。在预习课文时，要求学生“读—画—思—写—问”的五步预习方法，意思是“读课文、画词句、思内容、写批注、问不解”的方法。学生掌握这个预习方法，有利于提高他的自学能力和阅读水平。在阅读教学上，我注意理清文章的脉络，渗透理解词句的方法，指导学生抓住文眼来理解中心，归纳小结“分段、概括段意、概括主要内容、体会思想感情、感悟表达方法”等阅读技能，并进行迁移学习到同体裁的课文中去，收到举一反三的效果。在习作教学上，引导学生仔细观察周边的事物，关心时事，对于热点的奥运取得圆满成功和四川汶川大地震等事件，让学生时时追踪事态的发展，并把自己的感受诉诸笔端。把从课堂教学中学到的课文表达方法迁移运用，多积累素材，多练笔，学生的表达能力亦然不断提高。</w:t>
      </w:r>
      <w:r>
        <w:rPr>
          <w:lang w:eastAsia="zh-CN"/>
        </w:rPr>
        <w:br/>
      </w:r>
      <w:r>
        <w:rPr>
          <w:lang w:eastAsia="zh-CN"/>
        </w:rPr>
        <w:t>　　在综合性学习中，为了培养学生的语文能力，让学生多实践，多思考，多总结。我组织多种展示课，让学生把自己收集到的资料汇总分类，确定研究主题，走出学校，深入家庭，走进社会来进行调查研究，学生的研究报告虽然内容欠具体，结论欠精准，但已初步闪现了学生智慧的火花。</w:t>
      </w:r>
      <w:r>
        <w:rPr>
          <w:lang w:eastAsia="zh-CN"/>
        </w:rPr>
        <w:br/>
      </w:r>
      <w:r>
        <w:rPr>
          <w:lang w:eastAsia="zh-CN"/>
        </w:rPr>
        <w:t>　　当然，培养学生良好的学习习惯也是关键，要求学生认真书写，按时完成作业，专心听讲，大胆发言，定期复习等工作也是教学过程中要强调的内容。</w:t>
      </w:r>
      <w:r>
        <w:rPr>
          <w:lang w:eastAsia="zh-CN"/>
        </w:rPr>
        <w:br/>
      </w:r>
      <w:r>
        <w:rPr>
          <w:lang w:eastAsia="zh-CN"/>
        </w:rPr>
        <w:t>　　(三)做好转差工作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本班极需帮助的差生大约有两名(杨莉红、韦福淇)，提高他们的成绩，对提高全班整体的学习质量有很大的作用。我采用的方式是“以多优带一差”的方法，帮助差生制定出学习目标和学习内容，每天让优生抽出半小时帮助他们掌握，因为是多名优生来帮助，所以他们都不会有增大负担的感觉。另外我还设了奖励的制度，形成了竞争的机制。通过单元和知识点的小测，检查他们的学习效果，及时给差生鼓励，使他们重拾学习的信心。</w:t>
      </w:r>
      <w:r>
        <w:rPr>
          <w:lang w:eastAsia="zh-CN"/>
        </w:rPr>
        <w:br/>
      </w:r>
      <w:r>
        <w:rPr>
          <w:lang w:eastAsia="zh-CN"/>
        </w:rPr>
        <w:t>　　(四)拓展知识视野</w:t>
      </w:r>
      <w:r>
        <w:rPr>
          <w:lang w:eastAsia="zh-CN"/>
        </w:rPr>
        <w:br/>
      </w:r>
      <w:r>
        <w:rPr>
          <w:lang w:eastAsia="zh-CN"/>
        </w:rPr>
        <w:t>　　语文教学必须重视积累运用，只有学生对知识有了一定积累之后才能运用。为了拓展学生的知识视野，我开展了一系列的语文活动：</w:t>
      </w:r>
      <w:r>
        <w:rPr>
          <w:lang w:eastAsia="zh-CN"/>
        </w:rPr>
        <w:br/>
      </w:r>
      <w:r>
        <w:rPr>
          <w:lang w:eastAsia="zh-CN"/>
        </w:rPr>
        <w:t>　　1、优秀文段朗读。通过学生自主搜寻优秀文段，使学生主动进行课外阅读，学生的阅读量增加的同时，学生必然收获了许多东西。</w:t>
      </w:r>
      <w:r>
        <w:rPr>
          <w:lang w:eastAsia="zh-CN"/>
        </w:rPr>
        <w:br/>
      </w:r>
      <w:r>
        <w:rPr>
          <w:lang w:eastAsia="zh-CN"/>
        </w:rPr>
        <w:t>　　2、好词佳句的收集。在不断收集整理的过程中，学生的词汇积累有了明显的增多。</w:t>
      </w:r>
      <w:r>
        <w:rPr>
          <w:lang w:eastAsia="zh-CN"/>
        </w:rPr>
        <w:br/>
      </w:r>
      <w:r>
        <w:rPr>
          <w:lang w:eastAsia="zh-CN"/>
        </w:rPr>
        <w:t>　　3、原创得意句段的展示。</w:t>
      </w:r>
      <w:r>
        <w:rPr>
          <w:lang w:eastAsia="zh-CN"/>
        </w:rPr>
        <w:br/>
      </w:r>
      <w:r>
        <w:rPr>
          <w:lang w:eastAsia="zh-CN"/>
        </w:rPr>
        <w:t>　　4、开展各种语文活动。如辩论、演讲、出手抄报等等。学生在活动中增长了知识，训练了动脑、动口、动手的能力。</w:t>
      </w:r>
      <w:r>
        <w:rPr>
          <w:lang w:eastAsia="zh-CN"/>
        </w:rPr>
        <w:br/>
      </w:r>
      <w:r>
        <w:rPr>
          <w:lang w:eastAsia="zh-CN"/>
        </w:rPr>
        <w:t>　　二、存在问题与不足</w:t>
      </w:r>
      <w:r>
        <w:rPr>
          <w:lang w:eastAsia="zh-CN"/>
        </w:rPr>
        <w:br/>
      </w:r>
      <w:r>
        <w:rPr>
          <w:lang w:eastAsia="zh-CN"/>
        </w:rPr>
        <w:t>　　1、同学们的作业，个别书写质量太差，作业本保护的不够好，个别同学对字的笔顺、笔画掌握的不好，错别字比较多，还没有养成认真书写的好习惯。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2、在教学过程中，对新教材理解、运用不够深刻。对教材内容把握不够，</w:t>
      </w:r>
      <w:r>
        <w:rPr>
          <w:lang w:eastAsia="zh-CN"/>
        </w:rPr>
        <w:t xml:space="preserve"> 教学方法不够灵活，没能充分提高学生学习的积极性。</w:t>
      </w:r>
      <w:r>
        <w:rPr>
          <w:lang w:eastAsia="zh-CN"/>
        </w:rPr>
        <w:br/>
      </w:r>
      <w:r>
        <w:rPr>
          <w:lang w:eastAsia="zh-CN"/>
        </w:rPr>
        <w:t>　　3、教学中，未能有效地关注整体，激励性语言使用不足不到位。</w:t>
      </w:r>
      <w:r>
        <w:rPr>
          <w:lang w:eastAsia="zh-CN"/>
        </w:rPr>
        <w:br/>
      </w:r>
      <w:r>
        <w:rPr>
          <w:lang w:eastAsia="zh-CN"/>
        </w:rPr>
        <w:t>　　4、个别学生学习语文的积极性不高，还没有养成良好的课外阅读习惯。</w:t>
      </w:r>
      <w:r>
        <w:rPr>
          <w:lang w:eastAsia="zh-CN"/>
        </w:rPr>
        <w:br/>
      </w:r>
      <w:r>
        <w:rPr>
          <w:lang w:eastAsia="zh-CN"/>
        </w:rPr>
        <w:t>　　5、辅差工作完成较好，培优工作则显不足。</w:t>
      </w:r>
      <w:r>
        <w:rPr>
          <w:lang w:eastAsia="zh-CN"/>
        </w:rPr>
        <w:br/>
      </w:r>
      <w:r>
        <w:rPr>
          <w:lang w:eastAsia="zh-CN"/>
        </w:rPr>
        <w:t>　　三、今后努力的方向和设想</w:t>
      </w:r>
      <w:r>
        <w:rPr>
          <w:lang w:eastAsia="zh-CN"/>
        </w:rPr>
        <w:br/>
      </w:r>
      <w:r>
        <w:rPr>
          <w:lang w:eastAsia="zh-CN"/>
        </w:rPr>
        <w:t>　　1、采用多种教学手段，激发学生学习语文的兴趣。</w:t>
      </w:r>
      <w:r>
        <w:rPr>
          <w:lang w:eastAsia="zh-CN"/>
        </w:rPr>
        <w:br/>
      </w:r>
      <w:r>
        <w:rPr>
          <w:lang w:eastAsia="zh-CN"/>
        </w:rPr>
        <w:t>　　2、要努力开发、充分利用语文课程资源，开展丰富多彩的语文实践活动。</w:t>
      </w:r>
      <w:r>
        <w:rPr>
          <w:lang w:eastAsia="zh-CN"/>
        </w:rPr>
        <w:br/>
      </w:r>
      <w:r>
        <w:rPr>
          <w:lang w:eastAsia="zh-CN"/>
        </w:rPr>
        <w:t>　　3、多组织一些班级活动，如：朗读比赛、说话比赛、讲故事比赛等等，使那些思想落后，集体荣誉感差的同学受到启发教育，发现他们的闪光点，及时表扬鼓励，增强他们的自信心和责任感。</w:t>
      </w:r>
      <w:r>
        <w:rPr>
          <w:lang w:eastAsia="zh-CN"/>
        </w:rPr>
        <w:br/>
      </w:r>
      <w:r>
        <w:rPr>
          <w:lang w:eastAsia="zh-CN"/>
        </w:rPr>
        <w:t>　　4、重视优生的培养和差生的转化工作。</w:t>
      </w:r>
      <w:r>
        <w:rPr>
          <w:lang w:eastAsia="zh-CN"/>
        </w:rPr>
        <w:br/>
      </w:r>
      <w:r>
        <w:rPr>
          <w:lang w:eastAsia="zh-CN"/>
        </w:rPr>
        <w:t>　　5、在指导学生学好语文，提高语文素养的同时，要加强德育工作，重视学生思想品德行为习惯的培养。</w:t>
      </w:r>
      <w:r>
        <w:rPr>
          <w:lang w:eastAsia="zh-CN"/>
        </w:rPr>
        <w:br/>
      </w:r>
      <w:r>
        <w:rPr>
          <w:lang w:eastAsia="zh-CN"/>
        </w:rPr>
        <w:t xml:space="preserve">    2024年小学六年级语文教学工作总结 篇12 </w:t>
      </w:r>
      <w:r>
        <w:rPr>
          <w:lang w:eastAsia="zh-CN"/>
        </w:rPr>
        <w:br/>
      </w:r>
      <w:r>
        <w:rPr>
          <w:lang w:eastAsia="zh-CN"/>
        </w:rPr>
        <w:t>　　本学期我担任高一的语文教学工作。随着这一学期的结束，我的语文教学阶段性任务也圆满地完成了。回顾整个学期的教学过程，现对教学方面的体会和工作总结如下：</w:t>
      </w:r>
      <w:r>
        <w:rPr>
          <w:lang w:eastAsia="zh-CN"/>
        </w:rPr>
        <w:br/>
      </w:r>
      <w:r>
        <w:rPr>
          <w:lang w:eastAsia="zh-CN"/>
        </w:rPr>
        <w:t>　　一、深入研究教材与新课标，结合学生的实际情况，备好每一节课，做到既备教材又备学生。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开学初，我即认真地研读新课标与教材，力求准确把握难重点，难点，注意弱化难点，强调重点。以此为据，我认真备好每一节课。在备课的过程中，我既考虑到教材，又考虑到学生的实际情况，力求充分备好符合学生水平的课。</w:t>
      </w:r>
      <w:r>
        <w:rPr>
          <w:lang w:eastAsia="zh-CN"/>
        </w:rPr>
        <w:br/>
      </w:r>
      <w:r>
        <w:rPr>
          <w:lang w:eastAsia="zh-CN"/>
        </w:rPr>
        <w:t>　　二、用全新的教育教学理念，改革课堂教学。</w:t>
      </w:r>
      <w:r>
        <w:rPr>
          <w:lang w:eastAsia="zh-CN"/>
        </w:rPr>
        <w:br/>
      </w:r>
      <w:r>
        <w:rPr>
          <w:lang w:eastAsia="zh-CN"/>
        </w:rPr>
        <w:t>　　从参加新教材培训到实施课程改革以来，我反复学习有关的教育教学理论，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阅读方法、以感知――探究――反思――延伸为主线的重点篇目学习法、以合作――探究――创造――创新为核心的语文活动课等，激发了学生学习语文的积极性，收到了较好的教学效果。</w:t>
      </w:r>
      <w:r>
        <w:rPr>
          <w:lang w:eastAsia="zh-CN"/>
        </w:rPr>
        <w:br/>
      </w:r>
      <w:r>
        <w:rPr>
          <w:lang w:eastAsia="zh-CN"/>
        </w:rPr>
        <w:t>　　三、用生动灵活的教学方式，焕发课堂活力。</w:t>
      </w:r>
      <w:r>
        <w:rPr>
          <w:lang w:eastAsia="zh-CN"/>
        </w:rPr>
        <w:br/>
      </w:r>
      <w:r>
        <w:rPr>
          <w:lang w:eastAsia="zh-CN"/>
        </w:rPr>
        <w:t>　　应试教学课堂围绕知识目标而展开，储存继承前人积累下来的经验和体验，但忽视了学生创新的动机、兴趣、情感、意志，如何激活所需的先前经验，新课标要求我们建立以自主、合作、探究为主的教学模式，激活学生好奇心，探究欲，培养学生主动思考、质疑、求索以及善于捕捉新信息的能力，并把这种能力的培养定为课堂教学的终极目的。例如在处理每单元的重点篇目时，我们始终采用整体感知――合作探究――反思质疑――拓展延伸的教学模式，根据不同内容精心设计问题，组织课堂教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课堂上体现的是一种亲切、和谐、活跃的气氛。学生的个性得到充分的展现与培养，师生互动，生生互动，组际互动，环境互动，在有限的时间内，每一位学生都得到了较为充分的锻炼和表现的机会。让学生成为课堂上真正的主人。师生的情感与个性融在其中，现实的生活进入课堂，学生在互动中求知，在活动中探索，既轻松地掌握了知识，又潜移默化地培养了能力。学生的整体素质有了质的提高，语文课堂真正焕发出它应有的活力。</w:t>
      </w:r>
      <w:r>
        <w:rPr>
          <w:lang w:eastAsia="zh-CN"/>
        </w:rPr>
        <w:br/>
      </w:r>
      <w:r>
        <w:rPr>
          <w:lang w:eastAsia="zh-CN"/>
        </w:rPr>
        <w:t>　　四、每篇课文教完后都布置作业，及时、认真地批改作业。</w:t>
      </w:r>
      <w:r>
        <w:rPr>
          <w:lang w:eastAsia="zh-CN"/>
        </w:rPr>
        <w:br/>
      </w:r>
      <w:r>
        <w:rPr>
          <w:lang w:eastAsia="zh-CN"/>
        </w:rPr>
        <w:t>　　作业是学生巩固所学知识的一个重要环节，我每篇课文教学结束后，都根据班上大部分学生的实际水平来布置作业。作业有字词抄写、课后拓展、小作文等形式。对作业的批改，我一直坚持全批全改，这样才能对学生知识落实情况有更好掌握，随时调整教学。小考本的使用我一直坚持这个好的习惯，收效很好，批改认真，多次受到教务表扬。</w:t>
      </w:r>
      <w:r>
        <w:rPr>
          <w:lang w:eastAsia="zh-CN"/>
        </w:rPr>
        <w:br/>
      </w:r>
      <w:r>
        <w:rPr>
          <w:lang w:eastAsia="zh-CN"/>
        </w:rPr>
        <w:t>　　五、做好师生帮扶工作，努力提高教学质量</w:t>
      </w:r>
      <w:r>
        <w:rPr>
          <w:lang w:eastAsia="zh-CN"/>
        </w:rPr>
        <w:br/>
      </w:r>
      <w:r>
        <w:rPr>
          <w:lang w:eastAsia="zh-CN"/>
        </w:rPr>
        <w:t>　　一开学，我便制定好师生帮扶工作计划，切实将师生帮扶工作落到实处。学生的学习动机、学习积极性大大地被调动起来，能明确自己的学习目的；学习风气较以前有明显的变化，以前是“要我学”，现在是“我要学”。通过不断的加强训练，老师帮助学生获取一个个小成功，学生的自信心、意志力得到很大的提高。课本剧顺利开展，收到学生一致的喜欢和好评。</w:t>
      </w:r>
      <w:r>
        <w:rPr>
          <w:lang w:eastAsia="zh-CN"/>
        </w:rPr>
        <w:br/>
      </w:r>
      <w:r>
        <w:rPr>
          <w:lang w:eastAsia="zh-CN"/>
        </w:rPr>
        <w:t>　　六、利用活动的开展，培养学生学习语文的兴趣爱好。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在本学期中，引导学生积极参加各类活动，提高自己的语文素质。只要有征文比赛，我就让全班学生都写，再挑选出优秀的作文进行参加。这样极大地训练了学生的写作能力，并有了一定的提高。还将语文课，在高一四班尝试了室外语文课，强化背诵，都取得了很好的收效，这一大胆的尝试，受到学生热烈欢迎。</w:t>
      </w:r>
      <w:r>
        <w:rPr>
          <w:lang w:eastAsia="zh-CN"/>
        </w:rPr>
        <w:br/>
      </w:r>
      <w:r>
        <w:rPr>
          <w:lang w:eastAsia="zh-CN"/>
        </w:rPr>
        <w:t>　　七、积极参与教研组、备课组活动</w:t>
      </w:r>
      <w:r>
        <w:rPr>
          <w:lang w:eastAsia="zh-CN"/>
        </w:rPr>
        <w:br/>
      </w:r>
      <w:r>
        <w:rPr>
          <w:lang w:eastAsia="zh-CN"/>
        </w:rPr>
        <w:t>　　我每周准时参加语文教研组和备课组活动，在研讨实践中提高自身素质。坚持听课、评课，本学期平均每周听课一至二节，注意学习组里老师的教学经验，努力探索适合自己的教学模式。积极参与《体验式课堂探究》以课题研究来促进教学。</w:t>
      </w:r>
      <w:r>
        <w:rPr>
          <w:lang w:eastAsia="zh-CN"/>
        </w:rPr>
        <w:br/>
      </w:r>
      <w:r>
        <w:rPr>
          <w:lang w:eastAsia="zh-CN"/>
        </w:rPr>
        <w:t>　　回首这一学期，我收获的相当多，但是我的教学工作中也存在着一定的不足，如在课堂教学过程中，有时仍摆脱不了传统的教学模式，学生的学习积极性调动不够等。今后，我会更加努力工作，吸取组里教师一些好的教学经验，让自己的教学水平有一个更高层次的提高。</w:t>
      </w:r>
      <w:r>
        <w:rPr>
          <w:lang w:eastAsia="zh-CN"/>
        </w:rPr>
        <w:br/>
      </w:r>
      <w:r>
        <w:rPr>
          <w:lang w:eastAsia="zh-CN"/>
        </w:rPr>
        <w:t>　　最后，感谢一年来校领导，同行的关怀和支持，我将更加努力，热爱经贸！</w:t>
      </w:r>
      <w:r>
        <w:rPr>
          <w:lang w:eastAsia="zh-CN"/>
        </w:rPr>
        <w:br/>
      </w:r>
      <w:r>
        <w:rPr>
          <w:lang w:eastAsia="zh-CN"/>
        </w:rPr>
        <w:t xml:space="preserve">    2024年小学六年级语文教学工作总结 篇13 </w:t>
      </w:r>
      <w:r>
        <w:rPr>
          <w:lang w:eastAsia="zh-CN"/>
        </w:rPr>
        <w:br/>
      </w:r>
      <w:r>
        <w:rPr>
          <w:lang w:eastAsia="zh-CN"/>
        </w:rPr>
        <w:t>　　我们班上有39个同学，男生26人，女生13人。语文成绩层次不齐，我很着急，也一直在想办法，通过一学期的努力、学习、实践，我们取得了一定的成绩，与他们的距离缩短了许多。现将具体工作汇报如下：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一、做好课前充分准备</w:t>
      </w:r>
      <w:r>
        <w:rPr>
          <w:lang w:eastAsia="zh-CN"/>
        </w:rPr>
        <w:br/>
      </w:r>
      <w:r>
        <w:rPr>
          <w:lang w:eastAsia="zh-CN"/>
        </w:rPr>
        <w:t>　　1、老师课前备课准备。我要求自己结合教学大纲、学生的实际水平，通过查阅各种资料，认真备好每一堂课，而且是提前一周备好。在上课的前一天，再仔细阅看备课笔记，揣摩设计课堂语气、方式等，尽量以通俗易懂的方式将知识与同学们共分享。</w:t>
      </w:r>
      <w:r>
        <w:rPr>
          <w:lang w:eastAsia="zh-CN"/>
        </w:rPr>
        <w:br/>
      </w:r>
      <w:r>
        <w:rPr>
          <w:lang w:eastAsia="zh-CN"/>
        </w:rPr>
        <w:t>　　2、学生预习。本学期我严格要求同学们做好课前预习准备，每次上新课前，我要求同学们反复读课文，并且利用工具书解决生字词语，将不理解的地方做上记号。这项工作一般是安排在家庭作业里，通常是要求同学们将课文圈读3至5次，并且将生字组词，家长督促。第二天早读时检查预习情况。</w:t>
      </w:r>
      <w:r>
        <w:rPr>
          <w:lang w:eastAsia="zh-CN"/>
        </w:rPr>
        <w:br/>
      </w:r>
      <w:r>
        <w:rPr>
          <w:lang w:eastAsia="zh-CN"/>
        </w:rPr>
        <w:t>　　二、将课堂充分交给学生</w:t>
      </w:r>
      <w:r>
        <w:rPr>
          <w:lang w:eastAsia="zh-CN"/>
        </w:rPr>
        <w:br/>
      </w:r>
      <w:r>
        <w:rPr>
          <w:lang w:eastAsia="zh-CN"/>
        </w:rPr>
        <w:t>　　学生是学习的主导者，他们才是主角，老师只是一组织者、参与者、合作者。本学期，我的语文课是这样上的：</w:t>
      </w:r>
      <w:r>
        <w:rPr>
          <w:lang w:eastAsia="zh-CN"/>
        </w:rPr>
        <w:br/>
      </w:r>
      <w:r>
        <w:rPr>
          <w:lang w:eastAsia="zh-CN"/>
        </w:rPr>
        <w:t>　　1、用讨论—讲解式发挥学生的主体性教学的艺术不在于传授的本领，而在于鼓励、唤醒、鼓舞，让学生学会用手、用脑去学习。我的做法是：让学生自己去探讨解题的思路、方式及最后答案，然后在让每一小组派一个代表作为小老师上台讲解，最后，我再为他进行补充。这样的方式能够调动学生的内在学习动机，使学生处于一种特殊的心理状态和情感体验去参与课堂活动，在不知不觉中发挥了自己的潜力，感受到成功的喜悦。同时，我发现讨论--讲解式对发挥学生的主体性作用有以下几个优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A、以其形式新颖、气氛热烈，可刺激和较长时间保持学生的注意力，无形中调动了思维积极地参与了活动。</w:t>
      </w:r>
      <w:r>
        <w:rPr>
          <w:lang w:eastAsia="zh-CN"/>
        </w:rPr>
        <w:br/>
      </w:r>
      <w:r>
        <w:rPr>
          <w:lang w:eastAsia="zh-CN"/>
        </w:rPr>
        <w:t>　　在活动中，我注意到，强烈的表现欲使学生战胜了被动、依赖、害羞的心理，谁都想一展身手，于是不知不觉参与了活动。在整个讨论--讲解的过程中，学生都主动、紧张地思考、学习。如此一课始终，学生或问或答，或思或记，无形中调动了自己的一切思维，积极参与了活动，学习效果较好。</w:t>
      </w:r>
      <w:r>
        <w:rPr>
          <w:lang w:eastAsia="zh-CN"/>
        </w:rPr>
        <w:br/>
      </w:r>
      <w:r>
        <w:rPr>
          <w:lang w:eastAsia="zh-CN"/>
        </w:rPr>
        <w:t>　　B、在主动获取知识、训练能力的同时，更培养了学生的集体意识，使他们意识到团结协作的重要性。</w:t>
      </w:r>
      <w:r>
        <w:rPr>
          <w:lang w:eastAsia="zh-CN"/>
        </w:rPr>
        <w:br/>
      </w:r>
      <w:r>
        <w:rPr>
          <w:lang w:eastAsia="zh-CN"/>
        </w:rPr>
        <w:t>　　在课堂上，学生之间积极互动的现象非常频繁，因为他们都意识到必须紧密团结，互相帮助才能在为大家讲解时较流畅，不出错误、不闹笑话。而我也要不失时机地培养学生的团结精神与协作能力，如在讲解完，有的组答得并不太好时，有的自责，有的懊丧，这时我会给予他们一定的鼓励，增强其信心，让他们意识到团结的重要性，果然，在下一课的复习当中，该组积极思考，紧密团结，通力合作，终于有了出色表现。</w:t>
      </w:r>
      <w:r>
        <w:rPr>
          <w:lang w:eastAsia="zh-CN"/>
        </w:rPr>
        <w:br/>
      </w:r>
      <w:r>
        <w:rPr>
          <w:lang w:eastAsia="zh-CN"/>
        </w:rPr>
        <w:t>　　因此，我觉得讨论--讲解这一授课形式可以较好地使学生战胜学习的心理障碍，激活思维，主动学习，还可以为每一个学生提供更多、更频繁、更深入地参与语文活动的机会，真正使每一个学生都成为课堂的主人。</w:t>
      </w:r>
      <w:r>
        <w:rPr>
          <w:lang w:eastAsia="zh-CN"/>
        </w:rPr>
        <w:br/>
      </w:r>
      <w:r>
        <w:rPr>
          <w:lang w:eastAsia="zh-CN"/>
        </w:rPr>
        <w:t>　　2、营造民主性的语文课堂氛围。</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8"/>
          <w:cols w:space="425"/>
          <w:titlePg w:val="0"/>
          <w:docGrid w:type="lines" w:linePitch="312"/>
        </w:sectPr>
      </w:pPr>
      <w:r>
        <w:rPr>
          <w:lang w:eastAsia="zh-CN"/>
        </w:rPr>
        <w:t>　　语文教学就要民主化。在教学中，我没有将学生视为容纳知识的器皿，而是从人格平等的基本观念出发，允许堂上有不同的声音出现。我们班上语文课是往往很“吵”，其实，那是同学们在积极地思考讨论。如何营造语文课堂教学中的民主气氛呢？我主要体现如下几个方面：</w:t>
      </w:r>
      <w:r>
        <w:rPr>
          <w:lang w:eastAsia="zh-CN"/>
        </w:rPr>
        <w:br/>
      </w:r>
      <w:r>
        <w:rPr>
          <w:lang w:eastAsia="zh-CN"/>
        </w:rPr>
        <w:t>　　A、创设平等的民主氛围，消除老师的神秘感和权威性，将师生活动建立在友好、亲切、和谐的氛围之中。</w:t>
      </w:r>
      <w:r>
        <w:rPr>
          <w:lang w:eastAsia="zh-CN"/>
        </w:rPr>
        <w:br/>
      </w:r>
      <w:r>
        <w:rPr>
          <w:lang w:eastAsia="zh-CN"/>
        </w:rPr>
        <w:t>　　学生可以向我大胆地提出不同的观点及疑惑，我对于他们这些有新意的想法也不一定要说服，这样学生就会敢于提出疑问，自信心也会增强许多，独立分析、解决问题的能力也就会相应地提高。</w:t>
      </w:r>
      <w:r>
        <w:rPr>
          <w:lang w:eastAsia="zh-CN"/>
        </w:rPr>
        <w:br/>
      </w:r>
      <w:r>
        <w:rPr>
          <w:lang w:eastAsia="zh-CN"/>
        </w:rPr>
        <w:t>　　B、倡导平等参与课堂教学的双边活动。</w:t>
      </w:r>
      <w:r>
        <w:rPr>
          <w:lang w:eastAsia="zh-CN"/>
        </w:rPr>
        <w:br/>
      </w:r>
      <w:r>
        <w:rPr>
          <w:lang w:eastAsia="zh-CN"/>
        </w:rPr>
        <w:t>　　堂上的教授过程由明到隐，特别是在感受新知识后的问题探究阶段，更应该让学生仁者见仁，智者见智地主动学习，使学生的主体意识充分地体现出来。</w:t>
      </w:r>
      <w:r>
        <w:rPr>
          <w:lang w:eastAsia="zh-CN"/>
        </w:rPr>
        <w:br/>
      </w:r>
      <w:r>
        <w:rPr>
          <w:lang w:eastAsia="zh-CN"/>
        </w:rPr>
        <w:t>　　C、教法设计尽量做到灵活多样。</w:t>
      </w:r>
      <w:r>
        <w:rPr>
          <w:lang w:eastAsia="zh-CN"/>
        </w:rPr>
        <w:br/>
      </w:r>
      <w:r>
        <w:rPr>
          <w:lang w:eastAsia="zh-CN"/>
        </w:rPr>
        <w:t>　　教师通过新鲜的刺激来引发学生的兴趣，创设愉悦的氛围，想方设法让学生通过各种活动获得学习的乐趣，唤起求知的欲望。</w:t>
      </w:r>
      <w:r>
        <w:rPr>
          <w:lang w:eastAsia="zh-CN"/>
        </w:rPr>
        <w:br/>
      </w:r>
      <w:r>
        <w:rPr>
          <w:lang w:eastAsia="zh-CN"/>
        </w:rPr>
        <w:t>　　三、重视课后复习巩固</w:t>
      </w:r>
      <w:r>
        <w:rPr>
          <w:lang w:eastAsia="zh-CN"/>
        </w:rPr>
        <w:br/>
      </w:r>
      <w:r>
        <w:rPr>
          <w:lang w:eastAsia="zh-CN"/>
        </w:rPr>
        <w:t>　　古圣人孔子言：温故而知新。我们每上完一篇课文后，要求学生及时整理课堂笔记巩固，完成《学习辅导》、抄写当课的生字词，我及时批改作业、听写、讲解作业中出现的同学们难把握的知识问题。</w:t>
      </w:r>
      <w:r>
        <w:rPr>
          <w:lang w:eastAsia="zh-CN"/>
        </w:rPr>
        <w:br/>
      </w:r>
      <w:r>
        <w:rPr>
          <w:lang w:eastAsia="zh-CN"/>
        </w:rPr>
        <w:t>　　四、注重课内外结合。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9"/>
          <w:cols w:space="425"/>
          <w:titlePg w:val="0"/>
          <w:docGrid w:type="lines" w:linePitch="312"/>
        </w:sectPr>
      </w:pPr>
      <w:r>
        <w:rPr>
          <w:lang w:eastAsia="zh-CN"/>
        </w:rPr>
        <w:t>　　伟大的小说巨匠鲁迅先生曾经说过：“大可以看看本分以外的书，即课外的书，不要只将课内的书抱住。”在课程改革实践中，我们已把语文教学的触角伸向了广阔的天地。本学期我要求学生阅读《鲁滨逊漂流记》《假如给我三天的光明》《水浒传》等课外读物；每天在黑板的一角抄写名言、格言、诗歌等；通过这些阅读、积累，有效地提高了学生们的语文素养。</w:t>
      </w:r>
      <w:r>
        <w:rPr>
          <w:lang w:eastAsia="zh-CN"/>
        </w:rPr>
        <w:br/>
      </w:r>
      <w:r>
        <w:rPr>
          <w:lang w:eastAsia="zh-CN"/>
        </w:rPr>
        <w:t>　　其次，重视丰富多彩的语文实践活动。</w:t>
      </w:r>
      <w:r>
        <w:rPr>
          <w:lang w:eastAsia="zh-CN"/>
        </w:rPr>
        <w:br/>
      </w:r>
      <w:r>
        <w:rPr>
          <w:lang w:eastAsia="zh-CN"/>
        </w:rPr>
        <w:t>　　此外，注意学科间的整合。让学生从不同角度，采用不同的途径获得知识，培养能力。本学期我虽然尽了自己的责任和能力去完成了教学工作任务，也取得了一定的成绩，我仍然希望大家能够指出不足，使我再学习，再改进，我亦会继续加倍地努力工作，为全面提高学生的语文成绩和能力而努力奋斗！</w:t>
      </w:r>
      <w:r>
        <w:rPr>
          <w:lang w:eastAsia="zh-CN"/>
        </w:rPr>
        <w:br/>
      </w:r>
      <w:r>
        <w:rPr>
          <w:lang w:eastAsia="zh-CN"/>
        </w:rPr>
        <w:t xml:space="preserve">    2024年小学六年级语文教学工作总结 篇14 </w:t>
      </w:r>
      <w:r>
        <w:rPr>
          <w:lang w:eastAsia="zh-CN"/>
        </w:rPr>
        <w:br/>
      </w:r>
      <w:r>
        <w:rPr>
          <w:lang w:eastAsia="zh-CN"/>
        </w:rPr>
        <w:t>　　本学期，本课题组继续在语文教学中展开研究，取得了一定的研究成果。学校领导对课题组的研究工作高度重视，多次亲临指导，课题组教师积极投身于研究，在课内外语文教学网络指导中加强实践，提高了教学效率，丰富了教学内容，提高了学生的语文综合素养，并在期末毕业考试中取得了优秀的成绩，合格率和优秀率均在学区名列前茅。现将本期研究工作总结如下：</w:t>
      </w:r>
      <w:r>
        <w:rPr>
          <w:lang w:eastAsia="zh-CN"/>
        </w:rPr>
        <w:br/>
      </w:r>
      <w:r>
        <w:rPr>
          <w:lang w:eastAsia="zh-CN"/>
        </w:rPr>
        <w:t>　　一、完善专题学习网站，共享多元网络资源。</w:t>
      </w:r>
      <w:r>
        <w:rPr>
          <w:lang w:eastAsia="zh-CN"/>
        </w:rPr>
        <w:br/>
      </w:r>
      <w:r>
        <w:rPr>
          <w:lang w:eastAsia="zh-CN"/>
        </w:rPr>
        <w:t>　　我们充分利用网络资源的主体性、整合性和开放性进行语文网络导学。我们已在新浪网创建了“盼盼小学语文网络教学”博客，在湖南教育网创建了“童心文学社”。</w:t>
      </w:r>
      <w:r>
        <w:rPr>
          <w:lang w:eastAsia="zh-CN"/>
        </w:rPr>
        <w:br/>
      </w:r>
    </w:p>
    <w:p w:rsidR="001B1F19" w14:textId="27C3F48A">
      <w:pPr>
        <w:rPr>
          <w:rFonts w:hint="eastAsia"/>
          <w:lang w:eastAsia="zh-CN"/>
        </w:rPr>
      </w:pPr>
      <w:r>
        <w:rPr>
          <w:lang w:eastAsia="zh-CN"/>
        </w:rPr>
        <w:t>　　本学期，在“盼盼小学语文网络教学”博客六年级下册整套的学习资料，使语文教材多媒体化、立体化、多元化。帮助学生预习自测、读懂课文、练习巩固，更注重引领学生拓展阅读、探究情境、观察社会、体验生活等。在“童心文学社”网站发布了学生作文、写作课堂指导、古诗文导学、名著名篇导读等读写资源。</w:t>
      </w:r>
      <w:r>
        <w:rPr>
          <w:lang w:eastAsia="zh-CN"/>
        </w:rPr>
        <w:br/>
      </w:r>
      <w:r>
        <w:rPr>
          <w:lang w:eastAsia="zh-CN"/>
        </w:rPr>
        <w:t>　　这两个语文网络导学平台的搭建，使广大师生共享多元网络资源，不但提高了课堂教学效率，还为学生提供课内外语文学习指导，培养学生自主、合作、探究、创新的能力，并促进了教师专业能力的持续发展。</w:t>
      </w:r>
      <w:r>
        <w:rPr>
          <w:lang w:eastAsia="zh-CN"/>
        </w:rPr>
        <w:br/>
      </w:r>
      <w:r>
        <w:rPr>
          <w:lang w:eastAsia="zh-CN"/>
        </w:rPr>
        <w:t>　　二、整合网络优势，三步多元导学。</w:t>
      </w:r>
      <w:r>
        <w:rPr>
          <w:lang w:eastAsia="zh-CN"/>
        </w:rPr>
        <w:br/>
      </w:r>
      <w:r>
        <w:rPr>
          <w:lang w:eastAsia="zh-CN"/>
        </w:rPr>
        <w:t>　　目前，关于语文教材的学习，我们已初步形成“三步导学”的语文网络多元导学的新模式，指导学生的课前预习、课堂学习和课后拓展学习，收到较好的效果。</w:t>
      </w:r>
      <w:r>
        <w:rPr>
          <w:lang w:eastAsia="zh-CN"/>
        </w:rPr>
        <w:br/>
      </w:r>
      <w:r>
        <w:rPr>
          <w:lang w:eastAsia="zh-CN"/>
        </w:rPr>
        <w:t>　　1、课前网络导学。一般是拟出导学提纲发布在网上，或将导学卡发给学生，让学生在网上进行自主学习。学习的形式主要有听课文朗读、查找背景资料、掌握字词、疏通文意、提出疑问等，有利于培养学生自主学习的能力，提高学习效率。</w:t>
      </w:r>
      <w:r>
        <w:rPr>
          <w:lang w:eastAsia="zh-CN"/>
        </w:rPr>
        <w:br/>
      </w:r>
      <w:r>
        <w:rPr>
          <w:lang w:eastAsia="zh-CN"/>
        </w:rPr>
        <w:t>　　2、课内导学。注重学习方法的指导、语文能力的训练以及人文熏陶。我们的语文课仍然注重以读为本，以读促悟，课内适当结合网络资源进行教学。</w:t>
      </w:r>
      <w:r>
        <w:rPr>
          <w:lang w:eastAsia="zh-CN"/>
        </w:rPr>
        <w:br/>
      </w:r>
      <w:r>
        <w:rPr>
          <w:lang w:eastAsia="zh-CN"/>
        </w:rPr>
        <w:t>　　3、课后网络导学。一般运用名篇拓展阅读练习、观看相关影视、开展综合性学习、引导学生登陆相关网站等方式进行学习。</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https://d.book118.com/375131300040011104</w:t>
        </w:r>
      </w:hyperlink>
    </w:p>
    <w:p w:rsidR="001B1F19">
      <w:pPr>
        <w:rPr>
          <w:rFonts w:hint="eastAsia"/>
          <w:lang w:eastAsia="zh-CN"/>
        </w:rPr>
      </w:pPr>
    </w:p>
    <w:sectPr>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7513130004001110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56</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