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会计个人总结心得怎么写（35篇）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会计个人总结心得怎么写（精选35篇）</w:t>
      </w:r>
      <w:r>
        <w:rPr>
          <w:lang w:eastAsia="zh-CN"/>
        </w:rPr>
        <w:br/>
      </w:r>
      <w:r>
        <w:rPr>
          <w:lang w:eastAsia="zh-CN"/>
        </w:rPr>
        <w:t xml:space="preserve">    会计个人总结心得怎么写 篇1 </w:t>
      </w:r>
      <w:r>
        <w:rPr>
          <w:lang w:eastAsia="zh-CN"/>
        </w:rPr>
        <w:br/>
      </w:r>
      <w:r>
        <w:rPr>
          <w:lang w:eastAsia="zh-CN"/>
        </w:rPr>
        <w:t>　　20_年，我们财务部要在公司的正确领导和相关部门的指导、支持、配合下，在现有工作的基础上，再接再厉，继续发挥整个财务群体的整体作用，不断学习新的业务知识，克服实际工作中出现的具体困难，使公司的整体财务工作再上新台阶。</w:t>
      </w:r>
      <w:r>
        <w:rPr>
          <w:lang w:eastAsia="zh-CN"/>
        </w:rPr>
        <w:br/>
      </w:r>
      <w:r>
        <w:rPr>
          <w:lang w:eastAsia="zh-CN"/>
        </w:rPr>
        <w:t>　　1、继续做好日常的会计凭证审核、报销工作，每月的工资发放工作，按时进行会计凭证的装订、归档工作及相关的会计核算、监督工作，争取做到工作认真、仔细，无差错。按时完成有关会计核算和相关会计管理报表的编报工作，及时提交给相关的部门和有关领导，确保准确无误。</w:t>
      </w:r>
      <w:r>
        <w:rPr>
          <w:lang w:eastAsia="zh-CN"/>
        </w:rPr>
        <w:br/>
      </w:r>
      <w:r>
        <w:rPr>
          <w:lang w:eastAsia="zh-CN"/>
        </w:rPr>
        <w:t>　　2、加强资金管理，做好资金调拨工作。要根据公司生产经营与日常开支需要制定资金使用计划，严格按计划执行，确保公司生产经营工作能正常开展。</w:t>
      </w:r>
      <w:r>
        <w:rPr>
          <w:lang w:eastAsia="zh-CN"/>
        </w:rPr>
        <w:br/>
      </w:r>
      <w:r>
        <w:rPr>
          <w:lang w:eastAsia="zh-CN"/>
        </w:rPr>
        <w:t>　　3、做好公司经济活动分析工作，及时提出为实现公司生产经营计划的财务控制可行性措施或建议。配合公司进行收入、成本、费用的专项检查，加强非生产费用和可控费用的控制、执行力度，不能超支的绝不超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4、继续与财政、物价、税务等部门沟通、联系，处理好与公司相关的财政、物价、税务事宜。继续与银行等金融部门沟通，争取在全国银行资金相对较紧的情况下，争取银行对公司的资金支持有新的再投入，为公司的发展和生产经营工作筹措需要的资金，确保公司发展与建设资金的需求。</w:t>
      </w:r>
      <w:r>
        <w:rPr>
          <w:lang w:eastAsia="zh-CN"/>
        </w:rPr>
        <w:br/>
      </w:r>
      <w:r>
        <w:rPr>
          <w:lang w:eastAsia="zh-CN"/>
        </w:rPr>
        <w:t>　　5、继续进行学习型组织的创建工作，做好会计人员队伍的建设，在充分保障日常工作正常开展的情况下，加强会计人员的业务知识、企业会计制度和国家有关财经法规的学习，特别是对会计电算化的学习，并结合会计人员考评办法，逐步提高会计人员的专业知识、技能和职业判断能力，以便更好的适应公司发展的要求，全力做好公司的财务、核算等相关工作。</w:t>
      </w:r>
      <w:r>
        <w:rPr>
          <w:lang w:eastAsia="zh-CN"/>
        </w:rPr>
        <w:br/>
      </w:r>
      <w:r>
        <w:rPr>
          <w:lang w:eastAsia="zh-CN"/>
        </w:rPr>
        <w:t>　　6、继续制定和完善各项财务管理制度和内部控制制度，清理、完善公司的财务核算，财务管理制度，使财务工作做到照章办事。</w:t>
      </w:r>
      <w:r>
        <w:rPr>
          <w:lang w:eastAsia="zh-CN"/>
        </w:rPr>
        <w:br/>
      </w:r>
      <w:r>
        <w:rPr>
          <w:lang w:eastAsia="zh-CN"/>
        </w:rPr>
        <w:t>　　20_年，我们财务部在公司的领导下，认真努力工作，虽然在政治思想和业务知识上有了很大的提高，基本完成了工作任务，取得一定的成绩，但是与公司领导的要求相比，还是存在一些不足与差距，需要努力提高和改进。</w:t>
      </w:r>
      <w:r>
        <w:rPr>
          <w:lang w:eastAsia="zh-CN"/>
        </w:rPr>
        <w:br/>
      </w:r>
      <w:r>
        <w:rPr>
          <w:lang w:eastAsia="zh-CN"/>
        </w:rPr>
        <w:t>　　今后，我们财务部要继续加强学习，提高自身综合素质，围绕公司生产经营的工作目标任务，以求真务实的工作作风，以创新发展的工作思路，奋发努力，攻坚破难，把各项财务工作提高到一个新的水平，为公司的发展做出应有的努力与贡献。</w:t>
      </w:r>
      <w:r>
        <w:rPr>
          <w:lang w:eastAsia="zh-CN"/>
        </w:rPr>
        <w:br/>
      </w:r>
      <w:r>
        <w:rPr>
          <w:lang w:eastAsia="zh-CN"/>
        </w:rPr>
        <w:t xml:space="preserve">    会计个人总结心得怎么写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经过此次实习，不仅仅培养了我的实际动手本事，增加了实际的操作经验，缩短了抽象的课本知识与实际工作的距离，对实际的财务工作的有了一个新的开始;同时也让我认识到了传统手工会计和会计电算化的有共同之处和不一样之处;</w:t>
      </w:r>
      <w:r>
        <w:rPr>
          <w:lang w:eastAsia="zh-CN"/>
        </w:rPr>
        <w:br/>
      </w:r>
      <w:r>
        <w:rPr>
          <w:lang w:eastAsia="zh-CN"/>
        </w:rPr>
        <w:t>　　一、共同点：</w:t>
      </w:r>
      <w:r>
        <w:rPr>
          <w:lang w:eastAsia="zh-CN"/>
        </w:rPr>
        <w:br/>
      </w:r>
      <w:r>
        <w:rPr>
          <w:lang w:eastAsia="zh-CN"/>
        </w:rPr>
        <w:t>　　1、无论是传统手工会计和电算化会计其最终目标仍是为了加强经营管理，供给会计信息，参与经济决策，提高经济效益。</w:t>
      </w:r>
      <w:r>
        <w:rPr>
          <w:lang w:eastAsia="zh-CN"/>
        </w:rPr>
        <w:br/>
      </w:r>
      <w:r>
        <w:rPr>
          <w:lang w:eastAsia="zh-CN"/>
        </w:rPr>
        <w:t>　　2、传统手工会计和电算化会计都是遵守会计法规，会计法规是会计工作的重要依据。</w:t>
      </w:r>
      <w:r>
        <w:rPr>
          <w:lang w:eastAsia="zh-CN"/>
        </w:rPr>
        <w:br/>
      </w:r>
      <w:r>
        <w:rPr>
          <w:lang w:eastAsia="zh-CN"/>
        </w:rPr>
        <w:t>　　3、传统手工会计和电算化会计都遵循基本的会计理论与会计方法及会计准则。</w:t>
      </w:r>
      <w:r>
        <w:rPr>
          <w:lang w:eastAsia="zh-CN"/>
        </w:rPr>
        <w:br/>
      </w:r>
      <w:r>
        <w:rPr>
          <w:lang w:eastAsia="zh-CN"/>
        </w:rPr>
        <w:t>　　4、传统手工会计和电算化会计基本功能相同，基本功能为：信息的采集与记录、信息的存储、信息的加工处理、信息的传输、信息的输出。</w:t>
      </w:r>
      <w:r>
        <w:rPr>
          <w:lang w:eastAsia="zh-CN"/>
        </w:rPr>
        <w:br/>
      </w:r>
      <w:r>
        <w:rPr>
          <w:lang w:eastAsia="zh-CN"/>
        </w:rPr>
        <w:t>　　5、保存会计档案。</w:t>
      </w:r>
      <w:r>
        <w:rPr>
          <w:lang w:eastAsia="zh-CN"/>
        </w:rPr>
        <w:br/>
      </w:r>
      <w:r>
        <w:rPr>
          <w:lang w:eastAsia="zh-CN"/>
        </w:rPr>
        <w:t>　　6、编制会计报表。</w:t>
      </w:r>
      <w:r>
        <w:rPr>
          <w:lang w:eastAsia="zh-CN"/>
        </w:rPr>
        <w:br/>
      </w:r>
      <w:r>
        <w:rPr>
          <w:lang w:eastAsia="zh-CN"/>
        </w:rPr>
        <w:t>　　二、不一样点：</w:t>
      </w:r>
      <w:r>
        <w:rPr>
          <w:lang w:eastAsia="zh-CN"/>
        </w:rPr>
        <w:br/>
      </w:r>
      <w:r>
        <w:rPr>
          <w:lang w:eastAsia="zh-CN"/>
        </w:rPr>
        <w:t>　　1、运算工具不一样传统手工会计运算工具是算盘或电子计算器等，计算过程每运算一次要重复一次，由于不能存储运算结果，人要边算边记录，工作量大，速度慢。电算化会计的运算工具是电子计算机，数据处理由计算机完成，能自动及时的存储运算结果，人只要输入原始数据便能得到所期望的信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2、信息载体不一样;传统手工会计所有信息都以纸张为载体，占用空间大，不易保管，查找困难。电算化会计除了必要的会计凭证之外，均可用磁盘、磁带做信息载体，它占用空间小，保管容易，查找方便。</w:t>
      </w:r>
      <w:r>
        <w:rPr>
          <w:lang w:eastAsia="zh-CN"/>
        </w:rPr>
        <w:br/>
      </w:r>
      <w:r>
        <w:rPr>
          <w:lang w:eastAsia="zh-CN"/>
        </w:rPr>
        <w:t>　　3、帐薄规则不一样;传统手工会计规定日记帐、总帐要用订本式帐册，明细帐要用活页式帐册;帐薄记录的错误要用化线法和红字法更正;帐页中的空行、空页要用红线划消。电算化会计不采用传统手工会计中的一套改错方案，凡是登记过帐的数据，不得更改(当然还是要辅以技术控制)，即使有错，只能采用输入“更改凭证”加以改正，以留下改动痕迹。对需要打印的帐页的空行、空页能够用手工处理。</w:t>
      </w:r>
      <w:r>
        <w:rPr>
          <w:lang w:eastAsia="zh-CN"/>
        </w:rPr>
        <w:br/>
      </w:r>
      <w:r>
        <w:rPr>
          <w:lang w:eastAsia="zh-CN"/>
        </w:rPr>
        <w:t>　　4、帐务的处理程序(会计核算形式)不一样传统手工会计处理帐务的程序有4种，但都避免不了重复转抄与计算的根本弱点，伴之而来的是人员与环节的增多和差错的增多。成熟的电算化会计的帐务处理程序用同一模式来处理不一样企业的会计业务，成本核算程序以软件固化形式在计算机里，从会计凭证到会计报表的过程都由计算机处理完成后，而任何要求的输出都能得到满足。</w:t>
      </w:r>
      <w:r>
        <w:rPr>
          <w:lang w:eastAsia="zh-CN"/>
        </w:rPr>
        <w:br/>
      </w:r>
      <w:r>
        <w:rPr>
          <w:lang w:eastAsia="zh-CN"/>
        </w:rPr>
        <w:t>　　5、会计工作组织体制不一样;传统手工会计的会计组织工作以会计事物的不一样性质作为制定的主要依据;电算化会计组织体制以数据的不一样形态做为制定的主要依据。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6、人员结果不一样;传统手工会计中的人员均是会计专业人员，其中的权威应是会计师;电算化会计中的人员由会计专业人员、电子计算机软件、硬件及操作人员组成，其中权威应为掌握电算化会计中级的会计师。</w:t>
      </w:r>
      <w:r>
        <w:rPr>
          <w:lang w:eastAsia="zh-CN"/>
        </w:rPr>
        <w:br/>
      </w:r>
      <w:r>
        <w:rPr>
          <w:lang w:eastAsia="zh-CN"/>
        </w:rPr>
        <w:t>　　7、内部控制不一样;传统手工会计对会计凭证的正确性，一般从摘要资料、数量、单价、金额、会计科目等项目来审核;对帐户的正确性一般从三套帐的相互核对来验证;还经过帐证相符、帐帐相符、帐实相符等内部控制方式来保证数据的正确，堵塞漏洞。电算化会计由于帐务处理程序和会计工作组体制的变化，除原始数据的收集、审核、编码由原会计人员进行外，其余的处理都由计算机部门负责。内部控制方式部分被计算机技术替代，由手工控制转为人机控制。</w:t>
      </w:r>
      <w:r>
        <w:rPr>
          <w:lang w:eastAsia="zh-CN"/>
        </w:rPr>
        <w:br/>
      </w:r>
      <w:r>
        <w:rPr>
          <w:lang w:eastAsia="zh-CN"/>
        </w:rPr>
        <w:t>　　以上种种区别，集于一点，就是由于电算化会计数据处理方式的改变，引起了传统手工会计各个方面的变化，这一变化将使得系统功能更为加强，系统结构更为合理，系统管理更为完善。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会计电算化是会计史上崭新的一页。电子计算机的应用，首先带来数据处理工具的改变，也带来了信息载体的变化，电算化会计后对传统会计方法、会计理论都将发生巨大的影响，从而引起会计制度、会计工作管理体制的变革。会计电算化促进着会计的规范化、标准化，通用化促进着管理的现代化。作为自身而言，处在这个与时俱进的经济大潮时代，作为一名财会专业的学员，在校学习期间应更好的学好财会专业里的专业知识，打好理论基础;在财务实习的时候按要求认真参与每一个实习的机会，总结实际操作中的经验和积累学习中自身的不足，密切关注和了解会计工作发展的最新动向，为以后即将从事的会计工作打下坚实的基础，当自我走出学校，成为一名名副其实的财会专业人才。</w:t>
      </w:r>
      <w:r>
        <w:rPr>
          <w:lang w:eastAsia="zh-CN"/>
        </w:rPr>
        <w:br/>
      </w:r>
      <w:r>
        <w:rPr>
          <w:lang w:eastAsia="zh-CN"/>
        </w:rPr>
        <w:t>　　在大浪淘沙中让自我能够找到自我屹立之地，让自我的所学为社会经济作出自我应有的贡献范文搜版权所有随着会计制度的日臻完善，社会对会计人员的高度重视和严格要求，我们作为未来社会的会计专业人员，为了顺应社会的要求，加强社会竞争力，也应当严于自身的素质，培养较强的会计工作的操作本事。于是，本学期初，我们乐于参加了学校为我们供给的会计实习。作为学习了差不多三年会计的我们，能够说对会计已经是耳目能熟了。所有的有关会计的专业基础知识、基本理论、基本方法和结构体系，我们都基本掌握。但这些似乎只是纸上谈兵。倘若将这些理论性极强的东西搬上实际上应用，那我们也会是无从下手，一窍不通。</w:t>
      </w:r>
      <w:r>
        <w:rPr>
          <w:lang w:eastAsia="zh-CN"/>
        </w:rPr>
        <w:br/>
      </w:r>
      <w:r>
        <w:rPr>
          <w:lang w:eastAsia="zh-CN"/>
        </w:rPr>
        <w:t xml:space="preserve">    会计个人总结心得怎么写 篇3 </w:t>
      </w:r>
      <w:r>
        <w:rPr>
          <w:lang w:eastAsia="zh-CN"/>
        </w:rPr>
        <w:br/>
      </w:r>
      <w:r>
        <w:rPr>
          <w:lang w:eastAsia="zh-CN"/>
        </w:rPr>
        <w:t>　　在过去的20_年里，从初进弘泰公司至现今，足有十个月的时间。在这十个月的时间里面，个人能力飞跃性的提升，暂且不论。但是，个人成长还是有的。这也得力于公司的信任和培养。下面对个人工作职责作一些简单的总结和评价。</w:t>
      </w:r>
      <w:r>
        <w:rPr>
          <w:lang w:eastAsia="zh-CN"/>
        </w:rPr>
        <w:br/>
      </w:r>
      <w:r>
        <w:rPr>
          <w:lang w:eastAsia="zh-CN"/>
        </w:rPr>
        <w:t>　　在公司里，本人担任内务的职位，主要负责开单与出纳工作。还有其他一些展厅日常工作的监督，也在个人的工作范畴内，分类总结如下：</w:t>
      </w:r>
      <w:r>
        <w:rPr>
          <w:lang w:eastAsia="zh-CN"/>
        </w:rPr>
        <w:br/>
      </w:r>
      <w:r>
        <w:rPr>
          <w:lang w:eastAsia="zh-CN"/>
        </w:rPr>
        <w:t>　　1、开单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此项工作需要做到足够的仔细、认真、谨慎。对于产品的专业知识也要有一定的认知。如此一来，就能避免很多工作上的失误。还需特别注意数据方面的。对于这份工作，我需要提升的地方还有很多，例如：应更仔细认真，尽量避免出错;效率的提升，仍需加强。做到更快更准，才是最终目标!</w:t>
      </w:r>
      <w:r>
        <w:rPr>
          <w:lang w:eastAsia="zh-CN"/>
        </w:rPr>
        <w:br/>
      </w:r>
      <w:r>
        <w:rPr>
          <w:lang w:eastAsia="zh-CN"/>
        </w:rPr>
        <w:t>　　2、出纳</w:t>
      </w:r>
      <w:r>
        <w:rPr>
          <w:lang w:eastAsia="zh-CN"/>
        </w:rPr>
        <w:br/>
      </w:r>
      <w:r>
        <w:rPr>
          <w:lang w:eastAsia="zh-CN"/>
        </w:rPr>
        <w:t>　　展厅日常收支工作管理，做到数目清晰明确，日清月结。做好登记明细，以免出现疏漏。当天收支情况及时输入电脑。在过去的半年里，做得未够好，来年必须完善。</w:t>
      </w:r>
      <w:r>
        <w:rPr>
          <w:lang w:eastAsia="zh-CN"/>
        </w:rPr>
        <w:br/>
      </w:r>
      <w:r>
        <w:rPr>
          <w:lang w:eastAsia="zh-CN"/>
        </w:rPr>
        <w:t>　　以上是职责范围内最主要的工作，毋需置疑，必需竭尽所能做到最好!此外，还有很多展厅的日常工作需要注意。包括：早会记录、展厅人员出入登记、客流量登记、电脑日常工作的维护、公司q群信息的及时传达。另外还有展厅样板的维护：样板的出仓，必须经过公司的审批，做好登记以及相关的手续，展厅的出仓样板，需及时作好补充。还有展厅卫生的维护，属于个人负责的卫生区域，必须每天做到位，龙头、五金配件的维护，每月至少打蜡一次。这些工作尽管琐碎，但是，却高度体现个人的工作责任心。力所能及的事，更需要在细节上完善。因此，养成良好的工作习惯，非常必要。</w:t>
      </w:r>
      <w:r>
        <w:rPr>
          <w:lang w:eastAsia="zh-CN"/>
        </w:rPr>
        <w:br/>
      </w:r>
      <w:r>
        <w:rPr>
          <w:lang w:eastAsia="zh-CN"/>
        </w:rPr>
        <w:t>　　以上工作总结不尽详细，并且，日常工作中也有诸多疏漏的地方。希望在这次对于过往工作的审视中，获得经验和教训，来年逐步完善!</w:t>
      </w:r>
      <w:r>
        <w:rPr>
          <w:lang w:eastAsia="zh-CN"/>
        </w:rPr>
        <w:br/>
      </w:r>
      <w:r>
        <w:rPr>
          <w:lang w:eastAsia="zh-CN"/>
        </w:rPr>
        <w:t xml:space="preserve">    会计个人总结心得怎么写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作为一个年轻人，首先我必须摆正自己的位置，清楚自己的优点和不足。通过这一年的监理业务理论和实践的感知，我被调到_市政监理部工作期间，在总监代表的指导和帮助下，我主要负责土建工程及监理部资料的收集整理工作，并对现场形成的签证及时进行工程量的确认。在滨海旅游起步区水泵站和滨海旅游区南部燃气站项目，在总监代表的指导和协助下，对各施工单位基础开挖标高及定位放线进行复核。工作期间，本着认真为建设单位热情服务，遵照监理合同要求，严格按照监理规范及监理工作程序，履行监理职责。</w:t>
      </w:r>
      <w:r>
        <w:rPr>
          <w:lang w:eastAsia="zh-CN"/>
        </w:rPr>
        <w:br/>
      </w:r>
      <w:r>
        <w:rPr>
          <w:lang w:eastAsia="zh-CN"/>
        </w:rPr>
        <w:t>　　工作中，我以老前辈严谨负责的工作作风为标准，工作岗位上，我从不放松加强理论和实践的研习，严格要求自己，认真熟悉监理规范及监理职责，对“三控、三管、一协调”具体在现场如何落实监理程序，根据工程实施不同情况，积极主动为建设单位提出合理建议，让建设单位认可监理部的工作成果，使工程处于受控状态。我主要对现场实际情况及时了解，及时熟悉施工图纸和监理合同内容，掌握监理规划和监理细则。我积极思考本工程监理工作的重点和难点，面对重点，我和项目部同事齐心协力，认真审阅施工方案，每道工序施工前督促施工方做好施工技术交底，强化隐蔽工程质量控制力度，严防产生质量隐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面对难点，除了及时查阅相关资料，并及时请教资深的专业技术人员，寻找解决问题的好办法。在施工过程中，严格按照监理规范，监理合同内容，按照公司编制的质量控制办法，采用旁站、巡视、平行检验方式进行每道工序的过程控制。重点对施工方项目管理人员的质量和安全意识进行调查，加强监督施工单位的三检制度落实，对质量和安全意识不到位的施工管理人员加强说服，强化完善施工单位的质量管理体系。对现场存在的质量安全问题，调查研究施工方内部管理情况，找出问题的根源，并要求施工方积极主动采取有效解决办法，责任具体落实到每个人，并对出现的较大问题，全程跟踪监督施工方落实整改，达标后才算完毕，杜绝类似问题再次发生。</w:t>
      </w:r>
      <w:r>
        <w:rPr>
          <w:lang w:eastAsia="zh-CN"/>
        </w:rPr>
        <w:br/>
      </w:r>
      <w:r>
        <w:rPr>
          <w:lang w:eastAsia="zh-CN"/>
        </w:rPr>
        <w:t>　　通过将近两个多月坚持质量和安全不松懈的监督控制，我发现随着施工作业面的增加，进度的加快，监理工作量增加的同时，但现场实际控制效果仍有疏漏处。如模板安装局部尺寸偏差较大。我作为土建工程主要责任人员，我想我不能不重视这些质量安全问题，作为监理人员，这是我必须要控制的范围，通过冷静思考，面对现场实际情况，我及时编制了关于落实施工方质量三检制度及监理报验程序的文件，经过总监代表的修改和认可，对施工方召开质量安全专题会议，就文件内容对施工方进行交底，再一次明确质量控制和安全控制的工作程序，严格按程序办事，责任落实到人，进一步加强了施工方的质量和安全管理力度。在施工期间，质量和安全都处有效控制状态。</w:t>
      </w:r>
      <w:r>
        <w:rPr>
          <w:lang w:eastAsia="zh-CN"/>
        </w:rPr>
        <w:br/>
      </w:r>
      <w:r>
        <w:rPr>
          <w:lang w:eastAsia="zh-CN"/>
        </w:rPr>
        <w:t xml:space="preserve">    会计个人总结心得怎么写 篇5 </w:t>
      </w:r>
      <w:r>
        <w:rPr>
          <w:lang w:eastAsia="zh-CN"/>
        </w:rPr>
        <w:br/>
      </w:r>
      <w:r>
        <w:rPr>
          <w:lang w:eastAsia="zh-CN"/>
        </w:rPr>
        <w:t>　　回顾上半年的前台工作，我也是有很多的感触，来到公司其实也是没有多久，半年多的时间，我也是进步很多，在同事的带领下，而今的我能把前台的工作做好，得到肯定，自己也是感觉到自己改变很大，对此，也是来总结上半年自己前台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从前台服务，前台沟通，再到接待，其实要做的事情有很多，而且我们公司前台不单单只是做迎接的一些工作，很多人事相关的事情也是需要去做的，向投放招聘广告，寻找合适的人员来公司面试，做好面试前期的工作，以及人事相关的入职，离职等很多的事情，其实我对于这些以前也是没有学过的，而来到这，从没有基础开始，同事也是认真的来教我，给予了我很多帮助，很多的问题也是出现在我的身上，我也是找到去改变，而且每天其实我问的也是很多，但是同事也是会不厌其烦的教我，让我尽快的融入到公司，去做好我的一个工作，从开始什么都不太懂的，经过这半年，可以说只要是交代给我的事情，我都是能给领导去做好。学到的，让我也是感受到公司的氛围是很好的，大家都是很团结。</w:t>
      </w:r>
      <w:r>
        <w:rPr>
          <w:lang w:eastAsia="zh-CN"/>
        </w:rPr>
        <w:br/>
      </w:r>
      <w:r>
        <w:rPr>
          <w:lang w:eastAsia="zh-CN"/>
        </w:rPr>
        <w:t>　　在工作之中，上半年可以说有很多的波折，公司工作方式的改变，以及一些需求也是让我在做工作的时候感受到很大的压力，在招聘方面，其实也是有很多的难题要去解决。招募的要求有，但是很多时候，也是找不到合适的人才，有种种的原因，也是要顾虑到安全，很多的人都是在本地去找到工作，而我们一些岗位却是需要去到外地的，虽然也是视频有面试过一些，但是终究最后也是一些工作没有做好，我的经验也是有些不足造成的，但是我也是尽力的去做了，不过其余的工作也是得到肯定，一些客观的因素，目前我也是无力去改变，但下半年，我还是要争取在工作里头是做得更好才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半年，让我变得成熟了很多，也是懂得做好前台，除了能力经验，也是要自己更主动积极来做，并且自身一些问题，也是找到了，今后去改变，然后在岗位上收获更多的肯定，让自己不断尝试去做得更好。</w:t>
      </w:r>
      <w:r>
        <w:rPr>
          <w:lang w:eastAsia="zh-CN"/>
        </w:rPr>
        <w:br/>
      </w:r>
      <w:r>
        <w:rPr>
          <w:lang w:eastAsia="zh-CN"/>
        </w:rPr>
        <w:t xml:space="preserve">    会计个人总结心得怎么写 篇6 </w:t>
      </w:r>
      <w:r>
        <w:rPr>
          <w:lang w:eastAsia="zh-CN"/>
        </w:rPr>
        <w:br/>
      </w:r>
      <w:r>
        <w:rPr>
          <w:lang w:eastAsia="zh-CN"/>
        </w:rPr>
        <w:t>　　_是我们与顾客沟通的工具之一，在_上与顾客沟通时我们要注意回复速度，只有及时回复才能让顾客第一时间感受到我们的热情，为此我们设置了各类快捷短语。在保证回复速度的基础上，我们也要注意沟通技巧，热情的态度往往是决定成功的一半。通过电话联系处理顾客的退换货也是我们的职责之一，在电话联系时我们也要注意最基本的电话礼仪。通常我们所处理的工作都是主动与顾客联系，拨打电话时要注意时间不宜太早或太晚，也不适宜在午休时间去电顾客;其次我们要注意电话沟通技巧，通话之前我们要了解去电的目的，在通话途中要吐词清晰，注意倾听顾客的要求，不要随意打断顾客，同时要注意控制通话时长，避免占用太多的工作时间;打电话时的一定要态度友善，语调温和，讲究礼貌，从而有利于双方的沟通。通话结束时应礼貌的回复顾客再挂断电话。</w:t>
      </w:r>
      <w:r>
        <w:rPr>
          <w:lang w:eastAsia="zh-CN"/>
        </w:rPr>
        <w:br/>
      </w:r>
      <w:r>
        <w:rPr>
          <w:lang w:eastAsia="zh-CN"/>
        </w:rPr>
        <w:t>　　对于顾客的一些问题我们要持一个专业的态度去对待，在保持专业水准的基础上我们也要让顾客看到我们诚恳的态度，如果凭自己的专业产品知识还是不能解决问题，这时我们就要从顾客的回复中洞悉顾客的心理，努力快速解决顾客的问题，并将售后成本降到最低。如果处理得当，久而久之公司的信誉评价等都会有所提升，这也是体现我们售后价值的所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在过去的一年中我收获了很多，但是我知道自己还有不足之处。给我印象较深的是一次小组式的模拟培训演练，通过模拟顾客与客服沟通买卖的场景，将产品推销给顾客。如果客服熟知了自己产品，理解一些穿衣搭配知识，在分析一下顾客的购买心理，然后找出有效的推销手段，这样成交的机会就大的多。公司的培训也让我看到了自身的不足，在这以后，我也是在努力改进，平时工作闲暇之余，我会多关注店铺新款和店铺各类活动，在每次活动前我也会花时间去了解活动规则，做到心中有数。</w:t>
      </w:r>
      <w:r>
        <w:rPr>
          <w:lang w:eastAsia="zh-CN"/>
        </w:rPr>
        <w:br/>
      </w:r>
      <w:r>
        <w:rPr>
          <w:lang w:eastAsia="zh-CN"/>
        </w:rPr>
        <w:t>　　公司也组织过各种各样的培训，在年中闲暇之际，我申请过到售前岗位去学习，虽然学习时间不长，但也收获了很多，对他们的工作也有了大致的了解。售前虽然只需要通过_与顾客打交道，但是_沟通也是需要很多技巧的，让买家下单关键是客服在交谈过程中能不能打动顾客，如何让顾客买到自己想要的产品，并非一味的推销而是让顾客享受购物的过程。也使我明白金牌客服不是一天练成的，当接触了不用的岗位后我才发现自己其实还有很多需要去学习和改进的，在以后的工作中我也期待有更多的培训机会，拓展自己的综合实力。</w:t>
      </w:r>
      <w:r>
        <w:rPr>
          <w:lang w:eastAsia="zh-CN"/>
        </w:rPr>
        <w:br/>
      </w:r>
      <w:r>
        <w:rPr>
          <w:lang w:eastAsia="zh-CN"/>
        </w:rPr>
        <w:t>　　在新的一年里我会吸取过去的教训，积极参加公司的培训，但是领导的指导和关怀下，我有信心做得更好。</w:t>
      </w:r>
      <w:r>
        <w:rPr>
          <w:lang w:eastAsia="zh-CN"/>
        </w:rPr>
        <w:br/>
      </w:r>
      <w:r>
        <w:rPr>
          <w:lang w:eastAsia="zh-CN"/>
        </w:rPr>
        <w:t xml:space="preserve">    会计个人总结心得怎么写 篇7 </w:t>
      </w:r>
      <w:r>
        <w:rPr>
          <w:lang w:eastAsia="zh-CN"/>
        </w:rPr>
        <w:br/>
      </w:r>
      <w:r>
        <w:rPr>
          <w:lang w:eastAsia="zh-CN"/>
        </w:rPr>
        <w:t>　　我想一个人只有经过不断努力，不断奋斗，才能克服自身的缺点，才能不断超越自我，实现理想和人生的价值。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在_公司_总经理的领导下，负责接待电话业务，用高标准严格要求自己，不断学习、刻苦追求，加强自身素质和品质的修养，提高自身能力，做好客服工作。虽然工作有很多地方做的不够到位，但是我会在以后的工作中忠实履行职责，不断自查、反省自己，不断开拓进取，把自己全身心地投入到各项工作实践中。我的信念是“只要自己能够胜任本职工作，就是称职的。”</w:t>
      </w:r>
      <w:r>
        <w:rPr>
          <w:lang w:eastAsia="zh-CN"/>
        </w:rPr>
        <w:br/>
      </w:r>
      <w:r>
        <w:rPr>
          <w:lang w:eastAsia="zh-CN"/>
        </w:rPr>
        <w:t>　　现将_月的主要工作情况总结如下</w:t>
      </w:r>
      <w:r>
        <w:rPr>
          <w:lang w:eastAsia="zh-CN"/>
        </w:rPr>
        <w:br/>
      </w:r>
      <w:r>
        <w:rPr>
          <w:lang w:eastAsia="zh-CN"/>
        </w:rPr>
        <w:t>　　1、每天上班之前永远记住：1客户满意第一;2客户永远是对的;如果客户错了，任然记住客户永远是对的。</w:t>
      </w:r>
      <w:r>
        <w:rPr>
          <w:lang w:eastAsia="zh-CN"/>
        </w:rPr>
        <w:br/>
      </w:r>
      <w:r>
        <w:rPr>
          <w:lang w:eastAsia="zh-CN"/>
        </w:rPr>
        <w:t>　　2、紧跟踪车辆行驶位置，做到服务客户化，让客人无论在何时何地只要查货物位置，我们总能在第一时间准确无误的答复客人，不要感到失望。</w:t>
      </w:r>
      <w:r>
        <w:rPr>
          <w:lang w:eastAsia="zh-CN"/>
        </w:rPr>
        <w:br/>
      </w:r>
      <w:r>
        <w:rPr>
          <w:lang w:eastAsia="zh-CN"/>
        </w:rPr>
        <w:t>　　3、物能够准时的到达客户手中，及时的查看到车货物中转情况，尽力做到不让客户打电话催货物。</w:t>
      </w:r>
      <w:r>
        <w:rPr>
          <w:lang w:eastAsia="zh-CN"/>
        </w:rPr>
        <w:br/>
      </w:r>
      <w:r>
        <w:rPr>
          <w:lang w:eastAsia="zh-CN"/>
        </w:rPr>
        <w:t>　　4、报货损，让发货公司第一时间知道货物的情况。</w:t>
      </w:r>
      <w:r>
        <w:rPr>
          <w:lang w:eastAsia="zh-CN"/>
        </w:rPr>
        <w:br/>
      </w:r>
      <w:r>
        <w:rPr>
          <w:lang w:eastAsia="zh-CN"/>
        </w:rPr>
        <w:t>　　5、班时间清点库房的货存。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不可盲目去处理，认真落实。不要强调以自我为中心，而应该强调整体利益优先，在工作中要发扬有人负责我服从，无人负责我负责的精神。如受理时、回复客户时、接到领导指示的工作等不可凭主观想像做事，按部就班，简单的事情更要认真对待。记得有句话这样说的简单的事情重复做，当成功来临时挡也挡不住。对于物流来说成功就是准时、无误、高效率。再次，勇于承担。工作是先做人后做事，性格决定命运，态度决定一切，沟通解决一切。出现问题要勇于承担，比如输单时出现错误，或者周末值班时事情没有处理好，说一句不好意思，我输的或者我值班这没什么，否则大家一起承担，这样也不好。出现问题不要推卸责任。讲讲当时的情况，说说出现的原因，大家一起来借鉴一下，以免下次犯同样的错误，说不定领导还会夸他诚实呢，是个好员工。这样也会保证部门之间的平和和团结。第四，不可情绪化。当在工作中出现什么拦路虎了，生活中出现什么不开心的事，不可情绪化，不能影响工作或别人。把同事、领导当成朋友说出自已的想法和建议。因为你将随时应对意料之外的事情，所以物流工作要有一颗平常心，与人为善的心，说出的话会不会伤害到人家，会不会产生矛盾等等，要增加集体荣誉感，增强集体凝聚力。</w:t>
      </w:r>
      <w:r>
        <w:rPr>
          <w:lang w:eastAsia="zh-CN"/>
        </w:rPr>
        <w:br/>
      </w:r>
      <w:r>
        <w:rPr>
          <w:lang w:eastAsia="zh-CN"/>
        </w:rPr>
        <w:t>　　最后，定期或不定期内外部培训。企来的战略在变，执行战略的能力要求也在变，所以对员工进行工作及生活的沟通，思想沟通、对员工进行业务培训(如师傅带徒弟)、全方面素质培训。如航空常识培训、内部经验交流、外部参观学习、物流管理培训等等。益处是公司有了高素质人才，适应了当前的发展变化，而员工更好的充实了自己、更好的完成工作、更多的付出。</w:t>
      </w:r>
      <w:r>
        <w:rPr>
          <w:lang w:eastAsia="zh-CN"/>
        </w:rPr>
        <w:br/>
      </w:r>
      <w:r>
        <w:rPr>
          <w:lang w:eastAsia="zh-CN"/>
        </w:rPr>
        <w:t>　　把公司当成家，节省每一点能源。把同事当成朋友，增强团员合作精神与集体凝聚力。心往一处用，劲往一处使，我想我们的_一定会更好!</w:t>
      </w:r>
      <w:r>
        <w:rPr>
          <w:lang w:eastAsia="zh-CN"/>
        </w:rPr>
        <w:br/>
      </w:r>
      <w:r>
        <w:rPr>
          <w:lang w:eastAsia="zh-CN"/>
        </w:rPr>
        <w:t xml:space="preserve">    会计个人总结心得怎么写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1、加大工作执行力度。</w:t>
      </w:r>
      <w:r>
        <w:rPr>
          <w:lang w:eastAsia="zh-CN"/>
        </w:rPr>
        <w:br/>
      </w:r>
      <w:r>
        <w:rPr>
          <w:lang w:eastAsia="zh-CN"/>
        </w:rPr>
        <w:t>　　一是对即定的目标考核上，一旦形成文字，就要不折不扣的认真执行，不容有半点的松懈与放弃。</w:t>
      </w:r>
      <w:r>
        <w:rPr>
          <w:lang w:eastAsia="zh-CN"/>
        </w:rPr>
        <w:br/>
      </w:r>
      <w:r>
        <w:rPr>
          <w:lang w:eastAsia="zh-CN"/>
        </w:rPr>
        <w:t>　　二是加大对各部门之间的考核，促进各部门工作之间能进一步的相互协助、相互提高。</w:t>
      </w:r>
      <w:r>
        <w:rPr>
          <w:lang w:eastAsia="zh-CN"/>
        </w:rPr>
        <w:br/>
      </w:r>
      <w:r>
        <w:rPr>
          <w:lang w:eastAsia="zh-CN"/>
        </w:rPr>
        <w:t>　　三是对问题实行四小时复命制。对出现的问题，能给予现场解决的现场给予解决，不能给予解决的，要在四个小时之内给予解决，对于实在有困难在四个小时之内不能解决的，必须有书面材实予以说明，以推动各部门在工作中的主动性和自觉性。</w:t>
      </w:r>
      <w:r>
        <w:rPr>
          <w:lang w:eastAsia="zh-CN"/>
        </w:rPr>
        <w:br/>
      </w:r>
      <w:r>
        <w:rPr>
          <w:lang w:eastAsia="zh-CN"/>
        </w:rPr>
        <w:t>　　2、从细节管理着手</w:t>
      </w:r>
      <w:r>
        <w:rPr>
          <w:lang w:eastAsia="zh-CN"/>
        </w:rPr>
        <w:br/>
      </w:r>
      <w:r>
        <w:rPr>
          <w:lang w:eastAsia="zh-CN"/>
        </w:rPr>
        <w:t>　　确保各环节无庇漏，基层管理工作扎实，细节决定成败，细节管理要求全员参与，从操作现场的每一个操作台面上抓起，必须树立从我做起，从自身做起，从身边做起，要加强员工的细节培训，如工作期间的规范操作、开关设备时的相关注意事项等工作，进一步夯实基层管理要点，增强基础管理意识。</w:t>
      </w:r>
      <w:r>
        <w:rPr>
          <w:lang w:eastAsia="zh-CN"/>
        </w:rPr>
        <w:br/>
      </w:r>
      <w:r>
        <w:rPr>
          <w:lang w:eastAsia="zh-CN"/>
        </w:rPr>
        <w:t>　　3、从员工素质和思想着手</w:t>
      </w:r>
      <w:r>
        <w:rPr>
          <w:lang w:eastAsia="zh-CN"/>
        </w:rPr>
        <w:br/>
      </w:r>
      <w:r>
        <w:rPr>
          <w:lang w:eastAsia="zh-CN"/>
        </w:rPr>
        <w:t>　　打造一支能打善拼，敢于胜利的干部员工队伍，老课题新方法，首先从改变观念，更新思想上着手，做到工作上创新，管理上改革，从而以崭新的面貌，崭新的心态，面对和迎接新的挑战。</w:t>
      </w:r>
      <w:r>
        <w:rPr>
          <w:lang w:eastAsia="zh-CN"/>
        </w:rPr>
        <w:br/>
      </w:r>
      <w:r>
        <w:rPr>
          <w:lang w:eastAsia="zh-CN"/>
        </w:rPr>
        <w:t>　　4、积极开展岗位练兵活动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在比、学、赶、帮的氛围中推动工作再上台阶，岗位练兵和各项活动的踏实有效开展，是员工素质提高的基础，是爱岗敬业的真实表现，也是推动各项工作不断进步的有效途径，要积极想办法，研对策，开展多方位，多层次的岗位练兵活动，开展;“质宣月”、“安全生产月”等活动。</w:t>
      </w:r>
      <w:r>
        <w:rPr>
          <w:lang w:eastAsia="zh-CN"/>
        </w:rPr>
        <w:br/>
      </w:r>
      <w:r>
        <w:rPr>
          <w:lang w:eastAsia="zh-CN"/>
        </w:rPr>
        <w:t>　　5、从成本控制着手</w:t>
      </w:r>
      <w:r>
        <w:rPr>
          <w:lang w:eastAsia="zh-CN"/>
        </w:rPr>
        <w:br/>
      </w:r>
      <w:r>
        <w:rPr>
          <w:lang w:eastAsia="zh-CN"/>
        </w:rPr>
        <w:t>　　确保效益目标正常运行，成本是各项管理的基础，成本控制的好坏直接影响员工的工资收入，也是影响员工积极性的重要因素，员工虽然参与但主要在于管理，向管理要效益，是成本控制的有效手段，效益的好坏是衡量一个企业的最终结果的最明析最直接的方法。</w:t>
      </w:r>
      <w:r>
        <w:rPr>
          <w:lang w:eastAsia="zh-CN"/>
        </w:rPr>
        <w:br/>
      </w:r>
      <w:r>
        <w:rPr>
          <w:lang w:eastAsia="zh-CN"/>
        </w:rPr>
        <w:t>　　6、从强化考核着手</w:t>
      </w:r>
      <w:r>
        <w:rPr>
          <w:lang w:eastAsia="zh-CN"/>
        </w:rPr>
        <w:br/>
      </w:r>
      <w:r>
        <w:rPr>
          <w:lang w:eastAsia="zh-CN"/>
        </w:rPr>
        <w:t>　　使各项工作始终走在正确发展的轨道，考核是管理者实现目的的必要手段。要对目标认真调整和修订完善制度，做到制度合理、公平、全面、彻实反映和真实解决问题为目标，实现保驾护航，要求政策制度的严肃性，无弹性，用考核约束和推进各项工作任务的实现与完成。</w:t>
      </w:r>
      <w:r>
        <w:rPr>
          <w:lang w:eastAsia="zh-CN"/>
        </w:rPr>
        <w:br/>
      </w:r>
      <w:r>
        <w:rPr>
          <w:lang w:eastAsia="zh-CN"/>
        </w:rPr>
        <w:t>　　面对新的一年，我厂将力争做到以目标管理为中心，进一步夯实质理管理基础，实现各项管理的落实到位，并以严格的保证措施，推动全面管理再上台阶，从而以崭新的面貌，精细的管理，较好的经济效益向新的目标发出新的冲刺，取得更大的胜利!</w:t>
      </w:r>
      <w:r>
        <w:rPr>
          <w:lang w:eastAsia="zh-CN"/>
        </w:rPr>
        <w:br/>
      </w:r>
      <w:r>
        <w:rPr>
          <w:lang w:eastAsia="zh-CN"/>
        </w:rPr>
        <w:t xml:space="preserve">    会计个人总结心得怎么写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通过前两个月对工作的不断熟悉与锻炼，对基本工作技能方面有了更进一步的提高，在工作效率上也有了一定的改善。此时也已顺利交房，但交房后的集中整改工作也随即展开。报修的数量是前期的数倍，对于这种情况，为了控制这种现象的发展，就需要对这些整改原因进行现场勘察，找出症结，对症下药。其中发现误报、重复报修、及部分业主自身的装修操作的不规范等导致的报修占了很大一部分。</w:t>
      </w:r>
      <w:r>
        <w:rPr>
          <w:lang w:eastAsia="zh-CN"/>
        </w:rPr>
        <w:br/>
      </w:r>
      <w:r>
        <w:rPr>
          <w:lang w:eastAsia="zh-CN"/>
        </w:rPr>
        <w:t>　　将这种报修整改降低至低点，对于整改报修、整改关闭的流程完善，就显得十分重要，同时也为我们的后期工作带来了方便，鉴于此，在领导的帮助下、在部门同事的协助下对整改报修的流程进行了部分完善。首先从根源抓起，对业主报修问题的责任性、真实性进行核查是否属于正常维修整改范围。</w:t>
      </w:r>
      <w:r>
        <w:rPr>
          <w:lang w:eastAsia="zh-CN"/>
        </w:rPr>
        <w:br/>
      </w:r>
      <w:r>
        <w:rPr>
          <w:lang w:eastAsia="zh-CN"/>
        </w:rPr>
        <w:t>　　例如：是否是业主的操作不当(主要是门窗铝合金五金配件)，通过对业主的解释工作和指导正确操作的方法是完全可以避免业主的报修投诉，同时避免了施工单位进行整改，增加了维修成本及工作量，却又没有根本性的解决问题，每次整改几乎业主都要现场监工，还造成了业主对我们满意度的下降。其次，整改后的复查和回访落实到每一个责任人。复查可以检验施工单位的整改效果和整改质量，避免施工单位的偷工减料，造成整改不彻底的后遗症。回访首先可以提高业主的满意度，其次又能够听到业主真实、中肯、良好的意见和建议，提高了我们的工作质量，又何乐而不为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通过整改流程的完善，并在实际工作操作中得以实施，的集中整改工作得以顺利完成。但这不是三分钟热情，在后期的正常整改工作中还要继续实施下去，还要不断的总结经验和教训，提高、提高、再提高。</w:t>
      </w:r>
      <w:r>
        <w:rPr>
          <w:lang w:eastAsia="zh-CN"/>
        </w:rPr>
        <w:br/>
      </w:r>
      <w:r>
        <w:rPr>
          <w:lang w:eastAsia="zh-CN"/>
        </w:rPr>
        <w:t>　　随着时间的推移，在公司领导和同事的帮助之下，我不断成长，解决了一个又一个的质量投诉问题。这些问题可谓各式各样、五花八门，在这里我不一一阐述。</w:t>
      </w:r>
      <w:r>
        <w:rPr>
          <w:lang w:eastAsia="zh-CN"/>
        </w:rPr>
        <w:br/>
      </w:r>
      <w:r>
        <w:rPr>
          <w:lang w:eastAsia="zh-CN"/>
        </w:rPr>
        <w:t>　　时光流转间，我已到公司工作三个多月。非常感谢公司领导对我的信任，给予了我体现自我、提高自我的机会。在整个工作过程中，我认为自己工作比较认真、负责、细心，具有较强的责任心和进取心，勤勉不懈，极富工作热情，能完成领导交付的工作。并积极学习新知识、新技能，来提高自己的综合素质，注重自身发展与进步。但也存在着许多缺点与不足：在日常工作中有时不够干练，言行举止没有注重约束自己，且工作主动性发挥的还不够，对工作的预见性和创造性不够，离领导的要求还有一定的距离;对维修整改方面，感觉自己对有些知识溃缺，如专业知识和房产相关法律法规方面。但这些缺点与不足，在以后的工作中，缺点加以注意和改正，不足的通过学习充实自己。</w:t>
      </w:r>
      <w:r>
        <w:rPr>
          <w:lang w:eastAsia="zh-CN"/>
        </w:rPr>
        <w:br/>
      </w:r>
      <w:r>
        <w:rPr>
          <w:lang w:eastAsia="zh-CN"/>
        </w:rPr>
        <w:t>　　在此，我想借此机会，正式向公司领导提出转正申请，希望公司领导能对我的工作态度、能力与表现，以正式员工的要求做一个全面的考量。同时也非常感谢公司领导对我信任，给予我体现自我、提高自我的机会，使我的思想境界、业务素质、工作能力都得到了大幅度的提高，同时也激励了我在今后的工作中不断前进与完善。</w:t>
      </w:r>
      <w:r>
        <w:rPr>
          <w:lang w:eastAsia="zh-CN"/>
        </w:rPr>
        <w:br/>
      </w:r>
      <w:r>
        <w:rPr>
          <w:lang w:eastAsia="zh-CN"/>
        </w:rPr>
        <w:t xml:space="preserve">    会计个人总结心得怎么写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20_年2月，我重新回到东海华圣建设项目管理公司，回顾这段时间的工作，我在思想上、学习上、工作上都取得了很大的进步，成长了不少，但也清醒地认识到自己的不足之处，时间很快过去了，不知不觉来到公司已经快一年了，在这一年的时间，在公司领导和同事的帮助下，我对招标代理业务跟造价咨询工作的业务能力得到了很大的提高。回顾这一年，经历了很多，也成熟了很多，但是也存在着许多有待提高的问题，根据这一年的实际工作情况总结如下：</w:t>
      </w:r>
      <w:r>
        <w:rPr>
          <w:lang w:eastAsia="zh-CN"/>
        </w:rPr>
        <w:br/>
      </w:r>
      <w:r>
        <w:rPr>
          <w:lang w:eastAsia="zh-CN"/>
        </w:rPr>
        <w:t>　　20_年全年组织的招标工作次数实在是让人不可原谅，真的是给我们敲响了警钟，也让我们做了深刻的反思。招标现场出现的突发情况不知道如何应对，业务不熟练，准备工作不细致，后期资料归档整理不及时等等存在的问题严重阻碍了公司发展，以上存在的问题需要我们招标代理部门的全体人员做到足够的重视，结合自身情况在新的一年里努力做到以下几方面：</w:t>
      </w:r>
      <w:r>
        <w:rPr>
          <w:lang w:eastAsia="zh-CN"/>
        </w:rPr>
        <w:br/>
      </w:r>
      <w:r>
        <w:rPr>
          <w:lang w:eastAsia="zh-CN"/>
        </w:rPr>
        <w:t>　　一、加强理论和业务学习</w:t>
      </w:r>
      <w:r>
        <w:rPr>
          <w:lang w:eastAsia="zh-CN"/>
        </w:rPr>
        <w:br/>
      </w:r>
      <w:r>
        <w:rPr>
          <w:lang w:eastAsia="zh-CN"/>
        </w:rPr>
        <w:t>　　不断提高个人综合素质思想方面，时时刻刻严格要求自己，针对招标工作的实际情况，一方面重点加强自身业务能力，熟悉业务流程，结合自己的不足。另一方面重点通过实践的学习，不断领悟招标工作的实际内涵与规范要求，积极增强自身的文字表达能力跟思维能力。在具体的招标工作中，努力配合领导完成各项招标业务，学习前辈们在处理具体招标事物的方法跟应对突发情况的能力。努力把各个招标工作做精做细，做好后续资料备案工作。</w:t>
      </w:r>
      <w:r>
        <w:rPr>
          <w:lang w:eastAsia="zh-CN"/>
        </w:rPr>
        <w:br/>
      </w:r>
      <w:r>
        <w:rPr>
          <w:lang w:eastAsia="zh-CN"/>
        </w:rPr>
        <w:t>　　二、积极努力工作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按时完成领导安排的工作认真学习业务知识，履行岗位职责，服从领导安排。作为公司的一员，尽自己最大的能力为公司的发展贡献自己的一份力量。最后，祝公司明年业绩更上一层楼。</w:t>
      </w:r>
      <w:r>
        <w:rPr>
          <w:lang w:eastAsia="zh-CN"/>
        </w:rPr>
        <w:br/>
      </w:r>
      <w:r>
        <w:rPr>
          <w:lang w:eastAsia="zh-CN"/>
        </w:rPr>
        <w:t xml:space="preserve">    会计个人总结心得怎么写 篇11 </w:t>
      </w:r>
      <w:r>
        <w:rPr>
          <w:lang w:eastAsia="zh-CN"/>
        </w:rPr>
        <w:br/>
      </w:r>
      <w:r>
        <w:rPr>
          <w:lang w:eastAsia="zh-CN"/>
        </w:rPr>
        <w:t>　　我是_超市站街店一名普通的员工，从踏入_超市那天起，我就把自己融入其中。忙碌的工作，使我的生活变得格外的充实。</w:t>
      </w:r>
      <w:r>
        <w:rPr>
          <w:lang w:eastAsia="zh-CN"/>
        </w:rPr>
        <w:br/>
      </w:r>
      <w:r>
        <w:rPr>
          <w:lang w:eastAsia="zh-CN"/>
        </w:rPr>
        <w:t>　　年终岁末，紧张繁忙的一年即将过去，新的挑战又在眼前。沉思回顾，在_超市这个大家庭里使我得到了更多的锻炼，学习了更多的知识，交了更多的朋友，积累了更多的经验，当然也透过不少深刻的教训发现了自身的种种不足。这一年是充实的一年，我的成长来自_超市这个大家庭，为_超市明年更好的发展尽自已的全力是义不容辞的职责。</w:t>
      </w:r>
      <w:r>
        <w:rPr>
          <w:lang w:eastAsia="zh-CN"/>
        </w:rPr>
        <w:br/>
      </w:r>
      <w:r>
        <w:rPr>
          <w:lang w:eastAsia="zh-CN"/>
        </w:rPr>
        <w:t>　　刚加入_超市的时候，一切对我来说都是新鲜的，也是陌生的。许多东西都需要老员工教，我感觉自己需要学习的太多了。于是，他们做什么我都仔细的看，耐心的学，从商品的陈列到缺货的补报;从商品的促销到新品的开发……一点一滴的学，一点一滴的记。两年的工作，使我得到了锻炼，日常工作逐渐得心应手。</w:t>
      </w:r>
      <w:r>
        <w:rPr>
          <w:lang w:eastAsia="zh-CN"/>
        </w:rPr>
        <w:br/>
      </w:r>
      <w:r>
        <w:rPr>
          <w:lang w:eastAsia="zh-CN"/>
        </w:rPr>
        <w:t>　　我们的工作于细节处见真功，所以务必认真仔细。因此，我认真了解每种商品的功能、价格，随时检查商品的生产日期，及时了解同类商品的市场信息，并向店内汇报……我始终坚持：做什么事情，做了就必须把它作好。对工作抱以热情，对同事抱以关心，用用心的行动来感染周围的人，带动周围的人这是我在_超市感受到的，也是期望我能够切切实实做到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旧的一年即将过去，新的一年即将到来。我期望_超市是新的，我也是新的。_超市给了我一个舞台，我会在这个舞台上越做越好。</w:t>
      </w:r>
      <w:r>
        <w:rPr>
          <w:lang w:eastAsia="zh-CN"/>
        </w:rPr>
        <w:br/>
      </w:r>
      <w:r>
        <w:rPr>
          <w:lang w:eastAsia="zh-CN"/>
        </w:rPr>
        <w:t>　　怎样做好一个超市理货员，超市中的理货员看似工作较简单、普通，但他们是与顾客接触最直接人。他们的一举一动、一言一行无不体现着超市的整体服务质量和服务水平，他们的素质好与差，将直接影响到公司的生意和声誉，所以只有不断地提高理货员的素质和业务潜力，才能使我们的超市在激烈的市场竞争中立于不败之地，因此员工的基础知识培训十分重要。</w:t>
      </w:r>
      <w:r>
        <w:rPr>
          <w:lang w:eastAsia="zh-CN"/>
        </w:rPr>
        <w:br/>
      </w:r>
      <w:r>
        <w:rPr>
          <w:lang w:eastAsia="zh-CN"/>
        </w:rPr>
        <w:t>　　1、理货员的工作职责和日常完成本职工作的要点</w:t>
      </w:r>
      <w:r>
        <w:rPr>
          <w:lang w:eastAsia="zh-CN"/>
        </w:rPr>
        <w:br/>
      </w:r>
      <w:r>
        <w:rPr>
          <w:lang w:eastAsia="zh-CN"/>
        </w:rPr>
        <w:t>　　1、理货员有对商品进行验收和为顾客带给退货服务的工作职责</w:t>
      </w:r>
      <w:r>
        <w:rPr>
          <w:lang w:eastAsia="zh-CN"/>
        </w:rPr>
        <w:br/>
      </w:r>
      <w:r>
        <w:rPr>
          <w:lang w:eastAsia="zh-CN"/>
        </w:rPr>
        <w:t>　　2、对商品按编码进行标价和价格标签管理的工作职责</w:t>
      </w:r>
      <w:r>
        <w:rPr>
          <w:lang w:eastAsia="zh-CN"/>
        </w:rPr>
        <w:br/>
      </w:r>
      <w:r>
        <w:rPr>
          <w:lang w:eastAsia="zh-CN"/>
        </w:rPr>
        <w:t>　　3、有对商品进行分类，并按商品陈列方法和原则进行商品陈列(包括补货)的工作职责。</w:t>
      </w:r>
      <w:r>
        <w:rPr>
          <w:lang w:eastAsia="zh-CN"/>
        </w:rPr>
        <w:br/>
      </w:r>
      <w:r>
        <w:rPr>
          <w:lang w:eastAsia="zh-CN"/>
        </w:rPr>
        <w:t>　　4、有对顾客的咨询导购带给服务的工作职责。</w:t>
      </w:r>
      <w:r>
        <w:rPr>
          <w:lang w:eastAsia="zh-CN"/>
        </w:rPr>
        <w:br/>
      </w:r>
      <w:r>
        <w:rPr>
          <w:lang w:eastAsia="zh-CN"/>
        </w:rPr>
        <w:t>　　5、有对超市内卫生进行保洁及商品防损管理的工作职责。</w:t>
      </w:r>
      <w:r>
        <w:rPr>
          <w:lang w:eastAsia="zh-CN"/>
        </w:rPr>
        <w:br/>
      </w:r>
      <w:r>
        <w:rPr>
          <w:lang w:eastAsia="zh-CN"/>
        </w:rPr>
        <w:t xml:space="preserve">    会计个人总结心得怎么写 篇12 </w:t>
      </w:r>
      <w:r>
        <w:rPr>
          <w:lang w:eastAsia="zh-CN"/>
        </w:rPr>
        <w:br/>
      </w:r>
      <w:r>
        <w:rPr>
          <w:lang w:eastAsia="zh-CN"/>
        </w:rPr>
        <w:t>　　时间过得很快，试用期已经结尾了，在这段时间里我在领导和同事的帮助下，成功的完成了工作任务，现在说一下自己的工作总结。</w:t>
      </w:r>
      <w:r>
        <w:rPr>
          <w:lang w:eastAsia="zh-CN"/>
        </w:rPr>
        <w:br/>
      </w:r>
      <w:r>
        <w:rPr>
          <w:lang w:eastAsia="zh-CN"/>
        </w:rPr>
        <w:t>　　一、爱岗敬业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对于自己的岗位我还是喜欢的，因为这是我自己挑选的，是我自己考虑过后的结果，没有因为一时的冲动随意下决定。来到岗位后接触下来，发现工作并不是很难，最要努力钻研就行，我自己有一定的基础这样上手更快，我的经历让我深刻的明白一个好工作是非常难得的，需要我们自己不断的努力不断的争取，我非常珍惜这个来之不易的工作，来到岗位我就调整自己的心态，摆正位置，不把自己当成一个局外人，反而时常把自己置身在岗位上，先融入到公司中。</w:t>
      </w:r>
      <w:r>
        <w:rPr>
          <w:lang w:eastAsia="zh-CN"/>
        </w:rPr>
        <w:br/>
      </w:r>
      <w:r>
        <w:rPr>
          <w:lang w:eastAsia="zh-CN"/>
        </w:rPr>
        <w:t>　　对岗位的热爱让我在工作中充满了力量，让我坚守岗位，没有对自己的岗位产生任何意见，始终坚守在最前沿，做好自己需要做的事情，每天的工作都用心去做，努力做好，我知道新人就是要打牢基础，公司不会把太难的事情交给我们，而是让我们在工作中一点点学习，不断的进步，这是后就是打牢基础的时候，每一件事都要做好，才能够学好，才能够在日后的工作中做好自己的工作。知道这一点就要学好做好，是我的任务我会努力的完成绝不会拖拖拉拉的。</w:t>
      </w:r>
      <w:r>
        <w:rPr>
          <w:lang w:eastAsia="zh-CN"/>
        </w:rPr>
        <w:br/>
      </w:r>
      <w:r>
        <w:rPr>
          <w:lang w:eastAsia="zh-CN"/>
        </w:rPr>
        <w:t>　　二、谦逊学习</w:t>
      </w:r>
      <w:r>
        <w:rPr>
          <w:lang w:eastAsia="zh-CN"/>
        </w:rPr>
        <w:br/>
      </w:r>
      <w:r>
        <w:rPr>
          <w:lang w:eastAsia="zh-CN"/>
        </w:rPr>
        <w:t>　　公司需要新员工成长，我需要的是成长的空间，及养分，所以在工作的时候我一直都非常认真，对待一些需要学习的东西我都非常谦虚诚恳的去学，一次学不会就多次学，记不住的东西就用手机笔记本做笔记，反正好想办法然自己吸收知识，储备知识，以待以后需要时用，每天都要去请教其他同事，让他们帮助自己，一个人闭门造车很难有多大的成就，想要成长就要接受百家之长，集众人的优点补自己的不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我有一段时间有些害怕，脸皮也薄，因为刚来没有多久大家对我来说都是陌生人，没有几个认识的，鼓起勇气，被拒绝够，也失望过，但是受到的打击多了，慢慢的习惯了，再加上大多数人还是非常友好的，愿意帮助，因此在他们的帮助下，学自己现阶段需要掌握的，也学其他的知识为以后做准备，不断的提升储备自己的实力。</w:t>
      </w:r>
      <w:r>
        <w:rPr>
          <w:lang w:eastAsia="zh-CN"/>
        </w:rPr>
        <w:br/>
      </w:r>
      <w:r>
        <w:rPr>
          <w:lang w:eastAsia="zh-CN"/>
        </w:rPr>
        <w:t>　　三、拼搏进取</w:t>
      </w:r>
      <w:r>
        <w:rPr>
          <w:lang w:eastAsia="zh-CN"/>
        </w:rPr>
        <w:br/>
      </w:r>
      <w:r>
        <w:rPr>
          <w:lang w:eastAsia="zh-CN"/>
        </w:rPr>
        <w:t>　　来到工位后，我深知自己不是来享受的，是来求发展的，因此在工作中我非常拼命，对于每天的工作量我都给自己定了一个目标，然自己不断的去努力完成，每一次都会坚持的去做到自己制定的目标，始终不会放弃自己的希望，前进，前进，再前进，坚持，努力不断加油独断进步是我要做的，我也坚信自己能够做到，挑战难度，给自己提高任务，努力的去做好一切事情。</w:t>
      </w:r>
      <w:r>
        <w:rPr>
          <w:lang w:eastAsia="zh-CN"/>
        </w:rPr>
        <w:br/>
      </w:r>
      <w:r>
        <w:rPr>
          <w:lang w:eastAsia="zh-CN"/>
        </w:rPr>
        <w:t>　　我用拼搏的精神去努力工作，做好每一件事，从而得到了大家的认可，也成功的度过了试用期成为了公司的一员，以后还会继续努力。</w:t>
      </w:r>
      <w:r>
        <w:rPr>
          <w:lang w:eastAsia="zh-CN"/>
        </w:rPr>
        <w:br/>
      </w:r>
      <w:r>
        <w:rPr>
          <w:lang w:eastAsia="zh-CN"/>
        </w:rPr>
        <w:t xml:space="preserve">    会计个人总结心得怎么写 篇13 </w:t>
      </w:r>
      <w:r>
        <w:rPr>
          <w:lang w:eastAsia="zh-CN"/>
        </w:rPr>
        <w:br/>
      </w:r>
      <w:r>
        <w:rPr>
          <w:lang w:eastAsia="zh-CN"/>
        </w:rPr>
        <w:t>　　不知不觉，试用期快结束了。在一个寒冷的季节，我走进了一家让我感到温暖的公司。在这段时间里，每个人都给了我足够的包容、支持和帮助，让我充分感受到了海纳百川的宽广胸怀，无怨无悔的英气，以及执着坚定的信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回顾这半年的工作，在公司领导和同事的支持和帮助下，我严格要求自己，按照公司的要求做好自己的工作。通过学习和工作，工作模式有了新的突破，工作情况总结如下：</w:t>
      </w:r>
      <w:r>
        <w:rPr>
          <w:lang w:eastAsia="zh-CN"/>
        </w:rPr>
        <w:br/>
      </w:r>
      <w:r>
        <w:rPr>
          <w:lang w:eastAsia="zh-CN"/>
        </w:rPr>
        <w:t>　　一、办公室的日常管理。</w:t>
      </w:r>
      <w:r>
        <w:rPr>
          <w:lang w:eastAsia="zh-CN"/>
        </w:rPr>
        <w:br/>
      </w:r>
      <w:r>
        <w:rPr>
          <w:lang w:eastAsia="zh-CN"/>
        </w:rPr>
        <w:t>　　行政助理是承上启下、内外沟通、左右协调、联系各个方向的枢纽，推动各项工作朝着既定目标前进。办公室的任务很多，比如简历的初步筛选、面试者的接待、文件处理、档案管理、迎送等。面对大量复杂琐碎的事务性工作，要强化工作意识，注重加快工作节奏，提高工作效率，从容处理一切事务，力求全面、准确、适度，避免疏漏和失误，基本做到事事顺遂。</w:t>
      </w:r>
      <w:r>
        <w:rPr>
          <w:lang w:eastAsia="zh-CN"/>
        </w:rPr>
        <w:br/>
      </w:r>
      <w:r>
        <w:rPr>
          <w:lang w:eastAsia="zh-CN"/>
        </w:rPr>
        <w:t>　　1、积极与相关人员沟通，及时了解情况、工作进展，将问题反馈给事业部主管，以便相关人员在最短的时间内掌握工作进展，并在此基础上进一步安排交付工作。</w:t>
      </w:r>
      <w:r>
        <w:rPr>
          <w:lang w:eastAsia="zh-CN"/>
        </w:rPr>
        <w:br/>
      </w:r>
      <w:r>
        <w:rPr>
          <w:lang w:eastAsia="zh-CN"/>
        </w:rPr>
        <w:t>　　2、在公司做好文字工作。及时传达贯彻公司相关会议精神、文件和指示。</w:t>
      </w:r>
      <w:r>
        <w:rPr>
          <w:lang w:eastAsia="zh-CN"/>
        </w:rPr>
        <w:br/>
      </w:r>
      <w:r>
        <w:rPr>
          <w:lang w:eastAsia="zh-CN"/>
        </w:rPr>
        <w:t>　　3、实施公司人事劳动管理。组织实施公司的劳动、人事、薪酬管理和员工考勤管理监督，体现公司的规范化，解决员工的后顾之忧;</w:t>
      </w:r>
      <w:r>
        <w:rPr>
          <w:lang w:eastAsia="zh-CN"/>
        </w:rPr>
        <w:br/>
      </w:r>
      <w:r>
        <w:rPr>
          <w:lang w:eastAsia="zh-CN"/>
        </w:rPr>
        <w:t>　　4、特别关注公司的福利和企业管理的日常工作。根据预算审批制度，组织实施公司办公设施、福利等商品的采购、调拨和实物管理。认真支付公司的通讯费、水电费、日用品、员工生日礼物，严格按照程序核实使用标准。</w:t>
      </w:r>
      <w:r>
        <w:rPr>
          <w:lang w:eastAsia="zh-CN"/>
        </w:rPr>
        <w:br/>
      </w:r>
      <w:r>
        <w:rPr>
          <w:lang w:eastAsia="zh-CN"/>
        </w:rPr>
        <w:t>　　二是加强自学，提高工作水平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因为觉得自己负担很重，知识、能力、经验都离岗位很远，总不敢掉以轻心，向身边的领导学习，向同事学习，所以觉得自己有进步。经过不断的学习和积累，我已经获得了办公室工作经验，能够冷静地处理日常工作中的问题。经过培训，我在组织管理能力、综合分析能力、协调能力、言语表达能力等方面都有所提高，保证了各项工作的正常运转，能够以正确的态度对待各项任务，并在实际工作中认真执行。积极提高自己的专业素质，争取工作主动，具有较强的敬业精神和责任感，努力提高工作效率和质量。</w:t>
      </w:r>
      <w:r>
        <w:rPr>
          <w:lang w:eastAsia="zh-CN"/>
        </w:rPr>
        <w:br/>
      </w:r>
      <w:r>
        <w:rPr>
          <w:lang w:eastAsia="zh-CN"/>
        </w:rPr>
        <w:t>　　三、现存问题和未来努力</w:t>
      </w:r>
      <w:r>
        <w:rPr>
          <w:lang w:eastAsia="zh-CN"/>
        </w:rPr>
        <w:br/>
      </w:r>
      <w:r>
        <w:rPr>
          <w:lang w:eastAsia="zh-CN"/>
        </w:rPr>
        <w:t>　　虽然取得了一些成绩，但也存在一些问题和不足，主要表现在：一是很多工作都是边做边摸索，无法安心工作，工作效率有待进一步提高;二是有的工作不够细致，有的工作协调不到位;第三，由于经验等原因，有时候考虑的不够全面。我要努力做到以下几点：一是加强学习，了解公司的总体规划和现状;第二，本着实事求是的原则，要发布情况，报告情况;第三，注意形成良好的工作氛围。不断提高对其他部门的支持能力和服务水平。</w:t>
      </w:r>
      <w:r>
        <w:rPr>
          <w:lang w:eastAsia="zh-CN"/>
        </w:rPr>
        <w:br/>
      </w:r>
      <w:r>
        <w:rPr>
          <w:lang w:eastAsia="zh-CN"/>
        </w:rPr>
        <w:t xml:space="preserve">    会计个人总结心得怎么写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在病室实习期间掌握了各种铺床法，卧床病人更换床单法。病人入院及出院护理，口腔护理，褥疮的预防、治疗及护理，晨晚间护理，血、尿、便、常规标本采集的意义以及方法。知道了医嘱处理，病室报告、重症记录、护理病例，体液出去量记录单的书写方法。熟悉了口服、雾化吸入、注射给药法。药物过敏试验及溶液配制法，皮试结果的判断，静脉采血、输液、输血的方法体温、脉搏、呼吸，血压的测量与记录方法，体温单绘制法，氧气吸入法、吸痰法、鼻饲法、洗胃法、灌肠法，男、女病人导尿术。监护仪、呼吸机的使用方法及保养。心电图的波形特征，各种饮流管道的原理及护理要点。</w:t>
      </w:r>
      <w:r>
        <w:rPr>
          <w:lang w:eastAsia="zh-CN"/>
        </w:rPr>
        <w:br/>
      </w:r>
      <w:r>
        <w:rPr>
          <w:lang w:eastAsia="zh-CN"/>
        </w:rPr>
        <w:t>　　在急诊室习期间熟悉了分诊的方法，常用急救药的作用，剂量、适应症及用法、常见中毒病人的抢救方法。例如：洗胃机的使用及各种中毒症状的抢救注意事项。掌握里心肺复苏术。</w:t>
      </w:r>
      <w:r>
        <w:rPr>
          <w:lang w:eastAsia="zh-CN"/>
        </w:rPr>
        <w:br/>
      </w:r>
      <w:r>
        <w:rPr>
          <w:lang w:eastAsia="zh-CN"/>
        </w:rPr>
        <w:t>　　在外科实习期间掌握里无菌技术操作，穿脱隔离衣的方法。知道了换药原则及胃肠减压的方法。外抗常见病的临床表现及手术前、后的准备及护理。掌握了手术室的护理工作，物品的准备和无菌处理。手术人员更衣、手臂消毒、穿无菌手术衣及戴手套的方法。病人手术体位，手术区皮肤消毒及手术区铺单法。掌握了手术室的无菌操作原则及手术配合工作，能熟练的配合洗手护士及巡回护士的配合工作。</w:t>
      </w:r>
      <w:r>
        <w:rPr>
          <w:lang w:eastAsia="zh-CN"/>
        </w:rPr>
        <w:br/>
      </w:r>
      <w:r>
        <w:rPr>
          <w:lang w:eastAsia="zh-CN"/>
        </w:rPr>
        <w:t>　　住院病人由于疾病对身体的影响，加上生活环境、生活方式的改变、可产生一系列不良心理反应。应了解不同病人错综法杂的心理活动，对病人进行心理上的安慰、支持、疏导，尊重病人人格，调整病人情绪，以解除病人的各种压力，不利于治疗和康复的不安情绪。</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在护理过程中要始终贯穿“以病人为中心”的整体护理，运用护理程序的工作方法，为病人解决问题，使病人达到治疗和康复所需要的最佳身心状态。</w:t>
      </w:r>
      <w:r>
        <w:rPr>
          <w:lang w:eastAsia="zh-CN"/>
        </w:rPr>
        <w:br/>
      </w:r>
      <w:r>
        <w:rPr>
          <w:lang w:eastAsia="zh-CN"/>
        </w:rPr>
        <w:t>　　我会在今后的工作中更加不断努力地学习，以不断提高自身的业务能力。使自己的理论知识及操作技能更上一个台阶，以便能更好的服务于患者。争取做一名优秀的护理人员，以无愧于白衣天使的光荣称号!</w:t>
      </w:r>
      <w:r>
        <w:rPr>
          <w:lang w:eastAsia="zh-CN"/>
        </w:rPr>
        <w:br/>
      </w:r>
      <w:r>
        <w:rPr>
          <w:lang w:eastAsia="zh-CN"/>
        </w:rPr>
        <w:t xml:space="preserve">    会计个人总结心得怎么写 篇15 </w:t>
      </w:r>
      <w:r>
        <w:rPr>
          <w:lang w:eastAsia="zh-CN"/>
        </w:rPr>
        <w:br/>
      </w:r>
      <w:r>
        <w:rPr>
          <w:lang w:eastAsia="zh-CN"/>
        </w:rPr>
        <w:t>　　时光飞逝，转眼间一年的时间已过去一半，在上半年时间里，我作为公司的行政服务人员，围绕公司的经营发展目标，立足本职、突出重点、狠抓落实、认认真真完成各项工作，取得了一定的成绩。现将上半年工作情况总结如下：</w:t>
      </w:r>
      <w:r>
        <w:rPr>
          <w:lang w:eastAsia="zh-CN"/>
        </w:rPr>
        <w:br/>
      </w:r>
      <w:r>
        <w:rPr>
          <w:lang w:eastAsia="zh-CN"/>
        </w:rPr>
        <w:t>　　一、加强理论学习，提升思想觉悟</w:t>
      </w:r>
      <w:r>
        <w:rPr>
          <w:lang w:eastAsia="zh-CN"/>
        </w:rPr>
        <w:br/>
      </w:r>
      <w:r>
        <w:rPr>
          <w:lang w:eastAsia="zh-CN"/>
        </w:rPr>
        <w:t>　　我是一个热爱学习的人，认为不学习进步就更不上时代的脚步。行政工作虽难度不大，但多数都很繁琐，要做到面面俱到还是很不容易的。因此，需要我以高度的责任心和较强的工作能力才能做好各项行政工作。思想是行动的先导。因此，要想干好工作，首先要端正思想态度。把提高思想觉悟作为一种责任，更是一种境界。我坚持利用空余时间学习理论知识，不断武装自己的头脑，用先进的思想理念指导工作的开展。同时，我还注重理论和实践的结合，探索新的工作方式方法，不断提高自身的综合素质。</w:t>
      </w:r>
      <w:r>
        <w:rPr>
          <w:lang w:eastAsia="zh-CN"/>
        </w:rPr>
        <w:br/>
      </w:r>
      <w:r>
        <w:rPr>
          <w:lang w:eastAsia="zh-CN"/>
        </w:rPr>
        <w:t>　　二、爱岗敬业，甘于奉献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作为一名行政服务人员，我坚信“把简单的事做好就是不简单，把平凡的事做好就是不平凡。”事无巨细，我都以严谨、认真、负责的态度做好每件工作。遇到难题，我始终坚持向同事请教，借鉴他们的工作经验，自己想方设法解决。不断在工作中学习，积累，也形成了一套行之有效的工作方法。</w:t>
      </w:r>
      <w:r>
        <w:rPr>
          <w:lang w:eastAsia="zh-CN"/>
        </w:rPr>
        <w:br/>
      </w:r>
      <w:r>
        <w:rPr>
          <w:lang w:eastAsia="zh-CN"/>
        </w:rPr>
        <w:t>　　除了做好日常的行政工作外，我这半年主要的工作包括员工食堂协调管理和_活动以及其它重要的会议会务工作。其中，我为了做好食堂开业的准备工作，无论刮风下雨，还是烈日炎炎，我都不计辛苦，到处奔波。常常加班加点准备材料，终于把卫生证、煤气等事关食堂的各项事项都办理得顺顺当当。现在，我们的食堂已开始正常运转。</w:t>
      </w:r>
      <w:r>
        <w:rPr>
          <w:lang w:eastAsia="zh-CN"/>
        </w:rPr>
        <w:br/>
      </w:r>
      <w:r>
        <w:rPr>
          <w:lang w:eastAsia="zh-CN"/>
        </w:rPr>
        <w:t>　　另外，上半年_的周年庆、董事会、监事会、股东大会等重要会议活动召开前，我都做好了相关的会务保障工作。包括会前准备、会中服务、会后处理等都严格按照上级要求，做好协调处理。</w:t>
      </w:r>
      <w:r>
        <w:rPr>
          <w:lang w:eastAsia="zh-CN"/>
        </w:rPr>
        <w:br/>
      </w:r>
      <w:r>
        <w:rPr>
          <w:lang w:eastAsia="zh-CN"/>
        </w:rPr>
        <w:t>　　三、工作中的成长和不足，以及今后的工作设想</w:t>
      </w:r>
      <w:r>
        <w:rPr>
          <w:lang w:eastAsia="zh-CN"/>
        </w:rPr>
        <w:br/>
      </w:r>
      <w:r>
        <w:rPr>
          <w:lang w:eastAsia="zh-CN"/>
        </w:rPr>
        <w:t>　　在这半年时间里，我在_这个大集体里成长了很多。无论是待人接物，还是做人、做事上能力都有了很大的提升。但是，我还是能够看到自己的不足。比如，一是工作经验还有所不足。有时处理问题方式方法有点欠妥。二是习惯按经验办事，不能解放思想，积极创新，更好地开展工作。三是行政工作很细琐，个人有时存在急躁情绪和懈怠情绪。</w:t>
      </w:r>
      <w:r>
        <w:rPr>
          <w:lang w:eastAsia="zh-CN"/>
        </w:rPr>
        <w:br/>
      </w:r>
      <w:r>
        <w:rPr>
          <w:lang w:eastAsia="zh-CN"/>
        </w:rPr>
        <w:t>　　总结过去，展望未来。下半年，我会不断改进上述缺点，继承并发扬优点。不断以严格的要求来约束自己，勇于接受新的挑战，为_的发展贡献力量。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xml:space="preserve">    会计个人总结心得怎么写 篇16 </w:t>
      </w:r>
      <w:r>
        <w:rPr>
          <w:lang w:eastAsia="zh-CN"/>
        </w:rPr>
        <w:br/>
      </w:r>
      <w:r>
        <w:rPr>
          <w:lang w:eastAsia="zh-CN"/>
        </w:rPr>
        <w:t>　　今年以来，我公司在上级有关部门的领导、帮助和支持下，坚持以“以防为主、防治结合”为方针，以“为生产经营服务、为职工生活服务”为宗旨，狠抓了治安保卫工作，确保了公司稳定，保证了正常的生产、生活秩序和人员、财产的安全。现将我公司的安全保卫工作情况简要总结如下：</w:t>
      </w:r>
      <w:r>
        <w:rPr>
          <w:lang w:eastAsia="zh-CN"/>
        </w:rPr>
        <w:br/>
      </w:r>
      <w:r>
        <w:rPr>
          <w:lang w:eastAsia="zh-CN"/>
        </w:rPr>
        <w:t>　　一、提高认识，加强领导</w:t>
      </w:r>
      <w:r>
        <w:rPr>
          <w:lang w:eastAsia="zh-CN"/>
        </w:rPr>
        <w:br/>
      </w:r>
      <w:r>
        <w:rPr>
          <w:lang w:eastAsia="zh-CN"/>
        </w:rPr>
        <w:t>　　治安保卫工作对于维护企业内部的治安秩序，维护正常的生产、经营秩序，保护集体资产，推动经济发展，保障社会主义现代化建设都具有十分重要的意义，只有搞好保卫工作，企业一切工作才能有序的进行。我公司党委高度重视此项工作，专门成立了保卫工作领导小组物业保安年终个人工作总结，由一把手任组长.领导小组定期召开会议，协调、解决工作中遇到的问题，为搞好治安保卫工作提供了保证。</w:t>
      </w:r>
      <w:r>
        <w:rPr>
          <w:lang w:eastAsia="zh-CN"/>
        </w:rPr>
        <w:br/>
      </w:r>
      <w:r>
        <w:rPr>
          <w:lang w:eastAsia="zh-CN"/>
        </w:rPr>
        <w:t>　　二、责任到人，组织落实</w:t>
      </w:r>
      <w:r>
        <w:rPr>
          <w:lang w:eastAsia="zh-CN"/>
        </w:rPr>
        <w:br/>
      </w:r>
      <w:r>
        <w:rPr>
          <w:lang w:eastAsia="zh-CN"/>
        </w:rPr>
        <w:t>　　公司与上级有关部门签订了创建治安目标管理和安全生产责任书以后，与各部、厂领导签订了20_年度创建治安目标管理安全生产责任书76份，督促落实到各车间签订了386份，并按规定及时组织了检查和整改。</w:t>
      </w:r>
      <w:r>
        <w:rPr>
          <w:lang w:eastAsia="zh-CN"/>
        </w:rPr>
        <w:br/>
      </w:r>
    </w:p>
    <w:p w:rsidR="001B1F19" w14:textId="27C3F48A">
      <w:pPr>
        <w:rPr>
          <w:rFonts w:hint="eastAsia"/>
          <w:lang w:eastAsia="zh-CN"/>
        </w:rPr>
      </w:pPr>
      <w:r>
        <w:rPr>
          <w:lang w:eastAsia="zh-CN"/>
        </w:rPr>
        <w:t>　　公司以文件形式在电脑上网公布，做好创建治安安全领导小组，安全生产领导小组、义务消防队、普法教育、外来人口管理、调解与帮教领导小组成员的调整落实，各部、厂行政一把手对本单位创安和安全生产负总责，真正担当起“为官一任，保一方平安”的重任。同时也较好完成了集团保卫部以及横店派出所领导落实的有关任务，受到了好评。</w:t>
      </w:r>
      <w:r>
        <w:rPr>
          <w:lang w:eastAsia="zh-CN"/>
        </w:rPr>
        <w:br/>
      </w:r>
      <w:r>
        <w:rPr>
          <w:lang w:eastAsia="zh-CN"/>
        </w:rPr>
        <w:t>　　三、落实措施，主动控制</w:t>
      </w:r>
      <w:r>
        <w:rPr>
          <w:lang w:eastAsia="zh-CN"/>
        </w:rPr>
        <w:br/>
      </w:r>
      <w:r>
        <w:rPr>
          <w:lang w:eastAsia="zh-CN"/>
        </w:rPr>
        <w:t>　　在安全保卫工作上物业保安年终个人工作总结，我们始终坚持“预防为主、主动控制、措施有效、工作扎实”的原则，在具体工作中着重落实了以下工作措施：一是落实安全保卫工作责任制。根据《企事业单位内部治安保卫条例》和《横店集团治安保卫条例》的要求，确立了各单位的安全保卫工作负责人;对各要害部位确立了要害部位负责人、要害部位责任人、要害部位保卫责任人。从而使各自职责更加明确、责任分明。二是建立超前防范体系。建立健全了保卫工作管理流程：</w:t>
      </w:r>
      <w:r>
        <w:rPr>
          <w:lang w:eastAsia="zh-CN"/>
        </w:rPr>
        <w:br/>
      </w:r>
      <w:r>
        <w:rPr>
          <w:lang w:eastAsia="zh-CN"/>
        </w:rPr>
        <w:t>　　1、重大活动保卫工作流程。</w:t>
      </w:r>
      <w:r>
        <w:rPr>
          <w:lang w:eastAsia="zh-CN"/>
        </w:rPr>
        <w:br/>
      </w:r>
      <w:r>
        <w:rPr>
          <w:lang w:eastAsia="zh-CN"/>
        </w:rPr>
        <w:t>　　2、办理暂住证、出入证流程。</w:t>
      </w:r>
      <w:r>
        <w:rPr>
          <w:lang w:eastAsia="zh-CN"/>
        </w:rPr>
        <w:br/>
      </w:r>
      <w:r>
        <w:rPr>
          <w:lang w:eastAsia="zh-CN"/>
        </w:rPr>
        <w:t>　　3、货物出厂检查流程。</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https://d.book118.com/375220302110011114</w:t>
        </w:r>
      </w:hyperlink>
    </w:p>
    <w:p w:rsidR="001B1F19">
      <w:pPr>
        <w:rPr>
          <w:rFonts w:hint="eastAsia"/>
          <w:lang w:eastAsia="zh-CN"/>
        </w:rPr>
      </w:pPr>
    </w:p>
    <w:sectPr>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7522030211001111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