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新学期开学典礼演讲稿高中（34篇）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t>要养成多读多想多练的好习惯。多读就是除了课本还要多读课外书，在有感情朗读方面下一番功夫。多想是指课堂上勤思考，课下多温习，这是学习最佳的方式，也是你是否长大的标志。多练，这是巩固学习的最佳途径，也是写好作文的捷径。</w:t>
      </w:r>
      <w:r>
        <w:rPr>
          <w:lang w:eastAsia="zh-CN"/>
        </w:rPr>
        <w:br/>
      </w:r>
      <w:r>
        <w:rPr>
          <w:lang w:eastAsia="zh-CN"/>
        </w:rPr>
        <w:t>　　在学习过程中要做到：在学习新课之前要认真预习，在课堂上要认真听讲，在课后要认真做作业，以达到复习巩固之目的。我还要奉劝大家一定要把字写好，练字绝对不是一天可以取得进步的。因此，希望同学们要有持之以恒的耐心，不能忽视对书法的练习。</w:t>
      </w:r>
      <w:r>
        <w:rPr>
          <w:lang w:eastAsia="zh-CN"/>
        </w:rPr>
        <w:br/>
      </w:r>
      <w:r>
        <w:rPr>
          <w:lang w:eastAsia="zh-CN"/>
        </w:rPr>
        <w:t>　　最后，祝同学们在新学年学习进步，身体健康!</w:t>
      </w:r>
      <w:r>
        <w:rPr>
          <w:lang w:eastAsia="zh-CN"/>
        </w:rPr>
        <w:br/>
      </w:r>
      <w:r>
        <w:rPr>
          <w:lang w:eastAsia="zh-CN"/>
        </w:rPr>
        <w:t xml:space="preserve">    新学期开学典礼演讲稿高中 篇14 </w:t>
      </w:r>
      <w:r>
        <w:rPr>
          <w:lang w:eastAsia="zh-CN"/>
        </w:rPr>
        <w:br/>
      </w:r>
      <w:r>
        <w:rPr>
          <w:lang w:eastAsia="zh-CN"/>
        </w:rPr>
        <w:t>　　同学们，老师们：</w:t>
      </w:r>
      <w:r>
        <w:rPr>
          <w:lang w:eastAsia="zh-CN"/>
        </w:rPr>
        <w:br/>
      </w:r>
      <w:r>
        <w:rPr>
          <w:lang w:eastAsia="zh-CN"/>
        </w:rPr>
        <w:t>　　大家早上好！</w:t>
      </w:r>
      <w:r>
        <w:rPr>
          <w:lang w:eastAsia="zh-CN"/>
        </w:rPr>
        <w:br/>
      </w:r>
      <w:r>
        <w:rPr>
          <w:lang w:eastAsia="zh-CN"/>
        </w:rPr>
        <w:t>　　迎着凉爽的秋风，我们一起开始了新的一学期的学习。今年的暑假，我们的学校又增加了_名一年级新的学生和十位新的老师，他们是我们的新成员、新朋友，我们用掌声欢迎他们。</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同学们，我们的学校是一所优秀的学校，有人也说她是一所。是的，因为在近_年的过程中，_附小培养了成千上万的德才兼备的优秀人才，他们为社会的发展做出了杰出的贡献。在以后的日子里，从_附小将走出更多的一批批优秀的学生。这其中包括你们，你们将是未来祖国建设的栋梁之才。但是，还是那句话说得好：千里之行，始于足下。一切的成绩，一切的成就都要从现在的努力开始，都要从现在的点滴小事做起。这学期，请同学们要记住两句十分重要的话：</w:t>
      </w:r>
      <w:r>
        <w:rPr>
          <w:lang w:eastAsia="zh-CN"/>
        </w:rPr>
        <w:br/>
      </w:r>
      <w:r>
        <w:rPr>
          <w:lang w:eastAsia="zh-CN"/>
        </w:rPr>
        <w:t>　　责任心，迈向成功的起点。</w:t>
      </w:r>
      <w:r>
        <w:rPr>
          <w:lang w:eastAsia="zh-CN"/>
        </w:rPr>
        <w:br/>
      </w:r>
      <w:r>
        <w:rPr>
          <w:lang w:eastAsia="zh-CN"/>
        </w:rPr>
        <w:t>　　好习惯，快乐成长的阶梯。</w:t>
      </w:r>
      <w:r>
        <w:rPr>
          <w:lang w:eastAsia="zh-CN"/>
        </w:rPr>
        <w:br/>
      </w:r>
      <w:r>
        <w:rPr>
          <w:lang w:eastAsia="zh-CN"/>
        </w:rPr>
        <w:t>　　我也希望老师，给我们的学生更多的关心，更多的爱护，更多的指导，更多的宽容，能带着我们的学生一起快乐地成长！</w:t>
      </w:r>
      <w:r>
        <w:rPr>
          <w:lang w:eastAsia="zh-CN"/>
        </w:rPr>
        <w:br/>
      </w:r>
      <w:r>
        <w:rPr>
          <w:lang w:eastAsia="zh-CN"/>
        </w:rPr>
        <w:t>　　最后，我衷心祝愿同学们在新的学期学习进步、身体健康，也祝愿我们的老师们工作顺利、身体健康！</w:t>
      </w:r>
      <w:r>
        <w:rPr>
          <w:lang w:eastAsia="zh-CN"/>
        </w:rPr>
        <w:br/>
      </w:r>
      <w:r>
        <w:rPr>
          <w:lang w:eastAsia="zh-CN"/>
        </w:rPr>
        <w:t>　　谢谢大家！</w:t>
      </w:r>
      <w:r>
        <w:rPr>
          <w:lang w:eastAsia="zh-CN"/>
        </w:rPr>
        <w:br/>
      </w:r>
      <w:r>
        <w:rPr>
          <w:lang w:eastAsia="zh-CN"/>
        </w:rPr>
        <w:t xml:space="preserve">    新学期开学典礼演讲稿高中 篇15 </w:t>
      </w:r>
      <w:r>
        <w:rPr>
          <w:lang w:eastAsia="zh-CN"/>
        </w:rPr>
        <w:br/>
      </w:r>
      <w:r>
        <w:rPr>
          <w:lang w:eastAsia="zh-CN"/>
        </w:rPr>
        <w:t>　　尊敬的老师，亲爱的同学们：</w:t>
      </w:r>
      <w:r>
        <w:rPr>
          <w:lang w:eastAsia="zh-CN"/>
        </w:rPr>
        <w:br/>
      </w:r>
      <w:r>
        <w:rPr>
          <w:lang w:eastAsia="zh-CN"/>
        </w:rPr>
        <w:t>　　大家晚上好！</w:t>
      </w:r>
      <w:r>
        <w:rPr>
          <w:lang w:eastAsia="zh-CN"/>
        </w:rPr>
        <w:br/>
      </w:r>
      <w:r>
        <w:rPr>
          <w:lang w:eastAsia="zh-CN"/>
        </w:rPr>
        <w:t>　　非常荣幸能在开学典礼上发言。首先，我代表全体20__级新生，向辛勤付出的领导、老师致以崇高的敬意和衷心的感谢！</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时光荏苒，白驹过隙。经历了难忘的六月，我从“三湘大地”来到赣江源头，从武陵桃源步入江南宋城。初入赣州，我已经感受到她厚重的历史文化底蕴。不足半月，我已适应和习惯了西校区暂时的`狭小与局促，然而，聆听着感悟着江西理工大学六十余载的文化积淀，杰出校友的奋斗事迹，领导老师的无私关怀，学长学姐的热情帮助，还有专门为新生隆重举行的开学典礼，让我有了“初闻不知曲中意，再闻已是曲中人”的亲切感。</w:t>
      </w:r>
      <w:r>
        <w:rPr>
          <w:lang w:eastAsia="zh-CN"/>
        </w:rPr>
        <w:br/>
      </w:r>
      <w:r>
        <w:rPr>
          <w:lang w:eastAsia="zh-CN"/>
        </w:rPr>
        <w:t>　　在这个值得骄傲值得纪念的年份，我们成为了“江理人”，我们一起仰望冶金女神、漫步八角塘畔、聆听江理故事，一起开启一段探求新知、追逐梦想的旅程。作为新时代的新青年，我们应珍惜这份“幸运”。</w:t>
      </w:r>
      <w:r>
        <w:rPr>
          <w:lang w:eastAsia="zh-CN"/>
        </w:rPr>
        <w:br/>
      </w:r>
      <w:r>
        <w:rPr>
          <w:lang w:eastAsia="zh-CN"/>
        </w:rPr>
        <w:t>　　奋斗是青春的本色。道路千万条，奋斗第一条。现在，青春是用来奋斗的；将来，青春是用来回忆的。唯有继续奋斗，才能永葆青春的朝气；唯有继续奋斗，才能实现人生的价值。让我们一起为未来而努力奋斗，因为“幸福都是奋斗出来的”，“奋斗本身就是一种幸福”。</w:t>
      </w:r>
      <w:r>
        <w:rPr>
          <w:lang w:eastAsia="zh-CN"/>
        </w:rPr>
        <w:br/>
      </w:r>
      <w:r>
        <w:rPr>
          <w:lang w:eastAsia="zh-CN"/>
        </w:rPr>
        <w:t>　　梁启超曾说“尽得大的责任，就得大快乐。”责任是青春的方向。我们将承担起国家、民族赋予的责任，勇开拓、勤创新，以“志存高远、责任为先”的校训要求自己，做一名“有理想、有担当、有行动、有作为”的理工人。</w:t>
      </w:r>
      <w:r>
        <w:rPr>
          <w:lang w:eastAsia="zh-CN"/>
        </w:rPr>
        <w:br/>
      </w:r>
      <w:r>
        <w:rPr>
          <w:lang w:eastAsia="zh-CN"/>
        </w:rPr>
        <w:t>　　一入理工门，就是理工人。请领导、老师们放心，我们将用奋斗燃烧青春的“卡路里”，用责任掌控人生的“方向盘”，铭记校训精神，践行理工家训，传承“三实”特质，学好专业，增强本领，锤炼品格，争做德智体美劳全面发展的时代新人。</w:t>
      </w:r>
      <w:r>
        <w:rPr>
          <w:lang w:eastAsia="zh-CN"/>
        </w:rPr>
        <w:br/>
      </w:r>
      <w:r>
        <w:rPr>
          <w:lang w:eastAsia="zh-CN"/>
        </w:rPr>
        <w:t>　　最后，在此中春佳节之际，祝各位领导、老师节日愉快，身体健康，工作顺利，阖家幸福！也祝我们的“江理”明天更加灿烂辉煌！谢谢！</w:t>
      </w:r>
      <w:r>
        <w:rPr>
          <w:lang w:eastAsia="zh-CN"/>
        </w:rPr>
        <w:br/>
      </w:r>
      <w:r>
        <w:rPr>
          <w:lang w:eastAsia="zh-CN"/>
        </w:rPr>
        <w:t xml:space="preserve">    新学期开学典礼演讲稿高中 篇16 </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尊敬的学校领导、老师、亲爱的同学们：</w:t>
      </w:r>
      <w:r>
        <w:rPr>
          <w:lang w:eastAsia="zh-CN"/>
        </w:rPr>
        <w:br/>
      </w:r>
      <w:r>
        <w:rPr>
          <w:lang w:eastAsia="zh-CN"/>
        </w:rPr>
        <w:t>　　大家好！</w:t>
      </w:r>
      <w:r>
        <w:rPr>
          <w:lang w:eastAsia="zh-CN"/>
        </w:rPr>
        <w:br/>
      </w:r>
      <w:r>
        <w:rPr>
          <w:lang w:eastAsia="zh-CN"/>
        </w:rPr>
        <w:t>　　在这个春天，我们度过了一个快乐的寒假，我们回到了这个美丽的校园，迎来了紧张而快乐的新学期，春风复兴了，吹动了我们跳动的心脏。早上洗澡，对新学期充满期待。在这温暖的季节里，我们相聚，在这和谐的氛围里，我们分享这难得的时光。新学期，新期待，让我们在这一天一起放飞理想。微风锁不住云，云带走岁月。转眼间，我已经进入了五年级下学期，再过一年多就要进入中学校门了。回顾过去的日子，它是如此丰富多彩。是我亲爱的老师把我从一个懵懂的孩子变成了一个学习成绩优秀的男生。我真诚地感谢所有为我们的成长而努力的老师。我决心，从现在开始，以百倍的热情投入到学习和生活中，以优异的成绩回报老师，回报父母，回报学校。我相信这也是我们所有学生的共同愿望！</w:t>
      </w:r>
      <w:r>
        <w:rPr>
          <w:lang w:eastAsia="zh-CN"/>
        </w:rPr>
        <w:br/>
      </w:r>
      <w:r>
        <w:rPr>
          <w:lang w:eastAsia="zh-CN"/>
        </w:rPr>
        <w:t>　　新学期给我们带来了新的期待，新的期待。新学期新氛围，要以新的精神投入学习生活：要用《小学生日常行为规范》来指导自己的言行，做一个高尚的人；要树立远大的理想，设定更高的学习目标，端正学习态度，掌握学习技巧。</w:t>
      </w:r>
      <w:r>
        <w:rPr>
          <w:lang w:eastAsia="zh-CN"/>
        </w:rPr>
        <w:br/>
      </w:r>
      <w:r>
        <w:rPr>
          <w:lang w:eastAsia="zh-CN"/>
        </w:rPr>
        <w:t>　　亲爱的同学们，我们是否读懂了家里父母的殷切眼神呢？是否读懂了讲桌旁燃烧自己青春之烛的老师的慈爱目光呢？我想，同学们可能会大声地说：“读懂了”。是啊，因为我们的心中早已有了自己的理想！</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这天我们为作为一名小学生而骄傲，明天母校必须会因为培育了我们朝气蓬勃的接班人而自豪！</w:t>
      </w:r>
      <w:r>
        <w:rPr>
          <w:lang w:eastAsia="zh-CN"/>
        </w:rPr>
        <w:br/>
      </w:r>
      <w:r>
        <w:rPr>
          <w:lang w:eastAsia="zh-CN"/>
        </w:rPr>
        <w:t>　　最后，请允许我代表全体同学，祝敬爱的老师们身体健康，家庭幸福，工作顺利！还有，祝全体同学在新的学期，生活更幸福，学习更上一层楼！谢谢大家！</w:t>
      </w:r>
      <w:r>
        <w:rPr>
          <w:lang w:eastAsia="zh-CN"/>
        </w:rPr>
        <w:br/>
      </w:r>
      <w:r>
        <w:rPr>
          <w:lang w:eastAsia="zh-CN"/>
        </w:rPr>
        <w:t xml:space="preserve">    新学期开学典礼演讲稿高中 篇17 </w:t>
      </w:r>
      <w:r>
        <w:rPr>
          <w:lang w:eastAsia="zh-CN"/>
        </w:rPr>
        <w:br/>
      </w:r>
      <w:r>
        <w:rPr>
          <w:lang w:eastAsia="zh-CN"/>
        </w:rPr>
        <w:t>　　金秋送爽，丹桂飘香。暑假的余热还没有完全褪去，新的学期又如期而至，校园也因我们的归来而呈现出蓬勃生机。</w:t>
      </w:r>
      <w:r>
        <w:rPr>
          <w:lang w:eastAsia="zh-CN"/>
        </w:rPr>
        <w:br/>
      </w:r>
      <w:r>
        <w:rPr>
          <w:lang w:eastAsia="zh-CN"/>
        </w:rPr>
        <w:t>　　每个人都会有梦想。作为一名六年级的学生，我的梦想就是以优异的成绩考入康县一中！这也是父母和老师对我们共同的期望。千里之行，始于足下。在新的学期里，为了实现心中的梦想，我们该如何去做呢？我想从以下三个方面做起。</w:t>
      </w:r>
      <w:r>
        <w:rPr>
          <w:lang w:eastAsia="zh-CN"/>
        </w:rPr>
        <w:br/>
      </w:r>
      <w:r>
        <w:rPr>
          <w:lang w:eastAsia="zh-CN"/>
        </w:rPr>
        <w:t>　　一是做一个文明守纪的好孩子。学做事首先要学做人。我要以一名少先队员的标准严格要求自己，做到语言文明，举止端庄，衣着整洁，行为规范，尊敬师长，礼貌待人，团结同学，乐于助人；上课专心听讲，积极举手发言，勤于思考，认真完成作业；遵守校纪校规，有事请假，不迟到不早退不旷课；在家爱父母，爱劳动，在校爱集体，爱公物。做一名文明守纪、品学兼优的好孩子。</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二是做一名勤奋学习的好学生。“书山有路勤为径，学海无涯苦作舟”。我要发扬“人一之，我十之，人十之，我百之”的精神，刻苦努力，继续坚持“课前预习、课堂学习、课后复习”的“三部曲”学习法，劳逸结合，注重效果，力求各门功课都有较大进步。通过加倍努力，力争在明年的升学考试中名列前茅，以优异的成绩向父母和老师交一份满意的答卷。</w:t>
      </w:r>
      <w:r>
        <w:rPr>
          <w:lang w:eastAsia="zh-CN"/>
        </w:rPr>
        <w:br/>
      </w:r>
      <w:r>
        <w:rPr>
          <w:lang w:eastAsia="zh-CN"/>
        </w:rPr>
        <w:t>　　三是做一名一专多能的现代少年。我要在学好各门功课的基础上，踊跃参加学校或县上举办的各种文体活动，充分发挥自己的特长，积极参加力所能及的舞蹈、绘画、音乐等兴趣小组和各种竞赛活动，培养业余爱好，锻炼充实自己，不断提高自己的基础素质，使自己成为一名多才多艺的现代少年。</w:t>
      </w:r>
      <w:r>
        <w:rPr>
          <w:lang w:eastAsia="zh-CN"/>
        </w:rPr>
        <w:br/>
      </w:r>
      <w:r>
        <w:rPr>
          <w:lang w:eastAsia="zh-CN"/>
        </w:rPr>
        <w:t>　　秋天是收获的季节，在老师的辛勤培育下，我们茁壮成长。在此，我衷心感谢老师为我们付出的心血！同时祝愿各位老师工作顺利！身体健康！心想事成！</w:t>
      </w:r>
      <w:r>
        <w:rPr>
          <w:lang w:eastAsia="zh-CN"/>
        </w:rPr>
        <w:br/>
      </w:r>
      <w:r>
        <w:rPr>
          <w:lang w:eastAsia="zh-CN"/>
        </w:rPr>
        <w:t>　　经过这个假期，我们的母校已走过了56年的光辉历程，已送出41届高中毕业生，其中有近万名学子升入高等学校，奔赴祖国的各行各业。新学年开始，我们又迎来了920多名新同学，他们分别来自全县的五所初中和市区及周边10多个旗县的几十个中学，开学以来，我们邀请内蒙古预备役88团的干部对本届高一新生进行为期一周的军训，几天来，同学们不畏困难，士气高昂，认真训练，一丝不苟，大家的意志品质，组织纪律，综合素质都有了显著的提高，通过军训的锤练，高一新生以全新姿态正式加入到了“一中人”的行列，再一次祝贺你们！</w:t>
      </w:r>
      <w:r>
        <w:rPr>
          <w:lang w:eastAsia="zh-CN"/>
        </w:rPr>
        <w:br/>
      </w:r>
      <w:r>
        <w:rPr>
          <w:lang w:eastAsia="zh-CN"/>
        </w:rPr>
        <w:t>　　过去的一年母校发展的步伐坚实而稳定，全校师生奋力拼搏，自觉努力，各项工作都取得了可喜的成绩：</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今年是自治区实施新课改后的第一年高考，我校又一次取得了喜人成绩：全校一本上线总数96人，二本上线总数448人，呼市五旗县区各中学排名，我校一本、二本升学数和升学率再次已连续十年名列各校第一。二本升学数和升学率已连续十年保持第一。今年我校应届生高考上线数又有新的提高：一本上线86人，二本上线381人，创和林一中应届高考新纪录。今年高考，我校高三17个班全部完成了预定升学目标。其中赵红星老师带的重点3班一本上线30人，二本上线57人，贺俊青老师带的普通理科16班二本上线25人，分别创我校同类班级单班上线的纪录。武志强、李向阳、李月海、石永强老师带的高三4班、6班、10班、理补班，高考成绩也很突出，都大幅度超过了预定的目标。</w:t>
      </w:r>
      <w:r>
        <w:rPr>
          <w:lang w:eastAsia="zh-CN"/>
        </w:rPr>
        <w:br/>
      </w:r>
      <w:r>
        <w:rPr>
          <w:lang w:eastAsia="zh-CN"/>
        </w:rPr>
        <w:t>　　今年中考我校初中成绩也很突出，全县前10名我校占7人，前20名占10人，前100名占63人，前200名占118名，我校初中毕业的优秀生人数比全县其它学校的总数还要多；学校的教学质量稳步提高，在全县和周边地区形成了良好的声誉。</w:t>
      </w:r>
      <w:r>
        <w:rPr>
          <w:lang w:eastAsia="zh-CN"/>
        </w:rPr>
        <w:br/>
      </w:r>
      <w:r>
        <w:rPr>
          <w:lang w:eastAsia="zh-CN"/>
        </w:rPr>
        <w:t>　　上一学年，全体同学快乐成长，健康发展，综合素质不断提高，都取得了不同程度的进步。高中部共有33名同学被评为县级以上“三好学生”和“优秀学生干部”，有3个班集体被评为“县级先进班集体”；有20名同学将要获得“第二届校长奖学金”的嘉奖；全校共有178名学生参加了全国数学、物理、化学、生物和英语学科竞赛，已经有2人获市级优胜奖，5人获得自治区级优胜奖，5人获得全国优胜奖。还有一部分同学正在等待参加复赛。常有将近100名同学参加学校组织的体艺特长提高班培训，今年高考原高三14班的体育特长生马永清同学被全国名校北京师范大学录取。</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上一学年，学校被评为呼市“教育管理先进集体”，校团委被评为“内蒙古自治区红旗团委”。</w:t>
      </w:r>
      <w:r>
        <w:rPr>
          <w:lang w:eastAsia="zh-CN"/>
        </w:rPr>
        <w:br/>
      </w:r>
      <w:r>
        <w:rPr>
          <w:lang w:eastAsia="zh-CN"/>
        </w:rPr>
        <w:t>　　一年来取得的成绩凝聚着全校师生员工和全体同学的心血和汗水，是一中人奋力拼搏的结果，在此我代表学校对全体教职工的辛勤工作表示衷心感谢！</w:t>
      </w:r>
      <w:r>
        <w:rPr>
          <w:lang w:eastAsia="zh-CN"/>
        </w:rPr>
        <w:br/>
      </w:r>
      <w:r>
        <w:rPr>
          <w:lang w:eastAsia="zh-CN"/>
        </w:rPr>
        <w:t>　　在总结成绩的同时，我们必须清醒的看到不足之处。我们的不少同学思想和行为还存在一些问题，例如，有的人没有能够按照行为标准去严格要求自己，语言粗俗，行为失礼，文明素养差，距离文明社会的要求相去甚远；有的人学习态度不够端正，不努力，不刻苦，经常手机上网聊天浪费宝贵时间或接触不健康的网络信息；有的人缺乏远大的理想和志向，讲吃讲穿，攀比浪费现象严重等等，我们的.个别老师也存在不够尽职尽责，工作方法简单等问题，需要我们严格要求，严肃纪律，加强管理，努力改进。</w:t>
      </w:r>
      <w:r>
        <w:rPr>
          <w:lang w:eastAsia="zh-CN"/>
        </w:rPr>
        <w:br/>
      </w:r>
      <w:r>
        <w:rPr>
          <w:lang w:eastAsia="zh-CN"/>
        </w:rPr>
        <w:t>　　新学年，我们要全面贯彻教育方针，继续践行"以人为本、科学管理、实事求是、积极创新、与时俱进、和谐发展"的办学理念，把教育学生学会做人放在首位，在狠抓教学质量的同时，努力培养学生高尚的精神情操，努力塑造高素质的人。</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学校要进一步加强内涵建设，打造先进的学校文化，传承学校优秀文化传统；加强校园基础设施建设，打造一流的育人环境，国庆节前建成使用标准化塑胶操场；加强师德建设，打造优秀师资队伍，使更多的教师成为学生崇拜和喜欢的名师；加强教育教学管理，扎实做好常规教学工作，夯实学校工作的基础；继续加强对新课改的研究，不断深化课堂教学改革，进一步提高教育教学质量；树立现代教育思想，充分发挥先进设施设备的作用，推进现代化教学的步伐；进一步深化精细化管理，完善规章制度，规范教学行为，提高办学效益，使管理水平再上新台阶。努力把学校打造成为自治区优质高中，继续实现"让学生成才，让教师成才，让干部成才"的育人目标，为建校60周年献礼。</w:t>
      </w:r>
      <w:r>
        <w:rPr>
          <w:lang w:eastAsia="zh-CN"/>
        </w:rPr>
        <w:br/>
      </w:r>
      <w:r>
        <w:rPr>
          <w:lang w:eastAsia="zh-CN"/>
        </w:rPr>
        <w:t>　　同学们，你们是幸运的，和林一中为你们展示青春风采提供了舞台，这里有更多的机遇、更多的挑战。今天是新学年的起点，我希望的每一位同学都能抓住这个良好的开端，迈出成功的步伐。我校的学习和文化氛围是良好的，希望大家要倍加珍惜，要充分利用这个舞台去发展自己，我坚信，不管大家来自何方，分数高低，只要你们从今天开始能够做到自尊、自爱、自信、自强，能够把学习做为自己的天职，坚持不懈的去努力，那么人人都有希望成功，人人都能上喜欢的大学，人人都能够成为高素质的人才！我要求全体同学，要“树尊师重教良好风尚，立报国效民远大志向”，勤奋学习，刻苦锻炼，脚踏实地，不断上进，争取做素质的人，以优异的成绩回报母校，报效祖国。</w:t>
      </w:r>
      <w:r>
        <w:rPr>
          <w:lang w:eastAsia="zh-CN"/>
        </w:rPr>
        <w:br/>
      </w:r>
      <w:r>
        <w:rPr>
          <w:lang w:eastAsia="zh-CN"/>
        </w:rPr>
        <w:t xml:space="preserve">    新学期开学典礼演讲稿高中 篇18 </w:t>
      </w:r>
      <w:r>
        <w:rPr>
          <w:lang w:eastAsia="zh-CN"/>
        </w:rPr>
        <w:br/>
      </w:r>
      <w:r>
        <w:rPr>
          <w:lang w:eastAsia="zh-CN"/>
        </w:rPr>
        <w:t>　　亲爱的同学们、老师们：</w:t>
      </w:r>
      <w:r>
        <w:rPr>
          <w:lang w:eastAsia="zh-CN"/>
        </w:rPr>
        <w:br/>
      </w:r>
      <w:r>
        <w:rPr>
          <w:lang w:eastAsia="zh-CN"/>
        </w:rPr>
        <w:t>　　大家好！</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新年伊始，万象更新。今天，我非常荣幸能作为教师代表站在这里发言。在此，我谨代表学校长室和校党支部向全体的师生致以新学期的问候和美好的祝愿。</w:t>
      </w:r>
      <w:r>
        <w:rPr>
          <w:lang w:eastAsia="zh-CN"/>
        </w:rPr>
        <w:br/>
      </w:r>
      <w:r>
        <w:rPr>
          <w:lang w:eastAsia="zh-CN"/>
        </w:rPr>
        <w:t>　　回首过去的一年时间，经过全校师生的共同努力，学校的多方面都取得了可喜的成绩，张校长在新年贺词里总结了去年学校取得的十大成果，这一切，凝聚了我们每一位立中人的努力和付出，是我们全校的师生勤奋好学、忘我工作、同心同德、紧密团结、锐意进取的结果，这是一件非常幸福的事情。</w:t>
      </w:r>
      <w:r>
        <w:rPr>
          <w:lang w:eastAsia="zh-CN"/>
        </w:rPr>
        <w:br/>
      </w:r>
      <w:r>
        <w:rPr>
          <w:lang w:eastAsia="zh-CN"/>
        </w:rPr>
        <w:t>　　老师们、同学们，我们也要清醒地认识到，过去的成绩已成过去，我们要展望新的一年。在新的一年里，我们面临机遇，但也会遇到挑战。学校的教育教学水平若要达到玄武区教育平均水平之上，那就需要我们每一个人更加奋发图强。同学们、老师们，想一想，新的一学期已经开始，你们都准备好了吗？这可是一个全新的挑战哦！</w:t>
      </w:r>
      <w:r>
        <w:rPr>
          <w:lang w:eastAsia="zh-CN"/>
        </w:rPr>
        <w:br/>
      </w:r>
      <w:r>
        <w:rPr>
          <w:lang w:eastAsia="zh-CN"/>
        </w:rPr>
        <w:t>　　新的一年开启新的希望，新的旅程承载新的梦想。同学们，在你们求学的旅程中，你们的父母在关注着你们；我们每一位教师都在祝福你们。在我们的心里，你们就像我们的孩子一样。你们吸取知识，我们为之高兴。你们学业进步，我们为之自豪。你们身体健康，我们为之欣喜。</w:t>
      </w:r>
      <w:r>
        <w:rPr>
          <w:lang w:eastAsia="zh-CN"/>
        </w:rPr>
        <w:br/>
      </w:r>
      <w:r>
        <w:rPr>
          <w:lang w:eastAsia="zh-CN"/>
        </w:rPr>
        <w:t>　　俗话说：一份耕耘，一份收获。成功的结果来源于点滴的过程。在新的一学期，我希望大家记住以下几点：</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第一，“细节决定成败”：生活中有许许多多的细节，如果长时间地忽略，就会积淀成习惯，甚至是一些不好的习惯。同样的，学习中也有许多的细节，如果经常地疏忽，就会造成大的漏洞，这是非常不好的。</w:t>
      </w:r>
      <w:r>
        <w:rPr>
          <w:lang w:eastAsia="zh-CN"/>
        </w:rPr>
        <w:br/>
      </w:r>
      <w:r>
        <w:rPr>
          <w:lang w:eastAsia="zh-CN"/>
        </w:rPr>
        <w:t>　　第二，“态度决定一切”：有一句话说得好：我们不能选择生活，但是可以选择生活的态度。好的态度能尽量弥补不足，不良的态度将使优势变成劣势。成功和失败往往取决于两种态度：一种是积极向上，一种是消极悲观。一个人的态度决定了他的将来，态度是通往成功之门的钥匙，它始终会影响一个人学习和生活的质量。</w:t>
      </w:r>
      <w:r>
        <w:rPr>
          <w:lang w:eastAsia="zh-CN"/>
        </w:rPr>
        <w:br/>
      </w:r>
      <w:r>
        <w:rPr>
          <w:lang w:eastAsia="zh-CN"/>
        </w:rPr>
        <w:t>　　第三，“人格影响一生”：我们不但要有奋发进取的精神，而且要有高贵的品质和人格。有责任心、自强不息、知道感恩、懂得关爱，这是我们一生都需要培育的优秀品质。我们要让这些品格从生活的点滴中体现。</w:t>
      </w:r>
      <w:r>
        <w:rPr>
          <w:lang w:eastAsia="zh-CN"/>
        </w:rPr>
        <w:br/>
      </w:r>
      <w:r>
        <w:rPr>
          <w:lang w:eastAsia="zh-CN"/>
        </w:rPr>
        <w:t>　　老师们、同学们，春华秋实，春天是播种的季节，让我们共同努力，在春天播种希望的种子，在秋天收获成功的果实。</w:t>
      </w:r>
      <w:r>
        <w:rPr>
          <w:lang w:eastAsia="zh-CN"/>
        </w:rPr>
        <w:br/>
      </w:r>
      <w:r>
        <w:rPr>
          <w:lang w:eastAsia="zh-CN"/>
        </w:rPr>
        <w:t>　　最后，送给同学们四句诗，与同学们共勉。</w:t>
      </w:r>
      <w:r>
        <w:rPr>
          <w:lang w:eastAsia="zh-CN"/>
        </w:rPr>
        <w:br/>
      </w:r>
      <w:r>
        <w:rPr>
          <w:lang w:eastAsia="zh-CN"/>
        </w:rPr>
        <w:t>　　“少壮不努力，老大徒伤悲。”亲爱的同学们，请珍惜每一个晴朗的早晨，全身心地投入学习，让那灿烂的朝阳点缀我们的精彩人生。</w:t>
      </w:r>
      <w:r>
        <w:rPr>
          <w:lang w:eastAsia="zh-CN"/>
        </w:rPr>
        <w:br/>
      </w:r>
      <w:r>
        <w:rPr>
          <w:lang w:eastAsia="zh-CN"/>
        </w:rPr>
        <w:t>　　“欲穷千里目，更上一层楼。”希望同学们在新学期里积极向上，大显身手发展自己的个性特长，牢记住“没有最好的，只有更好”。</w:t>
      </w:r>
      <w:r>
        <w:rPr>
          <w:lang w:eastAsia="zh-CN"/>
        </w:rPr>
        <w:br/>
      </w:r>
      <w:r>
        <w:rPr>
          <w:lang w:eastAsia="zh-CN"/>
        </w:rPr>
        <w:t>　　“梅花香自苦寒来，宝剑锋从磨砺出。”成功之花是用辛勤的汗水浇灌出来的。无论何时，我们都需要刻苦自觉的精神，都需要顽强拼搏的勇气。</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“问渠哪得清如许，为有源头活水来。”一泓清池，必须不断有清泉的注入。我们要锻炼出健康的体魄，也要培育我们健康的心灵。</w:t>
      </w:r>
      <w:r>
        <w:rPr>
          <w:lang w:eastAsia="zh-CN"/>
        </w:rPr>
        <w:br/>
      </w:r>
      <w:r>
        <w:rPr>
          <w:lang w:eastAsia="zh-CN"/>
        </w:rPr>
        <w:t>　　相信在新的学期里，这四句诗会伴随同学们取得更大的进步。</w:t>
      </w:r>
      <w:r>
        <w:rPr>
          <w:lang w:eastAsia="zh-CN"/>
        </w:rPr>
        <w:br/>
      </w:r>
      <w:r>
        <w:rPr>
          <w:lang w:eastAsia="zh-CN"/>
        </w:rPr>
        <w:t>　　播种一个信念，收获一个行动；播种一个行动，收获一个习惯；播种一个习惯，收获一个性格；播种一个性格，收获一个命运。</w:t>
      </w:r>
      <w:r>
        <w:rPr>
          <w:lang w:eastAsia="zh-CN"/>
        </w:rPr>
        <w:br/>
      </w:r>
      <w:r>
        <w:rPr>
          <w:lang w:eastAsia="zh-CN"/>
        </w:rPr>
        <w:t>　　谢谢。</w:t>
      </w:r>
      <w:r>
        <w:rPr>
          <w:lang w:eastAsia="zh-CN"/>
        </w:rPr>
        <w:br/>
      </w:r>
      <w:r>
        <w:rPr>
          <w:lang w:eastAsia="zh-CN"/>
        </w:rPr>
        <w:t xml:space="preserve">    新学期开学典礼演讲稿高中 篇19 </w:t>
      </w:r>
      <w:r>
        <w:rPr>
          <w:lang w:eastAsia="zh-CN"/>
        </w:rPr>
        <w:br/>
      </w:r>
      <w:r>
        <w:rPr>
          <w:lang w:eastAsia="zh-CN"/>
        </w:rPr>
        <w:t>　　亲爱的同学们：</w:t>
      </w:r>
      <w:r>
        <w:rPr>
          <w:lang w:eastAsia="zh-CN"/>
        </w:rPr>
        <w:br/>
      </w:r>
      <w:r>
        <w:rPr>
          <w:lang w:eastAsia="zh-CN"/>
        </w:rPr>
        <w:t>　　新学期开始，我们回到旧教室，看到熟悉的面孔，却带着新的希望踏上新的征程。同学们，让我们在新学期开始的时候反思一下自己：昨天的时间浪费了吗，昨天的梦想还在吗，我的心还在飞翔吗？</w:t>
      </w:r>
      <w:r>
        <w:rPr>
          <w:lang w:eastAsia="zh-CN"/>
        </w:rPr>
        <w:br/>
      </w:r>
      <w:r>
        <w:rPr>
          <w:lang w:eastAsia="zh-CN"/>
        </w:rPr>
        <w:t>　　也许，你昨天有过荣耀，但它已经成为你枕边的一种甜蜜回味。也许，你昨天遭受了挫折，但它已经成为你脸颊上的几滴苦涩的泪水。忘记以前的成功和失败，我们只需要把我们的经历和教训铭记于心。</w:t>
      </w:r>
      <w:r>
        <w:rPr>
          <w:lang w:eastAsia="zh-CN"/>
        </w:rPr>
        <w:br/>
      </w:r>
      <w:r>
        <w:rPr>
          <w:lang w:eastAsia="zh-CN"/>
        </w:rPr>
        <w:t>　　生活离不开努力，正如我们不能拒绝成长。年轻的朋友们，请珍惜每一个阳光明媚的早晨，用生命中最强烈的激情和最美的期待迎接日出。书的声音是我们对太阳的致敬，晶莹的汗水是我们迎接日出的眼睛。灿烂的日出预示着我们壮丽的人生！</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光明的明天需要我们去奋斗，去描绘，去创造。让我们携起手来，共同努力，用辛勤的汗水书写关于明天的壮丽诗。新学期，希望每个学生都有“五颗心”：</w:t>
      </w:r>
      <w:r>
        <w:rPr>
          <w:lang w:eastAsia="zh-CN"/>
        </w:rPr>
        <w:br/>
      </w:r>
      <w:r>
        <w:rPr>
          <w:lang w:eastAsia="zh-CN"/>
        </w:rPr>
        <w:t>　　首先，鼓起勇气。</w:t>
      </w:r>
      <w:r>
        <w:rPr>
          <w:lang w:eastAsia="zh-CN"/>
        </w:rPr>
        <w:br/>
      </w:r>
      <w:r>
        <w:rPr>
          <w:lang w:eastAsia="zh-CN"/>
        </w:rPr>
        <w:t>　　改变寒假以玩乐为主的生活方式，变成以学习为主的生活方式。</w:t>
      </w:r>
      <w:r>
        <w:rPr>
          <w:lang w:eastAsia="zh-CN"/>
        </w:rPr>
        <w:br/>
      </w:r>
      <w:r>
        <w:rPr>
          <w:lang w:eastAsia="zh-CN"/>
        </w:rPr>
        <w:t>　　第二，决心。</w:t>
      </w:r>
      <w:r>
        <w:rPr>
          <w:lang w:eastAsia="zh-CN"/>
        </w:rPr>
        <w:br/>
      </w:r>
      <w:r>
        <w:rPr>
          <w:lang w:eastAsia="zh-CN"/>
        </w:rPr>
        <w:t>　　新学期有了新的开始，尤其是初中生。人生最关键的时候只有几步，所以新学期伊始就要下定决心，让自己的人生有一个好的开始。</w:t>
      </w:r>
      <w:r>
        <w:rPr>
          <w:lang w:eastAsia="zh-CN"/>
        </w:rPr>
        <w:br/>
      </w:r>
      <w:r>
        <w:rPr>
          <w:lang w:eastAsia="zh-CN"/>
        </w:rPr>
        <w:t>　　第三，毅力。</w:t>
      </w:r>
      <w:r>
        <w:rPr>
          <w:lang w:eastAsia="zh-CN"/>
        </w:rPr>
        <w:br/>
      </w:r>
      <w:r>
        <w:rPr>
          <w:lang w:eastAsia="zh-CN"/>
        </w:rPr>
        <w:t>　　前方的路总是布满荆棘，要在学习上下大功夫，持之以恒，克服困难，争取新的辉煌。</w:t>
      </w:r>
      <w:r>
        <w:rPr>
          <w:lang w:eastAsia="zh-CN"/>
        </w:rPr>
        <w:br/>
      </w:r>
      <w:r>
        <w:rPr>
          <w:lang w:eastAsia="zh-CN"/>
        </w:rPr>
        <w:t>　　第四，爱情。</w:t>
      </w:r>
      <w:r>
        <w:rPr>
          <w:lang w:eastAsia="zh-CN"/>
        </w:rPr>
        <w:br/>
      </w:r>
      <w:r>
        <w:rPr>
          <w:lang w:eastAsia="zh-CN"/>
        </w:rPr>
        <w:t>　　我们不仅要提高学习，还要提高道德修养。尊师重教，团结友爱，孝敬父母。</w:t>
      </w:r>
      <w:r>
        <w:rPr>
          <w:lang w:eastAsia="zh-CN"/>
        </w:rPr>
        <w:br/>
      </w:r>
      <w:r>
        <w:rPr>
          <w:lang w:eastAsia="zh-CN"/>
        </w:rPr>
        <w:t>　　第五，关心。</w:t>
      </w:r>
      <w:r>
        <w:rPr>
          <w:lang w:eastAsia="zh-CN"/>
        </w:rPr>
        <w:br/>
      </w:r>
      <w:r>
        <w:rPr>
          <w:lang w:eastAsia="zh-CN"/>
        </w:rPr>
        <w:t>　　读书需要用心，处处用心学。只有做人，用心学习，才能有所成就。</w:t>
      </w:r>
      <w:r>
        <w:rPr>
          <w:lang w:eastAsia="zh-CN"/>
        </w:rPr>
        <w:br/>
      </w:r>
      <w:r>
        <w:rPr>
          <w:lang w:eastAsia="zh-CN"/>
        </w:rPr>
        <w:t>　　谢谢大家！</w:t>
      </w:r>
      <w:r>
        <w:rPr>
          <w:lang w:eastAsia="zh-CN"/>
        </w:rPr>
        <w:br/>
      </w:r>
      <w:r>
        <w:rPr>
          <w:lang w:eastAsia="zh-CN"/>
        </w:rPr>
        <w:t xml:space="preserve">    新学期开学典礼演讲稿高中 篇20 </w:t>
      </w:r>
      <w:r>
        <w:rPr>
          <w:lang w:eastAsia="zh-CN"/>
        </w:rPr>
        <w:br/>
      </w:r>
      <w:r>
        <w:rPr>
          <w:lang w:eastAsia="zh-CN"/>
        </w:rPr>
        <w:t>　　尊敬的领导，老师，亲爱的同学们：</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大家好，金秋送爽，万里飘香，迎着九月金色的阳光，我们迈进了大连开发区第十高级中学的大门，成为了十中的一名新生.浓浓的绿茵映衬着我们甜蜜的微笑，成了今日校园中最靓丽的风景，面对新的环境、新的师长、新的同学，你准备好了吗？</w:t>
      </w:r>
      <w:r>
        <w:rPr>
          <w:lang w:eastAsia="zh-CN"/>
        </w:rPr>
        <w:br/>
      </w:r>
      <w:r>
        <w:rPr>
          <w:lang w:eastAsia="zh-CN"/>
        </w:rPr>
        <w:t>　　自从踏入十中的那一天起，我就深深地爱上了这座花园般的学校，壮观独特的建筑，花木葱茏的校园，学校领导老师和蔼的目光，都让我倍感温暖.十中拥有最先进的教学理念，最优秀的师资队伍，有最现代化的硬件设施，有最执著的基础教育开拓者，“以人为本”是十中最核心的办学理念，正是这些优越的条件让我们毫不犹豫的投入到十中的怀抱.十中会为我们每一个人搭建施展才华的平台，让我们一步步登上真理的殿堂，让我们成为精神的贵族，思想的王者。</w:t>
      </w:r>
      <w:r>
        <w:rPr>
          <w:lang w:eastAsia="zh-CN"/>
        </w:rPr>
        <w:br/>
      </w:r>
      <w:r>
        <w:rPr>
          <w:lang w:eastAsia="zh-CN"/>
        </w:rPr>
        <w:t>　　回顾过去，我们经历了六月中考的洗礼，在阴霾的天空中杀出了一条通向高中的大路，如愿以偿的来到了十中，或许很多同学心中还残留着一中或者八中的`隐痛，而我则想说一句，适合自己学习的地方才是最好的，成才的关键是靠自己的勤奋和努力，命运总是掌握在自己的手中，一味地怨天尤人只会让你失去重塑自我的机会。</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进入高中，意味着人生翻开了新的一页，为这一页涂上的第一笔色彩是军训。在为期六天的军营生活里，我们全体同学不畏烈日炎热，勇挡秋风凛冽，在艰苦的条件中磨砺出了坚毅的品格，展示了我们十中新学子的动人风采。我希望在以后的学习生活中我们能继续保持军训的成果，将军训养成的优秀品格融入到生活的点滴之中，以军训为高中生活的起点，努力开拓新的天地。以新的形象迎接每一个新的变化，用新的行动赢得每一次新的成功。为我们的学校增添新的光彩。“男儿立志出乡关，学不成名誓不还”。试问人生几回博？现在不博何时博？选择了读书就意味着选择了责任，为自己的前途负责，为自己的命运负责。</w:t>
      </w:r>
      <w:r>
        <w:rPr>
          <w:lang w:eastAsia="zh-CN"/>
        </w:rPr>
        <w:br/>
      </w:r>
      <w:r>
        <w:rPr>
          <w:lang w:eastAsia="zh-CN"/>
        </w:rPr>
        <w:t>　　为了以创造更好的学习氛围，为了我们的健康成长，我希望我们能够做到以下几点：</w:t>
      </w:r>
      <w:r>
        <w:rPr>
          <w:lang w:eastAsia="zh-CN"/>
        </w:rPr>
        <w:br/>
      </w:r>
      <w:r>
        <w:rPr>
          <w:lang w:eastAsia="zh-CN"/>
        </w:rPr>
        <w:t>　　一、认真学习《中学生日常行为规范》，严格执行学校的各项规章制度，用规范来指导自己的言行。</w:t>
      </w:r>
      <w:r>
        <w:rPr>
          <w:lang w:eastAsia="zh-CN"/>
        </w:rPr>
        <w:br/>
      </w:r>
      <w:r>
        <w:rPr>
          <w:lang w:eastAsia="zh-CN"/>
        </w:rPr>
        <w:t>　　二、树立远大理想，正确的人生观，自觉抵制不良思想的侵袭，不接触不健康、低级趣味的东西，学做品德高尚的人。</w:t>
      </w:r>
      <w:r>
        <w:rPr>
          <w:lang w:eastAsia="zh-CN"/>
        </w:rPr>
        <w:br/>
      </w:r>
      <w:r>
        <w:rPr>
          <w:lang w:eastAsia="zh-CN"/>
        </w:rPr>
        <w:t>　　三、明确学习目的，端正学习态度，认真学好各门课程，形成良好的竞争气氛。</w:t>
      </w:r>
      <w:r>
        <w:rPr>
          <w:lang w:eastAsia="zh-CN"/>
        </w:rPr>
        <w:br/>
      </w:r>
      <w:r>
        <w:rPr>
          <w:lang w:eastAsia="zh-CN"/>
        </w:rPr>
        <w:t>　　四、尊敬师长，团结同学，互相帮助，共同成长。</w:t>
      </w:r>
      <w:r>
        <w:rPr>
          <w:lang w:eastAsia="zh-CN"/>
        </w:rPr>
        <w:br/>
      </w:r>
      <w:r>
        <w:rPr>
          <w:lang w:eastAsia="zh-CN"/>
        </w:rPr>
        <w:t>　　五、做自强自立的中学生，养成自尊自爱的优秀品质。</w:t>
      </w:r>
      <w:r>
        <w:rPr>
          <w:lang w:eastAsia="zh-CN"/>
        </w:rPr>
        <w:br/>
      </w:r>
      <w:r>
        <w:rPr>
          <w:lang w:eastAsia="zh-CN"/>
        </w:rPr>
        <w:t>　　“宝剑锋从磨砺出，梅花香自苦寒来。”除了奋斗，我们别无选择。带着梦想我们踌躇满志地跨入十中，再多的艰难险阻也挡不住我们求知若渴的灼灼目光。只要我们付出了就会有收获。我们将矢志不渝，以坚定扎实的脚步迈向灿烂的明天!让我们在心底呐喊：“今天我以十中为荣，明天十中为我骄傲”！</w:t>
      </w:r>
      <w:r>
        <w:rPr>
          <w:lang w:eastAsia="zh-CN"/>
        </w:rPr>
        <w:br/>
      </w:r>
      <w:r>
        <w:rPr>
          <w:lang w:eastAsia="zh-CN"/>
        </w:rPr>
        <w:t xml:space="preserve">    新学期开学典礼演讲稿高中 篇21 </w:t>
      </w:r>
      <w:r>
        <w:rPr>
          <w:lang w:eastAsia="zh-CN"/>
        </w:rPr>
        <w:br/>
      </w:r>
      <w:r>
        <w:rPr>
          <w:lang w:eastAsia="zh-CN"/>
        </w:rPr>
        <w:t>　　尊敬的老师,亲爱的同学们:</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大家早上好!我是来自02班的云子倩。今天我国旗下演讲的主题是《努力奔跑，勇敢追梦》。草木蔓发，春山可望。李白桃红，万象更新。沐浴着温暖怡人的晨风，我们满怀欣喜地迎来了新学期的开始。作为一名三年级生，经历了半年的实习历练，重新回到旅校，我感慨万千。班主任老师的谆谆教导，实习带队老师的细心陪伴，校领导的殷切关怀，让全体三年级同学在岗位上更坚定勇敢，努力成长。同学们，回顾我们的每一份成绩、每一项荣耀，都离不开老师们的悉心教导，离不开学校提供的优质的平台。新学期第一天，让我们首先以热烈的掌声对辛勤付出的老师们表示衷心的感谢！！</w:t>
      </w:r>
      <w:r>
        <w:rPr>
          <w:lang w:eastAsia="zh-CN"/>
        </w:rPr>
        <w:br/>
      </w:r>
      <w:r>
        <w:rPr>
          <w:lang w:eastAsia="zh-CN"/>
        </w:rPr>
        <w:t>　　半年的实习经历让我受益匪浅，原来，课堂上看似枯燥的理论知识，老师们总是过于严苛的规范要求，还有各种纷繁的活动考验等等，那些在校时觉得苦不堪言的种种体验，都悄无声息地为我们打下了坚实的基础，正因为有了在校两年的锻炼，我们才能适应实习岗位，成为合格的职业人。作为三年级的学姐，我想对学弟学妹们说几句心里话：希望大家能珍惜宝贵的在校时光，珍惜身边的老师和同学们，这是我们人生中最温暖而纯真的情谊！我也希望学弟学妹们能够认真学习专业知识，认真学习语文和英语，尤其是口语表达。海南如今正在建设国际自由贸易区、自由贸易港，可以预见，在未来的实习岗位上，我们会服务更多外国客人，或许你的上级就是外国人，因此要进一步提高自己的语言表达能力，才能在未来的实习岗位上有优秀表现。</w:t>
      </w:r>
      <w:r>
        <w:rPr>
          <w:lang w:eastAsia="zh-CN"/>
        </w:rPr>
        <w:br/>
      </w:r>
    </w:p>
    <w:p w:rsidR="001B1F19" w14:textId="27C3F48A">
      <w:pPr>
        <w:rPr>
          <w:lang w:eastAsia="zh-CN"/>
        </w:rPr>
      </w:pPr>
      <w:r>
        <w:rPr>
          <w:lang w:eastAsia="zh-CN"/>
        </w:rPr>
        <w:t>　　一年之计在于春，春天是播种的季节，是创造的季节，只有用汗水和劳动播下梦想的种子，才会有富足的收获。本学期，我们将迎来温暖友爱的学雷锋活动和精彩纷呈的艺术节。对于每一位同学来说，这是传递爱与希望的好时光，是发挥想象力和创造力的大舞台，是考验心理素质的大熔炉。芳林新叶催陈叶，流水前波让后波。在这个春天，为创造更好成绩、赢得更高的荣耀，我们要以逢山开路、遇水架桥的开拓精神，勤练专业基本功，提高专业素养，开动脑筋大胆创新，为即将到来的各种考验做好充足的功课。机会总是留给有准备的人，同学们，加油吧！</w:t>
      </w:r>
      <w:r>
        <w:rPr>
          <w:lang w:eastAsia="zh-CN"/>
        </w:rPr>
        <w:br/>
      </w:r>
      <w:r>
        <w:rPr>
          <w:lang w:eastAsia="zh-CN"/>
        </w:rPr>
        <w:t>　　新的一学期，我们又将投入新一轮紧张繁忙的学习与工作中。不论多忙，都请记得保持灿烂的笑容，不论多累，都要不忘保有阳光的心情。阳光下欢乐的笑声，树荫下活跃的跳动。在旅校，幸福就是手牵手肩并肩，为同一个梦想不懈奋斗的青春年华！亲爱的同学们，让我们努力奔跑、勇敢追梦；坚持奋斗、幸福圆梦！谢谢大家！</w:t>
      </w:r>
      <w:r>
        <w:rPr>
          <w:lang w:eastAsia="zh-CN"/>
        </w:rPr>
        <w:br/>
      </w:r>
      <w:r>
        <w:rPr>
          <w:lang w:eastAsia="zh-CN"/>
        </w:rPr>
        <w:t xml:space="preserve">    新学期开学典礼演讲稿高中 篇22 </w:t>
      </w:r>
      <w:r>
        <w:rPr>
          <w:lang w:eastAsia="zh-CN"/>
        </w:rPr>
        <w:br/>
      </w:r>
      <w:r>
        <w:rPr>
          <w:lang w:eastAsia="zh-CN"/>
        </w:rPr>
        <w:t>　　老师们、同学们：</w:t>
      </w:r>
      <w:r>
        <w:rPr>
          <w:lang w:eastAsia="zh-CN"/>
        </w:rPr>
        <w:br/>
      </w:r>
      <w:r>
        <w:rPr>
          <w:lang w:eastAsia="zh-CN"/>
        </w:rPr>
        <w:t>　　大家好！</w:t>
      </w:r>
      <w:r>
        <w:rPr>
          <w:lang w:eastAsia="zh-CN"/>
        </w:rPr>
        <w:br/>
      </w:r>
      <w:r>
        <w:rPr>
          <w:lang w:eastAsia="zh-CN"/>
        </w:rPr>
        <w:t>　　一元复始，大地回春。过完元宵节，传统意义上的春节就结束了。沐浴着和煦的春风，我们迎来了新的学期。在此，我代表学校向全体师生致以新春的问候和美好的祝愿，祝愿全体师生在新学期里，以新的姿态，新的方法，取得新的成绩和荣誉！</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https://d.book118.com/375232030140011114</w:t>
        </w:r>
      </w:hyperlink>
    </w:p>
    <w:p w:rsidR="001B1F19">
      <w:pPr>
        <w:rPr>
          <w:lang w:eastAsia="zh-CN"/>
        </w:rPr>
      </w:pPr>
    </w:p>
    <w:sectPr>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523203014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