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IT工作总结（15篇）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w:t>
      </w:r>
      <w:r>
        <w:rPr>
          <w:lang w:eastAsia="zh-CN"/>
        </w:rPr>
        <w:br/>
      </w:r>
      <w:r>
        <w:rPr>
          <w:lang w:eastAsia="zh-CN"/>
        </w:rPr>
        <w:t>　　IT工作总结 1</w:t>
      </w:r>
      <w:r>
        <w:rPr>
          <w:lang w:eastAsia="zh-CN"/>
        </w:rPr>
        <w:br/>
      </w:r>
      <w:r>
        <w:rPr>
          <w:lang w:eastAsia="zh-CN"/>
        </w:rPr>
        <w:t xml:space="preserve"> 　　一、20xx年工作 </w:t>
      </w:r>
      <w:r>
        <w:rPr>
          <w:lang w:eastAsia="zh-CN"/>
        </w:rPr>
        <w:br/>
      </w:r>
      <w:r>
        <w:rPr>
          <w:lang w:eastAsia="zh-CN"/>
        </w:rPr>
        <w:t xml:space="preserve"> 　　（一）主要经济指标完成情况。1-10月份，预计完成GDP18.6亿元，占计划的50%，同比增长15.7%；全社会固定资产投资20亿元，占计划的59.1%，同比增长23%；三产增加值11.8亿元，占计划的50.4%，同比增长11.8%；限额以上社会消费品零售额54亿元，占计划50.6%，同比增长25%；预计完成财政收入10650万元，占计划50.1%，同比增长29.8%；预计完成实际利用外资230万美元，完成外贸进出口总额6280万美元。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二）重点项目进展顺利。今年我办共确定重点项目25个，其中，区控重点项目15个（6个新建、9个续建）。为加快项目建设，街道党工委对班子成员分工进行了调整，确定一名分管领导主抓重点项目建设，并抽调相关人员设立了项目办，专门负责项目的协调、管理和推进工作，使人员力量重点向项目建设倾斜。截止目前，15个区控重点项目全部开复工。科技大道学术中心、南部新都汇、华新安置点等项目相继开工建设。"1861.汇尧"项目、项目主体竣工，其中："1861.汇尧"项目预计11月份交付使用，淘宝特色中国特色馆、北京每日视界、时光坐标、五媒科技等大型创意企业确定入驻。对科技园进行腾笼换鸟式的"退二进三"改造，引导园区向文化创意产业转型，着力打造全省首家婚庆主题商街。对裕弘物流项目进行升级改造，打造电子商务产业园区，相关工作正在积极推进中，项目进展基本达到了时间节点要求</w:t>
      </w:r>
      <w:r>
        <w:rPr>
          <w:lang w:eastAsia="zh-CN"/>
        </w:rPr>
        <w:t>。</w:t>
      </w:r>
      <w:r>
        <w:rPr>
          <w:lang w:eastAsia="zh-CN"/>
        </w:rPr>
        <w:t xml:space="preserve"> </w:t>
      </w:r>
      <w:r>
        <w:rPr>
          <w:lang w:eastAsia="zh-CN"/>
        </w:rPr>
        <w:br/>
      </w:r>
      <w:r>
        <w:rPr>
          <w:lang w:eastAsia="zh-CN"/>
        </w:rPr>
        <w:t xml:space="preserve"> 　　（三）旧居改造步伐加快。为加快推进旧居改造工作，办事处专门成立了工作领导小组，研究制定辖区的旧居改造计划。对辖区所有的旧居改造项目，强化领导干部分包责任制，领导干部对旧居改造项目实行总体分包，协调解决项目推进过程中存在的困难和问题，卡实责任，全力推进。在拆迁安置过程中，严格落实拆迁安置政策，各居委的拆迁安置方案需报办事处审批后方可实施，确保一个政策执行到底、一把尺子量到底。目前已签订拆迁协议1039户，完成拆迁安置993户，安置房建设已完工18.2万平方米。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四）市容环境明显改善。积极开展环境卫生综合整治，大力改善辖区市容环境，结合创建文明城市长效机制和"迎测"工作，加大对辖区主次干部路及延伸路、居民小区的卫生清扫力度，清理街巷绿化带和杂草，拆除乱搭乱建，整治卫生死角，美化靓化社区环境。共开展大规模的义务劳动3次，投入人力20xx余人次，清理卫生死角73处，清运各类垃圾万余方，粉刷清理野广告1000余条，清理占道经营343处，规范店外经营56处，清除户外广告牌82个，整治破损门头17，查处露天违规烧烤25处，使辖区的市容环境和面貌焕然一新。今年5月份，积极协调市排水处、桦林混凝土公司对勤河进行了环境整治和河道清淤，共清理各类垃圾5吨多，使勤河周边环境大为改善、汛期排水变为通畅</w:t>
      </w:r>
      <w:r>
        <w:rPr>
          <w:lang w:eastAsia="zh-CN"/>
        </w:rPr>
        <w:t>。</w:t>
      </w:r>
      <w:r>
        <w:rPr>
          <w:lang w:eastAsia="zh-CN"/>
        </w:rPr>
        <w:t xml:space="preserve"> </w:t>
      </w:r>
      <w:r>
        <w:rPr>
          <w:lang w:eastAsia="zh-CN"/>
        </w:rPr>
        <w:br/>
      </w:r>
      <w:r>
        <w:rPr>
          <w:lang w:eastAsia="zh-CN"/>
        </w:rPr>
        <w:t xml:space="preserve"> 　　（五）安全生产工作扎实有效。安全生产方面，突出在加强安全生产网络建设、规范日常检查与重点监控相结合的工作制度、加大宣传教育培训力度、增加投入确保工作需要等四方面开展了扎实细致、富有成效的工作。今年以来，先后组织安全生产大检查8次，共检查各类企业、"九小"场所8942家，查处各类安全生产隐患975条，完成整改975处，整改合格率达100%。 </w:t>
      </w:r>
      <w:r>
        <w:rPr>
          <w:lang w:eastAsia="zh-CN"/>
        </w:rPr>
        <w:br/>
      </w:r>
      <w:r>
        <w:rPr>
          <w:lang w:eastAsia="zh-CN"/>
        </w:rPr>
        <w:t xml:space="preserve"> 　　（六）民生保障有效落实。今年以来，加大了对困难家庭的帮扶力度，实现了动态管理下的应保尽保，截止目前，新增低保户41户；大病医疗救助72人，发放救助金23万元；困难学生救助64人，发放救助金8万元。积极开展爱心捐款活动，共接收社会各界捐款18万元。在社区设立残疾人托养站。完成社会保险扩面征缴社保扩面635人；新xx镇就业再就业216人。为辖区4100名育龄妇女进行了查体，发放独生子女费12万元，人口出生率达99.6%，晚婚率达99.1%。社区日间照料中心作为街道"关爱计生空巢家庭，创新健康养老模式"的观摩点，迎接了华东六省的参观考察。大力开展丰富多彩的文化体育活动，累计组织或参与各类活动20余场次，成功举办了第五届社区运动会，进一步丰富了居民群众的业余文化生活。 </w:t>
      </w:r>
      <w:r>
        <w:rPr>
          <w:lang w:eastAsia="zh-CN"/>
        </w:rPr>
        <w:br/>
      </w:r>
      <w:r>
        <w:rPr>
          <w:lang w:eastAsia="zh-CN"/>
        </w:rPr>
        <w:t xml:space="preserve"> 　　二、20xx年工作思路 </w:t>
      </w:r>
      <w:r>
        <w:rPr>
          <w:lang w:eastAsia="zh-CN"/>
        </w:rPr>
        <w:br/>
      </w:r>
      <w:r>
        <w:rPr>
          <w:lang w:eastAsia="zh-CN"/>
        </w:rPr>
        <w:t xml:space="preserve"> 　　20xx年，总的思路是：打造两条产业带，建设四个组团，打好四场攻坚战。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（一）着力打造两条产业带 </w:t>
      </w:r>
      <w:r>
        <w:rPr>
          <w:lang w:eastAsia="zh-CN"/>
        </w:rPr>
        <w:br/>
      </w:r>
      <w:r>
        <w:rPr>
          <w:lang w:eastAsia="zh-CN"/>
        </w:rPr>
        <w:t xml:space="preserve"> 　　依托"三纵两横"的交通路网，积极培育建设特色商业街区。以机场路为轴线扶持发展汽车交易板块，引进与汽车业态相关的服务企业，重点推进汽车文化城项目。目前，辖区内拥有汽车品牌4S店43家，专卖店50家，相关服务企业60家，经营品牌90个，从业人员3000人。年销售汽车10万辆，销售额达到120亿元。以青年南路为轴线，依托道路两侧40万平方米的公建，整合现有资源，结合新建项目，高标准规划设计、高水平策划包装，打造"Chefoo文化创意街区"。整条街区总投资20亿元，包括新建和改建项目11个，加快推进已确定的1861.汇尧、xx科技园"退二进三"改造、华新智慧园、上尧创意中心等项目。 </w:t>
      </w:r>
      <w:r>
        <w:rPr>
          <w:lang w:eastAsia="zh-CN"/>
        </w:rPr>
        <w:br/>
      </w:r>
      <w:r>
        <w:rPr>
          <w:lang w:eastAsia="zh-CN"/>
        </w:rPr>
        <w:t xml:space="preserve"> 　　（二）着力建设好"四个组团" </w:t>
      </w:r>
      <w:r>
        <w:rPr>
          <w:lang w:eastAsia="zh-CN"/>
        </w:rPr>
        <w:br/>
      </w:r>
      <w:r>
        <w:rPr>
          <w:lang w:eastAsia="zh-CN"/>
        </w:rPr>
        <w:t xml:space="preserve"> 　　依托xx大学，加快上尧世学路片组团建设，辐射带动周边发展现代服务业，打造便民商业板块。以原办事处驻地为中心，加快南尧联华区片组团建设，着力推进南部新都汇、富顺苑星都、润鼎花园、富有嘉苑、联谊东西区等项目，打造金融商务板块；加快大小东夼片区组团建设，着力推进富甲逸品、怡翠山庄等项目，打造生态宜居板块；加快上下曲家区片组团建设，着力推进馨逸园、祈雨顶、华新安置房等项目，打造民生宜居板块。 </w:t>
      </w:r>
      <w:r>
        <w:rPr>
          <w:lang w:eastAsia="zh-CN"/>
        </w:rPr>
        <w:br/>
      </w:r>
      <w:r>
        <w:rPr>
          <w:lang w:eastAsia="zh-CN"/>
        </w:rPr>
        <w:t xml:space="preserve"> 　　（三）以民生保障为主线，着力打好"四场攻坚战"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一是项目投入的攻坚战。围绕在谈、在建项目，落实项目责任主体，实行领导干部分包项目制，卡实责任、加快推进，确保在建项目早竣工，在谈项目早签约</w:t>
      </w:r>
      <w:r>
        <w:rPr>
          <w:lang w:eastAsia="zh-CN"/>
        </w:rPr>
        <w:t>。</w:t>
      </w:r>
      <w:r>
        <w:rPr>
          <w:lang w:eastAsia="zh-CN"/>
        </w:rPr>
        <w:t xml:space="preserve"> </w:t>
      </w:r>
      <w:r>
        <w:rPr>
          <w:lang w:eastAsia="zh-CN"/>
        </w:rPr>
        <w:br/>
      </w:r>
      <w:r>
        <w:rPr>
          <w:lang w:eastAsia="zh-CN"/>
        </w:rPr>
        <w:t xml:space="preserve"> 　　二是旧居改造的攻坚战。由街道项目办牵头，负责对辖区内旧居改造过程中有关问题定期进行调度汇总，集中分析，并牵头统一办理相关的.各项手续，全力推进旧居改造工作。扎实做好红旗中路立交桥项目和各项拆迁准备工作，加强与上级相关部门的沟通协调，确保拆迁工作圆满完成。 </w:t>
      </w:r>
      <w:r>
        <w:rPr>
          <w:lang w:eastAsia="zh-CN"/>
        </w:rPr>
        <w:br/>
      </w:r>
      <w:r>
        <w:rPr>
          <w:lang w:eastAsia="zh-CN"/>
        </w:rPr>
        <w:t xml:space="preserve"> 　　三是招商引资的攻坚战。重点围绕"星尧·慧城"、乐天玛特、法国欧尚等外资项目，全程做好跟踪服务，确保项目尽快落地。在辖区开展"访企业促增资"活动，推进兴洋水产境外上市，拓宽利用外资渠道。将"1861·汇尧"作为"Chefoo文化创意街区"的龙头项目，办事处实行全面代管模式，组建专门的项目团队进驻招商，集中优势力量塑造精品园区。 </w:t>
      </w:r>
      <w:r>
        <w:rPr>
          <w:lang w:eastAsia="zh-CN"/>
        </w:rPr>
        <w:br/>
      </w:r>
      <w:r>
        <w:rPr>
          <w:lang w:eastAsia="zh-CN"/>
        </w:rPr>
        <w:t xml:space="preserve"> 　　四是城市管理的攻坚战。坚持城市建设与管理并重，一方面，抓好城市环境综合整治和绿化美化亮化净化，着力改善城市环境。另一方面，协调城管等职能部门对重点区域、主要路段进行控制和整治，严格按照"三线一美"的标准抓好城市管理，以城乡一体化工作标准做好各自管小区环境卫生保洁工作。 </w:t>
      </w:r>
      <w:r>
        <w:rPr>
          <w:lang w:eastAsia="zh-CN"/>
        </w:rPr>
        <w:br/>
      </w:r>
      <w:r>
        <w:rPr>
          <w:lang w:eastAsia="zh-CN"/>
        </w:rPr>
        <w:t>　　IT工作总结 2</w:t>
      </w:r>
      <w:r>
        <w:rPr>
          <w:lang w:eastAsia="zh-CN"/>
        </w:rPr>
        <w:br/>
      </w:r>
      <w:r>
        <w:rPr>
          <w:lang w:eastAsia="zh-CN"/>
        </w:rPr>
        <w:t xml:space="preserve"> 　　这一学期，我紧紧围绕学校德育工作，结合本校特点，切实有效地开展了一系列的少先队活动。现总结如下： </w:t>
      </w:r>
      <w:r>
        <w:rPr>
          <w:lang w:eastAsia="zh-CN"/>
        </w:rPr>
        <w:br/>
      </w:r>
      <w:r>
        <w:rPr>
          <w:lang w:eastAsia="zh-CN"/>
        </w:rPr>
        <w:t xml:space="preserve"> 　　一、抓好少先队常规工作，促使自身建设上新台阶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1、认真落实日常管理工作,扎实少先队工作的基础。日常管理工作包括学生良好的生活习惯,学习习惯、文明行为习惯的养成。少先队大队部每天都对学生的考勤、日常纪律、仪容仪表、班级卫生、早操等一系列学生日常管理工作,进行“落实、检查、汇报”</w:t>
      </w:r>
      <w:r>
        <w:rPr>
          <w:lang w:eastAsia="zh-CN"/>
        </w:rPr>
        <w:t>。</w:t>
      </w:r>
      <w:r>
        <w:rPr>
          <w:lang w:eastAsia="zh-CN"/>
        </w:rPr>
        <w:t xml:space="preserve"> </w:t>
      </w:r>
      <w:r>
        <w:rPr>
          <w:lang w:eastAsia="zh-CN"/>
        </w:rPr>
        <w:br/>
      </w:r>
      <w:r>
        <w:rPr>
          <w:lang w:eastAsia="zh-CN"/>
        </w:rPr>
        <w:t xml:space="preserve"> 　　2、本学期，大队部还开展了校园之星的评比活动。评比活动，每月一评，以学生的德智体美劳为考核作为评比依据，进一步促进学生的全面发展。 </w:t>
      </w:r>
      <w:r>
        <w:rPr>
          <w:lang w:eastAsia="zh-CN"/>
        </w:rPr>
        <w:br/>
      </w:r>
      <w:r>
        <w:rPr>
          <w:lang w:eastAsia="zh-CN"/>
        </w:rPr>
        <w:t xml:space="preserve"> 　　3、本学期，大队部的常规管理中，重点严抓卫生。为了动员全校学生养成爱劳动、爱卫生的好习惯，大队部开展了“我爱我校”的活动，明显改善了校园卫生，也提高了学生的卫生环保意识。 </w:t>
      </w:r>
      <w:r>
        <w:rPr>
          <w:lang w:eastAsia="zh-CN"/>
        </w:rPr>
        <w:br/>
      </w:r>
      <w:r>
        <w:rPr>
          <w:lang w:eastAsia="zh-CN"/>
        </w:rPr>
        <w:t xml:space="preserve"> 　　二、组织丰富多彩少先队活动 </w:t>
      </w:r>
      <w:r>
        <w:rPr>
          <w:lang w:eastAsia="zh-CN"/>
        </w:rPr>
        <w:br/>
      </w:r>
      <w:r>
        <w:rPr>
          <w:lang w:eastAsia="zh-CN"/>
        </w:rPr>
        <w:t xml:space="preserve"> 　　时代气息的活动，是少先队的灵魂所在。随着时代的进步，少年儿童的时代特征和教育环境发生了重大而深刻的变化。作为新世纪的少先队，必须顺应时代进步的潮流，站在时代的前列和实践前沿，解放思想，与时俱进，以创新开拓的思想观念和奋发有为的精神状态开展工作。本学期，开展了以下几个少先队活动： </w:t>
      </w:r>
      <w:r>
        <w:rPr>
          <w:lang w:eastAsia="zh-CN"/>
        </w:rPr>
        <w:br/>
      </w:r>
      <w:r>
        <w:rPr>
          <w:lang w:eastAsia="zh-CN"/>
        </w:rPr>
        <w:t xml:space="preserve"> 　　1、根据节日及教育要求开展主题班会活动：如“开学第一课”、“我爱祖国”、“感恩的'心”、“好书推荐”等。 </w:t>
      </w:r>
      <w:r>
        <w:rPr>
          <w:lang w:eastAsia="zh-CN"/>
        </w:rPr>
        <w:br/>
      </w:r>
      <w:r>
        <w:rPr>
          <w:lang w:eastAsia="zh-CN"/>
        </w:rPr>
        <w:t xml:space="preserve"> 　　2、一年级学生的少先队入队仪式，少先队建队主题活动。 </w:t>
      </w:r>
      <w:r>
        <w:rPr>
          <w:lang w:eastAsia="zh-CN"/>
        </w:rPr>
        <w:br/>
      </w:r>
      <w:r>
        <w:rPr>
          <w:lang w:eastAsia="zh-CN"/>
        </w:rPr>
        <w:t xml:space="preserve"> 　　3、广播体操比赛。 </w:t>
      </w:r>
      <w:r>
        <w:rPr>
          <w:lang w:eastAsia="zh-CN"/>
        </w:rPr>
        <w:br/>
      </w:r>
      <w:r>
        <w:rPr>
          <w:lang w:eastAsia="zh-CN"/>
        </w:rPr>
        <w:t xml:space="preserve"> 　　4、“我是小书法家”书法比赛。 </w:t>
      </w:r>
      <w:r>
        <w:rPr>
          <w:lang w:eastAsia="zh-CN"/>
        </w:rPr>
        <w:br/>
      </w:r>
      <w:r>
        <w:rPr>
          <w:lang w:eastAsia="zh-CN"/>
        </w:rPr>
        <w:t xml:space="preserve"> 　　三、存在问题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少先队活动虽然逐渐的系列化，但在实施过程中，有些班级老师的内驱力不高，只是被动的接收工作以至教育效果不是太好</w:t>
      </w:r>
      <w:r>
        <w:rPr>
          <w:lang w:eastAsia="zh-CN"/>
        </w:rPr>
        <w:t>。</w:t>
      </w:r>
      <w:r>
        <w:rPr>
          <w:lang w:eastAsia="zh-CN"/>
        </w:rPr>
        <w:t xml:space="preserve"> </w:t>
      </w:r>
      <w:r>
        <w:rPr>
          <w:lang w:eastAsia="zh-CN"/>
        </w:rPr>
        <w:br/>
      </w:r>
      <w:r>
        <w:rPr>
          <w:lang w:eastAsia="zh-CN"/>
        </w:rPr>
        <w:t xml:space="preserve"> 　　四、改进措施 </w:t>
      </w:r>
      <w:r>
        <w:rPr>
          <w:lang w:eastAsia="zh-CN"/>
        </w:rPr>
        <w:br/>
      </w:r>
      <w:r>
        <w:rPr>
          <w:lang w:eastAsia="zh-CN"/>
        </w:rPr>
        <w:t xml:space="preserve"> 　　设计活动时要突出教育的实效性，要做好活动开展前期的宣传工作，让各中队辅导员、队员都能对活动有一个充分的了解，并能在了解的同时创造性的开展工作。 </w:t>
      </w:r>
      <w:r>
        <w:rPr>
          <w:lang w:eastAsia="zh-CN"/>
        </w:rPr>
        <w:br/>
      </w:r>
      <w:r>
        <w:rPr>
          <w:lang w:eastAsia="zh-CN"/>
        </w:rPr>
        <w:t xml:space="preserve"> 　　总之，我校本学期的少先队工作做得较为扎实，较好地完成了学校交给的各种任务，通过少先队工作的开展，学生的思想素质提高了，行为更为规范了，遵守纪律的观念更强了，为学校其他工作的顺利开展打下了良好的基础。我将在以后的工作创新中求实，在求实中创新，面临挑战，一如既往的踏实工作，力争为永梧小学的德育工作贡献自己微薄的力量。 </w:t>
      </w:r>
      <w:r>
        <w:rPr>
          <w:lang w:eastAsia="zh-CN"/>
        </w:rPr>
        <w:br/>
      </w:r>
      <w:r>
        <w:rPr>
          <w:lang w:eastAsia="zh-CN"/>
        </w:rPr>
        <w:t>　　IT工作总结 3</w:t>
      </w:r>
      <w:r>
        <w:rPr>
          <w:lang w:eastAsia="zh-CN"/>
        </w:rPr>
        <w:br/>
      </w:r>
      <w:r>
        <w:rPr>
          <w:lang w:eastAsia="zh-CN"/>
        </w:rPr>
        <w:t xml:space="preserve"> 　　转眼间，20xx年已成为历史，但我们仍然记得去年激烈的竞争。天气虽不是特别的严寒，但大街上四处飘飘的招聘条幅足以让人体会到20xx年阀门行业将会又是一个大较场,竞争将更加白热化。市场总监、销售经理、区域经理，大大小小上百家企业都在抢人才，抢市场，大家已经真的地感受到市场的残酷，坐以只能待毖。总结是为了来年扬长避短,对自己有个全面的认识。 </w:t>
      </w:r>
      <w:r>
        <w:rPr>
          <w:lang w:eastAsia="zh-CN"/>
        </w:rPr>
        <w:br/>
      </w:r>
      <w:r>
        <w:rPr>
          <w:lang w:eastAsia="zh-CN"/>
        </w:rPr>
        <w:t xml:space="preserve"> 　　一、任务完成情况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今年实际完成销售量为5000万，其中一车间球阀xx万，蝶阀1200万,其他1800万，基本完成年初既定目标。球阀常规产品比去年有所下降，偏心半球增长较快，锻钢球阀相比去年有少量增长；但蝶阀销售不够理想（计划是在1500万左右），大口径蝶阀（DN1000以上）销售量很少，软密封蝶阀有少量增幅。总的说来是销售量正常，OEM增长较快，但公司自身产品增长不够理想，“双达”品牌增长也不理想</w:t>
      </w:r>
      <w:r>
        <w:rPr>
          <w:lang w:eastAsia="zh-CN"/>
        </w:rPr>
        <w:t>。</w:t>
      </w:r>
      <w:r>
        <w:rPr>
          <w:lang w:eastAsia="zh-CN"/>
        </w:rPr>
        <w:t xml:space="preserve"> </w:t>
      </w:r>
      <w:r>
        <w:rPr>
          <w:lang w:eastAsia="zh-CN"/>
        </w:rPr>
        <w:br/>
      </w:r>
      <w:r>
        <w:rPr>
          <w:lang w:eastAsia="zh-CN"/>
        </w:rPr>
        <w:t xml:space="preserve"> 　　二、客户反映较多的情况 </w:t>
      </w:r>
      <w:r>
        <w:rPr>
          <w:lang w:eastAsia="zh-CN"/>
        </w:rPr>
        <w:br/>
      </w:r>
      <w:r>
        <w:rPr>
          <w:lang w:eastAsia="zh-CN"/>
        </w:rPr>
        <w:t xml:space="preserve"> 　　对于我们生产销售型企业来说，质量和服务就是我们的生命，如果这两方面做不好，企业的发展壮大就是纸上谈兵。 </w:t>
      </w:r>
      <w:r>
        <w:rPr>
          <w:lang w:eastAsia="zh-CN"/>
        </w:rPr>
        <w:br/>
      </w:r>
      <w:r>
        <w:rPr>
          <w:lang w:eastAsia="zh-CN"/>
        </w:rPr>
        <w:t xml:space="preserve"> 　　1、质量状况：质量不稳定，退、换货情况较多。如xx客户的球阀，xx客户的蝶阀等，发生的质量问题接二连三，客户怨声载道。 </w:t>
      </w:r>
      <w:r>
        <w:rPr>
          <w:lang w:eastAsia="zh-CN"/>
        </w:rPr>
        <w:br/>
      </w:r>
      <w:r>
        <w:rPr>
          <w:lang w:eastAsia="zh-CN"/>
        </w:rPr>
        <w:t xml:space="preserve"> 　　2、细节注意不够：如大块焊疤、表面不光洁，油漆颜色出错，发货时手轮落下等等。虽然是小问题却影响了整个产品的质量，并给客户造成很坏的印象。 </w:t>
      </w:r>
      <w:r>
        <w:rPr>
          <w:lang w:eastAsia="zh-CN"/>
        </w:rPr>
        <w:br/>
      </w:r>
      <w:r>
        <w:rPr>
          <w:lang w:eastAsia="zh-CN"/>
        </w:rPr>
        <w:t xml:space="preserve"> 　　3、交货不及时：生产周期计划不准，生产调度不当常造成货期拖延，也有发货人员人为因素造成的交期延迟。 </w:t>
      </w:r>
      <w:r>
        <w:rPr>
          <w:lang w:eastAsia="zh-CN"/>
        </w:rPr>
        <w:br/>
      </w:r>
      <w:r>
        <w:rPr>
          <w:lang w:eastAsia="zh-CN"/>
        </w:rPr>
        <w:t xml:space="preserve"> 　　4、运费问题：关于运费问题客户投诉较多，尤其是老客户，如xx、xx、xx等人都说比别人的要贵，而且同样的货，同样的运输工具，今天和昨天不一样的价。 </w:t>
      </w:r>
      <w:r>
        <w:rPr>
          <w:lang w:eastAsia="zh-CN"/>
        </w:rPr>
        <w:br/>
      </w:r>
      <w:r>
        <w:rPr>
          <w:lang w:eastAsia="zh-CN"/>
        </w:rPr>
        <w:t xml:space="preserve"> 　　5、技术支持问题：客户的问题不回答或者含糊其词，造成客户对公司抱怨和误解，xx、xx等人均有提到这类问题。问题不大，但与公司“客户至上”“客户就是上帝”的宗旨不和谐。 </w:t>
      </w:r>
      <w:r>
        <w:rPr>
          <w:lang w:eastAsia="zh-CN"/>
        </w:rPr>
        <w:br/>
      </w:r>
      <w:r>
        <w:rPr>
          <w:lang w:eastAsia="zh-CN"/>
        </w:rPr>
        <w:t xml:space="preserve"> 　　6、报价问题：因公司内部价格体系不完整，所以不同的客户等级无法体现，老客户、大客户体会不到公司的照顾与优惠。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三、销售中的问题 </w:t>
      </w:r>
      <w:r>
        <w:rPr>
          <w:lang w:eastAsia="zh-CN"/>
        </w:rPr>
        <w:br/>
      </w:r>
      <w:r>
        <w:rPr>
          <w:lang w:eastAsia="zh-CN"/>
        </w:rPr>
        <w:t xml:space="preserve"> 　　经过近两年的磨合，销售部已经融合成一支精干、团结、上进的队伍。团队有分工，有合作，人员之间沟通顺利，相处融洽；销售人员已掌握了一定的销售技巧，并增强了为客户服务的思想；业务比较熟练，都能独当一面，而且工作中的问题善于总结、归纳，找到合理的解决方法，xx在这方面做得尤其突出。各相关部门的配合也日趋顺利，能相互理解和支持。好的方面需要再接再励，发扬光大，但问题方面也不少。 </w:t>
      </w:r>
      <w:r>
        <w:rPr>
          <w:lang w:eastAsia="zh-CN"/>
        </w:rPr>
        <w:br/>
      </w:r>
      <w:r>
        <w:rPr>
          <w:lang w:eastAsia="zh-CN"/>
        </w:rPr>
        <w:t xml:space="preserve"> 　　1、人员工作热情不高，自主性不强。上班聊天、看电影，打游戏等现象时有发生。究其原因，一是制度监管不力，二则销售人员待遇较低，感觉事情做得不少，但和其他部门相比工资却偏低，导致心理不平衡。 </w:t>
      </w:r>
      <w:r>
        <w:rPr>
          <w:lang w:eastAsia="zh-CN"/>
        </w:rPr>
        <w:br/>
      </w:r>
      <w:r>
        <w:rPr>
          <w:lang w:eastAsia="zh-CN"/>
        </w:rPr>
        <w:t xml:space="preserve"> 　　2、组织纪律意识淡薄，上班迟到、早退现象时有发生。这种情况存在公司各个部门，公司应该有适当的考勤制度，有不良现象发生时不应该仅有部门领导管理，而且公司领导要出面制止。 </w:t>
      </w:r>
      <w:r>
        <w:rPr>
          <w:lang w:eastAsia="zh-CN"/>
        </w:rPr>
        <w:br/>
      </w:r>
      <w:r>
        <w:rPr>
          <w:lang w:eastAsia="zh-CN"/>
        </w:rPr>
        <w:t xml:space="preserve"> 　　3、发货人员的观念问题：发货人员仅仅把发货当做一件单纯任务，以为货物出厂就行，少了为客户服务的理念。其实细节上的用心更能让客户感觉到公司的服务和真诚，比如货物的包装、清晰的'标记，及时告知客户货物的重量，到货时间，为客户尽量把运输费用降低等等。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4、统计工作不到位，没有成品或半成品统计报表，每一次销售部都需要向车间询问货物库存状况，这样一来可能造成销售机会丢失，造成劳动浪费，而且客户也怀疑公司的办事效率。成品仓库和半成品仓库应定时提供报表，告知库存状况以便及时准备货品和告知客户具体生产周期</w:t>
      </w:r>
      <w:r>
        <w:rPr>
          <w:lang w:eastAsia="zh-CN"/>
        </w:rPr>
        <w:t>。</w:t>
      </w:r>
      <w:r>
        <w:rPr>
          <w:lang w:eastAsia="zh-CN"/>
        </w:rPr>
        <w:t xml:space="preserve"> </w:t>
      </w:r>
      <w:r>
        <w:rPr>
          <w:lang w:eastAsia="zh-CN"/>
        </w:rPr>
        <w:br/>
      </w:r>
      <w:r>
        <w:rPr>
          <w:lang w:eastAsia="zh-CN"/>
        </w:rPr>
        <w:t xml:space="preserve"> 　　5、销售、生产、采购等流程衔接不顺，常有造成交期延误事件且推脱责任，互相指责。 </w:t>
      </w:r>
      <w:r>
        <w:rPr>
          <w:lang w:eastAsia="zh-CN"/>
        </w:rPr>
        <w:br/>
      </w:r>
      <w:r>
        <w:rPr>
          <w:lang w:eastAsia="zh-CN"/>
        </w:rPr>
        <w:t xml:space="preserve"> 　　6、技术支持不顺，标书图纸、销售用图纸短缺。 </w:t>
      </w:r>
      <w:r>
        <w:rPr>
          <w:lang w:eastAsia="zh-CN"/>
        </w:rPr>
        <w:br/>
      </w:r>
      <w:r>
        <w:rPr>
          <w:lang w:eastAsia="zh-CN"/>
        </w:rPr>
        <w:t xml:space="preserve"> 　　7、部门责任不清，本未倒置，导致销售部人员没有时间主动争取客户。 </w:t>
      </w:r>
      <w:r>
        <w:rPr>
          <w:lang w:eastAsia="zh-CN"/>
        </w:rPr>
        <w:br/>
      </w:r>
      <w:r>
        <w:rPr>
          <w:lang w:eastAsia="zh-CN"/>
        </w:rPr>
        <w:t xml:space="preserve"> 　　以上问题只是诸多问题中的一小部分，也是销售过程中时有发生的问题，虽不致于影响公司的根本，但不加以重视，最终可能给公司的未来发展带来重大的损失。 </w:t>
      </w:r>
      <w:r>
        <w:rPr>
          <w:lang w:eastAsia="zh-CN"/>
        </w:rPr>
        <w:br/>
      </w:r>
      <w:r>
        <w:rPr>
          <w:lang w:eastAsia="zh-CN"/>
        </w:rPr>
        <w:t xml:space="preserve"> 　　四、关于公司管理的想法及其建议 </w:t>
      </w:r>
      <w:r>
        <w:rPr>
          <w:lang w:eastAsia="zh-CN"/>
        </w:rPr>
        <w:br/>
      </w:r>
      <w:r>
        <w:rPr>
          <w:lang w:eastAsia="zh-CN"/>
        </w:rPr>
        <w:t xml:space="preserve"> 　　我们xx公司经过这两年的发展，已拥有先进的硬件设施，完善的组织结构，生产管理也进步明显，在温州乃至阀门行业都小有名气。应该说，只要我们战略得当，战术得当，用人得当，前景将是非常美好的。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管理出效益”，这个准则大家都知道，但要管理好企业却不是件容易的事。我感觉公司比较注重感情管理，制度化管理不够。严格说来公司应该以制度化管理为基础，兼顾情感管理，这样才能取得管理成果的最大化。就拿考勤来说，卡天天打，可是迟到、早退的没有处罚，加班的也没有奖励，那么打不打卡有什么区别？不如不打。又如员工工作怠慢没人批评指正，即使有人提起最后也是不了了之，这是姑息、纵容，长此以往，公司利益必然受损</w:t>
      </w:r>
      <w:r>
        <w:rPr>
          <w:lang w:eastAsia="zh-CN"/>
        </w:rPr>
        <w:t>。</w:t>
      </w:r>
      <w:r>
        <w:rPr>
          <w:lang w:eastAsia="zh-CN"/>
        </w:rPr>
        <w:t xml:space="preserve"> </w:t>
      </w:r>
      <w:r>
        <w:rPr>
          <w:lang w:eastAsia="zh-CN"/>
        </w:rPr>
        <w:br/>
      </w:r>
      <w:r>
        <w:rPr>
          <w:lang w:eastAsia="zh-CN"/>
        </w:rPr>
        <w:t xml:space="preserve"> 　　过程决定结果，细节决定成败。公司的目标或者一个计划之所以最后出现偏差，往往是在执行的过程中，某些细节执行的不到位所造成。老板们有很多好的想法、方案，有很宏伟的计划，为什么到了最后都没有带来明显的效果？比如说公司年初订的仓库报表，成本核算等，开会时一遍又一遍的说，可就是没有结果，为什么？这就是政令不通，执行力度不够啊。这就是为什么国内企业最近几年都很关注“执行力”的一个重要原因，执行力从那里来？过程控制就是一个关键！完整的过程控制分以下四个方面： </w:t>
      </w:r>
      <w:r>
        <w:rPr>
          <w:lang w:eastAsia="zh-CN"/>
        </w:rPr>
        <w:br/>
      </w:r>
      <w:r>
        <w:rPr>
          <w:lang w:eastAsia="zh-CN"/>
        </w:rPr>
        <w:t xml:space="preserve"> 　　1）工作报告相关人员和部门定期或不定期向总经理或相关负责人汇报工作，报告进展状况，领导也抽出时间主动了解进展状况，给予工作上指导 </w:t>
      </w:r>
      <w:r>
        <w:rPr>
          <w:lang w:eastAsia="zh-CN"/>
        </w:rPr>
        <w:br/>
      </w:r>
      <w:r>
        <w:rPr>
          <w:lang w:eastAsia="zh-CN"/>
        </w:rPr>
        <w:t xml:space="preserve"> 　　2）例会定期的例会可以了解各部门协作情况，可以共同献计献策，并相互沟通。公司的例会太少，尤其是纵向的沟通太少，员工不了解老总们对工作的计划，对自己工作的看法，而老板们也不了解员工的想法，不了解员工的需要 </w:t>
      </w:r>
      <w:r>
        <w:rPr>
          <w:lang w:eastAsia="zh-CN"/>
        </w:rPr>
        <w:br/>
      </w:r>
      <w:r>
        <w:rPr>
          <w:lang w:eastAsia="zh-CN"/>
        </w:rPr>
        <w:t xml:space="preserve"> 　　3）定期检查计划或方案执行一段时期后，公司定期检查其执行情况，是否偏离计划，要否调整，并布置下一段时期的工作任务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4）公平激励建立一只和谐的团队，调动员工的积极性、主动性都需要有一个公平的激励机制。否则会造成员工之间产生矛盾，工作之间不配合，上班没有积极性。就我的个人看法，我认为销售部的工资偏低，大环境比较行业内各个阀门厂销售人员的待遇，小环境比较公司内各部门的待遇。虽然销售部各员工做得都很敬业，实际上大家内心都有一些意见。如果公司认为销售部是一个重要的部门，认可销售部员工的辛苦，希望能留住那些能给公司带来利润的销售人员，那么我建议工资还是要有相应调整，毕竟失去一位员工的损失太大了。另外一个方面就是公司管理结构和用人问题。由于公司自身结构的特殊性，人事管理上容易出现越级管理、多头管理和过度管理等现象。越级管理容易造成部门经理威信丧失，积极性丧失，最后是部门内领导与员工不融洽，遇事没人担当责任；多头管理则容易让员工工作无法适从，担心工作失误；过度管理可能造成员工失去创造性，员工对自己不自信，难以培养出独当一面的人才</w:t>
      </w:r>
      <w:r>
        <w:rPr>
          <w:lang w:eastAsia="zh-CN"/>
        </w:rPr>
        <w:t>。</w:t>
      </w:r>
      <w:r>
        <w:rPr>
          <w:lang w:eastAsia="zh-CN"/>
        </w:rPr>
        <w:t xml:space="preserve"> </w:t>
      </w:r>
      <w:r>
        <w:rPr>
          <w:lang w:eastAsia="zh-CN"/>
        </w:rPr>
        <w:br/>
      </w:r>
      <w:r>
        <w:rPr>
          <w:lang w:eastAsia="zh-CN"/>
        </w:rPr>
        <w:t xml:space="preserve"> 　　以上只是个人之见，不一定都对，但我是真心实意想着公司未来的发展，一心一意想把销售部搞好，为公司也为自己争些体面，请各位老总们斟灼。 </w:t>
      </w:r>
      <w:r>
        <w:rPr>
          <w:lang w:eastAsia="zh-CN"/>
        </w:rPr>
        <w:br/>
      </w:r>
      <w:r>
        <w:rPr>
          <w:lang w:eastAsia="zh-CN"/>
        </w:rPr>
        <w:t xml:space="preserve"> 　　下一年度年销售工作计划初步设想 </w:t>
      </w:r>
      <w:r>
        <w:rPr>
          <w:lang w:eastAsia="zh-CN"/>
        </w:rPr>
        <w:br/>
      </w:r>
      <w:r>
        <w:rPr>
          <w:lang w:eastAsia="zh-CN"/>
        </w:rPr>
        <w:t xml:space="preserve"> 　　销售目标： </w:t>
      </w:r>
      <w:r>
        <w:rPr>
          <w:lang w:eastAsia="zh-CN"/>
        </w:rPr>
        <w:br/>
      </w:r>
      <w:r>
        <w:rPr>
          <w:lang w:eastAsia="zh-CN"/>
        </w:rPr>
        <w:t xml:space="preserve"> 　　初步设想20xx年在上一年的基础上增长40%左右，其中一车间蝶阀为1700万左右，球阀2800万左右，其他2500万左右。这一具体目标的制定希望公司老板能结合实际，综合各方面条件和意见制定，并在销售人员中大张旗鼓的提出。为什么要明确的提出销售任务呢？因为明确的销售目标既是公司的阶段性奋斗方向，且又能给销售人员增加压力产生动力。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销售策略： </w:t>
      </w:r>
      <w:r>
        <w:rPr>
          <w:lang w:eastAsia="zh-CN"/>
        </w:rPr>
        <w:br/>
      </w:r>
      <w:r>
        <w:rPr>
          <w:lang w:eastAsia="zh-CN"/>
        </w:rPr>
        <w:t xml:space="preserve"> 　　思路决定出路，思想决定行动，正确的销售策略指导下才能产生正确的销售手段，完成既定目标。销售策略不是一成不变的，在执行一定时间后，可以检查是否达到了预期目的，方向是否正确，可以做阶段性的调整 </w:t>
      </w:r>
      <w:r>
        <w:rPr>
          <w:lang w:eastAsia="zh-CN"/>
        </w:rPr>
        <w:br/>
      </w:r>
      <w:r>
        <w:rPr>
          <w:lang w:eastAsia="zh-CN"/>
        </w:rPr>
        <w:t xml:space="preserve"> 　　1、办事处为重点，大客户为中心，在保持合理增幅前提下，重点推广“双达”品牌。长远看来，我们最后依靠的对象是在“双达”品牌上投入较多的办事处和部分大客户，那些只以价格为衡量尺度的福建客户无法信任。鉴于此，20xx年要有一个合理的价格体系，办事处、大客户、散户、直接用户等要有一个价格梯度，如办事处100，小客户105，直接用户200等比例。给办事处的许诺要尽量兑现，特别是那些推广双达品牌的办事处，一定要给他们合理的保护，给他们周到的服务，这样他们才能尽力为双达推广。 </w:t>
      </w:r>
      <w:r>
        <w:rPr>
          <w:lang w:eastAsia="zh-CN"/>
        </w:rPr>
        <w:br/>
      </w:r>
      <w:r>
        <w:rPr>
          <w:lang w:eastAsia="zh-CN"/>
        </w:rPr>
        <w:t xml:space="preserve"> 　　2、售部安排专人负责办事处和大客户沟通，了解他们的需求，了解他们的销售情况，特别对待，多开绿灯，让客户觉得双达很重视他们，而且服务也很好。定期安排区域经理走访，加深了解增加信任。 </w:t>
      </w:r>
      <w:r>
        <w:rPr>
          <w:lang w:eastAsia="zh-CN"/>
        </w:rPr>
        <w:br/>
      </w:r>
      <w:r>
        <w:rPr>
          <w:lang w:eastAsia="zh-CN"/>
        </w:rPr>
        <w:t xml:space="preserve"> 　　3、扩展销售途径，尝试直销。阀门行业的进入门槛很低，通用阀门价格战已进入白热化，微利时代已经来临。公司可以选择某些资信比较好的，货款支付合理的工程尝试直销。这条路资金上或许有风险，但相对较高的利润可以消除这种风险，况且如果某一天竞争激烈到公司必须做直销时那我们就没有选择了。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4、强化服务理念，服务思想深入每一位员工心中。为客户服务不仅是直接面对客户的销售人员和市场人员，发货人员、生产人员、技术人员、财务人员等都息息相关 </w:t>
      </w:r>
      <w:r>
        <w:rPr>
          <w:lang w:eastAsia="zh-CN"/>
        </w:rPr>
        <w:br/>
      </w:r>
      <w:r>
        <w:rPr>
          <w:lang w:eastAsia="zh-CN"/>
        </w:rPr>
        <w:t xml:space="preserve"> 　　5、收缩销售产品线。销售线太长，容易让客户感觉公司产品不够专业，而且一旦发现实情可能失去对公司的信任。现在的大公司采购都分得非常仔细，太多产品线可能会失去公司特色。（这里是指不要外协太杂的产品如减压阀、煤气阀、软密封闸阀等） </w:t>
      </w:r>
      <w:r>
        <w:rPr>
          <w:lang w:eastAsia="zh-CN"/>
        </w:rPr>
        <w:br/>
      </w:r>
      <w:r>
        <w:rPr>
          <w:lang w:eastAsia="zh-CN"/>
        </w:rPr>
        <w:t xml:space="preserve"> 　　销售部管理： </w:t>
      </w:r>
      <w:r>
        <w:rPr>
          <w:lang w:eastAsia="zh-CN"/>
        </w:rPr>
        <w:br/>
      </w:r>
      <w:r>
        <w:rPr>
          <w:lang w:eastAsia="zh-CN"/>
        </w:rPr>
        <w:t xml:space="preserve"> 　　1、人员安排 </w:t>
      </w:r>
      <w:r>
        <w:rPr>
          <w:lang w:eastAsia="zh-CN"/>
        </w:rPr>
        <w:br/>
      </w:r>
      <w:r>
        <w:rPr>
          <w:lang w:eastAsia="zh-CN"/>
        </w:rPr>
        <w:t xml:space="preserve"> 　　a)一人负责生产任务安排，车间货物跟单，发货，并做好销售统计报表 </w:t>
      </w:r>
      <w:r>
        <w:rPr>
          <w:lang w:eastAsia="zh-CN"/>
        </w:rPr>
        <w:br/>
      </w:r>
      <w:r>
        <w:rPr>
          <w:lang w:eastAsia="zh-CN"/>
        </w:rPr>
        <w:t xml:space="preserve"> 　　b)一人负责对外采购，外协催货及销售流水账、财务对账，并作好区域经理业绩统计，第一时间明确应收账款 </w:t>
      </w:r>
      <w:r>
        <w:rPr>
          <w:lang w:eastAsia="zh-CN"/>
        </w:rPr>
        <w:br/>
      </w:r>
      <w:r>
        <w:rPr>
          <w:lang w:eastAsia="zh-CN"/>
        </w:rPr>
        <w:t xml:space="preserve"> 　　c)一人负责重要客户联络和跟踪，第一时间将客户货物数量、重量、运费及到达时间告知，了解客户需求和传递公司政策信息等 </w:t>
      </w:r>
      <w:r>
        <w:rPr>
          <w:lang w:eastAsia="zh-CN"/>
        </w:rPr>
        <w:br/>
      </w:r>
      <w:r>
        <w:rPr>
          <w:lang w:eastAsia="zh-CN"/>
        </w:rPr>
        <w:t xml:space="preserve"> 　　d)一人负责外贸跟单、报检、出货并和外贸公司沟通，包括包装尺寸、唛头等问题 </w:t>
      </w:r>
      <w:r>
        <w:rPr>
          <w:lang w:eastAsia="zh-CN"/>
        </w:rPr>
        <w:br/>
      </w:r>
      <w:r>
        <w:rPr>
          <w:lang w:eastAsia="zh-CN"/>
        </w:rPr>
        <w:t xml:space="preserve"> 　　e)专人负责客户接待，带领客户车间参观并沟通 </w:t>
      </w:r>
      <w:r>
        <w:rPr>
          <w:lang w:eastAsia="zh-CN"/>
        </w:rPr>
        <w:br/>
      </w:r>
      <w:r>
        <w:rPr>
          <w:lang w:eastAsia="zh-CN"/>
        </w:rPr>
        <w:t xml:space="preserve"> 　　f)所有人员都应积极参预客户报价，处理销售中产生的问题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2、绩效考核销售部是一支团队，每一笔销售的完成都是销售部成员共同完成，因此不能单以业绩来考核成员，要综合各方面的表现加以评定；同样公司对销售部的考核也不能单一以业绩为尺度，因为我们还要负责销售前、销售中、销售后的方方面面事务。销售成员的绩效考核分以下几个方面</w:t>
      </w:r>
      <w:r>
        <w:rPr>
          <w:lang w:eastAsia="zh-CN"/>
        </w:rPr>
        <w:t>：</w:t>
      </w:r>
      <w:r>
        <w:rPr>
          <w:lang w:eastAsia="zh-CN"/>
        </w:rPr>
        <w:t xml:space="preserve"> </w:t>
      </w:r>
      <w:r>
        <w:rPr>
          <w:lang w:eastAsia="zh-CN"/>
        </w:rPr>
        <w:br/>
      </w:r>
      <w:r>
        <w:rPr>
          <w:lang w:eastAsia="zh-CN"/>
        </w:rPr>
        <w:t xml:space="preserve"> 　　a)出勤率销售部是公司的对外窗口，它既是公司的对外形象又是内部的风标，公司在此方面要坚决，绝不能因人而异，姑息养奸，助长这种陋习。 </w:t>
      </w:r>
      <w:r>
        <w:rPr>
          <w:lang w:eastAsia="zh-CN"/>
        </w:rPr>
        <w:br/>
      </w:r>
      <w:r>
        <w:rPr>
          <w:lang w:eastAsia="zh-CN"/>
        </w:rPr>
        <w:t xml:space="preserve"> 　　b)业务熟练程度及完成业务情况业务熟练程度能够反映出销售人员业务知识水平，以此作为考核内容，可以促进员工学习、创新，把销售部打造成一支学习型的团队。 </w:t>
      </w:r>
      <w:r>
        <w:rPr>
          <w:lang w:eastAsia="zh-CN"/>
        </w:rPr>
        <w:br/>
      </w:r>
      <w:r>
        <w:rPr>
          <w:lang w:eastAsia="zh-CN"/>
        </w:rPr>
        <w:t xml:space="preserve"> 　　c)工作态度服务领域中有一句话叫做“态度决定一切”，没有积极的工作态度，热情的服务意识，再有多大的能耐也不会对公司产生效益，相反会成为害群之马。 </w:t>
      </w:r>
      <w:r>
        <w:rPr>
          <w:lang w:eastAsia="zh-CN"/>
        </w:rPr>
        <w:br/>
      </w:r>
      <w:r>
        <w:rPr>
          <w:lang w:eastAsia="zh-CN"/>
        </w:rPr>
        <w:t xml:space="preserve"> 　　3、培训培训是员工成长的助推剂，也是公司财富增值的一种方式。一是销售部不定期内部培训，二是请技术部人员为销售部做培训。培训内容包括销售技巧、礼仪、技术等方面。 </w:t>
      </w:r>
      <w:r>
        <w:rPr>
          <w:lang w:eastAsia="zh-CN"/>
        </w:rPr>
        <w:br/>
      </w:r>
      <w:r>
        <w:rPr>
          <w:lang w:eastAsia="zh-CN"/>
        </w:rPr>
        <w:t xml:space="preserve"> 　　4、安装专业报价软件，提高报价效率，储存报价结果，方便以后查找。 </w:t>
      </w:r>
      <w:r>
        <w:rPr>
          <w:lang w:eastAsia="zh-CN"/>
        </w:rPr>
        <w:br/>
      </w:r>
      <w:r>
        <w:rPr>
          <w:lang w:eastAsia="zh-CN"/>
        </w:rPr>
        <w:t xml:space="preserve"> 　　以上只是对来年销售部的初步设想，不够完整，也不够成熟，最终方案还请各位老总们考虑、定夺。 </w:t>
      </w:r>
      <w:r>
        <w:rPr>
          <w:lang w:eastAsia="zh-CN"/>
        </w:rPr>
        <w:br/>
      </w:r>
      <w:r>
        <w:rPr>
          <w:lang w:eastAsia="zh-CN"/>
        </w:rPr>
        <w:t>　　IT工作总结 4</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光阴难驻迹如客，一年又将过去。回首往昔，有成绩，同时也有不足，总结今年的工作，找到自身的问题，为明年更好的保证安全生产而努力，这是大缓工区全体员工的心愿，同时也是大家的目标</w:t>
      </w:r>
      <w:r>
        <w:rPr>
          <w:lang w:eastAsia="zh-CN"/>
        </w:rPr>
        <w:t>。</w:t>
      </w:r>
      <w:r>
        <w:rPr>
          <w:lang w:eastAsia="zh-CN"/>
        </w:rPr>
        <w:t xml:space="preserve"> </w:t>
      </w:r>
      <w:r>
        <w:rPr>
          <w:lang w:eastAsia="zh-CN"/>
        </w:rPr>
        <w:br/>
      </w:r>
      <w:r>
        <w:rPr>
          <w:lang w:eastAsia="zh-CN"/>
        </w:rPr>
        <w:t xml:space="preserve"> 　　大缓工区所管设备种类繁多，形式复杂，技术含量较高，检修难度较大；同时工区存在人力资源不足、人员老龄化等各种因素；而工区全体在工长的带领下克服自身困难，加强设备的整治，在全年的安全生产上取得优良的成绩，实现全年无任何责任事故，有力保障了安全生产的有序进行。1--12月份以来共计处理故障177次，更换缺点设备682件，其中进行二级施工更换磨损夹板10台次，更换破裂漏风风压调整器18台，进行三级施工更换漏风风缸2台次，配合工务施工整治复轨器2台次；发现并及时更换断裂夹板10根，更换缓冲弹簧16套，更换各类螺栓46根，更换各类阀芯、阀箱、弹簧钢带等23件。同时还修复故障空压机16台次，更换及修复各种故障设备346件，在没有技术指导、没有人力支援的情况下，在工长的带领下必须保证安全生产，一个月内还拆卸旧空压机2台次，装配新空压机2台次，并经过分局、段领导的检验，获得一致好评。工区的设备质量在大家的努力下取得了长足的进步，并形成一系列良好的工作习惯及准则。 </w:t>
      </w:r>
      <w:r>
        <w:rPr>
          <w:lang w:eastAsia="zh-CN"/>
        </w:rPr>
        <w:br/>
      </w:r>
      <w:r>
        <w:rPr>
          <w:lang w:eastAsia="zh-CN"/>
        </w:rPr>
        <w:t xml:space="preserve"> 　　首先，工区全体员工形成了强烈的安全意识及安全观念，思想上的安全认识得到进一步的提高，每周安全防护员组织大家学规章制度，总结安全生产的'重要性，并且通过个人的发言及讨论来提高大家的安全意识，而且牢固贯彻“三不动”及“三预想”工作制度，在执行安全规章制度上严格要求，树立主人翁责任感，加强集体主义思想的教育，使工区形成了团结互助的氛围。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其次，加强了设备质量的管理，围绕精检细修，提高设备质量，在春季设备检查中，工区按四查要求对设备存在的缺点及隐患逐一克服，及时解决，在秋鉴中，工区按要求开展互检工作，查漏补缺，使工作不走过场，有力的提高了设备质量。平时，更是严格执行设备的巡视工作，做到早、中、晚三巡视，及早发现问题，及早排除故障，减少设备故障时间。 </w:t>
      </w:r>
      <w:r>
        <w:rPr>
          <w:lang w:eastAsia="zh-CN"/>
        </w:rPr>
        <w:br/>
      </w:r>
      <w:r>
        <w:rPr>
          <w:lang w:eastAsia="zh-CN"/>
        </w:rPr>
        <w:t xml:space="preserve"> 　　另外，加强业务学习，提高员工克服故障的能力，从人员素质上努力减少故障延时，每周组织业务学习，在平时的施工中，设备维修中，对设备的具体情况进行详细的分析，并对每个员工进行讲解，日积月累，使大家对设备故障的处理能力得到进一步的加强。 </w:t>
      </w:r>
      <w:r>
        <w:rPr>
          <w:lang w:eastAsia="zh-CN"/>
        </w:rPr>
        <w:br/>
      </w:r>
      <w:r>
        <w:rPr>
          <w:lang w:eastAsia="zh-CN"/>
        </w:rPr>
        <w:t xml:space="preserve"> 　　再则，加强安全防护，加强劳动安全，作业纪律上对大家严格要求，作业过程中不违章、不抢点、不蛮干，安全防护员严格要求，对于违章时间，严格处理，使大家形成了遵守规章的习惯，同时也保证了劳动生产的安全，本年度、本工区无一起人身伤亡事故。 </w:t>
      </w:r>
      <w:r>
        <w:rPr>
          <w:lang w:eastAsia="zh-CN"/>
        </w:rPr>
        <w:br/>
      </w:r>
      <w:r>
        <w:rPr>
          <w:lang w:eastAsia="zh-CN"/>
        </w:rPr>
        <w:t xml:space="preserve"> 　　当然，今年的工作中也有不足的地方，如工区员工洗衣问题，因为工区的洗衣机用了十几年，机壳损坏无法使用，这将作为本工区明年改进的地方。 </w:t>
      </w:r>
      <w:r>
        <w:rPr>
          <w:lang w:eastAsia="zh-CN"/>
        </w:rPr>
        <w:br/>
      </w:r>
      <w:r>
        <w:rPr>
          <w:lang w:eastAsia="zh-CN"/>
        </w:rPr>
        <w:t xml:space="preserve"> 　　新的一年即将到来，在明年的工作中，我们将更家深刻的贯彻各项安全生产的文件精神，大力提高设备质量，努力确保本工区安全生产，一切以“严”开头，严格执行各项生产任务的完成，严查安全隐患，严格两纪，使工区的工作更上一层楼。 </w:t>
      </w:r>
      <w:r>
        <w:rPr>
          <w:lang w:eastAsia="zh-CN"/>
        </w:rPr>
        <w:br/>
      </w:r>
      <w:r>
        <w:rPr>
          <w:lang w:eastAsia="zh-CN"/>
        </w:rPr>
        <w:t>　　IT工作总结 5</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总共分了以下七个方面： </w:t>
      </w:r>
      <w:r>
        <w:rPr>
          <w:lang w:eastAsia="zh-CN"/>
        </w:rPr>
        <w:br/>
      </w:r>
      <w:r>
        <w:rPr>
          <w:lang w:eastAsia="zh-CN"/>
        </w:rPr>
        <w:t xml:space="preserve"> 　　一、每日例行工作 </w:t>
      </w:r>
      <w:r>
        <w:rPr>
          <w:lang w:eastAsia="zh-CN"/>
        </w:rPr>
        <w:br/>
      </w:r>
      <w:r>
        <w:rPr>
          <w:lang w:eastAsia="zh-CN"/>
        </w:rPr>
        <w:t xml:space="preserve"> 　　1、检查机房硬件和软件设备的运行情况，重点检查服务器上的数据库运行和备份、局域办公网和医保刷卡网的连通情况； </w:t>
      </w:r>
      <w:r>
        <w:rPr>
          <w:lang w:eastAsia="zh-CN"/>
        </w:rPr>
        <w:br/>
      </w:r>
      <w:r>
        <w:rPr>
          <w:lang w:eastAsia="zh-CN"/>
        </w:rPr>
        <w:t xml:space="preserve"> 　　2、巡查每个科室，了解体检系统、电脑和打印等设备的使用情况，解决问题，收集需求； </w:t>
      </w:r>
      <w:r>
        <w:rPr>
          <w:lang w:eastAsia="zh-CN"/>
        </w:rPr>
        <w:br/>
      </w:r>
      <w:r>
        <w:rPr>
          <w:lang w:eastAsia="zh-CN"/>
        </w:rPr>
        <w:t xml:space="preserve"> 　　二、业务系统 </w:t>
      </w:r>
      <w:r>
        <w:rPr>
          <w:lang w:eastAsia="zh-CN"/>
        </w:rPr>
        <w:br/>
      </w:r>
      <w:r>
        <w:rPr>
          <w:lang w:eastAsia="zh-CN"/>
        </w:rPr>
        <w:t xml:space="preserve"> 　　1、根据员工的变动，更新业务系统用户； </w:t>
      </w:r>
      <w:r>
        <w:rPr>
          <w:lang w:eastAsia="zh-CN"/>
        </w:rPr>
        <w:br/>
      </w:r>
      <w:r>
        <w:rPr>
          <w:lang w:eastAsia="zh-CN"/>
        </w:rPr>
        <w:t xml:space="preserve"> 　　2、配合各部门进行业务系统相关操作，指导业务系统的使用，解决每日体检数据相关异常； </w:t>
      </w:r>
      <w:r>
        <w:rPr>
          <w:lang w:eastAsia="zh-CN"/>
        </w:rPr>
        <w:br/>
      </w:r>
      <w:r>
        <w:rPr>
          <w:lang w:eastAsia="zh-CN"/>
        </w:rPr>
        <w:t xml:space="preserve"> 　　3、熟悉业务后台数据库，按部门提交的需求处理体检业务数据，如诊断描述模版的修改，新业务的添加，参考值的修改，医生诊断结果修改，相关体检项目统计等； </w:t>
      </w:r>
      <w:r>
        <w:rPr>
          <w:lang w:eastAsia="zh-CN"/>
        </w:rPr>
        <w:br/>
      </w:r>
      <w:r>
        <w:rPr>
          <w:lang w:eastAsia="zh-CN"/>
        </w:rPr>
        <w:t xml:space="preserve"> 　　三、设备维护 </w:t>
      </w:r>
      <w:r>
        <w:rPr>
          <w:lang w:eastAsia="zh-CN"/>
        </w:rPr>
        <w:br/>
      </w:r>
      <w:r>
        <w:rPr>
          <w:lang w:eastAsia="zh-CN"/>
        </w:rPr>
        <w:t xml:space="preserve"> 　　解决彩超2的图像不能采集故障；排除排队叫号设备不能正常出票的.故障；解决医保刷卡器无法读卡故障；解决骨密度的仪器自带系统无法启动故障；中心无线网络设备故障发现和报修给售后；解决销售、汇总和前台条码机不能正常打印的故障；解决采血室和多普勒tcd的打印机故障，给连续供墨打印机加墨水； </w:t>
      </w:r>
      <w:r>
        <w:rPr>
          <w:lang w:eastAsia="zh-CN"/>
        </w:rPr>
        <w:br/>
      </w:r>
      <w:r>
        <w:rPr>
          <w:lang w:eastAsia="zh-CN"/>
        </w:rPr>
        <w:t xml:space="preserve"> 　　四、医保相关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按月分批导出系统医保刷卡数据，交与前台进行核对；医保刷卡软件的一些培训工作，主要针对收银和财务；医保软件自带数据库优化，解决因数据增长限制导致无法刷医保卡问题；排除医保刷卡网络的断线问题</w:t>
      </w:r>
      <w:r>
        <w:rPr>
          <w:lang w:eastAsia="zh-CN"/>
        </w:rPr>
        <w:t>；</w:t>
      </w:r>
      <w:r>
        <w:rPr>
          <w:lang w:eastAsia="zh-CN"/>
        </w:rPr>
        <w:t xml:space="preserve"> </w:t>
      </w:r>
      <w:r>
        <w:rPr>
          <w:lang w:eastAsia="zh-CN"/>
        </w:rPr>
        <w:br/>
      </w:r>
      <w:r>
        <w:rPr>
          <w:lang w:eastAsia="zh-CN"/>
        </w:rPr>
        <w:t xml:space="preserve"> 　　五、短信平台 </w:t>
      </w:r>
      <w:r>
        <w:rPr>
          <w:lang w:eastAsia="zh-CN"/>
        </w:rPr>
        <w:br/>
      </w:r>
      <w:r>
        <w:rPr>
          <w:lang w:eastAsia="zh-CN"/>
        </w:rPr>
        <w:t xml:space="preserve"> 　　1、同梦网运营商及总部it联系，安装和调试短信平台服务器，开通并维护短信发送系统； </w:t>
      </w:r>
      <w:r>
        <w:rPr>
          <w:lang w:eastAsia="zh-CN"/>
        </w:rPr>
        <w:br/>
      </w:r>
      <w:r>
        <w:rPr>
          <w:lang w:eastAsia="zh-CN"/>
        </w:rPr>
        <w:t xml:space="preserve"> 　　2、开通网络体检报告查询服务，按时发送体检报告查询短信，解决客户反馈过来的体检报告查询异常； </w:t>
      </w:r>
      <w:r>
        <w:rPr>
          <w:lang w:eastAsia="zh-CN"/>
        </w:rPr>
        <w:br/>
      </w:r>
      <w:r>
        <w:rPr>
          <w:lang w:eastAsia="zh-CN"/>
        </w:rPr>
        <w:t xml:space="preserve"> 　　六、网站相关 </w:t>
      </w:r>
      <w:r>
        <w:rPr>
          <w:lang w:eastAsia="zh-CN"/>
        </w:rPr>
        <w:br/>
      </w:r>
      <w:r>
        <w:rPr>
          <w:lang w:eastAsia="zh-CN"/>
        </w:rPr>
        <w:t xml:space="preserve"> 　　1、把网站的域名管理权从网站开发商处要回，并把对外网站的二级域名映射到内部体检报告查询服务器，在网站主页上添加体检报告查询通道，客户可以通过此通道访问查询体检报告； </w:t>
      </w:r>
      <w:r>
        <w:rPr>
          <w:lang w:eastAsia="zh-CN"/>
        </w:rPr>
        <w:br/>
      </w:r>
      <w:r>
        <w:rPr>
          <w:lang w:eastAsia="zh-CN"/>
        </w:rPr>
        <w:t xml:space="preserve"> 　　2、配合企划和文员对网站进行内容更新；在网站后台添加搜索关键字，添加网站流量统计； </w:t>
      </w:r>
      <w:r>
        <w:rPr>
          <w:lang w:eastAsia="zh-CN"/>
        </w:rPr>
        <w:br/>
      </w:r>
      <w:r>
        <w:rPr>
          <w:lang w:eastAsia="zh-CN"/>
        </w:rPr>
        <w:t xml:space="preserve"> 　　七、协助其他 </w:t>
      </w:r>
      <w:r>
        <w:rPr>
          <w:lang w:eastAsia="zh-CN"/>
        </w:rPr>
        <w:br/>
      </w:r>
      <w:r>
        <w:rPr>
          <w:lang w:eastAsia="zh-CN"/>
        </w:rPr>
        <w:t xml:space="preserve"> 　　1、收集中心打印机设备和相关耗材的型号，协助行政对其进行采购； </w:t>
      </w:r>
      <w:r>
        <w:rPr>
          <w:lang w:eastAsia="zh-CN"/>
        </w:rPr>
        <w:br/>
      </w:r>
      <w:r>
        <w:rPr>
          <w:lang w:eastAsia="zh-CN"/>
        </w:rPr>
        <w:t xml:space="preserve"> 　　2、偶尔配合电工师傅进行一些设施安装和修缮工作，给楼层送送水等； </w:t>
      </w:r>
      <w:r>
        <w:rPr>
          <w:lang w:eastAsia="zh-CN"/>
        </w:rPr>
        <w:br/>
      </w:r>
      <w:r>
        <w:rPr>
          <w:lang w:eastAsia="zh-CN"/>
        </w:rPr>
        <w:t>　　IT工作总结 6</w:t>
      </w:r>
      <w:r>
        <w:rPr>
          <w:lang w:eastAsia="zh-CN"/>
        </w:rPr>
        <w:br/>
      </w:r>
    </w:p>
    <w:p w:rsidR="001B1F19" w14:textId="27C3F48A">
      <w:pPr>
        <w:rPr>
          <w:rFonts w:hint="eastAsia"/>
          <w:lang w:eastAsia="zh-CN"/>
        </w:rPr>
      </w:pPr>
      <w:r>
        <w:rPr>
          <w:lang w:eastAsia="zh-CN"/>
        </w:rPr>
        <w:t xml:space="preserve"> 　　大学生活在我们指尖流过了四分之一。从天南地北来的三十三个人所组合成的集体，也在一起度过了三百多个日子。这段时间，有各种感情的调味料充实着，初始的新鲜，出游的新鲜，聚会的开心，球赛的热情，考试的紧张我们一起分享</w:t>
      </w:r>
      <w:r>
        <w:rPr>
          <w:lang w:eastAsia="zh-CN"/>
        </w:rPr>
        <w:t>。</w:t>
      </w:r>
      <w:r>
        <w:rPr>
          <w:lang w:eastAsia="zh-CN"/>
        </w:rPr>
        <w:t xml:space="preserve"> </w:t>
      </w:r>
      <w:r>
        <w:rPr>
          <w:lang w:eastAsia="zh-CN"/>
        </w:rPr>
        <w:br/>
      </w:r>
      <w:r>
        <w:rPr>
          <w:lang w:eastAsia="zh-CN"/>
        </w:rPr>
        <w:t xml:space="preserve"> 　　班上的同学是亲密的朋友。任何时间，任何地点，他们都会让你感动不已。我依然记得一次下大雨，我打电话到108寝室之后彭中中同学冒雨给我送伞；不和同班同学住一起的汤丹在生日那天收到全班同学签名的生日卡片。在最平凡的日子，让我最感动，感觉最亲切的，总是他们。 </w:t>
      </w:r>
      <w:r>
        <w:rPr>
          <w:lang w:eastAsia="zh-CN"/>
        </w:rPr>
        <w:br/>
      </w:r>
      <w:r>
        <w:rPr>
          <w:lang w:eastAsia="zh-CN"/>
        </w:rPr>
        <w:t xml:space="preserve"> 　　我们班级的活动，同学们也是一直积极出谋划策和热心参加。开学第一次团会和特团，因为各位都是新手，就算有学长的指导，我们仍然比较茫然。此时周雨沁同学我为我们解决了这个问题；在“重阳敬老”的节目排练时期更是班级总动员，各位都是自发来一栋讨论哪些节目好，哪些节目合适；文艺委员蒋曼在我们班女生资源少的情况下排出六人舞蹈；而为了最后的大合唱《同一首歌》，全班同学更是一起集中练习了好几个晚上。 </w:t>
      </w:r>
      <w:r>
        <w:rPr>
          <w:lang w:eastAsia="zh-CN"/>
        </w:rPr>
        <w:br/>
      </w:r>
      <w:r>
        <w:rPr>
          <w:lang w:eastAsia="zh-CN"/>
        </w:rPr>
        <w:t xml:space="preserve"> 　　今年的森林公园素质拓展和以读书为主体的团会，也是在团支书李玉杰的主持下，彭中中，李柏林，陈颢等同学积极筹办的。这两次活动同学们的参加热情更高。特别是平时比较喜欢安静的同学此刻站在大讲台上，风度翩翩，当谈到自己的兴趣所在时，更是口若悬河。在场的同学因此也享受了一次来自身边的文化大餐。而素质拓展也让我们在学习紧张之余一起分享快乐与欢笑。素质拓展时的一个游戏让我很欣慰。游戏是这样的：写下你心中的班级是怎样的'。几乎是所有的同学，都把这当作一个团结的集体，一个温暖的家，一个避风的港湾。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https://d.book118.com/376002142205010054</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76002142205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