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新的一年工作计划18篇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新的一年工作计划 1</w:t>
      </w:r>
      <w:r>
        <w:rPr>
          <w:lang w:eastAsia="zh-CN"/>
        </w:rPr>
        <w:br/>
      </w:r>
      <w:r>
        <w:rPr>
          <w:lang w:eastAsia="zh-CN"/>
        </w:rPr>
        <w:t>　　XX年财务科在公司领导的正确指导下，一丝不苟地开展工作，以高度的责任感做好公司的财务统计工作，下面是我们一年来的工作情况总结：</w:t>
      </w:r>
      <w:r>
        <w:rPr>
          <w:lang w:eastAsia="zh-CN"/>
        </w:rPr>
        <w:br/>
      </w:r>
      <w:r>
        <w:rPr>
          <w:lang w:eastAsia="zh-CN"/>
        </w:rPr>
        <w:t>　　一、以质量贯标为契机，不断增强全员的预算管理意识。</w:t>
      </w:r>
      <w:r>
        <w:rPr>
          <w:lang w:eastAsia="zh-CN"/>
        </w:rPr>
        <w:br/>
      </w:r>
      <w:r>
        <w:rPr>
          <w:lang w:eastAsia="zh-CN"/>
        </w:rPr>
        <w:t>　　今年市局(公司)将我公司列为第一批质量认证达标单位，职工的质量规范意识明显增强。我们以此为契机，根据财务管理的特点以及财务管理的需要，及时出台了局(公司)《全面预算管理制度》，各科室站所分别配备了预算管理员，从而使每项工作有计划、有落实、有监督、有考核。</w:t>
      </w:r>
      <w:r>
        <w:rPr>
          <w:lang w:eastAsia="zh-CN"/>
        </w:rPr>
        <w:br/>
      </w:r>
      <w:r>
        <w:rPr>
          <w:lang w:eastAsia="zh-CN"/>
        </w:rPr>
        <w:t>　　二、以培训为动力，不断提高财会人员的业务水平。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几年来，市局(公司)一直把人员培训视为企业发展，增强企业竞争力的突破口，财务管理工作同样迫切需要素质较高的会计从业人员，因此我们根据实际工作的要求，年初就制定了基层会计人员培训计划，有步骤有目的的进行培训，今年共举办了三期会计人员培训班，分别学习了《会计法》、《烟站财务管理核算办法》、《企业管理工作意见》、《工作质量与方针目标考核办法》。通过学习，进一步了解了公司的各项管理制度，懂得了基层烟站会计人员的工作要求，如何更好地做好基层财务工作等。提高了干好基层财务工作的主动性与积极性。</w:t>
      </w:r>
      <w:r>
        <w:rPr>
          <w:lang w:eastAsia="zh-CN"/>
        </w:rPr>
        <w:br/>
      </w:r>
      <w:r>
        <w:rPr>
          <w:lang w:eastAsia="zh-CN"/>
        </w:rPr>
        <w:t>　　同时，我们还加强了财务科全体人员的业务培训，财务科全体成员积极参加各种形式的学习，努力提高业务水平，在市局组织的大比武中取得了较好的成绩，同时在财政局组织的财务基础工作检查中，得到好评。财务科成员更是把提高自身素质当成是能否胜任工作，能否提高财务管理水平的头等大事来做。积极进取，努力学习，今年先后有三人次参加了全国会计中级职称考试，二人次参加了全国会计初级考试。烟站会计人员也有多人次报名参加了全国会计初级考试。局(公司)全体财务人员业务技能水平不断提高，为干好工作提供了素质保证。</w:t>
      </w:r>
      <w:r>
        <w:rPr>
          <w:lang w:eastAsia="zh-CN"/>
        </w:rPr>
        <w:br/>
      </w:r>
      <w:r>
        <w:rPr>
          <w:lang w:eastAsia="zh-CN"/>
        </w:rPr>
        <w:t>　　三、以考核为手段，促进财务基础管理水平的提高。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随着企业管理的进一步深入，财务的管理职能逐渐增强。今年，市局(公司)为加大责任制考核力度，保证责任制的贯彻落实，专门成立了考核组织，财务科同企管科及办公室一起积极参与考核，严格按责任制考核兑现，保证了各项工作的顺利开展。体现了责任制的严肃性与公正性。工作中，最重要的一点就是借市局(公司)的考核体系，采取了工作质量与方针目标的考核机制，将管理的要求与重点，纳入工作质量与方针目标考核。制定了烟站会计、保管方针目标工作质量考核标准，将科室费用预算、职工借款写入方针目标。通过月份考核与工资挂钩，季度与奖金挂钩等兑现按《财务会计制度》和《会计法》的要求，全面提高财务核算质量，实事求是的体现财务经营成果，做诚信纳税单位。并顺利通过每年一次的国税、地税关于纳税情况的检查。</w:t>
      </w:r>
      <w:r>
        <w:rPr>
          <w:lang w:eastAsia="zh-CN"/>
        </w:rPr>
        <w:br/>
      </w:r>
      <w:r>
        <w:rPr>
          <w:lang w:eastAsia="zh-CN"/>
        </w:rPr>
        <w:t>　　这就强化了财务的监督管理职能，规范了各站所经营行为，有力保证了各项工作的顺利进行。</w:t>
      </w:r>
      <w:r>
        <w:rPr>
          <w:lang w:eastAsia="zh-CN"/>
        </w:rPr>
        <w:br/>
      </w:r>
      <w:r>
        <w:rPr>
          <w:lang w:eastAsia="zh-CN"/>
        </w:rPr>
        <w:t>　　四、积极参与企业经营管理，搞好公司财产物资的清查与盘点</w:t>
      </w:r>
      <w:r>
        <w:rPr>
          <w:lang w:eastAsia="zh-CN"/>
        </w:rPr>
        <w:br/>
      </w:r>
      <w:r>
        <w:rPr>
          <w:lang w:eastAsia="zh-CN"/>
        </w:rPr>
        <w:t>　　随着企业的不断发展，财务的管理职能日益显现。财务管理参与到企业管理的方方面面，从物资采购中的比价采购小组到基建的招投标，再到废旧物资的处理等等，财务科都参与其中，起到了其应有的作用。</w:t>
      </w:r>
      <w:r>
        <w:rPr>
          <w:lang w:eastAsia="zh-CN"/>
        </w:rPr>
        <w:br/>
      </w:r>
      <w:r>
        <w:rPr>
          <w:lang w:eastAsia="zh-CN"/>
        </w:rPr>
        <w:t>　　五、搞好财经秩序整顿工作，全面做好迎接审计的准备</w:t>
      </w:r>
      <w:r>
        <w:rPr>
          <w:lang w:eastAsia="zh-CN"/>
        </w:rPr>
        <w:br/>
      </w:r>
      <w:r>
        <w:rPr>
          <w:lang w:eastAsia="zh-CN"/>
        </w:rPr>
        <w:t>　　根据上级局(公司)关于财经秩序整顿工作的要求，结合我公司自身的实际，认真搞好自查与整顿，特别是把整顿工作视为规范企业经营行为的良机。首先，对XX年以来的卷烟购、销、存业务认真检查，并与烟厂核对一致，确保做到帐帐、帐实相符，没有发现违反规定的行为，保证了自查工作的质量。其次，对基层站所进行全面审计，加强对金曾会计人员的指导。从会计基础工作导演用物资的扶持兑现，再到烟叶收购中涉及到的财务工作，财务科人员都一一指导到位，规范了会计的基础工作，为迎审计署的检查做好了充分的准备。</w:t>
      </w:r>
      <w:r>
        <w:rPr>
          <w:lang w:eastAsia="zh-CN"/>
        </w:rPr>
        <w:br/>
      </w:r>
      <w:r>
        <w:rPr>
          <w:lang w:eastAsia="zh-CN"/>
        </w:rPr>
        <w:t>　　六、加强资金管理，减少资金占用，提高资金利用率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年初，我公司资产负债率高达，为了切实降低资产负债率，从点滴做起，控制资金占用，提高资使用效率，首先对欠款情况进行了分析，会同各业务科室积极回收货款。其次做好现金预算的预算和编报，防止资金的积压。第三、严格执行省资金结算中心的管理规定，从严控制烟站资金占用，将物资销售款及时要求上划。从而减少了资金占用，降低了财务费用，提高了企业经济效益。</w:t>
      </w:r>
      <w:r>
        <w:rPr>
          <w:lang w:eastAsia="zh-CN"/>
        </w:rPr>
        <w:br/>
      </w:r>
      <w:r>
        <w:rPr>
          <w:lang w:eastAsia="zh-CN"/>
        </w:rPr>
        <w:t>　　七、20xx年财务工作计划</w:t>
      </w:r>
      <w:r>
        <w:rPr>
          <w:lang w:eastAsia="zh-CN"/>
        </w:rPr>
        <w:br/>
      </w:r>
      <w:r>
        <w:rPr>
          <w:lang w:eastAsia="zh-CN"/>
        </w:rPr>
        <w:t>　　为全面搞好20xx年全面预算管理与财务管理工作，我们计划重点抓好以下几个方面的工作：</w:t>
      </w:r>
      <w:r>
        <w:rPr>
          <w:lang w:eastAsia="zh-CN"/>
        </w:rPr>
        <w:br/>
      </w:r>
      <w:r>
        <w:rPr>
          <w:lang w:eastAsia="zh-CN"/>
        </w:rPr>
        <w:t>　　(一)根据上级公司下达的预算指导意见，进一步搞好预算管理工作。</w:t>
      </w:r>
      <w:r>
        <w:rPr>
          <w:lang w:eastAsia="zh-CN"/>
        </w:rPr>
        <w:br/>
      </w:r>
      <w:r>
        <w:rPr>
          <w:lang w:eastAsia="zh-CN"/>
        </w:rPr>
        <w:t>　　预算管理作为财务管理中的重要一环，与全面做好财务工作息息相关。在明年的工作当中，要进一步加强对科室、站所的费用预算指导与预算管理，认真做好预算的分析、分解与落实工作，使全面预算管理真正成为全员预算管理，让预算真正发挥其应有的作用。</w:t>
      </w:r>
      <w:r>
        <w:rPr>
          <w:lang w:eastAsia="zh-CN"/>
        </w:rPr>
        <w:br/>
      </w:r>
      <w:r>
        <w:rPr>
          <w:lang w:eastAsia="zh-CN"/>
        </w:rPr>
        <w:t>　　(二)结合iso9000质量认证，当好领导的参谋，确保完成上级局(公司)下达的各项指标。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今年，公司已走上了良性发展的快车道，卷烟销售与烟叶经营质量不断提高，企业资产得到进一步净化与整合。结合市局(公司)贯彻9000质量认证体系，本着“严、深、细、实”的原则，全面强化两烟责任制的制定与落实，在千辛万苦抓增收的基础上，千方百计研究节支，力争完成各项任务指标。同时，认真研究搞好多种经营工作，围绕盘活资产，对现有闲置的网点和烟站进行对外租赁;认真清理往来帐户，大力回收货款，减少资金占用，提高企业资产负债结构，降低企业资产负债率。根据上级公司物资采购的要求，进一步健全物资比价采购制度。</w:t>
      </w:r>
      <w:r>
        <w:rPr>
          <w:lang w:eastAsia="zh-CN"/>
        </w:rPr>
        <w:br/>
      </w:r>
      <w:r>
        <w:rPr>
          <w:lang w:eastAsia="zh-CN"/>
        </w:rPr>
        <w:t>　　(三)继续开展会计从业人员的培训活动，进一步搞好烟站的基础工作，提高管理水平。</w:t>
      </w:r>
      <w:r>
        <w:rPr>
          <w:lang w:eastAsia="zh-CN"/>
        </w:rPr>
        <w:br/>
      </w:r>
      <w:r>
        <w:rPr>
          <w:lang w:eastAsia="zh-CN"/>
        </w:rPr>
        <w:t>　　企业越发展进步，财务管理的'作用就越突出。所着企业的不断发展壮大，对财务管理的要求也越来越高。为了适应这一要求，就必须继续开展会计从业人员的培训，提高会计从业人员的水平。在提高会计人员水平的基础上，进一步加强检查督促与指导，搞好会计的基础工作，为更好的参与企业的经营管理工作打下坚实的基础。</w:t>
      </w:r>
      <w:r>
        <w:rPr>
          <w:lang w:eastAsia="zh-CN"/>
        </w:rPr>
        <w:br/>
      </w:r>
      <w:r>
        <w:rPr>
          <w:lang w:eastAsia="zh-CN"/>
        </w:rPr>
        <w:t>　　总之，今年财务科的工作在各位领导的支持与帮助下，在各科室和基层站所的配合下，按照党委的部署和安排，认真组织落实，取得了较好的成绩。但是，来年的任务更重，压力更大，我们财务科全体成员将变压力为动力，积极进取，开拓创新，充分发挥财务管理在企业管理中的核心作用，为企业的发展壮大做出新的更大的贡献.　　新的一年工作计划 2</w:t>
      </w:r>
      <w:r>
        <w:rPr>
          <w:lang w:eastAsia="zh-CN"/>
        </w:rPr>
        <w:br/>
      </w:r>
      <w:r>
        <w:rPr>
          <w:lang w:eastAsia="zh-CN"/>
        </w:rPr>
        <w:t>　　一、办公室工作方面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树立办公室工作无小事的意识，真心做到为领导服务、为部门服务、为群众服务。在完成领导交予的任务时要分清轻重缓急，理清思路，不漏办、不误办、不错办，对领导安排的工作一旦接受，即排除一切干扰，全身心地投入，高质量地完成任务，高效率地办好每件事情，力求完美。在工作中时刻强化细节决定成败的意识，要从细小的事抓起，面对每一件大小事情，坚持认真再认真，细致再细致的原则。</w:t>
      </w:r>
      <w:r>
        <w:rPr>
          <w:lang w:eastAsia="zh-CN"/>
        </w:rPr>
        <w:br/>
      </w:r>
      <w:r>
        <w:rPr>
          <w:lang w:eastAsia="zh-CN"/>
        </w:rPr>
        <w:t>　　作为宣传干事，我将从以下方面全力做好宣传工作：</w:t>
      </w:r>
      <w:r>
        <w:rPr>
          <w:lang w:eastAsia="zh-CN"/>
        </w:rPr>
        <w:br/>
      </w:r>
      <w:r>
        <w:rPr>
          <w:lang w:eastAsia="zh-CN"/>
        </w:rPr>
        <w:t>　　1、多学习，提高写作能力。养成读书的好习惯，系统的学习有关政治理论知识，打好理论功底，勤奋的进行资料积累和思想积累，开拓自己的视野，优化知识结构。在日常写作中，要字斟句酌，坚持一丝不苟的写作原则。</w:t>
      </w:r>
      <w:r>
        <w:rPr>
          <w:lang w:eastAsia="zh-CN"/>
        </w:rPr>
        <w:br/>
      </w:r>
      <w:r>
        <w:rPr>
          <w:lang w:eastAsia="zh-CN"/>
        </w:rPr>
        <w:t>　　2、勤调研，发掘新闻素材。在平时的工作中，要用心观察领导动态，深入群众生活，遇事多思考，培养善于发现和鉴别具有新闻价值的能力。</w:t>
      </w:r>
      <w:r>
        <w:rPr>
          <w:lang w:eastAsia="zh-CN"/>
        </w:rPr>
        <w:br/>
      </w:r>
      <w:r>
        <w:rPr>
          <w:lang w:eastAsia="zh-CN"/>
        </w:rPr>
        <w:t>　　3、快行动，及时上报信息。新闻和信息具有时效性，在得到新闻和信息素材的第一时间，要即时行动，尽早将其报送至电视台或县委、县政府信息科，保证信息的.及时上传与发布。</w:t>
      </w:r>
      <w:r>
        <w:rPr>
          <w:lang w:eastAsia="zh-CN"/>
        </w:rPr>
        <w:br/>
      </w:r>
      <w:r>
        <w:rPr>
          <w:lang w:eastAsia="zh-CN"/>
        </w:rPr>
        <w:t>　　二、管区工作方面</w:t>
      </w:r>
      <w:r>
        <w:rPr>
          <w:lang w:eastAsia="zh-CN"/>
        </w:rPr>
        <w:br/>
      </w:r>
      <w:r>
        <w:rPr>
          <w:lang w:eastAsia="zh-CN"/>
        </w:rPr>
        <w:t>　　1、加强学习，提高自身综合素质。由于自己参见工作时间比较短，自身经验和处事能力、人际关系方面都需要全面提高。一方面，自己认真努力完成工作，并对自己的工作进行自查，自我监督。另一方面，离不开领导的关怀指导和同事的帮助。我会虚心向领导和各位同事请教相关问题。另外，驻村过程本身就是一个学习的过程，还要向农村基层干部学习，向农民学习，不断从基层汲取知识和营养，丰富自己的思想和阅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开拓思路，完成年度任务目标。作为一名包村干部，将上级的惠民政策、制度规章传达给基层村组织并且保证其顺利实施为主要工作目标。在驻村工作中，我要坚持各项工作与党委政府的思想保持高度一致，努力将党委政府交予的任务圆满完成，做到不打折扣，使基层村民切实得到惠民利益，了解新农村建设的各项制度。</w:t>
      </w:r>
      <w:r>
        <w:rPr>
          <w:lang w:eastAsia="zh-CN"/>
        </w:rPr>
        <w:br/>
      </w:r>
      <w:r>
        <w:rPr>
          <w:lang w:eastAsia="zh-CN"/>
        </w:rPr>
        <w:t>　　3、深入调研，倾听老百姓的呼声。在工作中，除了多与村干部沟通，更要自己走出去，深入到群众中，多与他们谈心，切实了解群众在工作中遇到的困难和不便，在自己力所能及的情况下尽量解决，解决不了的上报上级领导，切实做到真正为农民办事。</w:t>
      </w:r>
      <w:r>
        <w:rPr>
          <w:lang w:eastAsia="zh-CN"/>
        </w:rPr>
        <w:br/>
      </w:r>
      <w:r>
        <w:rPr>
          <w:lang w:eastAsia="zh-CN"/>
        </w:rPr>
        <w:t>　　4、化解矛盾，维护农村社会稳定。要时刻以维护农村社会稳定为己任，进积极排查和调解村民的矛盾纠纷，协助做好信访工作。对各种社会、家庭、邻里矛盾，以法以情以理做耐心深入细致的思想工作，尽量做到小事不出村，大事不出镇。</w:t>
      </w:r>
      <w:r>
        <w:rPr>
          <w:lang w:eastAsia="zh-CN"/>
        </w:rPr>
        <w:br/>
      </w:r>
      <w:r>
        <w:rPr>
          <w:lang w:eastAsia="zh-CN"/>
        </w:rPr>
        <w:t>　　另外，在日常工作中，要注意协调办公室工作与管区工作的关系，坚持以大局为重，争取做到两方面的工作都有条不紊的进行。</w:t>
      </w:r>
      <w:r>
        <w:rPr>
          <w:lang w:eastAsia="zh-CN"/>
        </w:rPr>
        <w:br/>
      </w:r>
      <w:r>
        <w:rPr>
          <w:lang w:eastAsia="zh-CN"/>
        </w:rPr>
        <w:t>　　总之，新的一年我会继续加强学习，用高标准要求自己，积极为百姓办实事，为社会建设贡献自己的微薄力量。　　新的一年工作计划 3</w:t>
      </w:r>
      <w:r>
        <w:rPr>
          <w:lang w:eastAsia="zh-CN"/>
        </w:rPr>
        <w:br/>
      </w:r>
      <w:r>
        <w:rPr>
          <w:lang w:eastAsia="zh-CN"/>
        </w:rPr>
        <w:t>　　为了提升网点服务效能，加强服务管理，创新服务内涵，完善服务制度，培育服务典型，同时结合我部组织架构调整及流程整合，进一步提高营业部员工服务水平、营销能力，提升我部综合竞争力，制定20xx年文明优质服务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由行政与内控团队负责汇总整理客户意见簿、各渠道投诉表扬并做好相关反馈回复工作，并将表扬投诉结果定期进行公布。对表扬及投诉等情况整理后，选取典型事例，发送给各团队组织进行学习。坚持公平公正原则做好每季度服务明星评选工作，使其起到模范作用。</w:t>
      </w:r>
      <w:r>
        <w:rPr>
          <w:lang w:eastAsia="zh-CN"/>
        </w:rPr>
        <w:br/>
      </w:r>
      <w:r>
        <w:rPr>
          <w:lang w:eastAsia="zh-CN"/>
        </w:rPr>
        <w:t>　　2、实行每日服务检查制度，发现问题及时通知团队负责人，督促各团队进行整改，并做好整改后的跟进。</w:t>
      </w:r>
      <w:r>
        <w:rPr>
          <w:lang w:eastAsia="zh-CN"/>
        </w:rPr>
        <w:br/>
      </w:r>
      <w:r>
        <w:rPr>
          <w:lang w:eastAsia="zh-CN"/>
        </w:rPr>
        <w:t>　　3、为内部员工提供服务意见反馈渠道。在部门内增设内部意见箱或公布我部内部意见征询指定邮箱，向省行各部及营业部内部员工征询我部服务管理中存在的问题。同时，指定内部人员作为服务督导专员，定期向服务督导专员征求我部服务工作问题。</w:t>
      </w:r>
      <w:r>
        <w:rPr>
          <w:lang w:eastAsia="zh-CN"/>
        </w:rPr>
        <w:br/>
      </w:r>
      <w:r>
        <w:rPr>
          <w:lang w:eastAsia="zh-CN"/>
        </w:rPr>
        <w:t>　　4、配合部门做好服务培训工作，对录像检查中发现的典型服务案例进行拷贝留存，为服务培训工作提供素材。</w:t>
      </w:r>
      <w:r>
        <w:rPr>
          <w:lang w:eastAsia="zh-CN"/>
        </w:rPr>
        <w:br/>
      </w:r>
      <w:r>
        <w:rPr>
          <w:lang w:eastAsia="zh-CN"/>
        </w:rPr>
        <w:t>　　5、营业部着力提升员工亲和力，要求部门服务监督员与外聘服务检查公司持续关注规范化服务的基础上，重点关注员工微笑服务，并从客户角度体验员工亲和力。</w:t>
      </w:r>
      <w:r>
        <w:rPr>
          <w:lang w:eastAsia="zh-CN"/>
        </w:rPr>
        <w:br/>
      </w:r>
      <w:r>
        <w:rPr>
          <w:lang w:eastAsia="zh-CN"/>
        </w:rPr>
        <w:t>　　6、将内部服务检查情况，外聘公司检查情况留档形成员工服务档案，为营业部服务明星评选提供依据，更加有利于部门树立服务标兵，对其他员工起到了很好的模范带动作用。</w:t>
      </w:r>
      <w:r>
        <w:rPr>
          <w:lang w:eastAsia="zh-CN"/>
        </w:rPr>
        <w:br/>
      </w:r>
      <w:r>
        <w:rPr>
          <w:lang w:eastAsia="zh-CN"/>
        </w:rPr>
        <w:t>　　7、采取团队间服务竞赛的形式，让员工从被动接受检查转变为自觉主动做好服务。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8、加强员工技能培训及测试工作。由行政与内控团队定期组织技能测试，包括针对一级能手、针对新入行员工以及全体应测人员的技能测试。要求各团队采取以老带新等形式加大对新入行员工技能的培训四季度，确保新入行员工一年内至少达到三级能手水平。</w:t>
      </w:r>
      <w:r>
        <w:rPr>
          <w:lang w:eastAsia="zh-CN"/>
        </w:rPr>
        <w:br/>
      </w:r>
      <w:r>
        <w:rPr>
          <w:lang w:eastAsia="zh-CN"/>
        </w:rPr>
        <w:t>　　9、选聘优秀人员充实到大堂经理队伍中，并通过明星的评选，起到模范带头作用。提高大堂经理迎宾接待、业务推介、客流疏导，客户维护等项工作的综合素质，起到各功能服务区相互协作的.枢纽，发掘vip客户，疏导和分流客户，树立中行的对外服务形象。　　新的一年工作计划 4</w:t>
      </w:r>
      <w:r>
        <w:rPr>
          <w:lang w:eastAsia="zh-CN"/>
        </w:rPr>
        <w:br/>
      </w:r>
      <w:r>
        <w:rPr>
          <w:lang w:eastAsia="zh-CN"/>
        </w:rPr>
        <w:t>　　20xx年我们财务室人员应一如既往地做好日常财务核算工作，加强财务管理、推动规范管理和加强财务知识学习教育。做到财务工作长计划，短安排。使财务工作在规范化、制度化的良好环境中更好地发挥作用。因此特拟订20xx年的工作计划如下：</w:t>
      </w:r>
      <w:r>
        <w:rPr>
          <w:lang w:eastAsia="zh-CN"/>
        </w:rPr>
        <w:br/>
      </w:r>
      <w:r>
        <w:rPr>
          <w:lang w:eastAsia="zh-CN"/>
        </w:rPr>
        <w:t>　　一、参加财务人员继续教育每年财务人员都要参加财政局组织的财务人员继续教育。</w:t>
      </w:r>
      <w:r>
        <w:rPr>
          <w:lang w:eastAsia="zh-CN"/>
        </w:rPr>
        <w:br/>
      </w:r>
      <w:r>
        <w:rPr>
          <w:lang w:eastAsia="zh-CN"/>
        </w:rPr>
        <w:t>　　首先参加财务人员继续教育，了解新准则体系框架，掌握和领会新准则内容，要点、和精髓。全面按新准则的规范要求，熟练地运用新准则等，进行帐务处理和财务相关报表、表格的编制。</w:t>
      </w:r>
      <w:r>
        <w:rPr>
          <w:lang w:eastAsia="zh-CN"/>
        </w:rPr>
        <w:br/>
      </w:r>
      <w:r>
        <w:rPr>
          <w:lang w:eastAsia="zh-CN"/>
        </w:rPr>
        <w:t>　　二、新年度，财务室将从：财务会计工作、惠民专项资金方面、信息与统计方面和固定资产医疗设备管理方面入手做好各项工作。</w:t>
      </w:r>
      <w:r>
        <w:rPr>
          <w:lang w:eastAsia="zh-CN"/>
        </w:rPr>
        <w:br/>
      </w:r>
      <w:r>
        <w:rPr>
          <w:lang w:eastAsia="zh-CN"/>
        </w:rPr>
        <w:t>　　1、做好财务基础及核算工作，同时加强财务室与各科室之间的沟通联系工作，积极参与到医院的经营活动中去，做到事前了解、事后分析，加强财务数据预测和分析工作，发现问题及差异时及时与各科室沟通并查明原因予以纠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2、创新思路，加强财务管理和监督工作，查疏堵漏，把工作做深做细，加强财务收支监管力度，确保医院收入不外流，医院资金能够合理有效的运转使用，使医院效益最大化。</w:t>
      </w:r>
      <w:r>
        <w:rPr>
          <w:lang w:eastAsia="zh-CN"/>
        </w:rPr>
        <w:br/>
      </w:r>
      <w:r>
        <w:rPr>
          <w:lang w:eastAsia="zh-CN"/>
        </w:rPr>
        <w:t>　　3、不断加强自身学习，提高自身业务水平，虚心向有经验的同志学习，认真探索，总结方法，增强业务知识，掌握业务技能，提高自身业务管理水平，力求为领导管理决策提供切实可靠的财务依据，能够真正发挥财务人员应有的作用。</w:t>
      </w:r>
      <w:r>
        <w:rPr>
          <w:lang w:eastAsia="zh-CN"/>
        </w:rPr>
        <w:br/>
      </w:r>
      <w:r>
        <w:rPr>
          <w:lang w:eastAsia="zh-CN"/>
        </w:rPr>
        <w:t>　　4、加强基本公共卫生补助资金、基本药物补助资金和村医补助等惠民专项资金的管理和合理使用，按照现行财政管理体制，各项经费收支均依照《事业单位财务制度及其会计制度》及院内财务管理制度进行管理，xx年政府收支分类科目依照《事业单位财务制度及其会计制度》进行明细分类核算。</w:t>
      </w:r>
      <w:r>
        <w:rPr>
          <w:lang w:eastAsia="zh-CN"/>
        </w:rPr>
        <w:br/>
      </w:r>
      <w:r>
        <w:rPr>
          <w:lang w:eastAsia="zh-CN"/>
        </w:rPr>
        <w:t>　　5、对各个部门需要采集单位和个人的信息，要及时配合和完善好工作;劳动工资统计工作也要认真、仔细，做好台账和季度、年度的统计工作，确保上报统计数据真实、准确。</w:t>
      </w:r>
      <w:r>
        <w:rPr>
          <w:lang w:eastAsia="zh-CN"/>
        </w:rPr>
        <w:br/>
      </w:r>
      <w:r>
        <w:rPr>
          <w:lang w:eastAsia="zh-CN"/>
        </w:rPr>
        <w:t>　　6、加强固定资产、医疗设备的管理：加强配合医院领导的决策，对固定资产的结构进行有效的`分类、整理，建立新增新建购置资产的审批制度,,建立报废及转移资产的交接手续，对资产建卡建档的管理体制，确保资产的合理配量，高效运作。每年进行一到两次固定资产的盘点清查。医用物资及药品：积极与药房和物资管理部门进行对账，确保账目与实际库存物资一直，每年进行库存物资的盘点清查。</w:t>
      </w:r>
      <w:r>
        <w:rPr>
          <w:lang w:eastAsia="zh-CN"/>
        </w:rPr>
        <w:br/>
      </w:r>
      <w:r>
        <w:rPr>
          <w:lang w:eastAsia="zh-CN"/>
        </w:rPr>
        <w:t>　　三、加强医院财务管理制度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严格执行医院财务管理制度，落实固定资产购置处理、开支审批等制度，确保医院财务管理工作严格规范。</w:t>
      </w:r>
      <w:r>
        <w:rPr>
          <w:lang w:eastAsia="zh-CN"/>
        </w:rPr>
        <w:br/>
      </w:r>
      <w:r>
        <w:rPr>
          <w:lang w:eastAsia="zh-CN"/>
        </w:rPr>
        <w:t>　　做好财务分析：为领导决策提供真实的财务信息，各期的财务分析是一种帮助领导了解医院当前财力状况比较理想的上报方式。在财务分析中，财务人员不能只报喜不报忧，应实事求是地反应当期财务状况，并根据自己的经验向领导提出合理的建议和看法，供领导决策和参考。</w:t>
      </w:r>
      <w:r>
        <w:rPr>
          <w:lang w:eastAsia="zh-CN"/>
        </w:rPr>
        <w:br/>
      </w:r>
      <w:r>
        <w:rPr>
          <w:lang w:eastAsia="zh-CN"/>
        </w:rPr>
        <w:t>　　四、加强对出纳工作的指导和监督。</w:t>
      </w:r>
      <w:r>
        <w:rPr>
          <w:lang w:eastAsia="zh-CN"/>
        </w:rPr>
        <w:br/>
      </w:r>
      <w:r>
        <w:rPr>
          <w:lang w:eastAsia="zh-CN"/>
        </w:rPr>
        <w:t>　　1、指导出纳做好银行存款和现金日记账，加强现金的收付和银行结算的管理。</w:t>
      </w:r>
      <w:r>
        <w:rPr>
          <w:lang w:eastAsia="zh-CN"/>
        </w:rPr>
        <w:br/>
      </w:r>
      <w:r>
        <w:rPr>
          <w:lang w:eastAsia="zh-CN"/>
        </w:rPr>
        <w:t>　　2、督促出纳做好各种费用开支的核算，及时进行记帐，编制出纳日报明细表，汇总表;严格支票领用手续，按规定签发现金支票和转帐支票。</w:t>
      </w:r>
      <w:r>
        <w:rPr>
          <w:lang w:eastAsia="zh-CN"/>
        </w:rPr>
        <w:br/>
      </w:r>
      <w:r>
        <w:rPr>
          <w:lang w:eastAsia="zh-CN"/>
        </w:rPr>
        <w:t>　　五、在业务知识和管理经验上与自己的本职工作要求还存有一定的差距。</w:t>
      </w:r>
      <w:r>
        <w:rPr>
          <w:lang w:eastAsia="zh-CN"/>
        </w:rPr>
        <w:br/>
      </w:r>
      <w:r>
        <w:rPr>
          <w:lang w:eastAsia="zh-CN"/>
        </w:rPr>
        <w:t>　　开展工作的思路还不够宽广，缺乏创新精神。日常工作中有些做的不够细致、深化，管理只停留在表面，没有起到真正的作用，针对这种情况以后如何将工作做细做深，加强财务监督管理职能，应是我今后工作中的重点。所以在20xx年及以后的工作中财务人员应该加强学习，才能更好的完成自身的业务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最后，希望在新年里，我能够立足岗位，尽职尽责把财务工作做好。同时，我会不断提高自己的业务能力，做到事无巨细，把财务职能作用发挥出来。祝愿大家新的一年里，工作顺利，心想事成！　　新的一年工作计划</w:t>
      </w:r>
      <w:r>
        <w:rPr>
          <w:lang w:eastAsia="zh-CN"/>
        </w:rPr>
        <w:t xml:space="preserve"> 5</w:t>
      </w:r>
      <w:r>
        <w:rPr>
          <w:lang w:eastAsia="zh-CN"/>
        </w:rPr>
        <w:br/>
      </w:r>
      <w:r>
        <w:rPr>
          <w:lang w:eastAsia="zh-CN"/>
        </w:rPr>
        <w:t>　　一年之计在于春，当春天缓缓向我们走来的时候，我和孩子们一起又迎来了新的学期。本学期我们将在上学期的基础上，扬长避短，开拓创新，结合本班幼儿发展的实际情况全面实施素质教育，使我们班的每个幼儿能够做到我行我秀，尽展个性风采!现根据我班具体情况，及本学期的工作重点拟定学期工作计划。</w:t>
      </w:r>
      <w:r>
        <w:rPr>
          <w:lang w:eastAsia="zh-CN"/>
        </w:rPr>
        <w:br/>
      </w:r>
      <w:r>
        <w:rPr>
          <w:lang w:eastAsia="zh-CN"/>
        </w:rPr>
        <w:t>　　一 、幼儿情况分析</w:t>
      </w:r>
      <w:r>
        <w:rPr>
          <w:lang w:eastAsia="zh-CN"/>
        </w:rPr>
        <w:br/>
      </w:r>
      <w:r>
        <w:rPr>
          <w:lang w:eastAsia="zh-CN"/>
        </w:rPr>
        <w:t>　　本学期班级幼儿共41名。幼儿的生活自理能力有了明显的提高，很少出现以前的撒汤，撒饭等情况。午睡也比以前有了很大的进步，明显的午睡的质量提升了。本班幼儿活泼，在语言表达能力方面。经过上学期的多途径培养，孩子们的语言表达能力有了很大的提高，但是仍有部分性格较为内向的幼儿不能连贯的讲述，大胆的表达。部分幼儿做事拖拉，没有很好的做事的规则意识。有些幼儿对待事物没有很好的责任意识，常常需要别人提醒。由于大班幼儿的活动能力、范围很大，加上部分幼儿自控力较弱、注意力易分散、遵守集体规则的意识较弱。幼儿的自我保护能力有待加强，缺乏一定的自我保护能力。所以本学期我们将安全和自我保护、良好行为习惯的培养、生活习惯的养成、完整语言的培养、责任意识的培养、以及为升入学前班做好基础。及时抓住生活中的随机教育，并根据幼儿的具体情况，有针对性的制定班级计划，因材施教，努力培养他们成为一名合格加特长的小朋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二、班级工作核心目标</w:t>
      </w:r>
      <w:r>
        <w:rPr>
          <w:lang w:eastAsia="zh-CN"/>
        </w:rPr>
        <w:br/>
      </w:r>
      <w:r>
        <w:rPr>
          <w:lang w:eastAsia="zh-CN"/>
        </w:rPr>
        <w:t>　　1、建立和谐、积极向上的班级氛围;卫生保健、安全工作紧抓不懈，杜绝安全事故的发生;</w:t>
      </w:r>
      <w:r>
        <w:rPr>
          <w:lang w:eastAsia="zh-CN"/>
        </w:rPr>
        <w:br/>
      </w:r>
      <w:r>
        <w:rPr>
          <w:lang w:eastAsia="zh-CN"/>
        </w:rPr>
        <w:t>　　2、抓好幼儿学习、生活常规，促进班中每位幼儿全面发展;</w:t>
      </w:r>
      <w:r>
        <w:rPr>
          <w:lang w:eastAsia="zh-CN"/>
        </w:rPr>
        <w:br/>
      </w:r>
      <w:r>
        <w:rPr>
          <w:lang w:eastAsia="zh-CN"/>
        </w:rPr>
        <w:t>　　3、巩固幼儿良好的游戏行为习惯，学会正确解决角色游戏中的困难，并能学会评价自己和他人的游戏;</w:t>
      </w:r>
      <w:r>
        <w:rPr>
          <w:lang w:eastAsia="zh-CN"/>
        </w:rPr>
        <w:br/>
      </w:r>
      <w:r>
        <w:rPr>
          <w:lang w:eastAsia="zh-CN"/>
        </w:rPr>
        <w:t>　　4、做好班级卫生消毒工作，保证幼儿身体健康;</w:t>
      </w:r>
      <w:r>
        <w:rPr>
          <w:lang w:eastAsia="zh-CN"/>
        </w:rPr>
        <w:br/>
      </w:r>
      <w:r>
        <w:rPr>
          <w:lang w:eastAsia="zh-CN"/>
        </w:rPr>
        <w:t>　　5、积极开展家长工作，组织丰富多彩的活动，多与家长沟通幼儿一日在园情况，取得家长信任，以及充分发挥家委会的作用;</w:t>
      </w:r>
      <w:r>
        <w:rPr>
          <w:lang w:eastAsia="zh-CN"/>
        </w:rPr>
        <w:br/>
      </w:r>
      <w:r>
        <w:rPr>
          <w:lang w:eastAsia="zh-CN"/>
        </w:rPr>
        <w:t>　　6、为幼儿即将升入学前班打好一定的基础;</w:t>
      </w:r>
      <w:r>
        <w:rPr>
          <w:lang w:eastAsia="zh-CN"/>
        </w:rPr>
        <w:br/>
      </w:r>
      <w:r>
        <w:rPr>
          <w:lang w:eastAsia="zh-CN"/>
        </w:rPr>
        <w:t>　　7、加强幼儿安全和自我保护、良好行为习惯的培养、生活习惯的养成、完整语言的培养、责任意识的培养;</w:t>
      </w:r>
      <w:r>
        <w:rPr>
          <w:lang w:eastAsia="zh-CN"/>
        </w:rPr>
        <w:br/>
      </w:r>
      <w:r>
        <w:rPr>
          <w:lang w:eastAsia="zh-CN"/>
        </w:rPr>
        <w:t>　　8、加强幼儿语言的发展;</w:t>
      </w:r>
      <w:r>
        <w:rPr>
          <w:lang w:eastAsia="zh-CN"/>
        </w:rPr>
        <w:br/>
      </w:r>
      <w:r>
        <w:rPr>
          <w:lang w:eastAsia="zh-CN"/>
        </w:rPr>
        <w:t>　　9、三位教师更好的配合，使班级工作得到更好的提升;</w:t>
      </w:r>
      <w:r>
        <w:rPr>
          <w:lang w:eastAsia="zh-CN"/>
        </w:rPr>
        <w:br/>
      </w:r>
      <w:r>
        <w:rPr>
          <w:lang w:eastAsia="zh-CN"/>
        </w:rPr>
        <w:t>　　10、幼儿身体发展目标：</w:t>
      </w:r>
      <w:r>
        <w:rPr>
          <w:lang w:eastAsia="zh-CN"/>
        </w:rPr>
        <w:br/>
      </w:r>
      <w:r>
        <w:rPr>
          <w:lang w:eastAsia="zh-CN"/>
        </w:rPr>
        <w:t>　　身体发育：了解身体器官及自身生长的需要。</w:t>
      </w:r>
      <w:r>
        <w:rPr>
          <w:lang w:eastAsia="zh-CN"/>
        </w:rPr>
        <w:br/>
      </w:r>
      <w:r>
        <w:rPr>
          <w:lang w:eastAsia="zh-CN"/>
        </w:rPr>
        <w:t>　　动作发展：积极参加各种体育活动，通过模仿、练习调整自己的基本动作，使动作更加正确、自然、协调。</w:t>
      </w:r>
      <w:r>
        <w:rPr>
          <w:lang w:eastAsia="zh-CN"/>
        </w:rPr>
        <w:br/>
      </w:r>
      <w:r>
        <w:rPr>
          <w:lang w:eastAsia="zh-CN"/>
        </w:rPr>
        <w:t>　　能适应环境、气候和生活条件的变化，对疾病有一定的抵御能力。</w:t>
      </w:r>
      <w:r>
        <w:rPr>
          <w:lang w:eastAsia="zh-CN"/>
        </w:rPr>
        <w:br/>
      </w:r>
      <w:r>
        <w:rPr>
          <w:lang w:eastAsia="zh-CN"/>
        </w:rPr>
        <w:t>　　三、实施具体措施</w:t>
      </w:r>
      <w:r>
        <w:rPr>
          <w:lang w:eastAsia="zh-CN"/>
        </w:rPr>
        <w:br/>
      </w:r>
      <w:r>
        <w:rPr>
          <w:lang w:eastAsia="zh-CN"/>
        </w:rPr>
        <w:t>　　(一)教育教学工作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善于发现幼儿感兴趣的又有助于开拓幼儿视野的事物和问题，开展多种幼儿喜欢的活动。引导幼儿用多种感官去感知事物，收集信息，鼓励幼儿动手操作、尝试，使幼儿通过活动得到满足，得到愉快的体验，并在活动中逐渐形成合作探究的师幼互动。本学期本班打算开展春游活动，以开拓幼儿的视野。</w:t>
      </w:r>
      <w:r>
        <w:rPr>
          <w:lang w:eastAsia="zh-CN"/>
        </w:rPr>
        <w:br/>
      </w:r>
      <w:r>
        <w:rPr>
          <w:lang w:eastAsia="zh-CN"/>
        </w:rPr>
        <w:t>　　2、客观公正的对待每一位幼儿，全面评价他们的发展，尊重幼儿的个体差异，注重教育过程、发展过程中的差异，并且关注评价的结果的.差异。</w:t>
      </w:r>
      <w:r>
        <w:rPr>
          <w:lang w:eastAsia="zh-CN"/>
        </w:rPr>
        <w:br/>
      </w:r>
      <w:r>
        <w:rPr>
          <w:lang w:eastAsia="zh-CN"/>
        </w:rPr>
        <w:t>　　3、根据大班幼儿角色游戏的特点进行针对性的观察指导：</w:t>
      </w:r>
      <w:r>
        <w:rPr>
          <w:lang w:eastAsia="zh-CN"/>
        </w:rPr>
        <w:br/>
      </w:r>
      <w:r>
        <w:rPr>
          <w:lang w:eastAsia="zh-CN"/>
        </w:rPr>
        <w:t>　　(1)引导幼儿一起准备游戏的材料及场地，教师一般较多的用语言来指导大班孩子的游戏。在游戏中培养孩子的独立性。</w:t>
      </w:r>
      <w:r>
        <w:rPr>
          <w:lang w:eastAsia="zh-CN"/>
        </w:rPr>
        <w:br/>
      </w:r>
      <w:r>
        <w:rPr>
          <w:lang w:eastAsia="zh-CN"/>
        </w:rPr>
        <w:t>　　(2)鼓励幼儿的以物代物，创造性的解决游戏发生的问题，教师平时可以有意识的以角色身份出一些孩子生活中经常遇到的难题，让他们帮助解决。</w:t>
      </w:r>
      <w:r>
        <w:rPr>
          <w:lang w:eastAsia="zh-CN"/>
        </w:rPr>
        <w:br/>
      </w:r>
      <w:r>
        <w:rPr>
          <w:lang w:eastAsia="zh-CN"/>
        </w:rPr>
        <w:t>　　(3)通过游戏讲评，让孩子充分的讨论问题，分享经验，学会学习和创造。</w:t>
      </w:r>
      <w:r>
        <w:rPr>
          <w:lang w:eastAsia="zh-CN"/>
        </w:rPr>
        <w:br/>
      </w:r>
      <w:r>
        <w:rPr>
          <w:lang w:eastAsia="zh-CN"/>
        </w:rPr>
        <w:t>　　(二)保育工作</w:t>
      </w:r>
      <w:r>
        <w:rPr>
          <w:lang w:eastAsia="zh-CN"/>
        </w:rPr>
        <w:br/>
      </w:r>
      <w:r>
        <w:rPr>
          <w:lang w:eastAsia="zh-CN"/>
        </w:rPr>
        <w:t>　　1、严格执行班中卫生消毒制度，坚持每天的卫生消毒工作做到一丝不苟，为幼儿提供一个卫生，舒适的生活环境。</w:t>
      </w:r>
      <w:r>
        <w:rPr>
          <w:lang w:eastAsia="zh-CN"/>
        </w:rPr>
        <w:br/>
      </w:r>
      <w:r>
        <w:rPr>
          <w:lang w:eastAsia="zh-CN"/>
        </w:rPr>
        <w:t>　　2、加大安全教育工作力度。把安全放在首位，用心去观察孩子，把安全落实到具体的环节中。</w:t>
      </w:r>
      <w:r>
        <w:rPr>
          <w:lang w:eastAsia="zh-CN"/>
        </w:rPr>
        <w:br/>
      </w:r>
      <w:r>
        <w:rPr>
          <w:lang w:eastAsia="zh-CN"/>
        </w:rPr>
        <w:t>　　3、提高班级的三位教师的配合默契。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(三)家长工作</w:t>
      </w:r>
      <w:r>
        <w:rPr>
          <w:lang w:eastAsia="zh-CN"/>
        </w:rPr>
        <w:br/>
      </w:r>
      <w:r>
        <w:rPr>
          <w:lang w:eastAsia="zh-CN"/>
        </w:rPr>
        <w:t>　　1、利用电话、接送等机会多与家长沟通，进一步做好上门家访，约谈工作，加强家园联系，沟通。</w:t>
      </w:r>
      <w:r>
        <w:rPr>
          <w:lang w:eastAsia="zh-CN"/>
        </w:rPr>
        <w:br/>
      </w:r>
      <w:r>
        <w:rPr>
          <w:lang w:eastAsia="zh-CN"/>
        </w:rPr>
        <w:t>　　2、召开家长会，进一步完善教育教学工作，继续挖掘家长中的教育资源和社会资源，使家长更深入的参与到幼儿园的教育活动中，与孩子一起分享成长的快乐，使家长与老师间、家长与家长间形成互相探讨、沟通学习的良好家园互动气氛。</w:t>
      </w:r>
      <w:r>
        <w:rPr>
          <w:lang w:eastAsia="zh-CN"/>
        </w:rPr>
        <w:br/>
      </w:r>
      <w:r>
        <w:rPr>
          <w:lang w:eastAsia="zh-CN"/>
        </w:rPr>
        <w:t>　　3、充分发挥家委会的作用。</w:t>
      </w:r>
      <w:r>
        <w:rPr>
          <w:lang w:eastAsia="zh-CN"/>
        </w:rPr>
        <w:br/>
      </w:r>
      <w:r>
        <w:rPr>
          <w:lang w:eastAsia="zh-CN"/>
        </w:rPr>
        <w:t>　　以上就是我新年的工作计划，如果有不妥的地方，还请大家指正，批评。我将及时修改，把幼儿教育做到更好！　　新的一年工作计划 6</w:t>
      </w:r>
      <w:r>
        <w:rPr>
          <w:lang w:eastAsia="zh-CN"/>
        </w:rPr>
        <w:br/>
      </w:r>
      <w:r>
        <w:rPr>
          <w:lang w:eastAsia="zh-CN"/>
        </w:rPr>
        <w:t>　　（一）公共设备设施维修保养及管理</w:t>
      </w:r>
      <w:r>
        <w:rPr>
          <w:lang w:eastAsia="zh-CN"/>
        </w:rPr>
        <w:br/>
      </w:r>
      <w:r>
        <w:rPr>
          <w:lang w:eastAsia="zh-CN"/>
        </w:rPr>
        <w:t>　　1、加大对施工单位的协调力度，争取在2月底完成对西区柴油发电机故障的维修（柴油机控制电脑主板维修、更换乳化的润滑机油）。</w:t>
      </w:r>
      <w:r>
        <w:rPr>
          <w:lang w:eastAsia="zh-CN"/>
        </w:rPr>
        <w:br/>
      </w:r>
      <w:r>
        <w:rPr>
          <w:lang w:eastAsia="zh-CN"/>
        </w:rPr>
        <w:t>　　2、跟进公共设备设施保修遗留问题，提出解决方案及建议，协调相关施工单位继续维修整改。</w:t>
      </w:r>
      <w:r>
        <w:rPr>
          <w:lang w:eastAsia="zh-CN"/>
        </w:rPr>
        <w:br/>
      </w:r>
      <w:r>
        <w:rPr>
          <w:lang w:eastAsia="zh-CN"/>
        </w:rPr>
        <w:t>　　3、对生活水池水位控制和报警的改良，加大安全系数，消除安全隐患，保障财产安全。</w:t>
      </w:r>
      <w:r>
        <w:rPr>
          <w:lang w:eastAsia="zh-CN"/>
        </w:rPr>
        <w:br/>
      </w:r>
      <w:r>
        <w:rPr>
          <w:lang w:eastAsia="zh-CN"/>
        </w:rPr>
        <w:t>　　4、联系施工单位检修水泵监控系统，并对保安部值班员工和工程部员工进行水泵监控系统操作培训。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5、对公司接管物业项目的供电、空调、给排水、消防、电梯、弱电系统及建筑装修项目进行检验和资料核实。</w:t>
      </w:r>
      <w:r>
        <w:rPr>
          <w:lang w:eastAsia="zh-CN"/>
        </w:rPr>
        <w:br/>
      </w:r>
      <w:r>
        <w:rPr>
          <w:lang w:eastAsia="zh-CN"/>
        </w:rPr>
        <w:t>　　6、理清施工单位对L4区公共设备设施的保修期限，明确保修责任。</w:t>
      </w:r>
      <w:r>
        <w:rPr>
          <w:lang w:eastAsia="zh-CN"/>
        </w:rPr>
        <w:br/>
      </w:r>
      <w:r>
        <w:rPr>
          <w:lang w:eastAsia="zh-CN"/>
        </w:rPr>
        <w:t>　　7、制定公共设备设施外委保养资金预算上报公司审核，提出外委保养方案。</w:t>
      </w:r>
      <w:r>
        <w:rPr>
          <w:lang w:eastAsia="zh-CN"/>
        </w:rPr>
        <w:br/>
      </w:r>
      <w:r>
        <w:rPr>
          <w:lang w:eastAsia="zh-CN"/>
        </w:rPr>
        <w:t>　　8、建立详尽的设备台账、设备清单。</w:t>
      </w:r>
      <w:r>
        <w:rPr>
          <w:lang w:eastAsia="zh-CN"/>
        </w:rPr>
        <w:br/>
      </w:r>
      <w:r>
        <w:rPr>
          <w:lang w:eastAsia="zh-CN"/>
        </w:rPr>
        <w:t>　　9、编制详细的设备、设施维修保养计划、保养项目、保养标准，要求部门员工严格按计划按标准执行设备保养，使设备运行安全、可靠，延长其使用寿命，达到保值、增值的目的。</w:t>
      </w:r>
      <w:r>
        <w:rPr>
          <w:lang w:eastAsia="zh-CN"/>
        </w:rPr>
        <w:br/>
      </w:r>
      <w:r>
        <w:rPr>
          <w:lang w:eastAsia="zh-CN"/>
        </w:rPr>
        <w:t>　　（二）营销工作的配合</w:t>
      </w:r>
      <w:r>
        <w:rPr>
          <w:lang w:eastAsia="zh-CN"/>
        </w:rPr>
        <w:br/>
      </w:r>
      <w:r>
        <w:rPr>
          <w:lang w:eastAsia="zh-CN"/>
        </w:rPr>
        <w:t>　　积极的配合销售部门的工作，保障各样板房、售楼大厅及各相关配套设施的正常运作，给营销工作创造良好氛围与环境。</w:t>
      </w:r>
      <w:r>
        <w:rPr>
          <w:lang w:eastAsia="zh-CN"/>
        </w:rPr>
        <w:br/>
      </w:r>
      <w:r>
        <w:rPr>
          <w:lang w:eastAsia="zh-CN"/>
        </w:rPr>
        <w:t>　　（三）户内维修服务</w:t>
      </w:r>
      <w:r>
        <w:rPr>
          <w:lang w:eastAsia="zh-CN"/>
        </w:rPr>
        <w:br/>
      </w:r>
      <w:r>
        <w:rPr>
          <w:lang w:eastAsia="zh-CN"/>
        </w:rPr>
        <w:t>　　1、首先重点抓公共设施设备巡查、保养、维修工作，确保设备处于良好的运行状态，同时重视户内维修服务工作，做到 "两手抓，两手都要硬"。结合目前人力不足的情况，每天日班、中班各安排1名户内维修技工向业主提供维修服务，主要解决影响业主正常生活的报修项目。</w:t>
      </w:r>
      <w:r>
        <w:rPr>
          <w:lang w:eastAsia="zh-CN"/>
        </w:rPr>
        <w:br/>
      </w:r>
      <w:r>
        <w:rPr>
          <w:lang w:eastAsia="zh-CN"/>
        </w:rPr>
        <w:t>　　2、协调客服部理清装修单位、施工单位对户内装修保修范围，属保修范围的，由客服部协调相关责任单位解决，减轻户内维修压力；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3、建议公司确定几家特约维修单位，当接到超出工程部业务范围或服务能力范围的项目，如业主要求，可向业主提供特约维修单位的相关信息，由业主联系上门服务维修。</w:t>
      </w:r>
      <w:r>
        <w:rPr>
          <w:lang w:eastAsia="zh-CN"/>
        </w:rPr>
        <w:br/>
      </w:r>
      <w:r>
        <w:rPr>
          <w:lang w:eastAsia="zh-CN"/>
        </w:rPr>
        <w:t>　　（四）制度建设</w:t>
      </w:r>
      <w:r>
        <w:rPr>
          <w:lang w:eastAsia="zh-CN"/>
        </w:rPr>
        <w:br/>
      </w:r>
      <w:r>
        <w:rPr>
          <w:lang w:eastAsia="zh-CN"/>
        </w:rPr>
        <w:t>　　1、根据小区设备状况和服务特点，制定物业管理ISO程序文件、工作规范、质量手册，完善工程部的规章制度。</w:t>
      </w:r>
      <w:r>
        <w:rPr>
          <w:lang w:eastAsia="zh-CN"/>
        </w:rPr>
        <w:br/>
      </w:r>
      <w:r>
        <w:rPr>
          <w:lang w:eastAsia="zh-CN"/>
        </w:rPr>
        <w:t>　　2、应用ISO文件健全园区的公共设施、设备系统的运行管理规定和安全操作规程，科学管理设备设施，确保所辖系统设备的`安全运行。</w:t>
      </w:r>
      <w:r>
        <w:rPr>
          <w:lang w:eastAsia="zh-CN"/>
        </w:rPr>
        <w:br/>
      </w:r>
      <w:r>
        <w:rPr>
          <w:lang w:eastAsia="zh-CN"/>
        </w:rPr>
        <w:t>　　（五）规范管理</w:t>
      </w:r>
      <w:r>
        <w:rPr>
          <w:lang w:eastAsia="zh-CN"/>
        </w:rPr>
        <w:br/>
      </w:r>
      <w:r>
        <w:rPr>
          <w:lang w:eastAsia="zh-CN"/>
        </w:rPr>
        <w:t>　　1、用物业管理ISO程序文件、工作规范、质量手册和各类记录表格，规范管理，提高物业管理水平。</w:t>
      </w:r>
      <w:r>
        <w:rPr>
          <w:lang w:eastAsia="zh-CN"/>
        </w:rPr>
        <w:br/>
      </w:r>
      <w:r>
        <w:rPr>
          <w:lang w:eastAsia="zh-CN"/>
        </w:rPr>
        <w:t>　　2、组织本部员工学习公司的规章制度，认真贯彻落实岗位责任制，督导下属员工严格执行操作规程和员工守则，认真执行物业管理法规和公司规章制度。</w:t>
      </w:r>
      <w:r>
        <w:rPr>
          <w:lang w:eastAsia="zh-CN"/>
        </w:rPr>
        <w:br/>
      </w:r>
      <w:r>
        <w:rPr>
          <w:lang w:eastAsia="zh-CN"/>
        </w:rPr>
        <w:t>　　3、组织下属员工配合客服部做好业户服务工作，不定期与客户服务部开展讨论、沟通，共同进步。</w:t>
      </w:r>
      <w:r>
        <w:rPr>
          <w:lang w:eastAsia="zh-CN"/>
        </w:rPr>
        <w:br/>
      </w:r>
      <w:r>
        <w:rPr>
          <w:lang w:eastAsia="zh-CN"/>
        </w:rPr>
        <w:t>　　（六）队伍建设</w:t>
      </w:r>
      <w:r>
        <w:rPr>
          <w:lang w:eastAsia="zh-CN"/>
        </w:rPr>
        <w:br/>
      </w:r>
      <w:r>
        <w:rPr>
          <w:lang w:eastAsia="zh-CN"/>
        </w:rPr>
        <w:t>　　1、加强员工技能培训</w:t>
      </w:r>
      <w:r>
        <w:rPr>
          <w:lang w:eastAsia="zh-CN"/>
        </w:rPr>
        <w:br/>
      </w:r>
      <w:r>
        <w:rPr>
          <w:lang w:eastAsia="zh-CN"/>
        </w:rPr>
        <w:t>　　（1）针对所管辖物业各类设备、设施的运行状态、功能和技术特性，全年开展理论学习、现场解说和操作培训，要求各员工清楚和熟悉各类设备的位置和操作方法。</w:t>
      </w:r>
      <w:r>
        <w:rPr>
          <w:lang w:eastAsia="zh-CN"/>
        </w:rPr>
        <w:br/>
      </w:r>
    </w:p>
    <w:p w:rsidR="001B1F19" w14:textId="27C3F48A">
      <w:pPr>
        <w:rPr>
          <w:rFonts w:hint="eastAsia"/>
          <w:lang w:eastAsia="zh-CN"/>
        </w:rPr>
      </w:pPr>
      <w:r>
        <w:rPr>
          <w:lang w:eastAsia="zh-CN"/>
        </w:rPr>
        <w:t>　　（2）针对下属员工的技术状况，编制专业知识培训计划，按计划执行，并定期考核。</w:t>
      </w:r>
      <w:r>
        <w:rPr>
          <w:lang w:eastAsia="zh-CN"/>
        </w:rPr>
        <w:br/>
      </w:r>
      <w:r>
        <w:rPr>
          <w:lang w:eastAsia="zh-CN"/>
        </w:rPr>
        <w:t>　　（3）鼓励员工在业余时间参加技能培训，培养一专多能的技术骨干（目前我部有三名员工参加了供电局的高压进网操作培训）。</w:t>
      </w:r>
      <w:r>
        <w:rPr>
          <w:lang w:eastAsia="zh-CN"/>
        </w:rPr>
        <w:br/>
      </w:r>
      <w:r>
        <w:rPr>
          <w:lang w:eastAsia="zh-CN"/>
        </w:rPr>
        <w:t>　　2、重视思想教育</w:t>
      </w:r>
      <w:r>
        <w:rPr>
          <w:lang w:eastAsia="zh-CN"/>
        </w:rPr>
        <w:br/>
      </w:r>
      <w:r>
        <w:rPr>
          <w:lang w:eastAsia="zh-CN"/>
        </w:rPr>
        <w:t>　　（1）强化安全生产意识，预防为主，防患于未然，确保人身安全和设备安全。</w:t>
      </w:r>
      <w:r>
        <w:rPr>
          <w:lang w:eastAsia="zh-CN"/>
        </w:rPr>
        <w:br/>
      </w:r>
      <w:r>
        <w:rPr>
          <w:lang w:eastAsia="zh-CN"/>
        </w:rPr>
        <w:t>　　（2）重视职业道德教育，端正员工的工作态度，严格管理，树立正气。坚决淘汰四种人：只说不干的人；人浮于事的人；业务水平不高，又不求上进的人；利用职务之便，谋取私利的人。</w:t>
      </w:r>
      <w:r>
        <w:rPr>
          <w:lang w:eastAsia="zh-CN"/>
        </w:rPr>
        <w:br/>
      </w:r>
      <w:r>
        <w:rPr>
          <w:lang w:eastAsia="zh-CN"/>
        </w:rPr>
        <w:t>　　（3）加强物业管理服务意识教育，培养竞争意识，提高员工素质，加强员工的团队精神教育，增强凝聚力。</w:t>
      </w:r>
      <w:r>
        <w:rPr>
          <w:lang w:eastAsia="zh-CN"/>
        </w:rPr>
        <w:br/>
      </w:r>
      <w:r>
        <w:rPr>
          <w:lang w:eastAsia="zh-CN"/>
        </w:rPr>
        <w:t>　　3、促进人才培养</w:t>
      </w:r>
      <w:r>
        <w:rPr>
          <w:lang w:eastAsia="zh-CN"/>
        </w:rPr>
        <w:br/>
      </w:r>
      <w:r>
        <w:rPr>
          <w:lang w:eastAsia="zh-CN"/>
        </w:rPr>
        <w:t>　　一年内培养50%的基层员工具备领班的素质、领班具备主管的素质、主管具备经理的素质，为公司的发展储备、输送骨干人才。　　新的一年工作计划 7</w:t>
      </w:r>
      <w:r>
        <w:rPr>
          <w:lang w:eastAsia="zh-CN"/>
        </w:rPr>
        <w:br/>
      </w:r>
      <w:r>
        <w:rPr>
          <w:lang w:eastAsia="zh-CN"/>
        </w:rPr>
        <w:t>　　为加强公司人事部工作的计划性及量化时效性，人事部将结合公司整体发展规划及企业发展方向，参考公司本年相关能收集到的资料为基础，制订出人事部新的一年工作计划：</w:t>
      </w:r>
      <w:r>
        <w:rPr>
          <w:lang w:eastAsia="zh-CN"/>
        </w:rPr>
        <w:br/>
      </w:r>
      <w:r>
        <w:rPr>
          <w:lang w:eastAsia="zh-CN"/>
        </w:rPr>
        <w:t>　　一、完善公司及部门组织架构</w:t>
      </w:r>
      <w:r>
        <w:rPr>
          <w:lang w:eastAsia="zh-CN"/>
        </w:rPr>
        <w:br/>
      </w:r>
      <w:r>
        <w:rPr>
          <w:lang w:eastAsia="zh-CN"/>
        </w:rPr>
        <w:t>　　我们要知道，公司组织架构建设决定着企业的发展方向，有鉴于此：</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https://d.book118.com/376032042113010044</w:t>
        </w:r>
      </w:hyperlink>
    </w:p>
    <w:p w:rsidR="001B1F19">
      <w:pPr>
        <w:rPr>
          <w:rFonts w:hint="eastAsia"/>
          <w:lang w:eastAsia="zh-CN"/>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76032042113010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