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p w:rsidR="001B1F19" w14:paraId="7F7A67AA" w14:textId="0AE8485B">
      <w:pPr>
        <w:pStyle w:val="Heading1"/>
        <w:jc w:val="center"/>
        <w:rPr>
          <w:rFonts w:hint="eastAsia"/>
          <w:lang w:eastAsia="zh-CN"/>
        </w:rPr>
      </w:pPr>
      <w:r>
        <w:rPr>
          <w:sz w:val="44"/>
          <w:lang w:eastAsia="zh-CN"/>
        </w:rPr>
        <w:t>气流纺班长年终总结（16篇）</w:t>
      </w:r>
    </w:p>
    <w:p w:rsidR="001B1F19" w14:paraId="15E7D7A0" w14:textId="27C3F48A">
      <w:pPr>
        <w:rPr>
          <w:rFonts w:hint="eastAsia"/>
          <w:lang w:eastAsia="zh-CN"/>
        </w:rPr>
        <w:sectPr>
          <w:pgSz w:w="11906" w:h="16838"/>
          <w:pgMar w:top="1440" w:right="1800" w:bottom="1440" w:left="1800" w:header="851" w:footer="992" w:gutter="0"/>
          <w:cols w:space="425"/>
          <w:docGrid w:type="lines" w:linePitch="312"/>
        </w:sectPr>
      </w:pPr>
      <w:r>
        <w:rPr>
          <w:lang w:eastAsia="zh-CN"/>
        </w:rPr>
        <w:br/>
      </w:r>
      <w:r>
        <w:rPr>
          <w:lang w:eastAsia="zh-CN"/>
        </w:rPr>
        <w:br/>
      </w:r>
      <w:r>
        <w:rPr>
          <w:lang w:eastAsia="zh-CN"/>
        </w:rPr>
        <w:t xml:space="preserve">    气流纺班长年终总结 1 </w:t>
      </w:r>
      <w:r>
        <w:rPr>
          <w:lang w:eastAsia="zh-CN"/>
        </w:rPr>
        <w:br/>
      </w:r>
      <w:r>
        <w:rPr>
          <w:lang w:eastAsia="zh-CN"/>
        </w:rPr>
        <w:t>　　今年我们__工区在上级领导的帮助指导下，盯问题，强化安全管理；盯重点，强化设备整修；盯班组，强化基础建设。认真落实上级的各项工作要求，较好完成了全年各项工作，实现了整体工作全面提高。</w:t>
      </w:r>
      <w:r>
        <w:rPr>
          <w:lang w:eastAsia="zh-CN"/>
        </w:rPr>
        <w:br/>
      </w:r>
      <w:r>
        <w:rPr>
          <w:lang w:eastAsia="zh-CN"/>
        </w:rPr>
        <w:t>　　一、紧盯问题，强化安全管理安全是我们铁路运输企业生存的基础，是提高经济效益的必要保证，是进步和发展的前提。</w:t>
      </w:r>
      <w:r>
        <w:rPr>
          <w:lang w:eastAsia="zh-CN"/>
        </w:rPr>
        <w:br/>
      </w:r>
      <w:r>
        <w:rPr>
          <w:lang w:eastAsia="zh-CN"/>
        </w:rPr>
        <w:t>　　然而，__年的安全工作对于我们车间来说却是值得认真反思的一年，6月2日宝坻站四道的脱线事故发生，使我们处于了近二十年安全工作的最低谷时期，同时也暴露了安全管理方面的诸多问题。强化安全管理，扭转被动局面，实现安全管理的全面提高是我们过来一年工作的重点。</w:t>
      </w:r>
      <w:r>
        <w:rPr>
          <w:lang w:eastAsia="zh-CN"/>
        </w:rPr>
        <w:br/>
      </w:r>
      <w:r>
        <w:rPr>
          <w:lang w:eastAsia="zh-CN"/>
        </w:rPr>
        <w:t>　　1、正视问题，提高认识。6.2事故不但暴露我们在安全管理方面存在的问题，反映了当时设备安全管理现状，同时也严重挫伤了全车间干部职工搞好安全生产的积极性。面对问题和困难以及安全生产的被动局面。我们统一思想，提高认识，组织全体干部职工积极开展了安全大检查、大讨论活动。</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
          <w:cols w:space="425"/>
          <w:titlePg w:val="0"/>
          <w:docGrid w:type="lines" w:linePitch="312"/>
        </w:sectPr>
      </w:pPr>
      <w:r>
        <w:rPr>
          <w:lang w:eastAsia="zh-CN"/>
        </w:rPr>
        <w:t>　　一是，深入查摆了安全方面的主要问题，特别是设备管理方面存在的问题。车间、班组在组织认真检查、查摆安全和设备问题的基础上，进行系统归纳整理，客观分析了安全管理现状及原因，向全体职工通报了安全方面的主要问题，引导大家以严肃的态度正视问题，以负责的态度整改问题，以积极的态度解决问题。</w:t>
      </w:r>
      <w:r>
        <w:rPr>
          <w:lang w:eastAsia="zh-CN"/>
        </w:rPr>
        <w:br/>
      </w:r>
      <w:r>
        <w:rPr>
          <w:lang w:eastAsia="zh-CN"/>
        </w:rPr>
        <w:t>　　二是，抓讨论，提高认识。组织职工深入开展了以“珍惜岗位”为主体的安全大讨论，讲事故教训、论违章危害，教育职工保安全就是保岗位，保安全就是保效益，保安全就是保平安。引导职工爱岗敬业，树立主人翁意识。帮助职工理清自己在安全生产中所处的位置，理顺了自身工作与安全管理的关系，消除了部分职工安全管理是干部和工班长的事与自己关系不大，自己只要干好活就行了的错误想法。一些在讨论中认识比较深刻的职工还谈到，“我们生产一线职工是安全管理的重点，一切安全活动和生产活动都是由我们生产一线职工来实施和完成的，我们安全思想意识的强弱，行为的规范与否直接关系到企业安全生产的好坏和成败，那个岗位出了问题，这个岗位的一线职工差不多就是第一责任者，如果篓子捅大了给国家和人民生命财产造成损失不说，还要负刑事责任那才叫害人害己，决不能把安全当儿戏，必须把安全放在各项工作首位。”大讨论统一思想，端正认识，为强化安全管理扫清了思想障碍。</w:t>
      </w:r>
      <w:r>
        <w:rPr>
          <w:lang w:eastAsia="zh-CN"/>
        </w:rPr>
        <w:br/>
      </w:r>
      <w:r>
        <w:rPr>
          <w:lang w:eastAsia="zh-CN"/>
        </w:rPr>
        <w:t>　　2、紧盯问题，狠抓整改。安全大检查、大讨论活动使我们找准了问题，看清了车间、班组安全管理现状，清醒了头脑，认识到了差距很大与当前安全生产形势很不协调，必须提高标准下力量抓好整改，为此我们采取了以下措施：</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
          <w:cols w:space="425"/>
          <w:titlePg w:val="0"/>
          <w:docGrid w:type="lines" w:linePitch="312"/>
        </w:sectPr>
      </w:pPr>
      <w:r>
        <w:rPr>
          <w:lang w:eastAsia="zh-CN"/>
        </w:rPr>
        <w:t>　　第一、言传身教，干部带头遵章守纪。具体做到“三坚持、一杜绝”。</w:t>
      </w:r>
      <w:r>
        <w:rPr>
          <w:lang w:eastAsia="zh-CN"/>
        </w:rPr>
        <w:br/>
      </w:r>
      <w:r>
        <w:rPr>
          <w:lang w:eastAsia="zh-CN"/>
        </w:rPr>
        <w:t>　　一是坚持重点施工盯岗到位。也就是说凡事要求车间干部参加施工作业，如工区插短轨，翻修道口等作业，车间干部保证及时到岗，决不出现以低职代高职的问题。</w:t>
      </w:r>
      <w:r>
        <w:rPr>
          <w:lang w:eastAsia="zh-CN"/>
        </w:rPr>
        <w:br/>
      </w:r>
      <w:r>
        <w:rPr>
          <w:lang w:eastAsia="zh-CN"/>
        </w:rPr>
        <w:t>　　二是坚持要点施工和车间组织会战施工、细定安全组织措施。开工前组织职工认真学习，施工中抓好组织落实和环节控制。</w:t>
      </w:r>
      <w:r>
        <w:rPr>
          <w:lang w:eastAsia="zh-CN"/>
        </w:rPr>
        <w:br/>
      </w:r>
      <w:r>
        <w:rPr>
          <w:lang w:eastAsia="zh-CN"/>
        </w:rPr>
        <w:t>　　三是坚持对重点施工全过程的安全控制，例如在9、10月份的换轨施工中，我们从施工要点、现场防护、到施工前准备，作业中的安全控制以及施工后的质量回检，每个环节都有专人负责，保证了在两个月换轨施工会战安全质量没有大的问题。一杜绝是，坚决杜绝违章指挥问题发生，又如，在10月份更换宝坻站7#道岔枕木和配件施工中，有的工班长和职工为了抢进度，向车间施工领导建议，车少又有坐台防护的，可以连续多抽几根枕木，施工领导及时纠正了这种错误想法，并当场进行了严肃地批评和教育。车间领导在施工中环节控制的转变和坚持原则态度，在职工反响很大，也就是说我们车间干部用实际行动告诉了职工必须遵章守纪。</w:t>
      </w:r>
      <w:r>
        <w:rPr>
          <w:lang w:eastAsia="zh-CN"/>
        </w:rPr>
        <w:br/>
      </w:r>
      <w:r>
        <w:rPr>
          <w:lang w:eastAsia="zh-CN"/>
        </w:rPr>
        <w:t>　　第二、开展两纪大整顿，形成严的气氛。</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4"/>
          <w:cols w:space="425"/>
          <w:titlePg w:val="0"/>
          <w:docGrid w:type="lines" w:linePitch="312"/>
        </w:sectPr>
      </w:pPr>
      <w:r>
        <w:rPr>
          <w:lang w:eastAsia="zh-CN"/>
        </w:rPr>
        <w:t>　　要求各班组重点盯住惯性违章问题工时利用低的问题，完善制度，规范管理，从严考核。在认真搞好思想分析的基础上，对重点人实行骨干专人包保。对易发生的惯性违章问题指派专人提示监控，现场狠抓自互控开展，积极推行质量控制记名修。严格作业时间管理，车间统一规范作业一杆亮的项目、区段、时间作为日常卡控的重点纳入考核。同时注意加强对边查边犯问题的控制，一经发现严格处理决不手软，坚决抑制了违章为题的发生。</w:t>
      </w:r>
      <w:r>
        <w:rPr>
          <w:lang w:eastAsia="zh-CN"/>
        </w:rPr>
        <w:br/>
      </w:r>
      <w:r>
        <w:rPr>
          <w:lang w:eastAsia="zh-CN"/>
        </w:rPr>
        <w:t>　　第三、开展设备大整修，消除隐患问题。</w:t>
      </w:r>
      <w:r>
        <w:rPr>
          <w:lang w:eastAsia="zh-CN"/>
        </w:rPr>
        <w:br/>
      </w:r>
      <w:r>
        <w:rPr>
          <w:lang w:eastAsia="zh-CN"/>
        </w:rPr>
        <w:t>　　通过检查分析我们认为，设备老69型混凝土枕裂纹失效多，道床板结翻浆冒泥严重，部分道口枕木失效铺面不良，线路空吊板多三积分居高不下，是制约设备质量提高主要隐患问题。为此我们提出了以重点整治这几项病害为内容的大整修活动，要求各工区集中力量加强突击整治。在活动中各工区对全部设备进行平推检查、找准问题、制定计划，积极组织职工清翻浆、换枕木、修道口、搞补修，工班长骨干带头苦干，大部分职工放弃了休班时间，车间干部也是经常深入现场组织指导，只7、8两个月全车间就清挖翻浆5000余空，翻修道口9处，更换轨枕500余根，经过一段时间努力实现了道口病害消灭，线路翻浆冒泥、三级病害逐步减少，设备质量逐步提高。</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5"/>
          <w:cols w:space="425"/>
          <w:titlePg w:val="0"/>
          <w:docGrid w:type="lines" w:linePitch="312"/>
        </w:sectPr>
      </w:pPr>
      <w:r>
        <w:rPr>
          <w:lang w:eastAsia="zh-CN"/>
        </w:rPr>
        <w:t>　　3、完善管理，推机制。安全七项管理机制是规范管理强基达标的有效手段，是安全管理有序可控的基本途径。今年以来我们结合车间安全管理实际和存在的问题，重点抓了安全预测机制和干部管理机制的落实。具体的讲，落实安全预测机制做到“三真”，即：班前真预测，坚决杜绝弄虚作假骗人害己的现象，一经发现追究责任严肃处理；班后真对规，保证当天的问题，当天讲清，当天整改；月末真讲评，在把全月安全问题说清、讲明的情况下，找准原因，分清责任，公开讲评，互相帮助，完善措施，抓好整改。教育引导职工遵章守纪，自觉搞好安全生产。</w:t>
      </w:r>
      <w:r>
        <w:rPr>
          <w:lang w:eastAsia="zh-CN"/>
        </w:rPr>
        <w:br/>
      </w:r>
      <w:r>
        <w:rPr>
          <w:lang w:eastAsia="zh-CN"/>
        </w:rPr>
        <w:t>　　强化干部管理机制做到“三盯”即：认真分析盯问题，每月及时组织干部召开安全分析会，对车间安全工作进行认真分析，理清问题，找准原因，强化措施；严格管理盯干部，实行车间工作逐级负责制、分工管理，强化干部职能作用，并充分利用月末干部讲评会的时间，对干部在安全管理方面的工作进行重点讲评，使全体车间干部有效发挥岗位职能作用，做到了事事有人抓、有人管，强化了干部的安全管理意识；强化落实盯考核，突出抓了两方面的考核，一方面坚强对班组的考核，另一方面加强干部逐级负责制和工班长职能作用的考核，今年下半年有一个班组职工两纪差，设备问题多，工区工作一度十分被动，车间经过分析发现主要是工班长的职能作用较差，在对工班长进行批评帮助的基础上，我们坚决按规定实行了经济责任联挂考核，使包保干部、工班长都受到很大触动，职能作用加强，班组的被动局面很快得到了扭转。</w:t>
      </w:r>
      <w:r>
        <w:rPr>
          <w:lang w:eastAsia="zh-CN"/>
        </w:rPr>
        <w:br/>
      </w:r>
      <w:r>
        <w:rPr>
          <w:lang w:eastAsia="zh-CN"/>
        </w:rPr>
        <w:t>　　认真考核，严格管理，推动了车间、班组安全七项管理机制的落实，强化了干部和工班长职能作用的发挥，实现了车间安全管理水平的逐步提高。</w:t>
      </w:r>
      <w:r>
        <w:rPr>
          <w:lang w:eastAsia="zh-CN"/>
        </w:rPr>
        <w:br/>
      </w:r>
      <w:r>
        <w:rPr>
          <w:lang w:eastAsia="zh-CN"/>
        </w:rPr>
        <w:t>　　二、盯重点，抓改造，提高设备质量。</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6"/>
          <w:cols w:space="425"/>
          <w:titlePg w:val="0"/>
          <w:docGrid w:type="lines" w:linePitch="312"/>
        </w:sectPr>
      </w:pPr>
      <w:r>
        <w:rPr>
          <w:lang w:eastAsia="zh-CN"/>
        </w:rPr>
        <w:t>　　改善设备基础，加强设备整修，提高设备质量，是我们工务生产一线车间的首要任务和重要职责，是铁路运输安全的有效保证，是我们抓好一切工作的出发点和落脚点。所以在20__年度我们针对设备基础薄弱，钢轨老、轨枕失效多，道床弹性差三大设备问题，在上级领导的帮助和支持下，积极开展设备改造工作，加强重点病整修，强化工区跟踪管理，实现了设备质量的改善和提高。</w:t>
      </w:r>
      <w:r>
        <w:rPr>
          <w:lang w:eastAsia="zh-CN"/>
        </w:rPr>
        <w:br/>
      </w:r>
      <w:r>
        <w:rPr>
          <w:lang w:eastAsia="zh-CN"/>
        </w:rPr>
        <w:t>　　1、加强组织，抓好设改施工。段领导对我们管内设备基础薄弱质量差，病害多的问题十分重视，投入加大设改项目不断增加，使设备基础状态得到了大幅度的改善，设备质量得到了大幅度的提高。但是，也使我们承受了近几年来未有的施工压力。</w:t>
      </w:r>
      <w:r>
        <w:rPr>
          <w:lang w:eastAsia="zh-CN"/>
        </w:rPr>
        <w:br/>
      </w:r>
      <w:r>
        <w:rPr>
          <w:lang w:eastAsia="zh-CN"/>
        </w:rPr>
        <w:t>　　虽然施工队的进入承担了宝坻站三、四道的换枕，23km—24km换枕，20km—23km清筛起道等大量施工任务，缓解了一定的压力。可是留给我们的施工队施工过后的设备后期整修，12km—27km+500m、15.5公里换轨及换轨前准备，宝坻站7#道岔更换枕木及配件，津围道口大修换硬面，曹子里站大道口大修换橡胶铺面，等设改重点施工任务仍然十分繁重。</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7"/>
          <w:cols w:space="425"/>
          <w:titlePg w:val="0"/>
          <w:docGrid w:type="lines" w:linePitch="312"/>
        </w:sectPr>
      </w:pPr>
      <w:r>
        <w:rPr>
          <w:lang w:eastAsia="zh-CN"/>
        </w:rPr>
        <w:t>　　面对困难和压力，为确保设改施工任务顺利完成，我们车间进行了认真研究，并采取了以下对策：1车间干部明确分工，领工员重点抓好施工组织和日常生产管理。支部书记负责组织动员和职工两纪管理。记工员重点做好后勤保证工作。2车间、班组工作负责重点明确即：车间重点负责施工组织，班组重点负责设备质量控制。3施工前认真研究，细心安排，制定计划。施工中明确标准、任务、质量要求，车间干部、工班长分头把关控制。施工后坚持质量回检，对标考核。4做好管内设备质量均衡控制，合理调配劳力，保证重点设备问题及时整修。同时在施工中注意调动职工积极性，保证了现场组织顺畅，劳力配备合理，劳动效率提高，安全管理有效，质量任务达标，设改施工任务顺利完成。</w:t>
      </w:r>
      <w:r>
        <w:rPr>
          <w:lang w:eastAsia="zh-CN"/>
        </w:rPr>
        <w:br/>
      </w:r>
      <w:r>
        <w:rPr>
          <w:lang w:eastAsia="zh-CN"/>
        </w:rPr>
        <w:t>　　2、盯住重点，加强设备整修。线路爬底，正线混凝土轨枕裂纹失效，是我们车间设备上的'两大基础病害，今年随着津蓟线车流增多运量增大，线路变化加快，病害问题越来越突出，翻浆冒泥成片增加，裂纹轨枕按比例递增，有的区段构成隐患问题，为此今年以来我们重点加强了道床、轨枕基础病害的整治。</w:t>
      </w:r>
      <w:r>
        <w:rPr>
          <w:lang w:eastAsia="zh-CN"/>
        </w:rPr>
        <w:br/>
      </w:r>
      <w:r>
        <w:rPr>
          <w:lang w:eastAsia="zh-CN"/>
        </w:rPr>
        <w:t>　　一是有重点的更换轨枕消除设备隐患。</w:t>
      </w:r>
      <w:r>
        <w:rPr>
          <w:lang w:eastAsia="zh-CN"/>
        </w:rPr>
        <w:br/>
      </w:r>
      <w:r>
        <w:rPr>
          <w:lang w:eastAsia="zh-CN"/>
        </w:rPr>
        <w:t>　　针对逐渐增多老69型混凝土轨枕裂纹失效增多问题，我们一方面积极向上级领导反映汇报。一方面组织工区和结合起道施工有重点地更换，前后共更换152根，重点解决连三失效轨枕群，消除了较严重地段轨枕失效问题。</w:t>
      </w:r>
      <w:r>
        <w:rPr>
          <w:lang w:eastAsia="zh-CN"/>
        </w:rPr>
        <w:br/>
      </w:r>
      <w:r>
        <w:rPr>
          <w:lang w:eastAsia="zh-CN"/>
        </w:rPr>
        <w:t>　　二是组织高起道解决部分线路爬底问题。</w:t>
      </w:r>
      <w:r>
        <w:rPr>
          <w:lang w:eastAsia="zh-CN"/>
        </w:rPr>
        <w:br/>
      </w:r>
      <w:r>
        <w:rPr>
          <w:lang w:eastAsia="zh-CN"/>
        </w:rPr>
        <w:t>　　今年四月份一开始我们克服了交通不便等困难，组织全车间职工对线路爬底最严重，具备起道条件的宝坻工区管内54公里至60公里，线路进行起到机捣。下半年我们又克服了重点施工多，时间紧等多方面的困难，见缝插针，利用会战施工间隙，在9、10、11月份组织职工完成了大口屯----宝坻间9.7公里的卸碴高起道机捣任务，累计全年共卸碴起道15.7公里，消除了车间管内大部分爬底线路和翻浆冒泥问题。实现了设备状态大幅度改善和提高。</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8"/>
          <w:cols w:space="425"/>
          <w:titlePg w:val="0"/>
          <w:docGrid w:type="lines" w:linePitch="312"/>
        </w:sectPr>
      </w:pPr>
      <w:r>
        <w:rPr>
          <w:lang w:eastAsia="zh-CN"/>
        </w:rPr>
        <w:t>　　3、从严考核，加强设备补修。今年下半年我们管内小型添乘仪三级分突然逐月增加，设备质量下滑，车间领导高度重视，针对问题认真研究分析，通过分析我们认为造成管内设备三级分增多的主要原因是，客观上津蓟线车流增多运量增大，进入雨季线路变化比较大，上半年重点施工集中会战多，对正常维修有一定的影响。主观上是车间领导思想盲目乐观，工班长职能作用差，设备补修跟的不及时缺乏针对性，现场组织松散工时利用率低，劳动效率低。</w:t>
      </w:r>
      <w:r>
        <w:rPr>
          <w:lang w:eastAsia="zh-CN"/>
        </w:rPr>
        <w:br/>
      </w:r>
      <w:r>
        <w:rPr>
          <w:lang w:eastAsia="zh-CN"/>
        </w:rPr>
        <w:t>　　并且迅速采取了相应的措施：</w:t>
      </w:r>
      <w:r>
        <w:rPr>
          <w:lang w:eastAsia="zh-CN"/>
        </w:rPr>
        <w:br/>
      </w:r>
      <w:r>
        <w:rPr>
          <w:lang w:eastAsia="zh-CN"/>
        </w:rPr>
        <w:t>　　1、车间及时调整工作部署集中力量抓好维补修工作，组织工班长细致调查工作量制定整修计划，明确整修标准，明确完成时间。</w:t>
      </w:r>
      <w:r>
        <w:rPr>
          <w:lang w:eastAsia="zh-CN"/>
        </w:rPr>
        <w:br/>
      </w:r>
      <w:r>
        <w:rPr>
          <w:lang w:eastAsia="zh-CN"/>
        </w:rPr>
        <w:t>　　2、强化工班长职能作用，给压力，提要求，实行责任联挂考核。</w:t>
      </w:r>
      <w:r>
        <w:rPr>
          <w:lang w:eastAsia="zh-CN"/>
        </w:rPr>
        <w:br/>
      </w:r>
      <w:r>
        <w:rPr>
          <w:lang w:eastAsia="zh-CN"/>
        </w:rPr>
        <w:t>　　3、加强现场组织和工时利用率的管理，采取职工休班集中保证日常上道人数，现场作业实行定额管理，量化控制，记名修考核，强化劳动效率提高。</w:t>
      </w:r>
      <w:r>
        <w:rPr>
          <w:lang w:eastAsia="zh-CN"/>
        </w:rPr>
        <w:br/>
      </w:r>
      <w:r>
        <w:rPr>
          <w:lang w:eastAsia="zh-CN"/>
        </w:rPr>
        <w:t>　　4、加强对班组补修的重点考核，段小型添乘仪动态检查情况一律纳入对班组的日常考核，月末验收重点检查线路静态几何尺寸和补修质量，所检查出来的质量问题以处为单位全部计入对班组的考核。经过两个来月的抓整修，强管理，严考核，各工区补修工作全面加强，三级病害逐步减少，设备质量全面提高。</w:t>
      </w:r>
      <w:r>
        <w:rPr>
          <w:lang w:eastAsia="zh-CN"/>
        </w:rPr>
        <w:br/>
      </w:r>
      <w:r>
        <w:rPr>
          <w:lang w:eastAsia="zh-CN"/>
        </w:rPr>
        <w:t>　　三、存在的问题和不足。</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9"/>
          <w:cols w:space="425"/>
          <w:titlePg w:val="0"/>
          <w:docGrid w:type="lines" w:linePitch="312"/>
        </w:sectPr>
      </w:pPr>
      <w:r>
        <w:rPr>
          <w:lang w:eastAsia="zh-CN"/>
        </w:rPr>
        <w:t>　　1、安全方面。有硬伤，由于上半年起道、配合顶管等重点施工较多，忽视了对站专线的检查和整修，发生了宝坻站四道机车脱线事故。给全段的整体工作带来极大被动和极坏影响。虽然经过安全大检查活动，干部职工的安全意识有了全面的提高。但是，部分工班长职工过去养成的重任务轻安全，认为车少不会出大问题的思想痼疾。还没有得到彻底根除。表现在违章指挥偶有发生，惯性违章时有出现，还不能让人彻底放心。</w:t>
      </w:r>
      <w:r>
        <w:rPr>
          <w:lang w:eastAsia="zh-CN"/>
        </w:rPr>
        <w:br/>
      </w:r>
      <w:r>
        <w:rPr>
          <w:lang w:eastAsia="zh-CN"/>
        </w:rPr>
        <w:t>　　2、管理方面。干部和工班长还有好人主义的思想，有时对安全和两纪问题盯得不紧，考核不严，工作标准不高。现场工时利用率不高，劳动组织松散，还一定程度存在，以至有些设备问题解决较慢。</w:t>
      </w:r>
      <w:r>
        <w:rPr>
          <w:lang w:eastAsia="zh-CN"/>
        </w:rPr>
        <w:br/>
      </w:r>
      <w:r>
        <w:rPr>
          <w:lang w:eastAsia="zh-CN"/>
        </w:rPr>
        <w:t>　　3、设备方面。混凝土轨枕裂纹失效成片按比例增加，线路爬底严重，翻浆冒泥还有一定的数量没有解决，混凝土道岔配件缺少失效不好解决，站专线质量还不高，线路几何尺寸超限，段小型添乘仪三级分还没有彻底消灭。一年来我们车间干部职工认真贯彻段领导指示要求，积极开展安全大检查活动，加强了安全管理。盯重点，抓设改，加强设备整修，提高了设备质量。</w:t>
      </w:r>
      <w:r>
        <w:rPr>
          <w:lang w:eastAsia="zh-CN"/>
        </w:rPr>
        <w:br/>
      </w:r>
      <w:r>
        <w:rPr>
          <w:lang w:eastAsia="zh-CN"/>
        </w:rPr>
        <w:t>　　严两纪，抓考核，加强了车间、班组的各项管理工作。基本兑现完成了全年各项工作任务。但是确实存在着安全硬伤等很多问题和不足，需要我们有针对性采取措施，强化整改提高。现在20__年就要过去，新的一年就要到来，为适应铁路实现跨越式发展和生产力布局调整的形势的需要，我们决心提高标准，振作精神，团结进取，保安全，抓任务，强管理，争先创优，实现车间整体工作全面提高，进入先进车间行列。</w:t>
      </w:r>
      <w:r>
        <w:rPr>
          <w:lang w:eastAsia="zh-CN"/>
        </w:rPr>
        <w:br/>
      </w:r>
      <w:r>
        <w:rPr>
          <w:lang w:eastAsia="zh-CN"/>
        </w:rPr>
        <w:t>　　气流纺班长年终总结 2</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0"/>
          <w:cols w:space="425"/>
          <w:titlePg w:val="0"/>
          <w:docGrid w:type="lines" w:linePitch="312"/>
        </w:sectPr>
      </w:pPr>
      <w:r>
        <w:rPr>
          <w:lang w:eastAsia="zh-CN"/>
        </w:rPr>
        <w:t>　　伴随新产品的升级，我从全技员提升为线长。经过不断磨炼逐渐成熟，我总结了自己过去这段时间的收成，在上级领导和同事的帮助下，兢兢业业，克尽职守，完成了领导布置的各项任务。现将自己的工作总结如下：</w:t>
      </w:r>
      <w:r>
        <w:rPr>
          <w:lang w:eastAsia="zh-CN"/>
        </w:rPr>
        <w:br/>
      </w:r>
      <w:r>
        <w:rPr>
          <w:lang w:eastAsia="zh-CN"/>
        </w:rPr>
        <w:t>　　线长的工作大多是协调小事搞好保障，因此，我正确认识自身的工作和价值，正确处理苦与乐，得与失、个人利益和集体利益的关系，坚持甘于奉献、诚实敬业，锤炼自身努力提高本职业务水平。经过这段时间学习和锻炼，我在工作有所进步，利用积极工作汲取经验的同时，细心学习他人长处，改掉自己不足，并虚心向领导、同事请教，在不断学习和探索中使自身在管理水平上有所提高。始终把耐得平淡、舍得付出、默默无闻作为自己的准则，始终求实脚踏实地埋头苦干。在工作中，以制度、纪律规范自己的一切言行，严格遵守公司各项规章制度，品质政策，不断改进工作方式方法。在这段时间里，由于公司需要，作为干部我就应该挺身而出积极配合做好工作，不计得失，希望把工作如期完成。</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1"/>
          <w:cols w:space="425"/>
          <w:titlePg w:val="0"/>
          <w:docGrid w:type="lines" w:linePitch="312"/>
        </w:sectPr>
      </w:pPr>
      <w:r>
        <w:rPr>
          <w:lang w:eastAsia="zh-CN"/>
        </w:rPr>
        <w:t>　　我虽然努力的完成自己应该做的事，并且得到了领导的'认可，但是其间也显露出了我在工作不足之处，而且有点致命，虽在慢慢的改进，可是效果不是很明显，使得自己会陷入一种窘迫的境地。虽然不全是得心应手，但大多数还是在坚持不懈中完成了工作，但是最后通过自己的努力和老同事的指导也都圆满的完了，说到此我就不得不提我的直属领导夏信开，还有老线长们，他们对我在工作及生活上的指点和亲切的指导让我在此方面有了长足的进步。虽然都是为了公司所做的一切，但我还是要在此感谢他们。生活离不开工作和学习，工作要有工作的态度，学习有学习的勤奋，我一直在保持着这样的方式去开展明天事情。</w:t>
      </w:r>
      <w:r>
        <w:rPr>
          <w:lang w:eastAsia="zh-CN"/>
        </w:rPr>
        <w:br/>
      </w:r>
      <w:r>
        <w:rPr>
          <w:lang w:eastAsia="zh-CN"/>
        </w:rPr>
        <w:t>　　通过一年的努力学习工作得出来的教训，坚持严格自我要求，以身作则，以诚待人，爱岗敬业讲奉献。积极主动向他人学习，汲取他人经验，将带领我们这个团队做到更好。</w:t>
      </w:r>
      <w:r>
        <w:rPr>
          <w:lang w:eastAsia="zh-CN"/>
        </w:rPr>
        <w:br/>
      </w:r>
      <w:r>
        <w:rPr>
          <w:lang w:eastAsia="zh-CN"/>
        </w:rPr>
        <w:t>　　亲切的指导让我在此方面有了长足的进步。虽然都是为了公司所做的一切，但我还是要在此感谢他们。生活离不开工作和学习，工作要有工作的态度，学习有学习的勤奋，我一直在保持着这样的方式去开展明天事情。通过一年的努力学习工作得出来的教训，坚持严格自我要求，以身作则，以诚待人，爱岗敬业讲奉献。积极主动向他人学习，汲取他人经验，将带领我们这个团队做到更好。</w:t>
      </w:r>
      <w:r>
        <w:rPr>
          <w:lang w:eastAsia="zh-CN"/>
        </w:rPr>
        <w:br/>
      </w:r>
      <w:r>
        <w:rPr>
          <w:lang w:eastAsia="zh-CN"/>
        </w:rPr>
        <w:t>　　气流纺班长年终总结 3</w:t>
      </w:r>
      <w:r>
        <w:rPr>
          <w:lang w:eastAsia="zh-CN"/>
        </w:rPr>
        <w:br/>
      </w:r>
      <w:r>
        <w:rPr>
          <w:lang w:eastAsia="zh-CN"/>
        </w:rPr>
        <w:t>　　一年转眼而过，回顾这一年来的工作，在车间领导的支持和帮助下，严格要求自己，按照生产要求较好完成了领导下达的任务。通过一年来的学习与工作，工作模式得到了较快的改变，工作能力有了较大的提高，完全能胜任本职工作。现将这一年的工作总结如下：</w:t>
      </w:r>
      <w:r>
        <w:rPr>
          <w:lang w:eastAsia="zh-CN"/>
        </w:rPr>
        <w:br/>
      </w:r>
      <w:r>
        <w:rPr>
          <w:lang w:eastAsia="zh-CN"/>
        </w:rPr>
        <w:t>　　一、严格遵守厂规厂纪，安全生产</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2"/>
          <w:cols w:space="425"/>
          <w:titlePg w:val="0"/>
          <w:docGrid w:type="lines" w:linePitch="312"/>
        </w:sectPr>
      </w:pPr>
      <w:r>
        <w:rPr>
          <w:lang w:eastAsia="zh-CN"/>
        </w:rPr>
        <w:t>　　无规矩不成方圆，厂规厂纪时刻牢记心头。按时上下班、班前不喝酒，保证在精力充沛的状态下干好本职工作。安全无小事，严格遵守安全守则“三不伤害”。作为一班之长，心系全员的生命安全，在班前会中时刻提醒大家在工作中注意自身安全，并且制定了安全保护措施，努力做到每个人安安全全上班，平平安安回家。</w:t>
      </w:r>
      <w:r>
        <w:rPr>
          <w:lang w:eastAsia="zh-CN"/>
        </w:rPr>
        <w:br/>
      </w:r>
      <w:r>
        <w:rPr>
          <w:lang w:eastAsia="zh-CN"/>
        </w:rPr>
        <w:t>　　二、尽职尽责工作，完成企业下达任务</w:t>
      </w:r>
      <w:r>
        <w:rPr>
          <w:lang w:eastAsia="zh-CN"/>
        </w:rPr>
        <w:br/>
      </w:r>
      <w:r>
        <w:rPr>
          <w:lang w:eastAsia="zh-CN"/>
        </w:rPr>
        <w:t>　　1.班前检查不可或缺。</w:t>
      </w:r>
      <w:r>
        <w:rPr>
          <w:lang w:eastAsia="zh-CN"/>
        </w:rPr>
        <w:br/>
      </w:r>
      <w:r>
        <w:rPr>
          <w:lang w:eastAsia="zh-CN"/>
        </w:rPr>
        <w:t>　　要做好本班工作，班前生产情况的检查非常重要。上班生产状况对本班生产有着积极的指导意义，通过检查安排本班工作，非常清晰地制定班中生产任务，有利于协调窑、预热器、煤磨工作安排，提高工作效率。</w:t>
      </w:r>
      <w:r>
        <w:rPr>
          <w:lang w:eastAsia="zh-CN"/>
        </w:rPr>
        <w:br/>
      </w:r>
      <w:r>
        <w:rPr>
          <w:lang w:eastAsia="zh-CN"/>
        </w:rPr>
        <w:t>　　2.做好与中控员的沟通。</w:t>
      </w:r>
      <w:r>
        <w:rPr>
          <w:lang w:eastAsia="zh-CN"/>
        </w:rPr>
        <w:br/>
      </w:r>
      <w:r>
        <w:rPr>
          <w:lang w:eastAsia="zh-CN"/>
        </w:rPr>
        <w:t>　　中控与现场的良好配合是熟料高产的保障，现场人员全权掌握现场设备运行情况，及时准确将现场情况反应给中控，以便中控及时做出调整，在最短时间内调整好参数。遇到紧急情况时尤为重要，中控的及时调节为现场处理节省了时间，同时也缩短了处理故障的时间，保护了设备也降低了能耗。</w:t>
      </w:r>
      <w:r>
        <w:rPr>
          <w:lang w:eastAsia="zh-CN"/>
        </w:rPr>
        <w:br/>
      </w:r>
      <w:r>
        <w:rPr>
          <w:lang w:eastAsia="zh-CN"/>
        </w:rPr>
        <w:t>　　3.合理的人员分配可以提高工作效率。</w:t>
      </w:r>
      <w:r>
        <w:rPr>
          <w:lang w:eastAsia="zh-CN"/>
        </w:rPr>
        <w:br/>
      </w:r>
      <w:r>
        <w:rPr>
          <w:lang w:eastAsia="zh-CN"/>
        </w:rPr>
        <w:t>　　窑、预热器、煤磨岗位各有各的.特点，每个人的技术和知识面不同，所以合理的分工尤为重要，合适的人放到恰当的岗位才能发挥良好的作用。工作中注重配合，每个岗位人员有限，遇到事故应及时调配人员合作，调动员工的工作积极性，遇事能快速反应，以最短的时间处理好故障，提高设备的运转率，保证熟料产质量。</w:t>
      </w:r>
      <w:r>
        <w:rPr>
          <w:lang w:eastAsia="zh-CN"/>
        </w:rPr>
        <w:br/>
      </w:r>
      <w:r>
        <w:rPr>
          <w:lang w:eastAsia="zh-CN"/>
        </w:rPr>
        <w:t>　　4.努力学习提高技术，做好领头羊。</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3"/>
          <w:cols w:space="425"/>
          <w:titlePg w:val="0"/>
          <w:docGrid w:type="lines" w:linePitch="312"/>
        </w:sectPr>
      </w:pPr>
      <w:r>
        <w:rPr>
          <w:lang w:eastAsia="zh-CN"/>
        </w:rPr>
        <w:t>　　作为班长，技术要扎实，要有预见性。通过这几年的工作，我积累了一些二线设备运行，故障处理经验；能准确及时发现问题，并且能在短时间内处理好故障。在工作中积极主动，不怕脏，不怕累，凡事冲到第一，协调好工作，带领大家快速地处理问题，并能保证大家安全，做到安生生产。</w:t>
      </w:r>
      <w:r>
        <w:rPr>
          <w:lang w:eastAsia="zh-CN"/>
        </w:rPr>
        <w:br/>
      </w:r>
      <w:r>
        <w:rPr>
          <w:lang w:eastAsia="zh-CN"/>
        </w:rPr>
        <w:t>　　__年度烧成系统设备运行基本良好，本班员工工作积极、认真、吃苦耐劳。在全体的共同努力下很好完成领导下达的任务，这离不开杨主任和李主任的信任与支持，同时也是本班全员共同努力的结果。我深知自己在工作中仍有不足，在以后的工作中向有经验的前辈虚心请教。今年的生产已经圆满完成，在下一年的工作中我会加紧学习，努力提高操作技术，以身作则，做好本职工作，带领好大家高效率地干好班中工作，请领导监督，谢谢领导的鼓励与培养！</w:t>
      </w:r>
      <w:r>
        <w:rPr>
          <w:lang w:eastAsia="zh-CN"/>
        </w:rPr>
        <w:br/>
      </w:r>
      <w:r>
        <w:rPr>
          <w:lang w:eastAsia="zh-CN"/>
        </w:rPr>
        <w:t>　　气流纺班长年终总结 4</w:t>
      </w:r>
      <w:r>
        <w:rPr>
          <w:lang w:eastAsia="zh-CN"/>
        </w:rPr>
        <w:br/>
      </w:r>
      <w:r>
        <w:rPr>
          <w:lang w:eastAsia="zh-CN"/>
        </w:rPr>
        <w:t>　　作为生产一班班长，我认真执行上级的各项政策。认真贯彻落实两级职代会、党委会等会议精神。按照统一安排，坚持“安全第一，预防为主”的安全生产原则，以安全质量标准化的标准要求开展工作。全面的完成了各项工作，现将我这几年工作做以下总结；</w:t>
      </w:r>
      <w:r>
        <w:rPr>
          <w:lang w:eastAsia="zh-CN"/>
        </w:rPr>
        <w:br/>
      </w:r>
      <w:r>
        <w:rPr>
          <w:lang w:eastAsia="zh-CN"/>
        </w:rPr>
        <w:t>　　一、强化学习，提高素质</w:t>
      </w:r>
      <w:r>
        <w:rPr>
          <w:lang w:eastAsia="zh-CN"/>
        </w:rPr>
        <w:br/>
      </w:r>
      <w:r>
        <w:rPr>
          <w:lang w:eastAsia="zh-CN"/>
        </w:rPr>
        <w:t>　　充分利用班前、后会、周二周五学习会等认真学习各类文件精神；积极学习工作面作业规程和岗位操作规程，来不断提高自己的理化水平及业务操作技能。及时组织职工学习，准确熟练地掌握操作流程，为安全生产打下良好的基础。</w:t>
      </w:r>
      <w:r>
        <w:rPr>
          <w:lang w:eastAsia="zh-CN"/>
        </w:rPr>
        <w:br/>
      </w:r>
      <w:r>
        <w:rPr>
          <w:lang w:eastAsia="zh-CN"/>
        </w:rPr>
        <w:t>　　二、强化管理，确保安全生产</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4"/>
          <w:cols w:space="425"/>
          <w:titlePg w:val="0"/>
          <w:docGrid w:type="lines" w:linePitch="312"/>
        </w:sectPr>
      </w:pPr>
      <w:r>
        <w:rPr>
          <w:lang w:eastAsia="zh-CN"/>
        </w:rPr>
        <w:t>　　在班前会上讲安全，班中查安全，班后总结安全，在安全管理上，我始终抓住目标，在顶板管理方面，严格要求职工加强支护，防止顶板冒落，在移架和采煤机割煤过程中，随时提醒职工防止块炭掉落和煤壁片帮伤人；在机电方面，为了保证设备的完好率和工作面的高产高效，在设备使用管理上严格执行设备包机制，严格落实《机电设备操作规程》，每班工作前详细检查设备，如有问题及时处理，严禁设备带病运行和超负荷运转；在工程质量方面，严格遵守工程质量标准化，确保工作面达到“三平、两直、一净、两畅通”的要求。</w:t>
      </w:r>
      <w:r>
        <w:rPr>
          <w:lang w:eastAsia="zh-CN"/>
        </w:rPr>
        <w:br/>
      </w:r>
      <w:r>
        <w:rPr>
          <w:lang w:eastAsia="zh-CN"/>
        </w:rPr>
        <w:t>　　三、严细管理，强化班组建设</w:t>
      </w:r>
      <w:r>
        <w:rPr>
          <w:lang w:eastAsia="zh-CN"/>
        </w:rPr>
        <w:br/>
      </w:r>
      <w:r>
        <w:rPr>
          <w:lang w:eastAsia="zh-CN"/>
        </w:rPr>
        <w:t>　　抓好班前会质量，在会上及时总结前一班存在的问题，强调本班工作中的注意事项，认真开展班组核算，做到“班清班结”，认真开展“三基建设”工作，抓好职工出勤、工作质量的考核，按照“创一流”的总体要求，在班组成员内按照安全、质量、行为规范、节支降耗开展工作；在班组内积极开展隐患排查，做到班前检查、班中排查、班后复查，将隐患排查落实到每个人，保证工作现场环境的安全。</w:t>
      </w:r>
      <w:r>
        <w:rPr>
          <w:lang w:eastAsia="zh-CN"/>
        </w:rPr>
        <w:br/>
      </w:r>
      <w:r>
        <w:rPr>
          <w:lang w:eastAsia="zh-CN"/>
        </w:rPr>
        <w:t>　　四、工作中的不足及改进措施</w:t>
      </w:r>
      <w:r>
        <w:rPr>
          <w:lang w:eastAsia="zh-CN"/>
        </w:rPr>
        <w:br/>
      </w:r>
      <w:r>
        <w:rPr>
          <w:lang w:eastAsia="zh-CN"/>
        </w:rPr>
        <w:t>　　半年来，我班组虽有成绩却仍然存在各种问题；譬如，自己管理水平还要需进一步的提高；生产过程中班组成员，还存在侥幸心理，安全思想意识淡薄；班组成员的职工操作技能仍不能满足区队生产的`需要等等。</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5"/>
          <w:cols w:space="425"/>
          <w:titlePg w:val="0"/>
          <w:docGrid w:type="lines" w:linePitch="312"/>
        </w:sectPr>
      </w:pPr>
      <w:r>
        <w:rPr>
          <w:lang w:eastAsia="zh-CN"/>
        </w:rPr>
        <w:t>　　在今后的工作中将克服以往工作中的不足，作为班组长，我将更加努力学习，提高业务理论和管理水平，进一步强化安全思想意识，使自己成为班组的一个好的带头人。这样才能带领大家，精心打造出一支技能水平高、安全意识强的班组队伍。为我队及我矿的安全生产工作做出自己应有的贡献。</w:t>
      </w:r>
      <w:r>
        <w:rPr>
          <w:lang w:eastAsia="zh-CN"/>
        </w:rPr>
        <w:br/>
      </w:r>
      <w:r>
        <w:rPr>
          <w:lang w:eastAsia="zh-CN"/>
        </w:rPr>
        <w:t>　　气流纺班长年终总结 5</w:t>
      </w:r>
      <w:r>
        <w:rPr>
          <w:lang w:eastAsia="zh-CN"/>
        </w:rPr>
        <w:br/>
      </w:r>
      <w:r>
        <w:rPr>
          <w:lang w:eastAsia="zh-CN"/>
        </w:rPr>
        <w:t>　　转眼之间__年又过去了，想想在这一年里公司发生了重大的变化，各个公司的成立，人员的变动，不能不让我们在今后的工作中要更加的努力，回首过往，公司陪伴我走过了人生很重要的一个阶段，这让我懂得了很多。尤其是领导对我的支持与关爱，同事们对我的帮助。在此我向公司的领导以及全体同事们表示最衷心的感谢。</w:t>
      </w:r>
      <w:r>
        <w:rPr>
          <w:lang w:eastAsia="zh-CN"/>
        </w:rPr>
        <w:br/>
      </w:r>
      <w:r>
        <w:rPr>
          <w:lang w:eastAsia="zh-CN"/>
        </w:rPr>
        <w:t>　　现将过去一年的工作总结如下：</w:t>
      </w:r>
      <w:r>
        <w:rPr>
          <w:lang w:eastAsia="zh-CN"/>
        </w:rPr>
        <w:br/>
      </w:r>
      <w:r>
        <w:rPr>
          <w:lang w:eastAsia="zh-CN"/>
        </w:rPr>
        <w:t>　　一、工作情况</w:t>
      </w:r>
      <w:r>
        <w:rPr>
          <w:lang w:eastAsia="zh-CN"/>
        </w:rPr>
        <w:br/>
      </w:r>
      <w:r>
        <w:rPr>
          <w:lang w:eastAsia="zh-CN"/>
        </w:rPr>
        <w:t>　　1、管理方面</w:t>
      </w:r>
      <w:r>
        <w:rPr>
          <w:lang w:eastAsia="zh-CN"/>
        </w:rPr>
        <w:br/>
      </w:r>
      <w:r>
        <w:rPr>
          <w:lang w:eastAsia="zh-CN"/>
        </w:rPr>
        <w:t>　　一是尽力创造和睦而不失原则的良好氛围，还有公司为我们提供宽松的工作环境；二是发挥班组成员积极性。做到凡事有人管、凡事有人做，人人责任明确、各负其责，充分发挥每一员工的积极性和创造性，并严格执行运行各项规章制度，做到制度面前人人平等。加强班组成员的自主管理意识，在一定限度内最大程度地发挥自身能量，这样班组管理基础扎实了，各方面工作就有了保障。</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6"/>
          <w:cols w:space="425"/>
          <w:titlePg w:val="0"/>
          <w:docGrid w:type="lines" w:linePitch="312"/>
        </w:sectPr>
      </w:pPr>
      <w:r>
        <w:rPr>
          <w:lang w:eastAsia="zh-CN"/>
        </w:rPr>
        <w:t>　　自己既要懂知识会业务，又要善管理。搞好班组整体工作，靠的是全体员工的共同努力，又要充分发挥班组每一个员工的积极性，自己身为一班之长，我始终明确一点，只有以身作则、身先士卒，班组成员才能信得过、听得进、齐努力。自己抱定一个宗旨，要求别人做的事，自己先做；要求别人去完成的任务，自己首先完成，在班组摆正自己的形象，以自己的实际行动去影响班组成员，并去带动他们。</w:t>
      </w:r>
      <w:r>
        <w:rPr>
          <w:lang w:eastAsia="zh-CN"/>
        </w:rPr>
        <w:br/>
      </w:r>
      <w:r>
        <w:rPr>
          <w:lang w:eastAsia="zh-CN"/>
        </w:rPr>
        <w:t>　　我在网上看到这样一句话，感觉挺好就摘抄了下来，是这样说的：积极的人象太阳,照到哪里哪里亮；消极的人象月亮,初一十五不一样。如果我们每个人都象太阳的话，那我们就会照亮富锦照亮中宇。</w:t>
      </w:r>
      <w:r>
        <w:rPr>
          <w:lang w:eastAsia="zh-CN"/>
        </w:rPr>
        <w:br/>
      </w:r>
      <w:r>
        <w:rPr>
          <w:lang w:eastAsia="zh-CN"/>
        </w:rPr>
        <w:t>　　2、工作方面</w:t>
      </w:r>
      <w:r>
        <w:rPr>
          <w:lang w:eastAsia="zh-CN"/>
        </w:rPr>
        <w:br/>
      </w:r>
      <w:r>
        <w:rPr>
          <w:lang w:eastAsia="zh-CN"/>
        </w:rPr>
        <w:t>　　1、__年对风机全面检查10次，配合箱变厂家处理了存在问题的箱变，配合华锐厂家对三期风机的投入调试工作及二期风机的维护，对一期27台风机进行了二次维护工作，二、三期风机进行了二次维护工作，配合花马变对所内原有的两条出线进行了改线工作，并利用这段改线停电时间对一二三期的线路进行了一次全面的检修，配合佳局配电对二期电缆接头进行了改造，完善了所内场区存在的缺陷。风机故障处理方面，我们严格要求自己，克服种种因自然环境给我带来的困难，保证风机正常运行，保证风机的可利用率。</w:t>
      </w:r>
      <w:r>
        <w:rPr>
          <w:lang w:eastAsia="zh-CN"/>
        </w:rPr>
        <w:br/>
      </w:r>
      <w:r>
        <w:rPr>
          <w:lang w:eastAsia="zh-CN"/>
        </w:rPr>
        <w:t>　　2、认真落实“安全第一，预防为主”的方针,深刻吸取各地发生的事故教训，切实做好安全生产工作，使得每一名员工都能深刻认识到安全生产责任重于泰山。在领导的带领和全体运行人员的努力下，没有发生一次人身、设备及交通等安全事故。作为变电运行的基层班组，一切工作莫过于确保安全运行</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7"/>
          <w:cols w:space="425"/>
          <w:titlePg w:val="0"/>
          <w:docGrid w:type="lines" w:linePitch="312"/>
        </w:sectPr>
      </w:pPr>
      <w:r>
        <w:rPr>
          <w:lang w:eastAsia="zh-CN"/>
        </w:rPr>
        <w:t>　　3、保证设备可利用率是我们全体员工努力的方向，我们把理论和实际工作结合起来，散发出高度的积极性和创造性，脚踏实地自觉勇敢的面对锻炼与考验，努力完成公司交给我们的各项任务。</w:t>
      </w:r>
      <w:r>
        <w:rPr>
          <w:lang w:eastAsia="zh-CN"/>
        </w:rPr>
        <w:br/>
      </w:r>
      <w:r>
        <w:rPr>
          <w:lang w:eastAsia="zh-CN"/>
        </w:rPr>
        <w:t>　　二、人员学习及培训</w:t>
      </w:r>
      <w:r>
        <w:rPr>
          <w:lang w:eastAsia="zh-CN"/>
        </w:rPr>
        <w:br/>
      </w:r>
      <w:r>
        <w:rPr>
          <w:lang w:eastAsia="zh-CN"/>
        </w:rPr>
        <w:t>　　1、公司的不断的扩大也加快了人员的进出，这样也在培训上给我们带来了很大压力，但我们会克服困难，加大培训力度。</w:t>
      </w:r>
      <w:r>
        <w:rPr>
          <w:lang w:eastAsia="zh-CN"/>
        </w:rPr>
        <w:br/>
      </w:r>
      <w:r>
        <w:rPr>
          <w:lang w:eastAsia="zh-CN"/>
        </w:rPr>
        <w:t>　　2、新学员已陆续的转正，由于大家的专业不同，在学习工作中要发挥他们的长处，取长补短，充分发挥大家的优点来提升富锦风电的整体实力。学员我们按计划进行有序培训，我们生产运行制定的每周四次学习，利用晚上一小时的学习时间，来对一天发生的故障进行讨论与学习。没有故障的时候让大家发挥个人的长处，讲一些个人的专业知识来拓展大家知识面，从整体上来提升运行员的素质。</w:t>
      </w:r>
      <w:r>
        <w:rPr>
          <w:lang w:eastAsia="zh-CN"/>
        </w:rPr>
        <w:br/>
      </w:r>
      <w:r>
        <w:rPr>
          <w:lang w:eastAsia="zh-CN"/>
        </w:rPr>
        <w:t>　　三、存在不足及整改计划</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8"/>
          <w:cols w:space="425"/>
          <w:titlePg w:val="0"/>
          <w:docGrid w:type="lines" w:linePitch="312"/>
        </w:sectPr>
      </w:pPr>
      <w:r>
        <w:rPr>
          <w:lang w:eastAsia="zh-CN"/>
        </w:rPr>
        <w:t>　　经过了一年的工作与学习，看到了收获，看到了希望，更看到了自己的不足，高等学校毕业的大学业生正逐步的充实到公司，自己稍有一丝的放松，就有可能落在后边，所以我要利用业余时间进行学习，对自己进行充电。在管理方面，由于缺少经验，管理上还有欠缺，在日后的工作中将会不断的完善。还有就是自己的英语水平不足，这个不足从去年一直说到了今年的上半年，说要在下半年的时间开始学习，可到了年底自己竟然还是没有行动，20__年的上半年工作总结时，我要是在重复这样的话那我真的在原地不动，我要用自己的实际行动来证实，希望大家对我有个监督。其次我要从以下几个方面进行整改：</w:t>
      </w:r>
      <w:r>
        <w:rPr>
          <w:lang w:eastAsia="zh-CN"/>
        </w:rPr>
        <w:br/>
      </w:r>
      <w:r>
        <w:rPr>
          <w:lang w:eastAsia="zh-CN"/>
        </w:rPr>
        <w:t>　　1、进一步加强理论和业务学习，提高自身素质。坚持理论联系实际，实事求是，解放思想。加强自身思想改造，与时俱进，开拓创新，使自己的`一言一行都体现出中宇员工的形象。</w:t>
      </w:r>
      <w:r>
        <w:rPr>
          <w:lang w:eastAsia="zh-CN"/>
        </w:rPr>
        <w:br/>
      </w:r>
      <w:r>
        <w:rPr>
          <w:lang w:eastAsia="zh-CN"/>
        </w:rPr>
        <w:t>　　2、进一步解放思想，适应工作需求。我是一名风电生产运行人员，负责风电场一值值班工作，在今后的工作中，要用新的思维去发现、解决工作中遇到的各种问题，因此，在今后的工作中，将以风电精神、英华精神为榜样做好本职工作。</w:t>
      </w:r>
      <w:r>
        <w:rPr>
          <w:lang w:eastAsia="zh-CN"/>
        </w:rPr>
        <w:br/>
      </w:r>
      <w:r>
        <w:rPr>
          <w:lang w:eastAsia="zh-CN"/>
        </w:rPr>
        <w:t>　　3、加强自身建设，严格要求，自我加压。始终保持积极向上、昂扬奋进的精神状态，自重自省、自警自励，在工作中自觉地服从、服务于大局，自觉地把自己的工作同公司联系起来，坚持高标准、严要求，努力做好本职工作，圆满完成公司交给的任务。</w:t>
      </w:r>
      <w:r>
        <w:rPr>
          <w:lang w:eastAsia="zh-CN"/>
        </w:rPr>
        <w:br/>
      </w:r>
      <w:r>
        <w:rPr>
          <w:lang w:eastAsia="zh-CN"/>
        </w:rPr>
        <w:t>　　四、心得与感受</w:t>
      </w:r>
      <w:r>
        <w:rPr>
          <w:lang w:eastAsia="zh-CN"/>
        </w:rPr>
        <w:br/>
      </w:r>
      <w:r>
        <w:rPr>
          <w:lang w:eastAsia="zh-CN"/>
        </w:rPr>
        <w:t>　　回想这一年来的工作，略有所获，而这所获离不开领导的关怀和指导，更离不开全班同事同甘共苦的结果。我深信，一个人的能力是有限的，如果要把集体的力量凝聚到一起却是无穷大。</w:t>
      </w:r>
      <w:r>
        <w:rPr>
          <w:lang w:eastAsia="zh-CN"/>
        </w:rPr>
        <w:br/>
      </w:r>
      <w:r>
        <w:rPr>
          <w:lang w:eastAsia="zh-CN"/>
        </w:rPr>
        <w:t>　　五、20__年工作计划</w:t>
      </w:r>
      <w:r>
        <w:rPr>
          <w:lang w:eastAsia="zh-CN"/>
        </w:rPr>
        <w:br/>
      </w:r>
      <w:r>
        <w:rPr>
          <w:lang w:eastAsia="zh-CN"/>
        </w:rPr>
        <w:t>　　1、做好一二三期的风机维护工作。</w:t>
      </w:r>
      <w:r>
        <w:rPr>
          <w:lang w:eastAsia="zh-CN"/>
        </w:rPr>
        <w:br/>
      </w:r>
      <w:r>
        <w:rPr>
          <w:lang w:eastAsia="zh-CN"/>
        </w:rPr>
        <w:t>　　2、做好二期风机出质保期前的一切准备工作。</w:t>
      </w:r>
      <w:r>
        <w:rPr>
          <w:lang w:eastAsia="zh-CN"/>
        </w:rPr>
        <w:br/>
      </w:r>
      <w:r>
        <w:rPr>
          <w:lang w:eastAsia="zh-CN"/>
        </w:rPr>
        <w:t>　　3、加强库房管理，保证工具及备品备件齐备。</w:t>
      </w:r>
      <w:r>
        <w:rPr>
          <w:lang w:eastAsia="zh-CN"/>
        </w:rPr>
        <w:br/>
      </w:r>
      <w:r>
        <w:rPr>
          <w:lang w:eastAsia="zh-CN"/>
        </w:rPr>
        <w:t>　　4、做好春秋检工作确保20__年设备安全运行。</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9"/>
          <w:cols w:space="425"/>
          <w:titlePg w:val="0"/>
          <w:docGrid w:type="lines" w:linePitch="312"/>
        </w:sectPr>
      </w:pPr>
      <w:r>
        <w:rPr>
          <w:lang w:eastAsia="zh-CN"/>
        </w:rPr>
        <w:t>　　5、严格执行安全技术措施及各项制度，杜绝各类事故的发生，确保实现安全生产运行。</w:t>
      </w:r>
      <w:r>
        <w:rPr>
          <w:lang w:eastAsia="zh-CN"/>
        </w:rPr>
        <w:br/>
      </w:r>
      <w:r>
        <w:rPr>
          <w:lang w:eastAsia="zh-CN"/>
        </w:rPr>
        <w:t>　　6、继续提高自身文化素质及管理业务水平。</w:t>
      </w:r>
      <w:r>
        <w:rPr>
          <w:lang w:eastAsia="zh-CN"/>
        </w:rPr>
        <w:br/>
      </w:r>
      <w:r>
        <w:rPr>
          <w:lang w:eastAsia="zh-CN"/>
        </w:rPr>
        <w:t>　　7、加强对运行人员及代培人员的学习及培训工作，__年新学员也会陆续的来到富锦风电场，在领导的带领下，我会全力以赴做好培训工作，确保从富锦风电场走出去的员工都是个拿得起放得下地，让我们所有的员工都能以优秀的成绩充实到中宇公司的各个风电场。</w:t>
      </w:r>
      <w:r>
        <w:rPr>
          <w:lang w:eastAsia="zh-CN"/>
        </w:rPr>
        <w:br/>
      </w:r>
      <w:r>
        <w:rPr>
          <w:lang w:eastAsia="zh-CN"/>
        </w:rPr>
        <w:t>　　展望未来，我对公司的跨越式发展充满信心，公司就如一辆豪华大巴，正在高速前进着，向更广阔的疆土挺进，车上有公司为我们搭建的宽广舞台，有领导的正确指挥，我坚信，我上了这趟车，无论走到哪里，我会永不下车。</w:t>
      </w:r>
      <w:r>
        <w:rPr>
          <w:lang w:eastAsia="zh-CN"/>
        </w:rPr>
        <w:br/>
      </w:r>
      <w:r>
        <w:rPr>
          <w:lang w:eastAsia="zh-CN"/>
        </w:rPr>
        <w:t>　　最后祝各位领导及同事：“工作顺利，身体健康”。</w:t>
      </w:r>
      <w:r>
        <w:rPr>
          <w:lang w:eastAsia="zh-CN"/>
        </w:rPr>
        <w:br/>
      </w:r>
      <w:r>
        <w:rPr>
          <w:lang w:eastAsia="zh-CN"/>
        </w:rPr>
        <w:t>　　气流纺班长年终总结 6</w:t>
      </w:r>
      <w:r>
        <w:rPr>
          <w:lang w:eastAsia="zh-CN"/>
        </w:rPr>
        <w:br/>
      </w:r>
      <w:r>
        <w:rPr>
          <w:lang w:eastAsia="zh-CN"/>
        </w:rPr>
        <w:t>　　在即将过去的一年里，我们主要做了以下几个方面的工作：</w:t>
      </w:r>
      <w:r>
        <w:rPr>
          <w:lang w:eastAsia="zh-CN"/>
        </w:rPr>
        <w:br/>
      </w:r>
      <w:r>
        <w:rPr>
          <w:lang w:eastAsia="zh-CN"/>
        </w:rPr>
        <w:t>　　一、安全方面</w:t>
      </w:r>
      <w:r>
        <w:rPr>
          <w:lang w:eastAsia="zh-CN"/>
        </w:rPr>
        <w:br/>
      </w:r>
      <w:r>
        <w:rPr>
          <w:lang w:eastAsia="zh-CN"/>
        </w:rPr>
        <w:t>　　我们检修人员除了严格遵守公司及分厂的各项规章制度，并且认真学习公司的安全报，始终坚持“安全第一，预防我为主”的方针，搞好员工的安全知识培训。在安全生产方面做到了以下几点：</w:t>
      </w:r>
      <w:r>
        <w:rPr>
          <w:lang w:eastAsia="zh-CN"/>
        </w:rPr>
        <w:br/>
      </w:r>
      <w:r>
        <w:rPr>
          <w:lang w:eastAsia="zh-CN"/>
        </w:rPr>
        <w:t>　　第一，从思想上认识到安全生产的重要性；</w:t>
      </w:r>
      <w:r>
        <w:rPr>
          <w:lang w:eastAsia="zh-CN"/>
        </w:rPr>
        <w:br/>
      </w:r>
      <w:r>
        <w:rPr>
          <w:lang w:eastAsia="zh-CN"/>
        </w:rPr>
        <w:t>　　第二，提高检修技术能力，熟悉各种设备的安全操作规程；</w:t>
      </w:r>
      <w:r>
        <w:rPr>
          <w:lang w:eastAsia="zh-CN"/>
        </w:rPr>
        <w:br/>
      </w:r>
      <w:r>
        <w:rPr>
          <w:lang w:eastAsia="zh-CN"/>
        </w:rPr>
        <w:t>　　第三，发扬良好的团结协作和相互监督的精神。</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0"/>
          <w:cols w:space="425"/>
          <w:titlePg w:val="0"/>
          <w:docGrid w:type="lines" w:linePitch="312"/>
        </w:sectPr>
      </w:pPr>
      <w:r>
        <w:rPr>
          <w:lang w:eastAsia="zh-CN"/>
        </w:rPr>
        <w:t>　　所以只有端正了自己的思想作风，树立起了“安全重于泰山”的责任意识，熟练掌握了安全专业知识。我们才能做好各方面的安全防范措施。我们检修人员作业的场合是处在易燃、易爆、高温、腐蚀的场所，因而时时刻刻都存在着危险，所以我们在作业不但需要团结协作，而且需要同事支持和监督。</w:t>
      </w:r>
      <w:r>
        <w:rPr>
          <w:lang w:eastAsia="zh-CN"/>
        </w:rPr>
        <w:br/>
      </w:r>
      <w:r>
        <w:rPr>
          <w:lang w:eastAsia="zh-CN"/>
        </w:rPr>
        <w:t>　　__年里，在我们检修人员的共同努力下，化工、包装工段的监护下，班组的安全形势取得了有目共睹的成绩，班组实现了全年“零事故”，没有发生过一起人身轻伤以上安全事故。</w:t>
      </w:r>
      <w:r>
        <w:rPr>
          <w:lang w:eastAsia="zh-CN"/>
        </w:rPr>
        <w:br/>
      </w:r>
      <w:r>
        <w:rPr>
          <w:lang w:eastAsia="zh-CN"/>
        </w:rPr>
        <w:t>　　二、生产方面</w:t>
      </w:r>
      <w:r>
        <w:rPr>
          <w:lang w:eastAsia="zh-CN"/>
        </w:rPr>
        <w:br/>
      </w:r>
      <w:r>
        <w:rPr>
          <w:lang w:eastAsia="zh-CN"/>
        </w:rPr>
        <w:t>　　巡检工作：我们检修班组制定了详细的巡检制度，推行“人人都是设备的主人”的管理理念，在大型设备及易损设备上实行分片负责，做到了设备到人，责任到人。在巡检工作中，对发现设备故障的员工，我们检修班组给予一定的'奖励，因而在早上巡检中，我们检修人员用耳朵去听设备是否异常响动或噪音大，用眼睛去观察设备是否损坏、松动，用手去感触设备是否高温缺油或震动。所以我们检修人员用自己的慧眼、聪耳、巧手为设备正常运行提供了强有力的保障。</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1"/>
          <w:cols w:space="425"/>
          <w:titlePg w:val="0"/>
          <w:docGrid w:type="lines" w:linePitch="312"/>
        </w:sectPr>
      </w:pPr>
      <w:r>
        <w:rPr>
          <w:lang w:eastAsia="zh-CN"/>
        </w:rPr>
        <w:t>　　日常检修工作：在设备厂长及检修班长的带领下，我们检修班组发扬实干加巧干的精神，使得日常检修工作有条不紊的开展着，并且出色的完成各项检修任务。我们检修人员在炎热的夏季，钻进多孔工段温度高达50℃滚筒干燥器里面焊接隔板和筒体裂痕，每一次焊接完成出来，我们检修人员都像洗过一次“桑拿浴”一样，全身湿完。我们检修人员在易燃、易爆、腐蚀等恶劣的环境中，克服重重困难，按质按量的拆检粉硝工段的中和器。我们检修人员在时间紧，工作量大的情况下，发扬艰苦奋斗、团结的精神和争着干、抢着干的作风，仅用9天的时间独立完成包裹机拆卸和回装工作，为设备的长期运行提供了强有力的保障。我们检修人员不但有过硬的技术，而且有能吃苦，能战斗的优良作风，让硝铵分厂各项工作跨上新的台阶。</w:t>
      </w:r>
      <w:r>
        <w:rPr>
          <w:lang w:eastAsia="zh-CN"/>
        </w:rPr>
        <w:br/>
      </w:r>
      <w:r>
        <w:rPr>
          <w:lang w:eastAsia="zh-CN"/>
        </w:rPr>
        <w:t>　　技改项目工作：我们检修人员紧围绕着公司的发展大计，根据公司及分厂的要求，制定了周密的技改计划，并保质保量的完成任务，使分厂的技改紧张、有序的进行。在公司的领导下，我们检修人员独立完成了多孔工段1#离心式抽风机和4#鼓风机，使得多孔的产量由原来的80吨/班到现在的吨/班。在包装工段，我们检修人员新安装了新库水平皮带，使得库房堆保量增加，利于转包。在粉硝工段，我们多增加安装了2台真空泵和完成改进结晶机锅门等技改项目，使得粉硝的产量由原来的h/m3到现在的h/m3。我们检修人员本着爱岗敬业，干一行爱一行的精神，为公司的发展做出了自己的贡献。</w:t>
      </w:r>
      <w:r>
        <w:rPr>
          <w:lang w:eastAsia="zh-CN"/>
        </w:rPr>
        <w:br/>
      </w:r>
      <w:r>
        <w:rPr>
          <w:lang w:eastAsia="zh-CN"/>
        </w:rPr>
        <w:t>　　三、节能降耗及现场卫生管理方面</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2"/>
          <w:cols w:space="425"/>
          <w:titlePg w:val="0"/>
          <w:docGrid w:type="lines" w:linePitch="312"/>
        </w:sectPr>
      </w:pPr>
      <w:r>
        <w:rPr>
          <w:lang w:eastAsia="zh-CN"/>
        </w:rPr>
        <w:t>　　我们检修班组深刻领会公司的节能降耗精神，积极响应公司的口号，从“节约一个螺栓，一个螺帽，一个垫片”做起，努力降低成本，为分厂降低能耗，节约材料。我们检修班组在强化班组管理，提倡不铺张，不浪费的节约方针。在满足生产及安全要求的前提下，使用废旧的钢管、阀门、弯头等，为公司和分厂节约材料，提高了公司的能源使用率，降低了企业运行成本。检修班组在现场做工完成之后，做到了“工完，料尽，场地清”的要求，及时的清理现场，使现场看起来清洁，美观。在检修班组，我们以高标准来要求自己，坚持天天打扫卫生，不乱扔垃圾及废料，让我们检修人员时刻处于一个整洁，温馨的环境中。</w:t>
      </w:r>
      <w:r>
        <w:rPr>
          <w:lang w:eastAsia="zh-CN"/>
        </w:rPr>
        <w:br/>
      </w:r>
      <w:r>
        <w:rPr>
          <w:lang w:eastAsia="zh-CN"/>
        </w:rPr>
        <w:t>　　四、班组活动方面</w:t>
      </w:r>
      <w:r>
        <w:rPr>
          <w:lang w:eastAsia="zh-CN"/>
        </w:rPr>
        <w:br/>
      </w:r>
      <w:r>
        <w:rPr>
          <w:lang w:eastAsia="zh-CN"/>
        </w:rPr>
        <w:t>　　我们检修班组积极，主动的参与公司及分厂的各项集体活动，并在检修班组开展相互学习的热潮，提高员工的技术能力和综合素质。我们检修班组积极的参加了公司举行的职工气排球比赛，并助分厂取得了“第三名”优异成绩。我们检修班组乐观，主动的参加分厂举行的“庆国庆，迎中秋”的烧烤活动，与化工，包装工段密切交谈，搞好关系，为以后的检修工作，打好坚实的基础。同时，我们检修班组自己也开展相互学习，相互促进的学习活动，使我们检修人员的技术上一个新的台阶。</w:t>
      </w:r>
      <w:r>
        <w:rPr>
          <w:lang w:eastAsia="zh-CN"/>
        </w:rPr>
        <w:br/>
      </w:r>
      <w:r>
        <w:rPr>
          <w:lang w:eastAsia="zh-CN"/>
        </w:rPr>
        <w:t>　　五、未来展望方面</w:t>
      </w:r>
      <w:r>
        <w:rPr>
          <w:lang w:eastAsia="zh-CN"/>
        </w:rPr>
        <w:br/>
      </w:r>
      <w:r>
        <w:rPr>
          <w:lang w:eastAsia="zh-CN"/>
        </w:rPr>
        <w:t>　　新的一年意味着新的起点新的机遇新的挑战，我们检修班组端正作风，发扬团结互助、艰苦奋斗、顽强拼搏的精神，以乐观、积极的精神面貌迎接新的检修和技改项目，并以过硬的本领来完满的完成工作，为公司及分厂做出自己最大的贡献。</w:t>
      </w:r>
      <w:r>
        <w:rPr>
          <w:lang w:eastAsia="zh-CN"/>
        </w:rPr>
        <w:br/>
      </w:r>
      <w:r>
        <w:rPr>
          <w:lang w:eastAsia="zh-CN"/>
        </w:rPr>
        <w:t>　　气流纺班长年终总结 7</w:t>
      </w:r>
      <w:r>
        <w:rPr>
          <w:lang w:eastAsia="zh-CN"/>
        </w:rPr>
        <w:br/>
      </w:r>
      <w:r>
        <w:rPr>
          <w:lang w:eastAsia="zh-CN"/>
        </w:rPr>
        <w:t>　　一、自觉加强理论学习，努力提高个人素质</w:t>
      </w:r>
      <w:r>
        <w:rPr>
          <w:lang w:eastAsia="zh-CN"/>
        </w:rPr>
        <w:br/>
      </w:r>
    </w:p>
    <w:p w:rsidR="001B1F19" w14:textId="27C3F48A">
      <w:pPr>
        <w:rPr>
          <w:rFonts w:hint="eastAsia"/>
          <w:lang w:eastAsia="zh-CN"/>
        </w:rPr>
      </w:pPr>
      <w:r>
        <w:rPr>
          <w:lang w:eastAsia="zh-CN"/>
        </w:rPr>
        <w:t>　　没有坚定的政治方向，就不会有积极向上的指导思想。为了不断提高自己的政治思想素质，这几年来我一直非常关心国家大事，关注国内外形势，结合形势变化对企业的影响进行分析，并把这种思想付诸实际行动到生产过程中去，保证自己在思想和行动上始终与党和企业保持一致。同时，也把这种思想带入工作和学习中，不断追求自身进步。有人说：一个人要成才，必须得先做人，此话有理。这也就是说：一个人的事业要想得到成功，必须先要学会怎样做人！特别是干我们这项技术性很强的工作的，看事要用心、做事要专心、学习要虚心。容不得有半点马虎和出错。所有首先工作态度要端正，要有良好地职业素养，对工作要认真负责，服从领导安排，虚心听取别人的指点和建议，要团结同事、礼貌待人，服务热情。</w:t>
      </w:r>
      <w:r>
        <w:rPr>
          <w:lang w:eastAsia="zh-CN"/>
        </w:rPr>
        <w:br/>
      </w:r>
      <w:r>
        <w:rPr>
          <w:lang w:eastAsia="zh-CN"/>
        </w:rPr>
        <w:t>　　二、端正工作态度，起好带头作用</w:t>
      </w:r>
      <w:r>
        <w:rPr>
          <w:lang w:eastAsia="zh-CN"/>
        </w:rPr>
        <w:br/>
      </w:r>
      <w:r>
        <w:rPr>
          <w:lang w:eastAsia="zh-CN"/>
        </w:rPr>
        <w:t>　　自从进入公司参加工作开始，我就从事所有了所有的机电事务，包括所有基建时期的安全和质量的监督巡查。我深知机电管理工作在建设期间的重要性，特别是含有大部分隐形的电器基础设施与工程，要随时监督检查，发现问题就必须解决问题，决不能草草了事，否则后患无穷且再无法根除，这就摆机我们作机电管理的面前是一种考验和责任。作为我是一位机电班班长和一名电工技师，身上的责任和重担我义不容辞。因此，在平时的工作中，我不仅要求自己班组成员在监督巡查时，要认真仔细，做到一丝不苟，而且自己还深知打铁还须自身硬的道理。我对我自己做出了这样一些严格要求：</w:t>
      </w:r>
      <w:r>
        <w:rPr>
          <w:lang w:eastAsia="zh-CN"/>
        </w:rPr>
        <w:br/>
      </w:r>
      <w:r>
        <w:rPr>
          <w:rFonts w:hint="eastAsia"/>
          <w:lang w:eastAsia="zh-CN"/>
        </w:rPr>
        <w:br/>
      </w:r>
      <w:r>
        <w:rPr>
          <w:rFonts w:hint="eastAsia"/>
          <w:lang w:eastAsia="zh-CN"/>
        </w:rP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4" w:history="1">
        <w:r>
          <w:rPr>
            <w:rFonts w:ascii="SimSun" w:eastAsia="SimSun" w:hAnsi="SimSun" w:cs="SimSun"/>
            <w:b/>
            <w:bCs/>
            <w:color w:val="0000EE"/>
            <w:sz w:val="30"/>
            <w:szCs w:val="30"/>
            <w:u w:val="single" w:color="0000EE"/>
          </w:rPr>
          <w:t>https://d.book118.com/376033111050010054</w:t>
        </w:r>
      </w:hyperlink>
    </w:p>
    <w:p w:rsidR="001B1F19">
      <w:pPr>
        <w:rPr>
          <w:rFonts w:hint="eastAsia"/>
          <w:lang w:eastAsia="zh-CN"/>
        </w:rPr>
      </w:pPr>
    </w:p>
    <w:sectPr>
      <w:type w:val="nextPage"/>
      <w:pgSz w:w="11906" w:h="16838"/>
      <w:pgMar w:top="1440" w:right="1800" w:bottom="1440" w:left="1800" w:header="851" w:footer="992" w:gutter="0"/>
      <w:pgNumType w:start="23"/>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ourier">
    <w:panose1 w:val="02070409020205020404"/>
    <w:charset w:val="00"/>
    <w:family w:val="modern"/>
    <w:pitch w:val="fixed"/>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49D07D03"/>
    <w:multiLevelType w:val="multilevel"/>
    <w:tmpl w:val="3AE4B26C"/>
    <w:lvl w:ilvl="0">
      <w:start w:val="1"/>
      <w:numFmt w:val="decimal"/>
      <w:pStyle w:val="ListBulle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820273113">
    <w:abstractNumId w:val="0"/>
  </w:num>
  <w:num w:numId="2" w16cid:durableId="149969114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0222273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2500097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4842747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23348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F19"/>
    <w:rsid w:val="00012D24"/>
    <w:rsid w:val="000B76DB"/>
    <w:rsid w:val="001B1F19"/>
    <w:rsid w:val="002E2E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08D8A34"/>
  <w15:docId w15:val="{83B6B1C2-FF47-43CC-85A6-22B37870D6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1"/>
    <w:uiPriority w:val="9"/>
    <w:qFormat/>
    <w:rsid w:val="00FC693F"/>
    <w:pPr>
      <w:keepNext/>
      <w:keepLines/>
      <w:spacing w:before="480" w:after="0"/>
      <w:outlineLvl w:val="0"/>
    </w:pPr>
    <w:rPr>
      <w:rFonts w:asciiTheme="majorHAnsi" w:eastAsiaTheme="majorEastAsia" w:hAnsiTheme="majorHAnsi" w:cstheme="majorBidi"/>
      <w:b/>
      <w:bCs/>
      <w:color w:val="2F5496" w:themeColor="accent1" w:themeShade="BF"/>
      <w:szCs w:val="28"/>
    </w:rPr>
  </w:style>
  <w:style w:type="paragraph" w:styleId="Heading2">
    <w:name w:val="heading 2"/>
    <w:basedOn w:val="Normal"/>
    <w:next w:val="Normal"/>
    <w:link w:val="2"/>
    <w:uiPriority w:val="9"/>
    <w:unhideWhenUsed/>
    <w:qFormat/>
    <w:rsid w:val="00FC693F"/>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3"/>
    <w:uiPriority w:val="9"/>
    <w:unhideWhenUsed/>
    <w:qFormat/>
    <w:rsid w:val="00FC693F"/>
    <w:pPr>
      <w:keepNext/>
      <w:keepLines/>
      <w:spacing w:before="200" w:after="0"/>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4"/>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472C4" w:themeColor="accent1"/>
    </w:rPr>
  </w:style>
  <w:style w:type="paragraph" w:styleId="Heading5">
    <w:name w:val="heading 5"/>
    <w:basedOn w:val="Normal"/>
    <w:next w:val="Normal"/>
    <w:link w:val="5"/>
    <w:uiPriority w:val="9"/>
    <w:semiHidden/>
    <w:unhideWhenUsed/>
    <w:qFormat/>
    <w:rsid w:val="00FC693F"/>
    <w:pPr>
      <w:keepNext/>
      <w:keepLines/>
      <w:spacing w:before="200" w:after="0"/>
      <w:outlineLvl w:val="4"/>
    </w:pPr>
    <w:rPr>
      <w:rFonts w:asciiTheme="majorHAnsi" w:eastAsiaTheme="majorEastAsia" w:hAnsiTheme="majorHAnsi" w:cstheme="majorBidi"/>
      <w:color w:val="1F3763" w:themeColor="accent1" w:themeShade="7F"/>
    </w:rPr>
  </w:style>
  <w:style w:type="paragraph" w:styleId="Heading6">
    <w:name w:val="heading 6"/>
    <w:basedOn w:val="Normal"/>
    <w:next w:val="Normal"/>
    <w:link w:val="6"/>
    <w:uiPriority w:val="9"/>
    <w:semiHidden/>
    <w:unhideWhenUsed/>
    <w:qFormat/>
    <w:rsid w:val="00FC693F"/>
    <w:pPr>
      <w:keepNext/>
      <w:keepLines/>
      <w:spacing w:before="200" w:after="0"/>
      <w:outlineLvl w:val="5"/>
    </w:pPr>
    <w:rPr>
      <w:rFonts w:asciiTheme="majorHAnsi" w:eastAsiaTheme="majorEastAsia" w:hAnsiTheme="majorHAnsi" w:cstheme="majorBidi"/>
      <w:i/>
      <w:iCs/>
      <w:color w:val="1F3763" w:themeColor="accent1" w:themeShade="7F"/>
    </w:rPr>
  </w:style>
  <w:style w:type="paragraph" w:styleId="Heading7">
    <w:name w:val="heading 7"/>
    <w:basedOn w:val="Normal"/>
    <w:next w:val="Normal"/>
    <w:link w:val="7"/>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8"/>
    <w:uiPriority w:val="9"/>
    <w:semiHidden/>
    <w:unhideWhenUsed/>
    <w:qFormat/>
    <w:rsid w:val="00FC693F"/>
    <w:pPr>
      <w:keepNext/>
      <w:keepLines/>
      <w:spacing w:before="200" w:after="0"/>
      <w:outlineLvl w:val="7"/>
    </w:pPr>
    <w:rPr>
      <w:rFonts w:asciiTheme="majorHAnsi" w:eastAsiaTheme="majorEastAsia" w:hAnsiTheme="majorHAnsi" w:cstheme="majorBidi"/>
      <w:color w:val="4472C4" w:themeColor="accent1"/>
      <w:sz w:val="20"/>
      <w:szCs w:val="20"/>
    </w:rPr>
  </w:style>
  <w:style w:type="paragraph" w:styleId="Heading9">
    <w:name w:val="heading 9"/>
    <w:basedOn w:val="Normal"/>
    <w:next w:val="Normal"/>
    <w:link w:val="9"/>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E618BF"/>
    <w:pPr>
      <w:tabs>
        <w:tab w:val="center" w:pos="4680"/>
        <w:tab w:val="right" w:pos="9360"/>
      </w:tabs>
      <w:spacing w:after="0" w:line="240" w:lineRule="auto"/>
    </w:pPr>
  </w:style>
  <w:style w:type="character" w:customStyle="1" w:styleId="a">
    <w:name w:val="页眉 字符"/>
    <w:basedOn w:val="DefaultParagraphFont"/>
    <w:link w:val="Header"/>
    <w:uiPriority w:val="99"/>
    <w:rsid w:val="00E618BF"/>
  </w:style>
  <w:style w:type="paragraph" w:styleId="Footer">
    <w:name w:val="footer"/>
    <w:basedOn w:val="Normal"/>
    <w:link w:val="a0"/>
    <w:uiPriority w:val="99"/>
    <w:unhideWhenUsed/>
    <w:rsid w:val="00E618BF"/>
    <w:pPr>
      <w:tabs>
        <w:tab w:val="center" w:pos="4680"/>
        <w:tab w:val="right" w:pos="9360"/>
      </w:tabs>
      <w:spacing w:after="0" w:line="240" w:lineRule="auto"/>
    </w:pPr>
  </w:style>
  <w:style w:type="character" w:customStyle="1" w:styleId="a0">
    <w:name w:val="页脚 字符"/>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1">
    <w:name w:val="标题 1 字符"/>
    <w:basedOn w:val="DefaultParagraphFont"/>
    <w:link w:val="Heading1"/>
    <w:uiPriority w:val="9"/>
    <w:rsid w:val="00FC693F"/>
    <w:rPr>
      <w:rFonts w:asciiTheme="majorHAnsi" w:eastAsiaTheme="majorEastAsia" w:hAnsiTheme="majorHAnsi" w:cstheme="majorBidi"/>
      <w:b/>
      <w:bCs/>
      <w:color w:val="2F5496" w:themeColor="accent1" w:themeShade="BF"/>
      <w:sz w:val="28"/>
      <w:szCs w:val="28"/>
    </w:rPr>
  </w:style>
  <w:style w:type="character" w:customStyle="1" w:styleId="2">
    <w:name w:val="标题 2 字符"/>
    <w:basedOn w:val="DefaultParagraphFont"/>
    <w:link w:val="Heading2"/>
    <w:uiPriority w:val="9"/>
    <w:rsid w:val="00FC693F"/>
    <w:rPr>
      <w:rFonts w:asciiTheme="majorHAnsi" w:eastAsiaTheme="majorEastAsia" w:hAnsiTheme="majorHAnsi" w:cstheme="majorBidi"/>
      <w:b/>
      <w:bCs/>
      <w:color w:val="4472C4" w:themeColor="accent1"/>
      <w:sz w:val="26"/>
      <w:szCs w:val="26"/>
    </w:rPr>
  </w:style>
  <w:style w:type="character" w:customStyle="1" w:styleId="3">
    <w:name w:val="标题 3 字符"/>
    <w:basedOn w:val="DefaultParagraphFont"/>
    <w:link w:val="Heading3"/>
    <w:uiPriority w:val="9"/>
    <w:rsid w:val="00FC693F"/>
    <w:rPr>
      <w:rFonts w:asciiTheme="majorHAnsi" w:eastAsiaTheme="majorEastAsia" w:hAnsiTheme="majorHAnsi" w:cstheme="majorBidi"/>
      <w:b/>
      <w:bCs/>
      <w:color w:val="4472C4" w:themeColor="accent1"/>
    </w:rPr>
  </w:style>
  <w:style w:type="paragraph" w:styleId="Title">
    <w:name w:val="Title"/>
    <w:basedOn w:val="Normal"/>
    <w:next w:val="Normal"/>
    <w:link w:val="a1"/>
    <w:uiPriority w:val="10"/>
    <w:qFormat/>
    <w:rsid w:val="00FC693F"/>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1">
    <w:name w:val="标题 字符"/>
    <w:basedOn w:val="DefaultParagraphFont"/>
    <w:link w:val="Title"/>
    <w:uiPriority w:val="10"/>
    <w:rsid w:val="00FC693F"/>
    <w:rPr>
      <w:rFonts w:asciiTheme="majorHAnsi" w:eastAsiaTheme="majorEastAsia" w:hAnsiTheme="majorHAnsi" w:cstheme="majorBidi"/>
      <w:color w:val="323E4F" w:themeColor="text2" w:themeShade="BF"/>
      <w:spacing w:val="5"/>
      <w:kern w:val="28"/>
      <w:sz w:val="52"/>
      <w:szCs w:val="52"/>
    </w:rPr>
  </w:style>
  <w:style w:type="paragraph" w:styleId="Subtitle">
    <w:name w:val="Subtitle"/>
    <w:basedOn w:val="Normal"/>
    <w:next w:val="Normal"/>
    <w:link w:val="a2"/>
    <w:uiPriority w:val="11"/>
    <w:qFormat/>
    <w:rsid w:val="00FC693F"/>
    <w:pPr>
      <w:numPr>
        <w:ilvl w:val="1"/>
      </w:numPr>
    </w:pPr>
    <w:rPr>
      <w:rFonts w:asciiTheme="majorHAnsi" w:eastAsiaTheme="majorEastAsia" w:hAnsiTheme="majorHAnsi" w:cstheme="majorBidi"/>
      <w:i/>
      <w:iCs/>
      <w:color w:val="4472C4" w:themeColor="accent1"/>
      <w:spacing w:val="15"/>
      <w:sz w:val="24"/>
      <w:szCs w:val="24"/>
    </w:rPr>
  </w:style>
  <w:style w:type="character" w:customStyle="1" w:styleId="a2">
    <w:name w:val="副标题 字符"/>
    <w:basedOn w:val="DefaultParagraphFont"/>
    <w:link w:val="Subtitle"/>
    <w:uiPriority w:val="11"/>
    <w:rsid w:val="00FC693F"/>
    <w:rPr>
      <w:rFonts w:asciiTheme="majorHAnsi" w:eastAsiaTheme="majorEastAsia" w:hAnsiTheme="majorHAnsi" w:cstheme="majorBidi"/>
      <w:i/>
      <w:iCs/>
      <w:color w:val="4472C4"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a3"/>
    <w:uiPriority w:val="99"/>
    <w:unhideWhenUsed/>
    <w:rsid w:val="00AA1D8D"/>
    <w:pPr>
      <w:spacing w:after="120"/>
    </w:pPr>
  </w:style>
  <w:style w:type="character" w:customStyle="1" w:styleId="a3">
    <w:name w:val="正文文本 字符"/>
    <w:basedOn w:val="DefaultParagraphFont"/>
    <w:link w:val="BodyText"/>
    <w:uiPriority w:val="99"/>
    <w:rsid w:val="00AA1D8D"/>
  </w:style>
  <w:style w:type="paragraph" w:styleId="BodyText2">
    <w:name w:val="Body Text 2"/>
    <w:basedOn w:val="Normal"/>
    <w:link w:val="20"/>
    <w:uiPriority w:val="99"/>
    <w:unhideWhenUsed/>
    <w:rsid w:val="00AA1D8D"/>
    <w:pPr>
      <w:spacing w:after="120" w:line="480" w:lineRule="auto"/>
    </w:pPr>
  </w:style>
  <w:style w:type="character" w:customStyle="1" w:styleId="20">
    <w:name w:val="正文文本 2 字符"/>
    <w:basedOn w:val="DefaultParagraphFont"/>
    <w:link w:val="BodyText2"/>
    <w:uiPriority w:val="99"/>
    <w:rsid w:val="00AA1D8D"/>
  </w:style>
  <w:style w:type="paragraph" w:styleId="BodyText3">
    <w:name w:val="Body Text 3"/>
    <w:basedOn w:val="Normal"/>
    <w:link w:val="30"/>
    <w:uiPriority w:val="99"/>
    <w:unhideWhenUsed/>
    <w:rsid w:val="00AA1D8D"/>
    <w:pPr>
      <w:spacing w:after="120"/>
    </w:pPr>
    <w:rPr>
      <w:sz w:val="16"/>
      <w:szCs w:val="16"/>
    </w:rPr>
  </w:style>
  <w:style w:type="character" w:customStyle="1" w:styleId="30">
    <w:name w:val="正文文本 3 字符"/>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tabs>
        <w:tab w:val="num" w:pos="720"/>
      </w:tabs>
      <w:ind w:left="720" w:hanging="720"/>
      <w:contextualSpacing/>
    </w:pPr>
  </w:style>
  <w:style w:type="paragraph" w:styleId="ListBullet3">
    <w:name w:val="List Bullet 3"/>
    <w:basedOn w:val="Normal"/>
    <w:uiPriority w:val="99"/>
    <w:unhideWhenUsed/>
    <w:rsid w:val="00326F90"/>
    <w:pPr>
      <w:tabs>
        <w:tab w:val="num" w:pos="720"/>
      </w:tabs>
      <w:ind w:left="720" w:hanging="720"/>
      <w:contextualSpacing/>
    </w:pPr>
  </w:style>
  <w:style w:type="paragraph" w:styleId="ListNumber">
    <w:name w:val="List Number"/>
    <w:basedOn w:val="Normal"/>
    <w:uiPriority w:val="99"/>
    <w:unhideWhenUsed/>
    <w:rsid w:val="00326F90"/>
    <w:pPr>
      <w:tabs>
        <w:tab w:val="num" w:pos="720"/>
      </w:tabs>
      <w:ind w:left="720" w:hanging="720"/>
      <w:contextualSpacing/>
    </w:pPr>
  </w:style>
  <w:style w:type="paragraph" w:styleId="ListNumber2">
    <w:name w:val="List Number 2"/>
    <w:basedOn w:val="Normal"/>
    <w:uiPriority w:val="99"/>
    <w:unhideWhenUsed/>
    <w:rsid w:val="0029639D"/>
    <w:pPr>
      <w:tabs>
        <w:tab w:val="num" w:pos="720"/>
      </w:tabs>
      <w:ind w:left="720" w:hanging="720"/>
      <w:contextualSpacing/>
    </w:pPr>
  </w:style>
  <w:style w:type="paragraph" w:styleId="ListNumber3">
    <w:name w:val="List Number 3"/>
    <w:basedOn w:val="Normal"/>
    <w:uiPriority w:val="99"/>
    <w:unhideWhenUsed/>
    <w:rsid w:val="0029639D"/>
    <w:pPr>
      <w:tabs>
        <w:tab w:val="num" w:pos="720"/>
      </w:tabs>
      <w:ind w:left="720" w:hanging="720"/>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a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4">
    <w:name w:val="宏文本 字符"/>
    <w:basedOn w:val="DefaultParagraphFont"/>
    <w:link w:val="Macro"/>
    <w:uiPriority w:val="99"/>
    <w:rsid w:val="0029639D"/>
    <w:rPr>
      <w:rFonts w:ascii="Courier" w:hAnsi="Courier"/>
      <w:sz w:val="20"/>
      <w:szCs w:val="20"/>
    </w:rPr>
  </w:style>
  <w:style w:type="paragraph" w:styleId="Quote">
    <w:name w:val="Quote"/>
    <w:basedOn w:val="Normal"/>
    <w:next w:val="Normal"/>
    <w:link w:val="a5"/>
    <w:uiPriority w:val="29"/>
    <w:qFormat/>
    <w:rsid w:val="00FC693F"/>
    <w:rPr>
      <w:i/>
      <w:iCs/>
      <w:color w:val="000000" w:themeColor="text1"/>
    </w:rPr>
  </w:style>
  <w:style w:type="character" w:customStyle="1" w:styleId="a5">
    <w:name w:val="引用 字符"/>
    <w:basedOn w:val="DefaultParagraphFont"/>
    <w:link w:val="Quote"/>
    <w:uiPriority w:val="29"/>
    <w:rsid w:val="00FC693F"/>
    <w:rPr>
      <w:i/>
      <w:iCs/>
      <w:color w:val="000000" w:themeColor="text1"/>
    </w:rPr>
  </w:style>
  <w:style w:type="character" w:customStyle="1" w:styleId="4">
    <w:name w:val="标题 4 字符"/>
    <w:basedOn w:val="DefaultParagraphFont"/>
    <w:link w:val="Heading4"/>
    <w:uiPriority w:val="9"/>
    <w:semiHidden/>
    <w:rsid w:val="00FC693F"/>
    <w:rPr>
      <w:rFonts w:asciiTheme="majorHAnsi" w:eastAsiaTheme="majorEastAsia" w:hAnsiTheme="majorHAnsi" w:cstheme="majorBidi"/>
      <w:b/>
      <w:bCs/>
      <w:i/>
      <w:iCs/>
      <w:color w:val="4472C4" w:themeColor="accent1"/>
    </w:rPr>
  </w:style>
  <w:style w:type="character" w:customStyle="1" w:styleId="5">
    <w:name w:val="标题 5 字符"/>
    <w:basedOn w:val="DefaultParagraphFont"/>
    <w:link w:val="Heading5"/>
    <w:uiPriority w:val="9"/>
    <w:semiHidden/>
    <w:rsid w:val="00FC693F"/>
    <w:rPr>
      <w:rFonts w:asciiTheme="majorHAnsi" w:eastAsiaTheme="majorEastAsia" w:hAnsiTheme="majorHAnsi" w:cstheme="majorBidi"/>
      <w:color w:val="1F3763" w:themeColor="accent1" w:themeShade="7F"/>
    </w:rPr>
  </w:style>
  <w:style w:type="character" w:customStyle="1" w:styleId="6">
    <w:name w:val="标题 6 字符"/>
    <w:basedOn w:val="DefaultParagraphFont"/>
    <w:link w:val="Heading6"/>
    <w:uiPriority w:val="9"/>
    <w:semiHidden/>
    <w:rsid w:val="00FC693F"/>
    <w:rPr>
      <w:rFonts w:asciiTheme="majorHAnsi" w:eastAsiaTheme="majorEastAsia" w:hAnsiTheme="majorHAnsi" w:cstheme="majorBidi"/>
      <w:i/>
      <w:iCs/>
      <w:color w:val="1F3763" w:themeColor="accent1" w:themeShade="7F"/>
    </w:rPr>
  </w:style>
  <w:style w:type="character" w:customStyle="1" w:styleId="7">
    <w:name w:val="标题 7 字符"/>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8">
    <w:name w:val="标题 8 字符"/>
    <w:basedOn w:val="DefaultParagraphFont"/>
    <w:link w:val="Heading8"/>
    <w:uiPriority w:val="9"/>
    <w:semiHidden/>
    <w:rsid w:val="00FC693F"/>
    <w:rPr>
      <w:rFonts w:asciiTheme="majorHAnsi" w:eastAsiaTheme="majorEastAsia" w:hAnsiTheme="majorHAnsi" w:cstheme="majorBidi"/>
      <w:color w:val="4472C4" w:themeColor="accent1"/>
      <w:sz w:val="20"/>
      <w:szCs w:val="20"/>
    </w:rPr>
  </w:style>
  <w:style w:type="character" w:customStyle="1" w:styleId="9">
    <w:name w:val="标题 9 字符"/>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472C4"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a6"/>
    <w:uiPriority w:val="30"/>
    <w:qFormat/>
    <w:rsid w:val="00FC693F"/>
    <w:pPr>
      <w:pBdr>
        <w:bottom w:val="single" w:sz="4" w:space="4" w:color="4472C4" w:themeColor="accent1"/>
      </w:pBdr>
      <w:spacing w:before="200" w:after="280"/>
      <w:ind w:left="936" w:right="936"/>
    </w:pPr>
    <w:rPr>
      <w:b/>
      <w:bCs/>
      <w:i/>
      <w:iCs/>
      <w:color w:val="4472C4" w:themeColor="accent1"/>
    </w:rPr>
  </w:style>
  <w:style w:type="character" w:customStyle="1" w:styleId="a6">
    <w:name w:val="明显引用 字符"/>
    <w:basedOn w:val="DefaultParagraphFont"/>
    <w:link w:val="IntenseQuote"/>
    <w:uiPriority w:val="30"/>
    <w:rsid w:val="00FC693F"/>
    <w:rPr>
      <w:b/>
      <w:bCs/>
      <w:i/>
      <w:iCs/>
      <w:color w:val="4472C4"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472C4" w:themeColor="accent1"/>
    </w:rPr>
  </w:style>
  <w:style w:type="character" w:styleId="SubtleReference">
    <w:name w:val="Subtle Reference"/>
    <w:basedOn w:val="DefaultParagraphFont"/>
    <w:uiPriority w:val="31"/>
    <w:qFormat/>
    <w:rsid w:val="00FC693F"/>
    <w:rPr>
      <w:smallCaps/>
      <w:color w:val="ED7D31" w:themeColor="accent2"/>
      <w:u w:val="single"/>
    </w:rPr>
  </w:style>
  <w:style w:type="character" w:styleId="IntenseReference">
    <w:name w:val="Intense Reference"/>
    <w:basedOn w:val="DefaultParagraphFont"/>
    <w:uiPriority w:val="32"/>
    <w:qFormat/>
    <w:rsid w:val="00FC693F"/>
    <w:rPr>
      <w:b/>
      <w:bCs/>
      <w:smallCaps/>
      <w:color w:val="ED7D31"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rsid w:val="00FC693F"/>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rsid w:val="00FC693F"/>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rsid w:val="00FC693F"/>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rsid w:val="00FC693F"/>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rsid w:val="00FC693F"/>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376033111050010054" TargetMode="Externa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35</Pages>
  <Words>2</Words>
  <Characters>15</Characters>
  <Application>Microsoft Office Word</Application>
  <DocSecurity>0</DocSecurity>
  <Lines>1</Lines>
  <Paragraphs>1</Paragraphs>
  <ScaleCrop>false</ScaleCrop>
  <Company/>
  <LinksUpToDate>false</LinksUpToDate>
  <CharactersWithSpaces>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Leslie Kang</cp:lastModifiedBy>
  <cp:revision>5</cp:revision>
  <dcterms:created xsi:type="dcterms:W3CDTF">2024-01-11T00:28:00Z</dcterms:created>
  <dcterms:modified xsi:type="dcterms:W3CDTF">2024-01-11T07:22:00Z</dcterms:modified>
</cp:coreProperties>
</file>