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2024年新学期新打算的演讲稿1000字（33篇）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2024年新学期新打算的演讲稿1000字（精选33篇）</w:t>
      </w:r>
      <w:r>
        <w:rPr>
          <w:lang w:eastAsia="zh-CN"/>
        </w:rPr>
        <w:br/>
      </w:r>
      <w:r>
        <w:rPr>
          <w:lang w:eastAsia="zh-CN"/>
        </w:rPr>
        <w:t xml:space="preserve">    2024年新学期新打算的演讲稿1000字 篇1 </w:t>
      </w:r>
      <w:r>
        <w:rPr>
          <w:lang w:eastAsia="zh-CN"/>
        </w:rPr>
        <w:br/>
      </w:r>
      <w:r>
        <w:rPr>
          <w:lang w:eastAsia="zh-CN"/>
        </w:rPr>
        <w:t>　　尊敬的，亲爱的同学们：</w:t>
      </w:r>
      <w:r>
        <w:rPr>
          <w:lang w:eastAsia="zh-CN"/>
        </w:rPr>
        <w:br/>
      </w:r>
      <w:r>
        <w:rPr>
          <w:lang w:eastAsia="zh-CN"/>
        </w:rPr>
        <w:t>　　春回大地，生机勃勃，风光无限!经过了一个平安、愉快的寒假，我们满怀着新的希望迎来了春季开学。在此，我谨代表学校向全体教职员工和同学们致以新春的问候与祝福：祝大家在新的一年里，身体健康，学习进步!并通过你们给你们的家长、家人拜一个晚年!祝他们身体健康!生活愉快!万事如意!</w:t>
      </w:r>
      <w:r>
        <w:rPr>
          <w:lang w:eastAsia="zh-CN"/>
        </w:rPr>
        <w:br/>
      </w:r>
      <w:r>
        <w:rPr>
          <w:lang w:eastAsia="zh-CN"/>
        </w:rPr>
        <w:t>　　在过去的一年里，老师们爱岗敬业、勤耕不辍、竭忠尽智、甘为人梯，用爱书写着美丽的讲坛人生_同学们勤奋好学、诚实守纪，奋发上进，勇于赶超。你们的青春活泼，你们的好学上进，你们的多才多艺，让美丽的__校园变得更加活力四射，生机勃勃。过去的一年我们取得了很多成绩，但是成绩只代表过去，我们更应该着眼未来。</w:t>
      </w:r>
      <w:r>
        <w:rPr>
          <w:lang w:eastAsia="zh-CN"/>
        </w:rPr>
        <w:br/>
      </w:r>
      <w:r>
        <w:rPr>
          <w:lang w:eastAsia="zh-CN"/>
        </w:rPr>
        <w:t>　　一年之计在于春，春天是希望，是决心，是憧憬，良好的开端是成功的一半。为完成的奋斗目标。我提几点希望：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一、养成良好的习惯，夯实做人的基础</w:t>
      </w:r>
      <w:r>
        <w:rPr>
          <w:lang w:eastAsia="zh-CN"/>
        </w:rPr>
        <w:br/>
      </w:r>
      <w:r>
        <w:rPr>
          <w:lang w:eastAsia="zh-CN"/>
        </w:rPr>
        <w:t>　　教育就是培养习惯，良好的习惯是一个人成材的基础。我们不少成绩不理想的同学，根本原因不是因为自己不聪明，不是因为自己智力有问题，而是忽视了习惯的养成和培养。这个学期我们将为学校打造成浙江省环保绿色学校而努力，希望同学们将养成良好的卫生习惯作为本学期的第一要务。希望同学们时刻不忘习惯的养成，从小事做起，从细节做起，从今天做起，养成良好的生活习惯，培养良好的学习习惯，做一个文明守纪，健康上进的合格少先队员!</w:t>
      </w:r>
      <w:r>
        <w:rPr>
          <w:lang w:eastAsia="zh-CN"/>
        </w:rPr>
        <w:br/>
      </w:r>
      <w:r>
        <w:rPr>
          <w:lang w:eastAsia="zh-CN"/>
        </w:rPr>
        <w:t>　　二、努力勤奋学习，全面提升自身素质</w:t>
      </w:r>
      <w:r>
        <w:rPr>
          <w:lang w:eastAsia="zh-CN"/>
        </w:rPr>
        <w:br/>
      </w:r>
      <w:r>
        <w:rPr>
          <w:lang w:eastAsia="zh-CN"/>
        </w:rPr>
        <w:t>　　学习是你们的主要任务，知识的丰富、能力的提高，品格的养成都离不开学习。同学们，一定要志存高远，勤奋学习，把学习当成自己的第一需要，要满腔热情去学习。不想学习，不愿学习，“谈到学习就头痛，看到书本就发呆，碰到作业就跑开”等不良现象必须纠正，没有勤奋的学习就不可能有任何的进步和成长，放弃学习，就是放弃幸福，就是放弃自己美好的未来</w:t>
      </w:r>
      <w:r>
        <w:rPr>
          <w:lang w:eastAsia="zh-CN"/>
        </w:rPr>
        <w:br/>
      </w:r>
      <w:r>
        <w:rPr>
          <w:lang w:eastAsia="zh-CN"/>
        </w:rPr>
        <w:t>　　三、珍爱生命，不断提高生命强度</w:t>
      </w:r>
      <w:r>
        <w:rPr>
          <w:lang w:eastAsia="zh-CN"/>
        </w:rPr>
        <w:br/>
      </w:r>
      <w:r>
        <w:rPr>
          <w:lang w:eastAsia="zh-CN"/>
        </w:rPr>
        <w:t>　　我们要高度关注自己的生命，对自己负责，对父母负责，对社会负责，牢固树立安全第一的意识，提高自己的安全防范能力，遵守交通规则，讲究饮食卫生，积极锻炼身体，不断增强体质，善于与同学友好相处。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老师们、同学们，最美的春天不在自然界，她蕴藏在我们每一个__人的心中让我们在这百花盛开的季节、千帆竞发的季节，踏着春天的脚步，珍惜时光，锐意进取，厚德载物，自强不息。祝大家都有一份万象更新的好心情，祝学校在新的一年人气更旺，成绩更辉煌!</w:t>
      </w:r>
      <w:r>
        <w:rPr>
          <w:lang w:eastAsia="zh-CN"/>
        </w:rPr>
        <w:br/>
      </w:r>
      <w:r>
        <w:rPr>
          <w:lang w:eastAsia="zh-CN"/>
        </w:rPr>
        <w:t>　　谢谢大家!</w:t>
      </w:r>
      <w:r>
        <w:rPr>
          <w:lang w:eastAsia="zh-CN"/>
        </w:rPr>
        <w:br/>
      </w:r>
      <w:r>
        <w:rPr>
          <w:lang w:eastAsia="zh-CN"/>
        </w:rPr>
        <w:t xml:space="preserve">    2024年新学期新打算的演讲稿1000字 篇2 </w:t>
      </w:r>
      <w:r>
        <w:rPr>
          <w:lang w:eastAsia="zh-CN"/>
        </w:rPr>
        <w:br/>
      </w:r>
      <w:r>
        <w:rPr>
          <w:lang w:eastAsia="zh-CN"/>
        </w:rPr>
        <w:t>　　尊敬的各位、老师，亲爱的同学们：</w:t>
      </w:r>
      <w:r>
        <w:rPr>
          <w:lang w:eastAsia="zh-CN"/>
        </w:rPr>
        <w:br/>
      </w:r>
      <w:r>
        <w:rPr>
          <w:lang w:eastAsia="zh-CN"/>
        </w:rPr>
        <w:t>　　大家好!</w:t>
      </w:r>
      <w:r>
        <w:rPr>
          <w:lang w:eastAsia="zh-CN"/>
        </w:rPr>
        <w:br/>
      </w:r>
      <w:r>
        <w:rPr>
          <w:lang w:eastAsia="zh-CN"/>
        </w:rPr>
        <w:t>　　经过了一个平安、快乐的寒假，我们满怀着新的希望迎来了新的学期。在这流光溢彩的日子里，为了追求心中的理想，为了汲取知识的营养，我们齐聚在中心小学这艘正待杨帆的航船上。今天我很荣幸有这样一个机会坐在这里代表新教师发言。</w:t>
      </w:r>
      <w:r>
        <w:rPr>
          <w:lang w:eastAsia="zh-CN"/>
        </w:rPr>
        <w:br/>
      </w:r>
      <w:r>
        <w:rPr>
          <w:lang w:eastAsia="zh-CN"/>
        </w:rPr>
        <w:t>　　我认为，作为新教师，这本人生新章的扉页上应当写上这么四句： 第一句，教书育人是教师的天职。</w:t>
      </w:r>
      <w:r>
        <w:rPr>
          <w:lang w:eastAsia="zh-CN"/>
        </w:rPr>
        <w:br/>
      </w:r>
      <w:r>
        <w:rPr>
          <w:lang w:eastAsia="zh-CN"/>
        </w:rPr>
        <w:t>　　师者，传道、授业、解惑也。教师必须以严谨、务实的态度对待教学工作，备课，细心讲解，耐心解答，努力把学生培养成德、智、体等各个方面全面发展的人。</w:t>
      </w:r>
      <w:r>
        <w:rPr>
          <w:lang w:eastAsia="zh-CN"/>
        </w:rPr>
        <w:br/>
      </w:r>
      <w:r>
        <w:rPr>
          <w:lang w:eastAsia="zh-CN"/>
        </w:rPr>
        <w:t>　　第二句，为人师表是教师的本分。</w:t>
      </w:r>
      <w:r>
        <w:rPr>
          <w:lang w:eastAsia="zh-CN"/>
        </w:rPr>
        <w:br/>
      </w:r>
      <w:r>
        <w:rPr>
          <w:lang w:eastAsia="zh-CN"/>
        </w:rPr>
        <w:t>　　德高为师，身正为范。所谓言传不如身教，教师应当成为学生的道德榜样，以自己的道德意愿去醒觉学生的道德意识，以自己的道德感情去感染学生的道德情感，以自己的道德行动去引导学生的道德行为。</w:t>
      </w:r>
      <w:r>
        <w:rPr>
          <w:lang w:eastAsia="zh-CN"/>
        </w:rPr>
        <w:br/>
      </w:r>
      <w:r>
        <w:rPr>
          <w:lang w:eastAsia="zh-CN"/>
        </w:rPr>
        <w:t>　　第三句，终身学习、追求卓越是教师的根本。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问渠那得清如许，为有源头活水来。要给学生一碗水，教师就必须有一桶水;更何况当今世界，知识更新日益加快，知识获取途径越来越多样化。因而教师必须持续不断地学习，刻苦钻研业务，不断提升和完善自己，才能担负起教师的职责和尽好教师的本分。作为新教师不但要向书本学习，更要向老师请教，同时也要不耻下问，虚心向学生学习。开学典礼新教师第四句，尽心尽责、服务学生是教师的使命。</w:t>
      </w:r>
      <w:r>
        <w:rPr>
          <w:lang w:eastAsia="zh-CN"/>
        </w:rPr>
        <w:br/>
      </w:r>
      <w:r>
        <w:rPr>
          <w:lang w:eastAsia="zh-CN"/>
        </w:rPr>
        <w:t>　　我认为，教师与学生本质上是一种共生关系。在日常生活中表现为想学生所想，急学生所急，谋学生所谋而在层面则表现为价值理念的共享生成，行为风范的相互习染，风貌的共同塑造。一句话，尽心尽责，服务学生就是本着服务的心，对学生的未来生命质量负责。这是教师不可推卸的使命。</w:t>
      </w:r>
      <w:r>
        <w:rPr>
          <w:lang w:eastAsia="zh-CN"/>
        </w:rPr>
        <w:br/>
      </w:r>
      <w:r>
        <w:rPr>
          <w:lang w:eastAsia="zh-CN"/>
        </w:rPr>
        <w:t>　　最后，我们衷心希望同学们在一段新的人生起跑线前认真审视自己，确立奋斗目标、端正学习态度、遵规守纪、刻苦学习，用拼搏书写一支奋斗的战歌，用热情谱写出一曲昂扬的旋律。作为教师，我们会关注你们的成长，指导你们的学习，我们会为你们的努力而加油鼓气，会为你们的进步欢呼欣喜。也许有时我们显得很严厉，这个不许，那个必须，那是因为我们深知在你们通往成功的道路上布满太多荆棘，我们要对你们严格要求，培养你们战胜困难的勇气和能力。加油吧，亲爱的同学们，为自己的青春留一段无悔的记忆，在我们的梁徐中心小学史册上给出浓墨重彩的一笔。让我们携手努力，创造出更加辉煌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最后，衷心祝愿同学们在新学期学习进步，健康成长!祝老师们身体健康，工作顺利!</w:t>
      </w:r>
      <w:r>
        <w:rPr>
          <w:lang w:eastAsia="zh-CN"/>
        </w:rPr>
        <w:br/>
      </w:r>
      <w:r>
        <w:rPr>
          <w:lang w:eastAsia="zh-CN"/>
        </w:rPr>
        <w:t>　　谢谢!</w:t>
      </w:r>
      <w:r>
        <w:rPr>
          <w:lang w:eastAsia="zh-CN"/>
        </w:rPr>
        <w:br/>
      </w:r>
      <w:r>
        <w:rPr>
          <w:lang w:eastAsia="zh-CN"/>
        </w:rPr>
        <w:t xml:space="preserve">    2024年新学期新打算的演讲稿1000字 篇3 </w:t>
      </w:r>
      <w:r>
        <w:rPr>
          <w:lang w:eastAsia="zh-CN"/>
        </w:rPr>
        <w:br/>
      </w:r>
      <w:r>
        <w:rPr>
          <w:lang w:eastAsia="zh-CN"/>
        </w:rPr>
        <w:t>　　尊敬的、各位老师、亲爱的同学们：</w:t>
      </w:r>
      <w:r>
        <w:rPr>
          <w:lang w:eastAsia="zh-CN"/>
        </w:rPr>
        <w:br/>
      </w:r>
      <w:r>
        <w:rPr>
          <w:lang w:eastAsia="zh-CN"/>
        </w:rPr>
        <w:t>　　大家好！</w:t>
      </w:r>
      <w:r>
        <w:rPr>
          <w:lang w:eastAsia="zh-CN"/>
        </w:rPr>
        <w:br/>
      </w:r>
      <w:r>
        <w:rPr>
          <w:lang w:eastAsia="zh-CN"/>
        </w:rPr>
        <w:t>　　我是20__级专业的。今天，我非常荣幸能够代表20__级的全体学生，在开学典礼上发言。</w:t>
      </w:r>
      <w:r>
        <w:rPr>
          <w:lang w:eastAsia="zh-CN"/>
        </w:rPr>
        <w:br/>
      </w:r>
      <w:r>
        <w:rPr>
          <w:lang w:eastAsia="zh-CN"/>
        </w:rPr>
        <w:t>　　_天前我们带着父母的叮咛，师长的关切，满怀好奇和憧憬，伴着依然稚嫩的笑脸走进了__大学。作为20__级新生，我们在感受着新鲜的同时，也更快的融入了这个温暖而富有亲和力的大家庭中。从踏进大学的那一刻起，一路的疲倦和迷茫，都被抛之脑后，所有离家的顾虑全部一扫而光。迎接我们的是一个如此美丽的校园，她用她那全新的生命给我们以拥抱，崭新的科技大楼、现代化的配套教学设施似乎都在向我们挥舞着热情之手。老师们的亲切关怀，学长们的热情帮助，都暖暖地包容着我们。请允许我借此机会，向__大学的院、老师及学长们表示我们最崇高的敬意和感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学习有其自身的特点和规律，这就要求我们踏踏实实地从“第一步”做起：首先要做好自我设计，确定新时代的目标，尽快调整心态，为自己的大学生活规划出完美的蓝图，瞄准目标锲而不舍地追求。其次是针对所学专业，选定好自己努力的方向。再次是从第一件小事做起。勿以事小而不为，小事决定成败。要听好第一堂课，做好第一次作业，学好第一门课程。在小事中积累成长，从而在大学度过无悔的青春岁月。为了早日实现我们的理想，我们决心从以下方面要求自己：</w:t>
      </w:r>
      <w:r>
        <w:rPr>
          <w:lang w:eastAsia="zh-CN"/>
        </w:rPr>
        <w:br/>
      </w:r>
      <w:r>
        <w:rPr>
          <w:lang w:eastAsia="zh-CN"/>
        </w:rPr>
        <w:t>　　一、养成良好的习惯，从现在起步</w:t>
      </w:r>
      <w:r>
        <w:rPr>
          <w:lang w:eastAsia="zh-CN"/>
        </w:rPr>
        <w:br/>
      </w:r>
      <w:r>
        <w:rPr>
          <w:lang w:eastAsia="zh-CN"/>
        </w:rPr>
        <w:t>　　我们从小要有一定的规则意识，明白什么该做，什么不该做。</w:t>
      </w:r>
      <w:r>
        <w:rPr>
          <w:lang w:eastAsia="zh-CN"/>
        </w:rPr>
        <w:br/>
      </w:r>
      <w:r>
        <w:rPr>
          <w:lang w:eastAsia="zh-CN"/>
        </w:rPr>
        <w:t>　　二、掌握方法，为终生学习做准备</w:t>
      </w:r>
      <w:r>
        <w:rPr>
          <w:lang w:eastAsia="zh-CN"/>
        </w:rPr>
        <w:br/>
      </w:r>
      <w:r>
        <w:rPr>
          <w:lang w:eastAsia="zh-CN"/>
        </w:rPr>
        <w:t>　　我们要在老师的帮助下，学活书本知识，掌握正确有效的学习方法，学会自主学习、合作学习、探究学习。要把学习与我们的日常生活结合起来。在生活中学习，为更好地生活而学习。</w:t>
      </w:r>
      <w:r>
        <w:rPr>
          <w:lang w:eastAsia="zh-CN"/>
        </w:rPr>
        <w:br/>
      </w:r>
      <w:r>
        <w:rPr>
          <w:lang w:eastAsia="zh-CN"/>
        </w:rPr>
        <w:t>　　三、培养能力，为终身理想积蓄力量</w:t>
      </w:r>
      <w:r>
        <w:rPr>
          <w:lang w:eastAsia="zh-CN"/>
        </w:rPr>
        <w:br/>
      </w:r>
      <w:r>
        <w:rPr>
          <w:lang w:eastAsia="zh-CN"/>
        </w:rPr>
        <w:t>　　学习，归根结底还是培养多种能力。如：阅读能力、思考能力、交际能力、运动能力等。只要我们敢于尝试，善于实践，我们就能在无限广阔的空间，看到一个全新的自己。让我们为自己的终生理想积蓄力量，努力奋斗吧！</w:t>
      </w:r>
      <w:r>
        <w:rPr>
          <w:lang w:eastAsia="zh-CN"/>
        </w:rPr>
        <w:br/>
      </w:r>
      <w:r>
        <w:rPr>
          <w:lang w:eastAsia="zh-CN"/>
        </w:rPr>
        <w:t>　　新的学期开启新的希望，新的空白承载新的梦想。在这里，有一句话与大家共勉：知识改变命运，态度决定未来。</w:t>
      </w:r>
      <w:r>
        <w:rPr>
          <w:lang w:eastAsia="zh-CN"/>
        </w:rPr>
        <w:br/>
      </w:r>
      <w:r>
        <w:rPr>
          <w:lang w:eastAsia="zh-CN"/>
        </w:rPr>
        <w:t>　　同学们，让我们牢记师友的热切期盼，扬起理想之帆，趁着美好时光，播种新希望，放飞新梦想，踏上新征程，创造新成绩，在__大学的这片热土上，同心，同德，同行，共同铸造新的辉煌！</w:t>
      </w:r>
      <w:r>
        <w:rPr>
          <w:lang w:eastAsia="zh-CN"/>
        </w:rPr>
        <w:br/>
      </w:r>
      <w:r>
        <w:rPr>
          <w:lang w:eastAsia="zh-CN"/>
        </w:rPr>
        <w:t>　　最后，祝校、老师身体健康、工作顺利！祝各位同学学业有成。</w:t>
      </w:r>
      <w:r>
        <w:rPr>
          <w:lang w:eastAsia="zh-CN"/>
        </w:rPr>
        <w:br/>
      </w:r>
      <w:r>
        <w:rPr>
          <w:lang w:eastAsia="zh-CN"/>
        </w:rPr>
        <w:t>　　我的演讲完毕，谢谢大家！</w:t>
      </w:r>
      <w:r>
        <w:rPr>
          <w:lang w:eastAsia="zh-CN"/>
        </w:rPr>
        <w:br/>
      </w:r>
      <w:r>
        <w:rPr>
          <w:lang w:eastAsia="zh-CN"/>
        </w:rPr>
        <w:t xml:space="preserve">    2024年新学期新打算的演讲稿1000字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学生和教师：</w:t>
      </w:r>
      <w:r>
        <w:rPr>
          <w:lang w:eastAsia="zh-CN"/>
        </w:rPr>
        <w:br/>
      </w:r>
      <w:r>
        <w:rPr>
          <w:lang w:eastAsia="zh-CN"/>
        </w:rPr>
        <w:t>　　大家好！</w:t>
      </w:r>
      <w:r>
        <w:rPr>
          <w:lang w:eastAsia="zh-CN"/>
        </w:rPr>
        <w:br/>
      </w:r>
      <w:r>
        <w:rPr>
          <w:lang w:eastAsia="zh-CN"/>
        </w:rPr>
        <w:t>　　满心欢喜，我们迎来了新的学年。所有的学生都背着书包来到学校，投入到新学期紧张的学习生活中。我代表全校师生欢迎你回到校园。同学们，新学期，我们的每一位老师都怀着极大的期望期待着你们的健康成长，希望你们长得更高，变得更懂事。而你也一样，会用你的一言一行，让老师由衷的觉得出现在自己面前的学生更可爱。</w:t>
      </w:r>
      <w:r>
        <w:rPr>
          <w:lang w:eastAsia="zh-CN"/>
        </w:rPr>
        <w:br/>
      </w:r>
      <w:r>
        <w:rPr>
          <w:lang w:eastAsia="zh-CN"/>
        </w:rPr>
        <w:t>　　在过去的一年里，在华校长的下，在全体师生的共同努力下，学校取得了许多成绩，赢得了许多荣誉。这些荣誉的取得，是全校师生努力学习、刻苦钻研的结果，也是老师为学生成功铺路的心血和汗水的结果。它将激励我们满怀信心地迎接新学期的开始。</w:t>
      </w:r>
      <w:r>
        <w:rPr>
          <w:lang w:eastAsia="zh-CN"/>
        </w:rPr>
        <w:br/>
      </w:r>
      <w:r>
        <w:rPr>
          <w:lang w:eastAsia="zh-CN"/>
        </w:rPr>
        <w:t>　　俗话说，“好的开始是成功的一半。”新学期开始了，我相信学生们会有信心成功的。如何争取一个好的开始？在此，我向同学们提议：</w:t>
      </w:r>
      <w:r>
        <w:rPr>
          <w:lang w:eastAsia="zh-CN"/>
        </w:rPr>
        <w:br/>
      </w:r>
      <w:r>
        <w:rPr>
          <w:lang w:eastAsia="zh-CN"/>
        </w:rPr>
        <w:t>　　第一，树立信心：我能行。</w:t>
      </w:r>
      <w:r>
        <w:rPr>
          <w:lang w:eastAsia="zh-CN"/>
        </w:rPr>
        <w:br/>
      </w:r>
      <w:r>
        <w:rPr>
          <w:lang w:eastAsia="zh-CN"/>
        </w:rPr>
        <w:t>　　自信对我们的学习非常重要。学习需要决心，需要信心，需要行动。在这里我想送你三句话：“相信自己，我能成功！每天鼓励自己成功！超越自己，一定要成功！”</w:t>
      </w:r>
      <w:r>
        <w:rPr>
          <w:lang w:eastAsia="zh-CN"/>
        </w:rPr>
        <w:br/>
      </w:r>
      <w:r>
        <w:rPr>
          <w:lang w:eastAsia="zh-CN"/>
        </w:rPr>
        <w:t>　　第二，创造一种学风：认真努力</w:t>
      </w:r>
      <w:r>
        <w:rPr>
          <w:lang w:eastAsia="zh-CN"/>
        </w:rPr>
        <w:br/>
      </w:r>
      <w:r>
        <w:rPr>
          <w:lang w:eastAsia="zh-CN"/>
        </w:rPr>
        <w:t>　　新学期伊始，要在全校营造良好的学习氛围。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一切从“认真”开始，认真学习，认真听课，认真做作业。学业成功的过程离不开勤奋和努力。“天才是由于勤奋”，“学海无涯，忧患出舟”，“剑锋磨砺，梅花香出于苦寒”，这些格言都是这个道理。</w:t>
      </w:r>
      <w:r>
        <w:rPr>
          <w:lang w:eastAsia="zh-CN"/>
        </w:rPr>
        <w:br/>
      </w:r>
      <w:r>
        <w:rPr>
          <w:lang w:eastAsia="zh-CN"/>
        </w:rPr>
        <w:t>　　第三，培养一个习惯：自愿</w:t>
      </w:r>
      <w:r>
        <w:rPr>
          <w:lang w:eastAsia="zh-CN"/>
        </w:rPr>
        <w:br/>
      </w:r>
      <w:r>
        <w:rPr>
          <w:lang w:eastAsia="zh-CN"/>
        </w:rPr>
        <w:t>　　学业进步靠的是自我意识。在老师的指导下，要培养自己良好的行为习惯、学习习惯、生活习惯。国有法律，家规，我们学校也有一些规定和要求。学生应自觉遵守小学守则和学校的规章制度，自觉养成良好的学习习惯和生活习惯。</w:t>
      </w:r>
      <w:r>
        <w:rPr>
          <w:lang w:eastAsia="zh-CN"/>
        </w:rPr>
        <w:br/>
      </w:r>
      <w:r>
        <w:rPr>
          <w:lang w:eastAsia="zh-CN"/>
        </w:rPr>
        <w:t>　　第四，创造环境：文明有序</w:t>
      </w:r>
      <w:r>
        <w:rPr>
          <w:lang w:eastAsia="zh-CN"/>
        </w:rPr>
        <w:br/>
      </w:r>
      <w:r>
        <w:rPr>
          <w:lang w:eastAsia="zh-CN"/>
        </w:rPr>
        <w:t>　　每个班级都是学校的缩影，每个学生都代表着学校的形象，校园的每一寸都代表着学校的面貌。学生在语言和行为上要文明，不要在校园里乱扔垃圾；不欺负小同学；遵守校外交通规则；不要进入吧或游戏厅；在家尊重父母。在社会上，做一个爱国爱民、遵纪守法、诚实守信、文明礼貌的优秀小公民。</w:t>
      </w:r>
      <w:r>
        <w:rPr>
          <w:lang w:eastAsia="zh-CN"/>
        </w:rPr>
        <w:br/>
      </w:r>
      <w:r>
        <w:rPr>
          <w:lang w:eastAsia="zh-CN"/>
        </w:rPr>
        <w:t>　　同学们，新学期你的父母在关注你；我们每一位老师都在祝福你。今天，我们要以新学期为新起点，以新的投入学习和生活。遵守学校规章制度，尊重老师，努力学习，热爱劳动，关心他人，善于合作，成绩优秀向父母汇报。</w:t>
      </w:r>
      <w:r>
        <w:rPr>
          <w:lang w:eastAsia="zh-CN"/>
        </w:rPr>
        <w:br/>
      </w:r>
      <w:r>
        <w:rPr>
          <w:lang w:eastAsia="zh-CN"/>
        </w:rPr>
        <w:t>　　一首名为《播种》的诗写道：播种信念，收获行动；播种一个行动，收获一个习惯；播种一种习惯，收获一种性格；播种性格，收获命运。</w:t>
      </w:r>
      <w:r>
        <w:rPr>
          <w:lang w:eastAsia="zh-CN"/>
        </w:rPr>
        <w:br/>
      </w:r>
      <w:r>
        <w:rPr>
          <w:lang w:eastAsia="zh-CN"/>
        </w:rPr>
        <w:t>　　同学们，好好播种，好好把握！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最后，祝同学们在新学期里进步，健康快乐的成长！祝各位老师新年身体健康，工作愉快，家庭幸福！谢谢大家。</w:t>
      </w:r>
      <w:r>
        <w:rPr>
          <w:lang w:eastAsia="zh-CN"/>
        </w:rPr>
        <w:br/>
      </w:r>
      <w:r>
        <w:rPr>
          <w:lang w:eastAsia="zh-CN"/>
        </w:rPr>
        <w:t xml:space="preserve">    2024年新学期新打算的演讲稿1000字 篇5 </w:t>
      </w:r>
      <w:r>
        <w:rPr>
          <w:lang w:eastAsia="zh-CN"/>
        </w:rPr>
        <w:br/>
      </w:r>
      <w:r>
        <w:rPr>
          <w:lang w:eastAsia="zh-CN"/>
        </w:rPr>
        <w:t>　　尊敬的各位、老师、亲爱的同学们：</w:t>
      </w:r>
      <w:r>
        <w:rPr>
          <w:lang w:eastAsia="zh-CN"/>
        </w:rPr>
        <w:br/>
      </w:r>
      <w:r>
        <w:rPr>
          <w:lang w:eastAsia="zh-CN"/>
        </w:rPr>
        <w:t>　　大家好！</w:t>
      </w:r>
      <w:r>
        <w:rPr>
          <w:lang w:eastAsia="zh-CN"/>
        </w:rPr>
        <w:br/>
      </w:r>
      <w:r>
        <w:rPr>
          <w:lang w:eastAsia="zh-CN"/>
        </w:rPr>
        <w:t>　　今天清晨，我看见校园里的蒲公英被风吹散，看见洁白天鹅在师盛湖中嬉戏，看见朔方的秋风柔柔的掠过师大的天空，我顾不得手中开学的事务，急切的抓起笔，就这样激动的写着，写着我的大学时刻——金色之秋。</w:t>
      </w:r>
      <w:r>
        <w:rPr>
          <w:lang w:eastAsia="zh-CN"/>
        </w:rPr>
        <w:br/>
      </w:r>
      <w:r>
        <w:rPr>
          <w:lang w:eastAsia="zh-CN"/>
        </w:rPr>
        <w:t>　　美丽的师范大学，曾经心中的梦，她即将来临，她终于来临，往昔我们播种下的理想，如今终于收获了通向未来的入场券。她像朝暾照耀黎明般热烈，像云蒸霞蔚般灿烂，像最初的生命来临般圣洁。九月的风带走六月的流萤，天际浩瀚而湛蓝，来自天南地北的我们，各自怀揣着最初的梦想，如一颗颗纷飞的种子，飘落在这片美丽而古老的沃土——内蒙古师范大学。岁月峥嵘六十载，桃李天下万代传，适逢内蒙古师范大学六十华诞，“献身、求实、团结、奋进”让我们豪志满怀，更是让我们激动不已。师大六十年，让我们祝您：生日快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走进师大，和风催绿、草木成荫、秋风凋碧多姿的校园里总有着令人难舍的魅力，犹如那千年不朽的风华令人魂牵梦萦。走过书香馥郁的图书馆，我看见智慧之光在师大闪烁，如苍穹里闪耀着的永恒的太阳光辉，让的狭隘蒸发在无尽的天际下。置身窗明几净的行知楼，我嗅到真理之花在师大绽放，如永不偃息的战鼓，用正直叩启理智的天阍。凭栏波光粼粼的师盛湖，我触到希望前行的方向，如揽却一帆风的船，遥瞰彼岸，奋发起航。盛世盛景盛世道，乐山乐水乐心情。真心真意真学习，好人好校好前景。感谢这片青春激扬的热土！感谢您，接纳我们桀骜的脚步，承载我们璀璨的青春，成熟我们健全的智思！</w:t>
      </w:r>
      <w:r>
        <w:rPr>
          <w:lang w:eastAsia="zh-CN"/>
        </w:rPr>
        <w:br/>
      </w:r>
      <w:r>
        <w:rPr>
          <w:lang w:eastAsia="zh-CN"/>
        </w:rPr>
        <w:t>　　桃李满天，清风两袖，生生的将一砖一瓦建成济济栋梁；细细粉笔，句句箴言，徐徐的使教育之花绽于岁岁年年。甲子师大，你有着披荆斩棘的魄力，呕心沥血的书写文化苦旅；博爱师大，你有着胸涵游刃的胸怀，蜡炬成灰的培育代代英才；不朽师大，你有着坚若磐石的信念，将理性与感性编织成为完整的梦想与灵魂，将与人格解放于喧嚣的尘世！激情跨越六十年，治国齐家平天下！</w:t>
      </w:r>
      <w:r>
        <w:rPr>
          <w:lang w:eastAsia="zh-CN"/>
        </w:rPr>
        <w:br/>
      </w:r>
      <w:r>
        <w:rPr>
          <w:lang w:eastAsia="zh-CN"/>
        </w:rPr>
        <w:t>　　霁月难逢，流芳易逝，我只怕指尖太宽，时光太瘦。书山漫漫，学海无涯，纵然青春太短，我仍要握紧这四载春华！漫寻在星雾朦胧的学海，向未来放飞青春的长梦；优游于芸香缥缈的书径，踏上大学的征程！今日我们在此誓师：我是一名大学生，我肩负起责任，踌躇满志，博得伟绩琳琅！我是一名大学生，我去未来追梦，矢志创新，奏响时代新声！我是一名大学生，我必铸就辉煌，君子自强，续写师大辉煌章！</w:t>
      </w:r>
      <w:r>
        <w:rPr>
          <w:lang w:eastAsia="zh-CN"/>
        </w:rPr>
        <w:br/>
      </w:r>
      <w:r>
        <w:rPr>
          <w:lang w:eastAsia="zh-CN"/>
        </w:rPr>
        <w:t>　　谢谢大家！</w:t>
      </w:r>
      <w:r>
        <w:rPr>
          <w:lang w:eastAsia="zh-CN"/>
        </w:rPr>
        <w:br/>
      </w:r>
      <w:r>
        <w:rPr>
          <w:lang w:eastAsia="zh-CN"/>
        </w:rPr>
        <w:t xml:space="preserve">    2024年新学期新打算的演讲稿1000字 篇6 </w:t>
      </w:r>
      <w:r>
        <w:rPr>
          <w:lang w:eastAsia="zh-CN"/>
        </w:rPr>
        <w:br/>
      </w:r>
      <w:r>
        <w:rPr>
          <w:lang w:eastAsia="zh-CN"/>
        </w:rPr>
        <w:t>　　亲爱的老师、同学们：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大家好！</w:t>
      </w:r>
      <w:r>
        <w:rPr>
          <w:lang w:eastAsia="zh-CN"/>
        </w:rPr>
        <w:br/>
      </w:r>
      <w:r>
        <w:rPr>
          <w:lang w:eastAsia="zh-CN"/>
        </w:rPr>
        <w:t>　　天地万物在沉睡了一冬以后，正满载着崭新的春色，扑面而来。度过喜悦、祥和、幸福的寒假，踏着春天的脚步，带着新的心情、新的希望、新的目标我们又步入了一个新的学期，开始求知生涯中的又一个里程碑。</w:t>
      </w:r>
      <w:r>
        <w:rPr>
          <w:lang w:eastAsia="zh-CN"/>
        </w:rPr>
        <w:br/>
      </w:r>
      <w:r>
        <w:rPr>
          <w:lang w:eastAsia="zh-CN"/>
        </w:rPr>
        <w:t>　　春天是播种的季节，只有春天播下希望的种子，秋天才会换来丰硕的成果。同学经过寒假的休息和调整，体力得到了恢复，视野得到了开阔，知识得到了补充，精力将更加充沛，斗志将更加高昂。回首过去的一年，我校在上级主管部门的关心和支持下，全体师生同心协力，谋求发展，谱写了学校发展史上的新章。我校的声誉在不断提高，我校的教学质量在不断提升，我校的发展也越来越多的受到社会各界的大力支持和关注。</w:t>
      </w:r>
      <w:r>
        <w:rPr>
          <w:lang w:eastAsia="zh-CN"/>
        </w:rPr>
        <w:br/>
      </w:r>
      <w:r>
        <w:rPr>
          <w:lang w:eastAsia="zh-CN"/>
        </w:rPr>
        <w:t>　　寒假刚刚结束，很多同学还处于假期的氛围之中，心还浮着，没有静下心来。与此同时，紧张忙碌的学习就要开始了，各位同学要进行自我调整，以最快的速度调整好学习状态，把全部精力投入到学习上来；很多同学在寒假中都有没有养成早睡早起的好习惯，现在开学了，你们要调整好作息时间，晚上要按时睡觉，才能保证第二天按时到校，不迟到，并且有足够的精力投入到学习中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回顾过去的一学年，同学们都取得了一定的进步。在学习，同学们你追我赶，勤学好问，制造了良好的学习竞争氛围，这是大家共同进步的关键所在。希在新学年里继续保持这种学习积极性，继续保持好这种难得的学习氛围，互帮互助，共同进步，共同提高，德智体美劳全面发展。</w:t>
      </w:r>
      <w:r>
        <w:rPr>
          <w:lang w:eastAsia="zh-CN"/>
        </w:rPr>
        <w:br/>
      </w:r>
      <w:r>
        <w:rPr>
          <w:lang w:eastAsia="zh-CN"/>
        </w:rPr>
        <w:t>　　希遵守校纪校规，争做文明学生，为本班文明班级体的评比贡献力量。各班的班干部也要起好带头作用，帮助老师管理好班级，服务同学，培养自己各方面的能力。我要跟大家讲的是：学习与做人同样重要，希望全体同学在努力完成学习的同时，做一个讲道德、讲文明，遵纪守法的好学生。</w:t>
      </w:r>
      <w:r>
        <w:rPr>
          <w:lang w:eastAsia="zh-CN"/>
        </w:rPr>
        <w:br/>
      </w:r>
      <w:r>
        <w:rPr>
          <w:lang w:eastAsia="zh-CN"/>
        </w:rPr>
        <w:t>　　安全是一切学习生活的保障，人的生命只有一次，希望同学们要善待自己，珍爱生命。我们要时刻注意安全。目前，我们主要要注意的是季节性流行疾病的防治、交通安全、食品安全、活动安全等，专心上好安全教育课，将安全知识与实际生活结合起来，在日常生活中时刻注意安全，不做危险的事，让安全陪伴我们健康成长。</w:t>
      </w:r>
      <w:r>
        <w:rPr>
          <w:lang w:eastAsia="zh-CN"/>
        </w:rPr>
        <w:br/>
      </w:r>
      <w:r>
        <w:rPr>
          <w:lang w:eastAsia="zh-CN"/>
        </w:rPr>
        <w:t>　　老师们、同学们：新的学期，新的希望，新的机遇，新的挑战。新的一天已经开始，让我们一起以新的姿态，新的要求，朝着更高的目标迈进！让我们站在这初春的早晨去迎接每一个更加明媚的春天！最后，祝老师们在新的一学期里身体健康、工作顺利！祝同学们学习进步、健康快乐！</w:t>
      </w:r>
      <w:r>
        <w:rPr>
          <w:lang w:eastAsia="zh-CN"/>
        </w:rPr>
        <w:br/>
      </w:r>
      <w:r>
        <w:rPr>
          <w:lang w:eastAsia="zh-CN"/>
        </w:rPr>
        <w:t>　　谢谢大家！</w:t>
      </w:r>
      <w:r>
        <w:rPr>
          <w:lang w:eastAsia="zh-CN"/>
        </w:rPr>
        <w:br/>
      </w:r>
      <w:r>
        <w:rPr>
          <w:lang w:eastAsia="zh-CN"/>
        </w:rPr>
        <w:t xml:space="preserve">    2024年新学期新打算的演讲稿1000字 篇7 </w:t>
      </w:r>
      <w:r>
        <w:rPr>
          <w:lang w:eastAsia="zh-CN"/>
        </w:rPr>
        <w:br/>
      </w:r>
      <w:r>
        <w:rPr>
          <w:lang w:eastAsia="zh-CN"/>
        </w:rPr>
        <w:t>　　尊敬的老师、亲爱的同学们：</w:t>
      </w:r>
      <w:r>
        <w:rPr>
          <w:lang w:eastAsia="zh-CN"/>
        </w:rPr>
        <w:br/>
      </w:r>
      <w:r>
        <w:rPr>
          <w:lang w:eastAsia="zh-CN"/>
        </w:rPr>
        <w:t>　　大家好！</w:t>
      </w:r>
      <w:r>
        <w:rPr>
          <w:lang w:eastAsia="zh-CN"/>
        </w:rPr>
        <w:br/>
      </w:r>
      <w:r>
        <w:rPr>
          <w:lang w:eastAsia="zh-CN"/>
        </w:rPr>
        <w:t>　　我们在这硕果累累的日子里，再次回到了学校，新的一个学期，自然是要有一个新的开始，也要有新的打算。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在学习上面，我们成绩好的同学，这学期其实并不能骄傲，因为学习就像在逆水里面行舟，如果你不努力，那么可能就会退步了，成绩不是那么好的同学，其实你们完全也没必要灰心，新的一个学期，只要我们认真的听课，在晚上把作业做好，平常不懂的问题，积极的问同学或者请教老师，那么我们的成绩也就会变好，同样在学习方面，我们不能够偏科，不能说我不喜欢这门课，那么我就不上或者不认真听，那么成绩也是会掉下去的。在学习方法上面，新的一个学期，我们更要改进我们的学习方法，让我们能够更加高效的学习。</w:t>
      </w:r>
      <w:r>
        <w:rPr>
          <w:lang w:eastAsia="zh-CN"/>
        </w:rPr>
        <w:br/>
      </w:r>
      <w:r>
        <w:rPr>
          <w:lang w:eastAsia="zh-CN"/>
        </w:rPr>
        <w:t>　　在纪律方面，我们要遵守学校的制度，像不能够迟到，不能够在课堂上吃东西，睡觉或者讲小话，如果有的同学可能之前就有这些习惯，那么在新的学期里面，给自己定一个目标，让自己学会克制，像迟到，可以给自己定一个小目标，一个学期最多的是不能超过迟到几次，不管是因为什么样的一个原因。而以前守纪的同学同样不能懈怠，在日常方面遵守好之外，还有在没人的时候也做好，像过马路，即使是没有车，也是不能够闯红灯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新的学期，同学们有没有想过发展自己的特长呢？或者培养自己的一个兴趣爱好，多阅读一些课外好的书籍，去参加自己喜欢的运动，在科技发明上面有自己的小成就。我们在学校里面学习知识的同时也要找到自己的爱好，像喜欢跳舞的同学可以学习新的一个舞种，喜欢画画的同学可以尝试新的一种风格，喜欢唱歌的同学可以试着创作一首自己写的歌曲。喜欢乐器的同学可以学习新的一样乐器。</w:t>
      </w:r>
      <w:r>
        <w:rPr>
          <w:lang w:eastAsia="zh-CN"/>
        </w:rPr>
        <w:br/>
      </w:r>
      <w:r>
        <w:rPr>
          <w:lang w:eastAsia="zh-CN"/>
        </w:rPr>
        <w:t>　　新的一个学期，我们要有新的一个打算，不管是在我们课堂的学习中，还是在我们日常的生活中，过去的成绩或者是好或者是不好的，都已经是过去了，新的一个开始，我们不骄傲，不气馁，不妥协，为着新的打算，努力。让我们站在新的一个起点，为了我们新的打算，努力的去奋斗，在青春的岁月里，开创新的篇章。不管前行的路途如何，在新的一个学期，我们都要坚持，努力的学习，做好自己要做的事情，做一个优秀的学生。</w:t>
      </w:r>
      <w:r>
        <w:rPr>
          <w:lang w:eastAsia="zh-CN"/>
        </w:rPr>
        <w:br/>
      </w:r>
      <w:r>
        <w:rPr>
          <w:lang w:eastAsia="zh-CN"/>
        </w:rPr>
        <w:t xml:space="preserve">    2024年新学期新打算的演讲稿1000字 篇8 </w:t>
      </w:r>
      <w:r>
        <w:rPr>
          <w:lang w:eastAsia="zh-CN"/>
        </w:rPr>
        <w:br/>
      </w:r>
      <w:r>
        <w:rPr>
          <w:lang w:eastAsia="zh-CN"/>
        </w:rPr>
        <w:t>　　新学期终于姗姗来迟，我又站在了一个新的起点，面临着更大的挑战，我深知， 这条路不好走，但是，我们一旦掌握了这其中的诀窍，那等待我们的就是精彩美好的 明天，为了自己在以后的学习中能够有正确的方向，我定了一个学习计划。</w:t>
      </w:r>
      <w:r>
        <w:rPr>
          <w:lang w:eastAsia="zh-CN"/>
        </w:rPr>
        <w:br/>
      </w:r>
      <w:r>
        <w:rPr>
          <w:lang w:eastAsia="zh-CN"/>
        </w:rPr>
        <w:t>　　首先，要有自信心，自信是成功的第一秘诀，无论在生活，还是在学习中，自信</w:t>
      </w:r>
      <w:r>
        <w:rPr>
          <w:lang w:eastAsia="zh-CN"/>
        </w:rPr>
        <w:t xml:space="preserve"> 是至关重要的，不管明天怎样，但今天已经到来，把握今天才是最明智的选择，不管</w:t>
      </w:r>
      <w:r>
        <w:rPr>
          <w:lang w:eastAsia="zh-CN"/>
        </w:rPr>
        <w:t xml:space="preserve"> 自己与别人有多大的差距，但是，步入第二学期，又是一个新的开始，相信自己始终</w:t>
      </w:r>
      <w:r>
        <w:rPr>
          <w:lang w:eastAsia="zh-CN"/>
        </w:rPr>
        <w:t xml:space="preserve"> 能成功。</w:t>
      </w:r>
      <w:r>
        <w:rPr>
          <w:lang w:eastAsia="zh-CN"/>
        </w:rPr>
        <w:t xml:space="preserve"> 其次，要把握好课内45分钟，上课积极活跃，认真听讲。老师固然重要，否则，</w:t>
      </w:r>
      <w:r>
        <w:rPr>
          <w:lang w:eastAsia="zh-CN"/>
        </w:rPr>
        <w:t xml:space="preserve"> 又要老师干什么呢?即使你预习的再好，也总有不足的地方，当然，预习也是一个好</w:t>
      </w:r>
      <w:r>
        <w:rPr>
          <w:lang w:eastAsia="zh-CN"/>
        </w:rPr>
        <w:t xml:space="preserve"> 的学习方法，但课内的45分钟决不能放过。只有这样才能取其精华。此外课内的复习</w:t>
      </w:r>
      <w:r>
        <w:rPr>
          <w:lang w:eastAsia="zh-CN"/>
        </w:rPr>
        <w:t xml:space="preserve"> 也是很关键的，让知识像放电影一样，在脑海里呈现，又加深印象。</w:t>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再次，要加大自己的阅读量，拓宽自己的知识面，掌握有关知识，丰富视野，阅</w:t>
      </w:r>
      <w:r>
        <w:rPr>
          <w:lang w:eastAsia="zh-CN"/>
        </w:rPr>
        <w:t xml:space="preserve"> 读各种名著，也有助于写作水平的提高，这也是很关键的。</w:t>
      </w:r>
      <w:r>
        <w:rPr>
          <w:lang w:eastAsia="zh-CN"/>
        </w:rPr>
        <w:t xml:space="preserve"> 最后，要常常为自己定目标，从小的目标逐个去实现，不犯冷热病，要有恒心，</w:t>
      </w:r>
      <w:r>
        <w:rPr>
          <w:lang w:eastAsia="zh-CN"/>
        </w:rPr>
        <w:t xml:space="preserve"> 坚持到底。</w:t>
      </w:r>
      <w:r>
        <w:rPr>
          <w:lang w:eastAsia="zh-CN"/>
        </w:rPr>
        <w:br/>
      </w:r>
      <w:r>
        <w:rPr>
          <w:lang w:eastAsia="zh-CN"/>
        </w:rPr>
        <w:t>　　一个学期是辛苦的，而我不能怕辛苦，别人能够做到，我相信自己一定能做到。 不能放弃，不能灰心，我已经做好了辛苦的准备。现在的准备是必然的，现在辛苦一 时，以后就不会辛苦一世。 这就是我本学期的学习计划，我不会做语言的巨人，行动的矮子，我会为自己的 理想而努力，拼搏。</w:t>
      </w:r>
      <w:r>
        <w:rPr>
          <w:lang w:eastAsia="zh-CN"/>
        </w:rPr>
        <w:br/>
      </w:r>
      <w:r>
        <w:rPr>
          <w:lang w:eastAsia="zh-CN"/>
        </w:rPr>
        <w:t xml:space="preserve">    2024年新学期新打算的演讲稿1000字 篇9 </w:t>
      </w:r>
      <w:r>
        <w:rPr>
          <w:lang w:eastAsia="zh-CN"/>
        </w:rPr>
        <w:br/>
      </w:r>
      <w:r>
        <w:rPr>
          <w:lang w:eastAsia="zh-CN"/>
        </w:rPr>
        <w:t>　　喜庆、祥和的新春佳节伴随着短暂的寒假生活已经过去，新的学期已经到来，我们满载着20__丰收的喜悦，步入了满怀憧憬的20__，我们又将投入到紧张而又充实的校园生活中。</w:t>
      </w:r>
      <w:r>
        <w:rPr>
          <w:lang w:eastAsia="zh-CN"/>
        </w:rPr>
        <w:br/>
      </w:r>
      <w:r>
        <w:rPr>
          <w:lang w:eastAsia="zh-CN"/>
        </w:rPr>
        <w:t>　　我们要定好目标，执着信念，永不言败，一起因目标而努力，因梦想而精彩，塌塌实实地一步步走下去。固然，成就和荣誉往往令人羡慕、钦佩，但是“千里之行，始于足下，”要想使理想成为现实，积累是必不可少的，我们应该从现在做起，从点点滴滴做起，一步一个脚印塌实地朝着宏伟的目标迈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新学期，无疑也为我们提供了崭新的园地，但是需要提醒的是：荣誉的`桂冠往往要荆棘编就，成功的道路往往由汗水铺通，征途决非一帆风顺。它需要忠贞不渝的追求，朝气蓬勃的热情，脚踏实地的努力，持之以恒的攀登。所以，要培养坚忍不拔、吃苦耐劳的精神。决心学习的人，得有经受磨练的思想准备，要有高远的志向，要有学习的热忱，在困难和挫折面前，不灰心丧气，把坚韧不拔的毅力体现在学习之中！</w:t>
      </w:r>
      <w:r>
        <w:rPr>
          <w:lang w:eastAsia="zh-CN"/>
        </w:rPr>
        <w:br/>
      </w:r>
      <w:r>
        <w:rPr>
          <w:lang w:eastAsia="zh-CN"/>
        </w:rPr>
        <w:t>　　我们还应该培养优秀的道德品质。当我们坐在明亮的教室里，手捧崭新的课本，听着老师的教诲，同学们，我们是否想到了我们正受到社会各界给予我们的帮助及关爱呢？我们的老师、父母以及社会上与我们素不相识的人都默默地关注着我们，而中国自古以来就有“滴水之恩将涌泉相报”的古训：父母养育了我们，我们应该感谢父母；老师给予了我们知识，提高了我们的能力，我们应该感谢老师；他人关心帮助了我们，我们应该感谢他们。学会感恩、知恩图报是中华民族的传统美德，值得我们不断发扬和继承！</w:t>
      </w:r>
      <w:r>
        <w:rPr>
          <w:lang w:eastAsia="zh-CN"/>
        </w:rPr>
        <w:br/>
      </w:r>
      <w:r>
        <w:rPr>
          <w:lang w:eastAsia="zh-CN"/>
        </w:rPr>
        <w:t>　　新学期，新征程，新面貌，此时此刻，相信我们每一位同学的心中都充满着奋进的激情，因为我们每个人的脸上都洋溢着青春的活力。让我们把握住20__这个美好的春天，把理想化为宏图，把计划付诸行动，荡起理想的双桨，与学校同舟共济，破浪前行，展现学子的风采，奉献青春的智慧。</w:t>
      </w:r>
      <w:r>
        <w:rPr>
          <w:lang w:eastAsia="zh-CN"/>
        </w:rPr>
        <w:br/>
      </w:r>
      <w:r>
        <w:rPr>
          <w:lang w:eastAsia="zh-CN"/>
        </w:rPr>
        <w:t>　　一个漫长的暑假已过去，迎来的是一个美好的秋天。时间飞逝停泊在港湾的小船已经出航，驶出了平静的港湾驶进了中学的海面。迎着早晨的第一缕阳光，我们来到了素未谋面美丽的校园，开始了新一学期的征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在过去的旅途中，无论你是否拥有过欢笑，拥有个阳光，这都已成为永远的记忆，加上一把锁将它封闭起来吧!摆在我们面前的，新的老师，新的同学，新的旅途，新的梦幻，新的生命正在破土而出，面对这一切，我们该怎么办。由于现实的残酷，我们将化身为一个个骑士，抹掉胸口上的创伤，擦掉昔日的荣耀，拿上我们的曾经的利器，整装待发，新学期的目标是我们新的征途的开始！</w:t>
      </w:r>
      <w:r>
        <w:rPr>
          <w:lang w:eastAsia="zh-CN"/>
        </w:rPr>
        <w:br/>
      </w:r>
      <w:r>
        <w:rPr>
          <w:lang w:eastAsia="zh-CN"/>
        </w:rPr>
        <w:t>　　也许你的目标是考上自己理想的大学，也许你的目标是成绩名列前茅，不同的目标驱动着我们相同的梦想。目标是我们通往成功的地图，只有付出了行动，迈出我们坚实的步伐，才能让我们到达成功的彼岸。确定我们的目标，就要为了他努力拼搏，我们要立长志不要常立志。</w:t>
      </w:r>
      <w:r>
        <w:rPr>
          <w:lang w:eastAsia="zh-CN"/>
        </w:rPr>
        <w:br/>
      </w:r>
      <w:r>
        <w:rPr>
          <w:lang w:eastAsia="zh-CN"/>
        </w:rPr>
        <w:t>　　弗兰克林说过：“有非常之胆识始可做非常之事业”对于我们中学生来说写一篇好的作文画一幅美丽的图画唱一支动人的歌曲打一场漂亮的球赛都是我们高中征途中的一次次成功。成功中是我们的喜悦，成功背后是我们辛勤的汗水，没有耕耘就哪有收获没有付出哪有所得。</w:t>
      </w:r>
      <w:r>
        <w:rPr>
          <w:lang w:eastAsia="zh-CN"/>
        </w:rPr>
        <w:br/>
      </w:r>
      <w:r>
        <w:rPr>
          <w:lang w:eastAsia="zh-CN"/>
        </w:rPr>
        <w:t>　　来到中学是我感到自豪也感到隐隐不安老师无微不至的关怀是我感到母亲般的温暖期望与关怀责任与爱护是老师博大胸怀的体现我要以优异的成绩模范的行为来回报老师无需推衍因为事实胜于雄辩。</w:t>
      </w:r>
      <w:r>
        <w:rPr>
          <w:lang w:eastAsia="zh-CN"/>
        </w:rPr>
        <w:br/>
      </w:r>
      <w:r>
        <w:rPr>
          <w:lang w:eastAsia="zh-CN"/>
        </w:rPr>
        <w:t>　　同学们让我们扬起理想的风帆在绚丽多彩的中学航行中也许会有坎坷艰险但我我坚信在我们敬爱的老师舵手的指挥和操纵下我们一定会战胜一切困难避过所有的浅滩到达成功的彼岸！！！</w:t>
      </w:r>
      <w:r>
        <w:rPr>
          <w:lang w:eastAsia="zh-CN"/>
        </w:rPr>
        <w:br/>
      </w:r>
      <w:r>
        <w:rPr>
          <w:lang w:eastAsia="zh-CN"/>
        </w:rPr>
        <w:t xml:space="preserve">    2024年新学期新打算的演讲稿1000字 篇10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尊敬的老师，亲爱的同学们：</w:t>
      </w:r>
      <w:r>
        <w:rPr>
          <w:lang w:eastAsia="zh-CN"/>
        </w:rPr>
        <w:br/>
      </w:r>
      <w:r>
        <w:rPr>
          <w:lang w:eastAsia="zh-CN"/>
        </w:rPr>
        <w:t>　　大家好！</w:t>
      </w:r>
      <w:r>
        <w:rPr>
          <w:lang w:eastAsia="zh-CN"/>
        </w:rPr>
        <w:br/>
      </w:r>
      <w:r>
        <w:rPr>
          <w:lang w:eastAsia="zh-CN"/>
        </w:rPr>
        <w:t>　　金秋送爽，旭日东升，新学期如清爽的秋风般扑面而来，如果说假期是为了放松、调整，那么新学期的开始就是拼搏、奋斗。祝你踩着智慧，挥舞勤奋，看着指引，把成功写进这个学期的年轮。</w:t>
      </w:r>
      <w:r>
        <w:rPr>
          <w:lang w:eastAsia="zh-CN"/>
        </w:rPr>
        <w:br/>
      </w:r>
      <w:r>
        <w:rPr>
          <w:lang w:eastAsia="zh-CN"/>
        </w:rPr>
        <w:t>　　路还是昨天的路，但里程碑已是新的;歌还是昨天的歌，但今天唱出的更动听;太阳还是昨天的太阳，但它放射出的却是全新的光芒。让我们看一下东方的第一抹朝阳，是否要检查一下自己：我的梦是否还在?我的心是否飞扬?</w:t>
      </w:r>
      <w:r>
        <w:rPr>
          <w:lang w:eastAsia="zh-CN"/>
        </w:rPr>
        <w:br/>
      </w:r>
      <w:r>
        <w:rPr>
          <w:lang w:eastAsia="zh-CN"/>
        </w:rPr>
        <w:t>　　在这斗志昂扬，意气风发的新学期，同学们定会有新的希望和对明天的憧憬，那么把今天当作一个起点吧!或许你以前是老师眼中的后进生，你是否想过，从现在开始，发奋努力，迎头赶上;或许你以前是一个思想有些玩劣，让老师头疼，让家长痛心的同学，你是否想过新学期要规范自己的言行，约束自己的鲁莽，使自己成为一个受老师欣赏，让家长放心的人;或许你以前在学习方面有困难，你是否想过，在其他方面获得进步，在一些活动中，展示自己的特长，从而促进学习的进步;或许你在各个方面都很优秀，但是知识无穷尽，志存当高远。</w:t>
      </w:r>
      <w:r>
        <w:rPr>
          <w:lang w:eastAsia="zh-CN"/>
        </w:rPr>
        <w:br/>
      </w:r>
      <w:r>
        <w:rPr>
          <w:lang w:eastAsia="zh-CN"/>
        </w:rPr>
        <w:t>　　新的学期开启新的希望，新的空白承载新的梦想，新的开始，我想和你们一起努力做到平凡而不平庸，大胆而不大意，敢说而不空说，谦让而不迁就，虚心而不虚荣，天真而不幼稚，活泼而守纪律，倔强而不固执，热情而不冲动，乐观而不盲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希望我们可以在追寻目标的道路上马不停蹄，精彩无比!</w:t>
      </w:r>
      <w:r>
        <w:rPr>
          <w:lang w:eastAsia="zh-CN"/>
        </w:rPr>
        <w:br/>
      </w:r>
      <w:r>
        <w:rPr>
          <w:lang w:eastAsia="zh-CN"/>
        </w:rPr>
        <w:t xml:space="preserve">    2024年新学期新打算的演讲稿1000字 篇11 </w:t>
      </w:r>
      <w:r>
        <w:rPr>
          <w:lang w:eastAsia="zh-CN"/>
        </w:rPr>
        <w:br/>
      </w:r>
      <w:r>
        <w:rPr>
          <w:lang w:eastAsia="zh-CN"/>
        </w:rPr>
        <w:t>　　尊敬的老师，亲爱的同学们：</w:t>
      </w:r>
      <w:r>
        <w:rPr>
          <w:lang w:eastAsia="zh-CN"/>
        </w:rPr>
        <w:br/>
      </w:r>
      <w:r>
        <w:rPr>
          <w:lang w:eastAsia="zh-CN"/>
        </w:rPr>
        <w:t>　　大家好!</w:t>
      </w:r>
      <w:r>
        <w:rPr>
          <w:lang w:eastAsia="zh-CN"/>
        </w:rPr>
        <w:br/>
      </w:r>
      <w:r>
        <w:rPr>
          <w:lang w:eastAsia="zh-CN"/>
        </w:rPr>
        <w:t>　　漫长的暑假悄然过去，金秋送爽的秋天不期而至，在这硕果累累的季节，新的一学期又开始了。在这里，我祝愿全校同学在新的一年里身体健康、学习进步!</w:t>
      </w:r>
      <w:r>
        <w:rPr>
          <w:lang w:eastAsia="zh-CN"/>
        </w:rPr>
        <w:br/>
      </w:r>
      <w:r>
        <w:rPr>
          <w:lang w:eastAsia="zh-CN"/>
        </w:rPr>
        <w:t>　　回顾过去，我们激动、自豪、难忘，展望未来我们充满希望、梦想。新学期、新起点、新面貌，借此机会，我谈谈自己对新学期的看法，概括起来就是四句话：</w:t>
      </w:r>
      <w:r>
        <w:rPr>
          <w:lang w:eastAsia="zh-CN"/>
        </w:rPr>
        <w:br/>
      </w:r>
      <w:r>
        <w:rPr>
          <w:lang w:eastAsia="zh-CN"/>
        </w:rPr>
        <w:t>　　第一句话是，一切从头开始。</w:t>
      </w:r>
      <w:r>
        <w:rPr>
          <w:lang w:eastAsia="zh-CN"/>
        </w:rPr>
        <w:br/>
      </w:r>
      <w:r>
        <w:rPr>
          <w:lang w:eastAsia="zh-CN"/>
        </w:rPr>
        <w:t>　　不管你过去是好是差，都已经成为历史。有位哲学家说过，过去属于别人，未来属于你自己，你过去的光荣也好，失败也好，都已成为昨天，留给你的只应该是教训和经验;新的一学期已经开始，你最需要做的就是赶快调整好状态，尽快把心思转移到学习上，告别过去的不足，告别自身的缺点，不断挑战自我，完善自我，重塑一个崭新的自己。</w:t>
      </w:r>
      <w:r>
        <w:rPr>
          <w:lang w:eastAsia="zh-CN"/>
        </w:rPr>
        <w:br/>
      </w:r>
      <w:r>
        <w:rPr>
          <w:lang w:eastAsia="zh-CN"/>
        </w:rPr>
        <w:t>　　第二句话是，成人才能成才。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俗话说得好，先成人，后成才。面对日益繁杂的社会，仅仅有点成绩、有点才能还不够，只有具备了美好的品德、高尚的情操，才能拥有光明的前途。因此，我们要以《小学生守则》和《小学生日常行为规范》为行为准则，时时处处严格要求自己。自尊自爱，注重仪表，和谐文雅。真诚友爱，礼貌待人。勤劳俭朴，尊老爱幼。我们只要</w:t>
      </w:r>
      <w:r>
        <w:rPr>
          <w:lang w:eastAsia="zh-CN"/>
        </w:rPr>
        <w:br/>
      </w:r>
      <w:r>
        <w:rPr>
          <w:lang w:eastAsia="zh-CN"/>
        </w:rPr>
        <w:t>　　不断地解剖自我，严以律己，规范自己各方面的行为，就一定能使自己在新的一年里获得可喜的进步。</w:t>
      </w:r>
      <w:r>
        <w:rPr>
          <w:lang w:eastAsia="zh-CN"/>
        </w:rPr>
        <w:br/>
      </w:r>
      <w:r>
        <w:rPr>
          <w:lang w:eastAsia="zh-CN"/>
        </w:rPr>
        <w:t>　　第三句话是实干加巧干。</w:t>
      </w:r>
      <w:r>
        <w:rPr>
          <w:lang w:eastAsia="zh-CN"/>
        </w:rPr>
        <w:br/>
      </w:r>
      <w:r>
        <w:rPr>
          <w:lang w:eastAsia="zh-CN"/>
        </w:rPr>
        <w:t>　　在学习上，我们提倡两个字--实和巧。实，就是要踏踏实实地学，扎扎实实地练，掌握最基本的知识。从每一道题目、每一份小练习开始，独立思考，遇到不懂的问题要善问，多问，直到弄懂弄会。巧，就是要灵巧地学习。这不是投机取巧，而是要掌握好的方法，以求得最佳的学习效益。每一门学科有各自的特点，每一个人也有个性差异，我们要在老师的指导下，寻找出适合自己的学习方法，举一反三。第四句话是，爱拼才会赢。</w:t>
      </w:r>
      <w:r>
        <w:rPr>
          <w:lang w:eastAsia="zh-CN"/>
        </w:rPr>
        <w:br/>
      </w:r>
      <w:r>
        <w:rPr>
          <w:lang w:eastAsia="zh-CN"/>
        </w:rPr>
        <w:t>　　同学们，梅花香自苦寒来，成功之花是用辛勤的汗水浇灌出来的。我们不提倡蛮干，但无论何时，我们都需要勤奋刻苦的精神，都需要那种顽强拼搏的勇气。</w:t>
      </w:r>
      <w:r>
        <w:rPr>
          <w:lang w:eastAsia="zh-CN"/>
        </w:rPr>
        <w:br/>
      </w:r>
      <w:r>
        <w:rPr>
          <w:lang w:eastAsia="zh-CN"/>
        </w:rPr>
        <w:t>　　同学们!我们是祖国的未来，民族的希望，我们是早上八 九点钟的太阳，今天，我们以学校为荣，将来学校将以我们为荣，良好的开端是成功的一半，让我们从现在做起，满怀信心，为实现心中的理想而努力奋斗吧!</w:t>
      </w:r>
      <w:r>
        <w:rPr>
          <w:lang w:eastAsia="zh-CN"/>
        </w:rPr>
        <w:br/>
      </w:r>
      <w:r>
        <w:rPr>
          <w:lang w:eastAsia="zh-CN"/>
        </w:rPr>
        <w:t>　　谢谢大家!</w:t>
      </w:r>
      <w:r>
        <w:rPr>
          <w:lang w:eastAsia="zh-CN"/>
        </w:rPr>
        <w:br/>
      </w:r>
      <w:r>
        <w:rPr>
          <w:lang w:eastAsia="zh-CN"/>
        </w:rPr>
        <w:t xml:space="preserve">    2024年新学期新打算的演讲稿1000字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莫泊桑说：“人生活在希望之中，一个希望破灭了或实现了，就会有新的希望产生。”新春就是新的企盼、新的希望，新的征程，新的收获。新学期，新起点，新面貌，让我们憧憬更美好的明天，让我们再一次踏上征途!</w:t>
      </w:r>
      <w:r>
        <w:rPr>
          <w:lang w:eastAsia="zh-CN"/>
        </w:rPr>
        <w:t xml:space="preserve"> 人生哲理</w:t>
      </w:r>
      <w:r>
        <w:rPr>
          <w:lang w:eastAsia="zh-CN"/>
        </w:rPr>
        <w:br/>
      </w:r>
      <w:r>
        <w:rPr>
          <w:lang w:eastAsia="zh-CN"/>
        </w:rPr>
        <w:t>　　忠诚：是建筑人生大厦的基石。</w:t>
      </w:r>
      <w:r>
        <w:rPr>
          <w:lang w:eastAsia="zh-CN"/>
        </w:rPr>
        <w:br/>
      </w:r>
      <w:r>
        <w:rPr>
          <w:lang w:eastAsia="zh-CN"/>
        </w:rPr>
        <w:t>　　信任：是酿造友谊之蜜的花朵。</w:t>
      </w:r>
      <w:r>
        <w:rPr>
          <w:lang w:eastAsia="zh-CN"/>
        </w:rPr>
        <w:br/>
      </w:r>
      <w:r>
        <w:rPr>
          <w:lang w:eastAsia="zh-CN"/>
        </w:rPr>
        <w:t>　　理解：是沟通心灵闲的桥梁。</w:t>
      </w:r>
      <w:r>
        <w:rPr>
          <w:lang w:eastAsia="zh-CN"/>
        </w:rPr>
        <w:br/>
      </w:r>
      <w:r>
        <w:rPr>
          <w:lang w:eastAsia="zh-CN"/>
        </w:rPr>
        <w:t>　　勤奋：是事业成功的忠实伴侣。</w:t>
      </w:r>
      <w:r>
        <w:rPr>
          <w:lang w:eastAsia="zh-CN"/>
        </w:rPr>
        <w:br/>
      </w:r>
      <w:r>
        <w:rPr>
          <w:lang w:eastAsia="zh-CN"/>
        </w:rPr>
        <w:t>　　毅力：是开拓世界的利剑。</w:t>
      </w:r>
      <w:r>
        <w:rPr>
          <w:lang w:eastAsia="zh-CN"/>
        </w:rPr>
        <w:br/>
      </w:r>
      <w:r>
        <w:rPr>
          <w:lang w:eastAsia="zh-CN"/>
        </w:rPr>
        <w:t>　　理智：是抚御灾难的铜墙铁壁。</w:t>
      </w:r>
      <w:r>
        <w:rPr>
          <w:lang w:eastAsia="zh-CN"/>
        </w:rPr>
        <w:br/>
      </w:r>
      <w:r>
        <w:rPr>
          <w:lang w:eastAsia="zh-CN"/>
        </w:rPr>
        <w:t>　　追求：是充实生命的必然途径。时间就像那无情的流水，流去我在小学里的五年光阴。转眼寒假又将成为过去，新的学期即将来临。仔细的回想，过去的五年里，自己到底做了什么?可是，什么也想不起来。难道真要这样，流给母校的是一片空白记忆吗?不，我希望，在小学生活的最后半年里要踏踏实实的做好每一件事。在这半年里我一定要珍惜每一秒时间，争取不让自己有荒度的一刻。</w:t>
      </w:r>
      <w:r>
        <w:rPr>
          <w:lang w:eastAsia="zh-CN"/>
        </w:rPr>
        <w:br/>
      </w:r>
      <w:r>
        <w:rPr>
          <w:lang w:eastAsia="zh-CN"/>
        </w:rPr>
        <w:t>　　新学期到了，那么大家一定会有新的打算，我的打算又是什么呢?其实，我的打算和别人一样，就是要在新的学期里努力学习，认真听老师讲课，上课要积极发言。不仅如此，还要经常参加各类活动，做到这些，还远远不够，我还希望自己能在毕业考试上考出好成绩。我知道，要做到这些是很难很难的，但是只要你坚持到底，永不退缩，那这些又将变得非常容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我想，人的希望是会随时改变的，不同的时间，不同的情况下，我们每个人的希望也是不同的。在新学期里，我的希望是永远记住母校，因为这毕竟是我生活了六年的小学啊!同时，我也希望能在这最后的半年里为我亲爱的母校做一点事情，留下一些美好的东西。我想，我一定会用实际行动来做这件事的。人在一生中，不管他成为了什么，是名人，或是伟人，还是极平凡的普通人，都会永远记住自己的母校，都对他有着非常深刻的感情，我也要做这样的人。</w:t>
      </w:r>
      <w:r>
        <w:rPr>
          <w:lang w:eastAsia="zh-CN"/>
        </w:rPr>
        <w:t xml:space="preserve"> 我知道，每个人心里想的是不一样的，因为，人各有志，目标不同。如今我渐渐长大了，我的新目标不是做什么伟人，也不想当什么艺人，更不是成为科学巨人。而是长大后考上一座较好的大学，找到一份稳定的工作。在自己平凡的岗位上为国家，为社会作出不平凡的事，贡献出属于自己的一份力量，这就已经足够了。</w:t>
      </w:r>
      <w:r>
        <w:rPr>
          <w:lang w:eastAsia="zh-CN"/>
        </w:rPr>
        <w:br/>
      </w:r>
      <w:r>
        <w:rPr>
          <w:lang w:eastAsia="zh-CN"/>
        </w:rPr>
        <w:t>　　新学期里人人都有新打算，你一定也和我一样吧!让我们大家在新学期里携起手来，共同朝着自己的目标前进吧!</w:t>
      </w:r>
      <w:r>
        <w:rPr>
          <w:lang w:eastAsia="zh-CN"/>
        </w:rPr>
        <w:br/>
      </w:r>
      <w:r>
        <w:rPr>
          <w:lang w:eastAsia="zh-CN"/>
        </w:rPr>
        <w:t>　　我们是孕育绿色生命的团队</w:t>
      </w:r>
      <w:r>
        <w:rPr>
          <w:lang w:eastAsia="zh-CN"/>
        </w:rPr>
        <w:br/>
      </w:r>
      <w:r>
        <w:rPr>
          <w:lang w:eastAsia="zh-CN"/>
        </w:rPr>
        <w:t>　　我们是充满温馨和-谐的大家庭</w:t>
      </w:r>
      <w:r>
        <w:rPr>
          <w:lang w:eastAsia="zh-CN"/>
        </w:rPr>
        <w:br/>
      </w:r>
      <w:r>
        <w:rPr>
          <w:lang w:eastAsia="zh-CN"/>
        </w:rPr>
        <w:t>　　我们谱写全面发展的动人旋律</w:t>
      </w:r>
      <w:r>
        <w:rPr>
          <w:lang w:eastAsia="zh-CN"/>
        </w:rPr>
        <w:br/>
      </w:r>
      <w:r>
        <w:rPr>
          <w:lang w:eastAsia="zh-CN"/>
        </w:rPr>
        <w:t>　　尊敬的老师、亲爱的同学们:</w:t>
      </w:r>
      <w:r>
        <w:rPr>
          <w:lang w:eastAsia="zh-CN"/>
        </w:rPr>
        <w:br/>
      </w:r>
      <w:r>
        <w:rPr>
          <w:lang w:eastAsia="zh-CN"/>
        </w:rPr>
        <w:t>　　喜庆、祥和的新春佳节伴随着短暂的寒假生活已经过去，新的学期已经到来，我们满载着丰收的喜悦，步入了满怀憧憬的，我们又将投入到紧张而又充实的校园生活中。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我们要定好目标，执着信念，永不言败，一起因目标而努力，因梦想而精彩，塌塌实实地一步步走下去。固然，成就和荣誉往往令人羡慕、钦佩，但是“千里之行，始于足下，”要想使理想成为现实，积累是必不可少的，我们应该从现在做起，从点点滴滴做起，一步一个脚印塌实地朝着宏伟的目标迈进。</w:t>
      </w:r>
      <w:r>
        <w:rPr>
          <w:lang w:eastAsia="zh-CN"/>
        </w:rPr>
        <w:br/>
      </w:r>
      <w:r>
        <w:rPr>
          <w:lang w:eastAsia="zh-CN"/>
        </w:rPr>
        <w:t xml:space="preserve">    2024年新学期新打算的演讲稿1000字 篇13 </w:t>
      </w:r>
      <w:r>
        <w:rPr>
          <w:lang w:eastAsia="zh-CN"/>
        </w:rPr>
        <w:br/>
      </w:r>
      <w:r>
        <w:rPr>
          <w:lang w:eastAsia="zh-CN"/>
        </w:rPr>
        <w:t>　　亲爱的同学们，老师们：</w:t>
      </w:r>
      <w:r>
        <w:rPr>
          <w:lang w:eastAsia="zh-CN"/>
        </w:rPr>
        <w:br/>
      </w:r>
      <w:r>
        <w:rPr>
          <w:lang w:eastAsia="zh-CN"/>
        </w:rPr>
        <w:t>　　大家早上好！</w:t>
      </w:r>
      <w:r>
        <w:rPr>
          <w:lang w:eastAsia="zh-CN"/>
        </w:rPr>
        <w:br/>
      </w:r>
      <w:r>
        <w:rPr>
          <w:lang w:eastAsia="zh-CN"/>
        </w:rPr>
        <w:t>　　今晨的太阳蒙着一层薄纱似的云，时而藏匿在云后，时而跳出云层洒下一片金光，带着几分俏皮与趣味，迎来了20__年的开学典礼。</w:t>
      </w:r>
      <w:r>
        <w:rPr>
          <w:lang w:eastAsia="zh-CN"/>
        </w:rPr>
        <w:br/>
      </w:r>
      <w:r>
        <w:rPr>
          <w:lang w:eastAsia="zh-CN"/>
        </w:rPr>
        <w:t>　　送往迎来，凤凰池畔又多了近800张清新、稚气的脸庞，20__级的高一新生，你们是初中阶段学业的佼佼者，在今年中考中你们几乎占有了全市前1100名的席位。但我更欣赏的是，在踏入这所学校校门的那一刻，你们开始懂得担当。30号报到日的那天，你们的父母陪伴前来。我脑海中浮现曾看过的“中日儿童决定两国未来”的二组照片，画面上是日本儿童上学自己肩背手挎，父母两手空空；中国儿童却相反。我站在榕树下注视着你们，很欣慰地看到你们自己拎着大包小包，虽然父母长辈们、志愿者们也都在帮助你们。我相信这一刻你们明白“为天下人谋永福”的内涵，明白这所学校的学子更要懂得责任、懂得担当、懂得自己言行应该是同龄人中的标杆。傍晚时分，我在图书馆发现不少同学们阅读的身影，宿舍那边还不时传来悠扬的钢琴声，这应该是新来的孩子们在用音符来抒发入校之情吧。我期待“最好的你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30号的傍晚，凉风习习，我在校园里漫步，却见田径场、篮球场空荡无一人，我略有失落之情。这时，身边的一位体育老师看出了我的心思，说可能高一新生们还没养成爱运动的习惯，等到明天，高二、高三的学生到校后就会有别样的风景了。果然，31号这一天，地面温度颇高，却见田径场上有长跑的同学，绿茵地里有踢足球的身影，篮球场上更是热火朝天。直到近下午六点，在灰墙厉害的刘庆军老师的命令下，孩子们才依依不舍地离开。此时此景，我不难理解，不是特招生的你们，却有资格组队参加第十二届全国中学生运动会两项赛事，有资格参加全国中学生排球联赛，还能在全省的排球赛、乒乓球赛中获佳绩。我期待“运动的你们”。</w:t>
      </w:r>
      <w:r>
        <w:rPr>
          <w:lang w:eastAsia="zh-CN"/>
        </w:rPr>
        <w:br/>
      </w:r>
      <w:r>
        <w:rPr>
          <w:lang w:eastAsia="zh-CN"/>
        </w:rPr>
        <w:t>　　不过，令我有些遗憾的是，这两天，我看到了一个不和谐的场景，有零星的同学和家长从马路对面向校园走来，竟然行进在没有斑马线的路面上。车辆在身边疾驶，让我颇感不安。同学们，这里的高中三年时光，希望培养你们具备“自信、自动、自在”的品质。所谓“自动”，要自觉遵守各种规章制度，要自觉地在知识海洋中探索、问疑思辨，要自觉地接受各种挑战。如古人所云的“礼、义、廉、耻”内化心中，礼是规规矩矩的态度，义是正正当当的行为，廉是清清白白的辨别，耻是切切实实的觉悟。</w:t>
      </w:r>
      <w:r>
        <w:rPr>
          <w:lang w:eastAsia="zh-CN"/>
        </w:rPr>
        <w:br/>
      </w:r>
      <w:r>
        <w:rPr>
          <w:lang w:eastAsia="zh-CN"/>
        </w:rPr>
        <w:t>　　同学们，这里的校园每年都会孕育不少的学霸、考神，不少翘楚于某领域的独孤求败者。在这里大家互相讨教、共同提高，处处洋溢着互帮互助之风。希望大家“以学为主，兼学别样”，“每天进步一点点，比昨天的自己”。我期待“最快乐的你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各位老师、各位同学，让我们一起努力，使得我们的一中更加美丽。</w:t>
      </w:r>
      <w:r>
        <w:rPr>
          <w:lang w:eastAsia="zh-CN"/>
        </w:rPr>
        <w:br/>
      </w:r>
      <w:r>
        <w:rPr>
          <w:lang w:eastAsia="zh-CN"/>
        </w:rPr>
        <w:t xml:space="preserve">    2024年新学期新打算的演讲稿1000字 篇14 </w:t>
      </w:r>
      <w:r>
        <w:rPr>
          <w:lang w:eastAsia="zh-CN"/>
        </w:rPr>
        <w:br/>
      </w:r>
      <w:r>
        <w:rPr>
          <w:lang w:eastAsia="zh-CN"/>
        </w:rPr>
        <w:t>　　告别了寒假的放纵与自由，新学期将我们领进知识的殿堂。一切将要展开新的一页，我们忘了痛苦，忘了喜悦，冲吧！在知识的沙滩上求寻那一个个灿烂绚丽的贝壳，也许，寻求是艰辛的，但当我们在得到贝壳时的心情，一定是快乐的`。冲吧，勇士，在你的大后反方，有一群人在看者你，无谓的勇士，用你们战胜后的勋章去告诉他们，你，是最棒的！每个人都有一个未来的梦想，每个人对明天都有所希冀。希望，携着你的手，进入一片人生的开阔地。</w:t>
      </w:r>
      <w:r>
        <w:rPr>
          <w:lang w:eastAsia="zh-CN"/>
        </w:rPr>
        <w:br/>
      </w:r>
      <w:r>
        <w:rPr>
          <w:lang w:eastAsia="zh-CN"/>
        </w:rPr>
        <w:t>　　新一学期来临了，在这之际，新年的钟声也渐渐消逝，从过节的快乐中走出，投入紧张的学习。在这段过度期中，定制一个计划，也是对以后学习的一个目标。</w:t>
      </w:r>
      <w:r>
        <w:rPr>
          <w:lang w:eastAsia="zh-CN"/>
        </w:rPr>
        <w:br/>
      </w:r>
      <w:r>
        <w:rPr>
          <w:lang w:eastAsia="zh-CN"/>
        </w:rPr>
        <w:t>　　首先，应该先纠正自己的学习态度。“态度决定一切！”心态是取得成功的一个非常关键的环节，拥有好的心态，就会拥有好的成绩！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在这学期里，要加强自己不擅长的科目，在语文上，除了把课文中的内容、知识掌握好以外，还应多读一些课外书，如名人名著等。还要再想些办法提高自己的阅读、写作能力，不能只想课内不观课外了。数学，不能只明白课本上的习题应怎么做就够了，如果要学好它，就必须在课外再花一些时间来钻研和多做一些试题等。上课仔细听讲，弄懂每一个问题，作业即使完成，追求质量和速度，回家做好预、复习工作。在空余期间多看一本好书，适当做些娱乐。做到“少在电脑前一会儿，多看一两本好书”，扩展知识面，提高阅读以及协作能力。早晚多听读外语，多积累一些单词，提高英语各方面的水平。从良好的基础上向着更高的目标出发。“好记性不如烂笔头。”记好每一次的笔记，认真对待每一次的口头作业，只有基础扎实了，才可以累计更多。</w:t>
      </w:r>
      <w:r>
        <w:rPr>
          <w:lang w:eastAsia="zh-CN"/>
        </w:rPr>
        <w:br/>
      </w:r>
      <w:r>
        <w:rPr>
          <w:lang w:eastAsia="zh-CN"/>
        </w:rPr>
        <w:t>　　最后，也是最关键的一点，就是要科学安排时间，没有合理的安排，再好的计划也会付之东流。所以，在新学期里，最要学会的就是要合理安排学习、娱乐、休息的时间，要把每一点一滴宝贵的时间都抓紧。</w:t>
      </w:r>
      <w:r>
        <w:rPr>
          <w:lang w:eastAsia="zh-CN"/>
        </w:rPr>
        <w:br/>
      </w:r>
      <w:r>
        <w:rPr>
          <w:lang w:eastAsia="zh-CN"/>
        </w:rPr>
        <w:t>　　新学期，新打算，同学们也应为新的目标努力！</w:t>
      </w:r>
      <w:r>
        <w:rPr>
          <w:lang w:eastAsia="zh-CN"/>
        </w:rPr>
        <w:br/>
      </w:r>
      <w:r>
        <w:rPr>
          <w:lang w:eastAsia="zh-CN"/>
        </w:rPr>
        <w:t xml:space="preserve">    2024年新学期新打算的演讲稿1000字 篇15 </w:t>
      </w:r>
      <w:r>
        <w:rPr>
          <w:lang w:eastAsia="zh-CN"/>
        </w:rPr>
        <w:br/>
      </w:r>
      <w:r>
        <w:rPr>
          <w:lang w:eastAsia="zh-CN"/>
        </w:rPr>
        <w:t>　　亲爱的老师们、同学们：</w:t>
      </w:r>
      <w:r>
        <w:rPr>
          <w:lang w:eastAsia="zh-CN"/>
        </w:rPr>
        <w:br/>
      </w:r>
      <w:r>
        <w:rPr>
          <w:lang w:eastAsia="zh-CN"/>
        </w:rPr>
        <w:t>　　早上好!</w:t>
      </w:r>
      <w:r>
        <w:rPr>
          <w:lang w:eastAsia="zh-CN"/>
        </w:rPr>
        <w:br/>
      </w:r>
      <w:r>
        <w:rPr>
          <w:lang w:eastAsia="zh-CN"/>
        </w:rPr>
        <w:t>　　秋风送爽，丹桂飘香，在这美好的时节，在这美丽的校园，我们又迎来了新的学期。昨天，看到一张张充满着渴望洋溢着青春的面孔，我感到幸福又感受到压力;今天，我们站在国旗下，再次聆听庄严的国歌，举行新学期第一次升旗仪式，心中更是涌动着崭新的憧憬与期待。在此，我谨代表学校领导班子及全体教师向七年级的133名新同学表示最热烈的欢迎!新学期!新气象!新目标!新发展!同时，也向全体同学们致以最美好的祝愿：祝同学们学习进步，平安愉快!</w:t>
      </w:r>
      <w:r>
        <w:rPr>
          <w:lang w:eastAsia="zh-CN"/>
        </w:rPr>
        <w:br/>
      </w:r>
    </w:p>
    <w:p w:rsidR="001B1F19" w14:textId="27C3F48A">
      <w:pPr>
        <w:rPr>
          <w:rFonts w:hint="eastAsia"/>
          <w:lang w:eastAsia="zh-CN"/>
        </w:rPr>
      </w:pPr>
      <w:r>
        <w:rPr>
          <w:lang w:eastAsia="zh-CN"/>
        </w:rPr>
        <w:t>　　回顾过去的一年，是我们学校发展的关键一年。在宋兴玖校长、苏铁岩书记及全体师生的共同努力下，顺利完成了学年的预定工作目标，教育、教学、科研、学校建设都取得了长足的发展。特别20__年的中考获得重大突破，赵鹏等9名同学公费考入本溪高中;程丹蕾等12名同学公费考入本溪一中;马文岐等8名同学公费考入本溪二高中。占升学人数的63.7%。为我校近年升学率之最，学业水平考试和中考均取得令人满意的效果。校风、学风进一步改善，社会声誉有大的提升，深受各级领导和大峪地区老百姓的充分肯定。</w:t>
      </w:r>
      <w:r>
        <w:rPr>
          <w:lang w:eastAsia="zh-CN"/>
        </w:rPr>
        <w:br/>
      </w:r>
      <w:r>
        <w:rPr>
          <w:lang w:eastAsia="zh-CN"/>
        </w:rPr>
        <w:t>　　成绩已成过去，新的学期又是一个全新的起点，需要我们全体师生共同去拼博。有一首歌爱拼才会赢，非常有哲理。一个人的运气，三分是天定，七分靠打拼，我们不要期望天上掉下馅饼的好事会发生在你的身上，只有昂首向上，牛气冲天的拼搏精神，只有不屈服、不放弃的牛劲才会给我们带来好运。那么，这牛劲体现在哪里?就体现在我们的精神面貌上，体现在我们做人做事读书上，也就是说新学期要有新形象、新精神面貌、新的目标、新的努力、新的发展。</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https://d.book118.com/377105036025006036</w:t>
        </w:r>
      </w:hyperlink>
    </w:p>
    <w:p w:rsidR="001B1F19">
      <w:pPr>
        <w:rPr>
          <w:rFonts w:hint="eastAsia"/>
          <w:lang w:eastAsia="zh-CN"/>
        </w:rPr>
      </w:pPr>
    </w:p>
    <w:sectPr>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77105036025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