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2024一年级数学教师工作总结（32篇）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2024一年级数学教师工作总结（精选32篇）</w:t>
      </w:r>
      <w:r>
        <w:rPr>
          <w:lang w:eastAsia="zh-CN"/>
        </w:rPr>
        <w:br/>
      </w:r>
      <w:r>
        <w:rPr>
          <w:lang w:eastAsia="zh-CN"/>
        </w:rPr>
        <w:t xml:space="preserve">    2024一年级数学教师工作总结 篇1 </w:t>
      </w:r>
      <w:r>
        <w:rPr>
          <w:lang w:eastAsia="zh-CN"/>
        </w:rPr>
        <w:br/>
      </w:r>
      <w:r>
        <w:rPr>
          <w:lang w:eastAsia="zh-CN"/>
        </w:rPr>
        <w:t>　　本学期，我担任一年级数学两个班教学工作，在一学期的实际教学中，我按照教学大纲的要求，结合本班学生的实际情况，勤勤恳恳、兢兢业业，使教学工作有计划、有组织、有步骤地开展。全面实施素质教育，圆满地完成了教学任务。同时努力提高自身的业务水平和教学能力。为了发扬优点，克服不足，总结经验，使今后的工作更上一层楼，现对本学期教学工作做出如下总结：</w:t>
      </w:r>
      <w:r>
        <w:rPr>
          <w:lang w:eastAsia="zh-CN"/>
        </w:rPr>
        <w:br/>
      </w:r>
      <w:r>
        <w:rPr>
          <w:lang w:eastAsia="zh-CN"/>
        </w:rPr>
        <w:t>　　一、深入细致的备好每一节课。</w:t>
      </w:r>
      <w:r>
        <w:rPr>
          <w:lang w:eastAsia="zh-CN"/>
        </w:rPr>
        <w:br/>
      </w:r>
      <w:r>
        <w:rPr>
          <w:lang w:eastAsia="zh-CN"/>
        </w:rPr>
        <w:t>　　备好课是上好课的有力保证。我充分利用数学组活动这一平台，和同级数学老师相互交流，集聚教师集体的智慧，优化课堂教学设计，弥补了新课程标准下我的独立思维。个性化补充中我又结合教材的内容和学生的实际情况，精心设计每一堂课的教学过程，设计教学时，敢于突破教材，不但要考虑知识的相互联系，而且拟定采用的教学方法，以及各教学环节的自然衔接;既要突出本节课的难点，又要突破本节课的重点。真正做到每一课都“有备而来”，每堂课都在课前做好充分的准备，课后及时对课堂做出总结。</w:t>
      </w:r>
      <w:r>
        <w:rPr>
          <w:lang w:eastAsia="zh-CN"/>
        </w:rPr>
        <w:br/>
      </w:r>
      <w:r>
        <w:rPr>
          <w:lang w:eastAsia="zh-CN"/>
        </w:rPr>
        <w:t>　　二、认真上好每一节课。</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课堂是学生学习的主阵地。上课时注重学生主动性的发挥，发散学生的思维，提高教学质量。在课堂上特别注意调动学生的积极性，加强师生交流，强化他们探究合作意识，充分体现学生学得容易，学得轻松，学得愉快，培养学生多动口、动手、动脑的能力。对于每一节课新知的学习，我通过联系现实生活，让学生们在生活中感知数学、学习数学、运用数学;通过小组交流活动，让学生在探究合作中动手操作、掌握方法、体验成功等。从而，把课堂还给了学生，使学生成了学习的主人。学生通过联系生活实际，细致观察身边的教室，相互交流。这样学生联系生活、贴近生活，让学生从熟知的、亲近的、现实的生活数学走向学生视野，进入课堂，使之产生亲近感，使学生主动地动手、动口、动脑，想办法来探索知识的形成过程，获得成功的喜悦感。</w:t>
      </w:r>
      <w:r>
        <w:rPr>
          <w:lang w:eastAsia="zh-CN"/>
        </w:rPr>
        <w:br/>
      </w:r>
      <w:r>
        <w:rPr>
          <w:lang w:eastAsia="zh-CN"/>
        </w:rPr>
        <w:t>　　三、认真批改作业。</w:t>
      </w:r>
      <w:r>
        <w:rPr>
          <w:lang w:eastAsia="zh-CN"/>
        </w:rPr>
        <w:br/>
      </w:r>
      <w:r>
        <w:rPr>
          <w:lang w:eastAsia="zh-CN"/>
        </w:rPr>
        <w:t>　　作业是课堂教学的延伸，是反馈教学信息的最好见证。对于学生作业的布置，我本着适中适量的原则进行，既要使作业有基础性，针对性，综合性，又要考虑学生的不同实际，突出层次性，坚决不做毫无意义的作业。学生的每次作业批改及时、认真，并做到了数学书面作业、练习与测试、家庭作业全批全改，考卷一单元一考，个别错题，当面讲解，及时改正，对于大面积错题，我认真做出分析，并进行集体讲评、订正</w:t>
      </w:r>
      <w:r>
        <w:rPr>
          <w:lang w:eastAsia="zh-CN"/>
        </w:rPr>
        <w:br/>
      </w:r>
      <w:r>
        <w:rPr>
          <w:lang w:eastAsia="zh-CN"/>
        </w:rPr>
        <w:t>　　四、认真做好后进行转化工作。</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本学期，我除了在课堂上多照顾他们外，课后还为不同层次的学生进行相应的辅导，以满足不同层次的学生的需求，同时加大了对后进生的辅导的力度，从心理上疏导他们，拉近我们师生之间的距离，让他们意识到学习的重要性和必要性，使他们对数学学习萌发兴趣，建立了自信心;对于他们遗漏的知识，我主动为他们弥补，对于新学内容，我耐心为他们讲解，并让他们每天为自己制定一个目标，同时我还对他们的点滴进步及时给予鼓励表扬，激发了他们的求知欲和上进心，使他们对数学产生了兴趣，也取得了较好的成绩。</w:t>
      </w:r>
      <w:r>
        <w:rPr>
          <w:lang w:eastAsia="zh-CN"/>
        </w:rPr>
        <w:br/>
      </w:r>
      <w:r>
        <w:rPr>
          <w:lang w:eastAsia="zh-CN"/>
        </w:rPr>
        <w:t>　　五、数学课题的研究</w:t>
      </w:r>
      <w:r>
        <w:rPr>
          <w:lang w:eastAsia="zh-CN"/>
        </w:rPr>
        <w:br/>
      </w:r>
      <w:r>
        <w:rPr>
          <w:lang w:eastAsia="zh-CN"/>
        </w:rPr>
        <w:t>　　本学期我积极参与学校的教育教学研讨，在研讨中我密切联系学生的生活，努力反映学生身边的事和感兴趣的事，提高学生对数学的兴趣，树立正确的数学化，引导学生用数学的眼光观察生活，发现问题，从而培养学生的问题意识，培养学生处理信息的能力。同时，不断反思、实践、探索、总结经验，撰写教学论文、教学反思。</w:t>
      </w:r>
      <w:r>
        <w:rPr>
          <w:lang w:eastAsia="zh-CN"/>
        </w:rPr>
        <w:br/>
      </w:r>
      <w:r>
        <w:rPr>
          <w:lang w:eastAsia="zh-CN"/>
        </w:rPr>
        <w:t>　　六、工作中的不足</w:t>
      </w:r>
      <w:r>
        <w:rPr>
          <w:lang w:eastAsia="zh-CN"/>
        </w:rPr>
        <w:br/>
      </w:r>
      <w:r>
        <w:rPr>
          <w:lang w:eastAsia="zh-CN"/>
        </w:rPr>
        <w:t>　　1、对于新课标的学习不够深入，学习兴趣培养得不够好。</w:t>
      </w:r>
      <w:r>
        <w:rPr>
          <w:lang w:eastAsia="zh-CN"/>
        </w:rPr>
        <w:br/>
      </w:r>
      <w:r>
        <w:rPr>
          <w:lang w:eastAsia="zh-CN"/>
        </w:rPr>
        <w:t>　　教学中既要让学生掌握知识，又要激发学生学习热情，培养学生学习兴趣，但在激发学生学习数学的兴趣方面存在缺憾。</w:t>
      </w:r>
      <w:r>
        <w:rPr>
          <w:lang w:eastAsia="zh-CN"/>
        </w:rPr>
        <w:br/>
      </w:r>
      <w:r>
        <w:rPr>
          <w:lang w:eastAsia="zh-CN"/>
        </w:rPr>
        <w:t>　　2、小组合作学习应用得不够得体</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新课标提得最响的是大力提倡小组合作学习。要真正落实好小组合作学习，把它体现在课堂上，也不是一件很难的事，关键是能不能体现得体。在平时的数学课堂教学中，我试图让学生小组合作学习，但收效甚微，可能是我组织的不得体，使得自己处于被动局面，是小组学习没有真正起到应用的价值。</w:t>
      </w:r>
      <w:r>
        <w:rPr>
          <w:lang w:eastAsia="zh-CN"/>
        </w:rPr>
        <w:br/>
      </w:r>
      <w:r>
        <w:rPr>
          <w:lang w:eastAsia="zh-CN"/>
        </w:rPr>
        <w:t>　　3、学生课堂提问者太少</w:t>
      </w:r>
      <w:r>
        <w:rPr>
          <w:lang w:eastAsia="zh-CN"/>
        </w:rPr>
        <w:br/>
      </w:r>
      <w:r>
        <w:rPr>
          <w:lang w:eastAsia="zh-CN"/>
        </w:rPr>
        <w:t>　　新课标提倡，课堂教学要以学生为主体，面向全体学生。教学中要调动学生的学习积极性，要问题让学生提，规律让学生找，结论让学生下。在我教学中，会提问题的同学很少，虽然我多次鼓励：回答错或说错都没关系，只要你敢发表自己的见解就是好样的。但是总有学生表现不够主动，致使课堂教学中经常会出现“冷场”现象。</w:t>
      </w:r>
      <w:r>
        <w:rPr>
          <w:lang w:eastAsia="zh-CN"/>
        </w:rPr>
        <w:br/>
      </w:r>
      <w:r>
        <w:rPr>
          <w:lang w:eastAsia="zh-CN"/>
        </w:rPr>
        <w:t>　　总之，一学期的教学工作，既有成功的喜悦，也有失败的困惑，虽然取得了一定的成绩，但也存在不少的缺点，在今后教学中我不断加强学习，多听课，从别人的好课中汲取养料，反思自己教学中的课堂评价，调整自己的教学。从别人失败的课堂教学中，吸取教训，引以为戒，提高业务素质，增强教学机智，灵活运用教学方法，提高自身素质，为以后的教学工作打下良好的基础，力争取得更好的成绩。</w:t>
      </w:r>
      <w:r>
        <w:rPr>
          <w:lang w:eastAsia="zh-CN"/>
        </w:rPr>
        <w:br/>
      </w:r>
      <w:r>
        <w:rPr>
          <w:lang w:eastAsia="zh-CN"/>
        </w:rPr>
        <w:t xml:space="preserve">    2024一年级数学教师工作总结 篇2 </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光阴似箭，日月如梭，看似漫长的一个学期又在忙碌的工作当中过去。在这一年当中我努力做好自己的本职工作，幸得办公事各位老师的帮忙、指导，使得教学工作能完成的较好、有效率，也让自己学到了不少的好方法、好点子。下面我就这一学期的工作做如下总结。</w:t>
      </w:r>
      <w:r>
        <w:rPr>
          <w:lang w:eastAsia="zh-CN"/>
        </w:rPr>
        <w:br/>
      </w:r>
      <w:r>
        <w:rPr>
          <w:lang w:eastAsia="zh-CN"/>
        </w:rPr>
        <w:t>　　我在全国的教学改革的指导下，坚持用新教育理念进行教学，并加强师德师风的学习，能学到、做到，与时俱进，勇于开拓，与学校的教学路线持续一致。每次进行政治学习我都十分的认真，透过学习，使自己的思想政治素质上了一个更高的台阶。</w:t>
      </w:r>
      <w:r>
        <w:rPr>
          <w:lang w:eastAsia="zh-CN"/>
        </w:rPr>
        <w:br/>
      </w:r>
      <w:r>
        <w:rPr>
          <w:lang w:eastAsia="zh-CN"/>
        </w:rPr>
        <w:t>　　在平时工作中生活中，我生活朴实、勤俭节约、作风正派、为人诚实、对人诚恳、团结同志、尊敬比我年长的。遵守国家法律法令和我校的各种规章制度。这段时间以来，我一向担任一(5)、(6)班的数学教学工作，教书育人，为人师表，配合班主任教师努力建立良好的班风，构成团结、进取向上的班群众，与班主任一齐出谋划策，肯动脑筋，花力气。一年级第二学期数学，在整个小学阶段占必须的重要位置。本学期数学教学的指导思想是贯彻党和国家的教育方针和新课标的精神，落实对儿童少年的素质教育，促进学生的全面发展。初步培养学生的抽象、概括潜力;分析、综合潜力;决定、推理潜力和思维的灵活性、敏捷性等。着眼于发展学生数学潜力，透过让学生多了解数学知识的来源和用途，培养学生良好的行为习惯。因此，在教学过程中应着重抓好以下几点：</w:t>
      </w:r>
      <w:r>
        <w:rPr>
          <w:lang w:eastAsia="zh-CN"/>
        </w:rPr>
        <w:br/>
      </w:r>
      <w:r>
        <w:rPr>
          <w:lang w:eastAsia="zh-CN"/>
        </w:rPr>
        <w:t>　　一、激发学生的学习兴趣</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兴趣，是一个人用心完成一件事物的重要前提和条件。一年级小学生年龄还比较小，稳定性较差，注意力容易分散。要改变这种现象，务必使小学生对数学课产生浓厚的兴趣，有了对学习的兴趣，他们就能全身心地投入学习中。那么，怎样才能使使他们产生学习的兴趣呢?</w:t>
      </w:r>
      <w:r>
        <w:rPr>
          <w:lang w:eastAsia="zh-CN"/>
        </w:rPr>
        <w:br/>
      </w:r>
      <w:r>
        <w:rPr>
          <w:lang w:eastAsia="zh-CN"/>
        </w:rPr>
        <w:t>　　首先，“学生是数学学习的主人”。新授课，练习课更加讲究方法。新授课中，我们能够和学生建立平等的地位，象朋友一样讨论教学资料，走进小朋友的心里，使他们消除心理障碍和压力，使“要我学”转变成为“我要学”。在练习课上，利用多种多样的练习形式完成练习。能够请小朋友当小老师来决定其他同学的答案是否正确;或者透过比赛形式来完成。对于胜出的小组给予红花或星星等作为奖品，这样促进学生的兴趣和自信心。</w:t>
      </w:r>
      <w:r>
        <w:rPr>
          <w:lang w:eastAsia="zh-CN"/>
        </w:rPr>
        <w:br/>
      </w:r>
      <w:r>
        <w:rPr>
          <w:lang w:eastAsia="zh-CN"/>
        </w:rPr>
        <w:t>　　其次，创设问题情境，激发学生兴趣。创设问题情景是在教学中不断提出与新资料有关的情景问题以引起学生的好奇心和思考，是激发学生学习的兴趣和求知欲的有效方法，也能够培养学生解决问题的潜力和信心。</w:t>
      </w:r>
      <w:r>
        <w:rPr>
          <w:lang w:eastAsia="zh-CN"/>
        </w:rPr>
        <w:br/>
      </w:r>
      <w:r>
        <w:rPr>
          <w:lang w:eastAsia="zh-CN"/>
        </w:rPr>
        <w:t>　　因材施教，减少坡度，持续兴趣。减少坡度，这一点对差生来说是十分重要的。差生就好象公路上的烂残车，不堪负重，如何使这部烂残车平稳地行使呢?就是让他们选取比较平坦的道路上行走，坡度大的路只能使这部“烂残车”抛锚，打击学习的信心，这一点作为教师是值得注意的。</w:t>
      </w:r>
      <w:r>
        <w:rPr>
          <w:lang w:eastAsia="zh-CN"/>
        </w:rPr>
        <w:br/>
      </w:r>
      <w:r>
        <w:rPr>
          <w:lang w:eastAsia="zh-CN"/>
        </w:rPr>
        <w:t>　　二、设计贴合小学生年龄特点的实践活动。</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一年级学生掌握的数学知识不算多，接触社会的范围也比较窄。因此，根据学生的实际状况设计出了许多适合学生的动手的活动。如在学习测量时让学生使用学具米尺，透过测量自己课桌面的长、宽、高，加深对长度单位分米的理解;我还带着学生走上操场，一齐测量自己的身高、两臂长、一步长等。在举行的这些活动，同学自己互相测量，多让他们参加实践活动，提高他们的实践潜力。</w:t>
      </w:r>
      <w:r>
        <w:rPr>
          <w:lang w:eastAsia="zh-CN"/>
        </w:rPr>
        <w:br/>
      </w:r>
      <w:r>
        <w:rPr>
          <w:lang w:eastAsia="zh-CN"/>
        </w:rPr>
        <w:t>　　三、结合基础知识，加强各种潜力和良好学习习惯的培养。</w:t>
      </w:r>
      <w:r>
        <w:rPr>
          <w:lang w:eastAsia="zh-CN"/>
        </w:rPr>
        <w:br/>
      </w:r>
      <w:r>
        <w:rPr>
          <w:lang w:eastAsia="zh-CN"/>
        </w:rPr>
        <w:t>　　在重视学生掌握数学基础知识的同时，也发展他们的智力，培养他们的决定、推理潜力和分析综合潜力。例如：教学百内数的大小比较时，先引导学生观察所比较的数的位数是不同的还是相同的，再根据位数的多少或最高位上的数的大小来决定所比较的数的大小。教学数的读、写法时，在举几个例子之后，引导学生总结读、写数的法则，这个过程本身体现了归纳推理。</w:t>
      </w:r>
      <w:r>
        <w:rPr>
          <w:lang w:eastAsia="zh-CN"/>
        </w:rPr>
        <w:br/>
      </w:r>
      <w:r>
        <w:rPr>
          <w:lang w:eastAsia="zh-CN"/>
        </w:rPr>
        <w:t>　　四、巧妙渗透环保教育，关心环保。</w:t>
      </w:r>
      <w:r>
        <w:rPr>
          <w:lang w:eastAsia="zh-CN"/>
        </w:rPr>
        <w:br/>
      </w:r>
      <w:r>
        <w:rPr>
          <w:lang w:eastAsia="zh-CN"/>
        </w:rPr>
        <w:t>　　在教育过程中，出现一些应用题，如书本在教学万以内数的进位加法时，设计教学情境：“回收废电池”，我在完成书本知识的教育外，还就应教育学生了解废旧电池对我们的危害，明白在今后的生活中如看到了废旧的电池就应如可处理，明白良好的行为习惯应从小培养。</w:t>
      </w:r>
      <w:r>
        <w:rPr>
          <w:lang w:eastAsia="zh-CN"/>
        </w:rPr>
        <w:br/>
      </w:r>
      <w:r>
        <w:rPr>
          <w:lang w:eastAsia="zh-CN"/>
        </w:rPr>
        <w:t>　　由于本人开始从事教学工作的时间并不长，存在不足之处，一切还在探索当中。展望未来，争取透过努力的耕耘使自己的教学水平迈上新的台阶。</w:t>
      </w:r>
      <w:r>
        <w:rPr>
          <w:lang w:eastAsia="zh-CN"/>
        </w:rPr>
        <w:br/>
      </w:r>
      <w:r>
        <w:rPr>
          <w:lang w:eastAsia="zh-CN"/>
        </w:rPr>
        <w:t xml:space="preserve">    2024一年级数学教师工作总结 篇3 </w:t>
      </w:r>
      <w:r>
        <w:rPr>
          <w:lang w:eastAsia="zh-CN"/>
        </w:rPr>
        <w:br/>
      </w:r>
      <w:r>
        <w:rPr>
          <w:lang w:eastAsia="zh-CN"/>
        </w:rPr>
        <w:t>　　圆的认识》它既是一节起始课，同时也是后继学习内容——圆周长、面积、扇形、圆柱、圆锥的基础。</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在本节课教学之前，先让学生完成了两项任务：一是观察生活中的圆，二是剪圆形纸片。这就首先使学生对圆有了初步的感知和建立正确的圆的表象，为学生进一步认识圆做好感性认识上的准备。这样的教学打破了以往在课堂40分钟内学习知识的局限性，使整个数学活动联成一气。</w:t>
      </w:r>
      <w:r>
        <w:rPr>
          <w:lang w:eastAsia="zh-CN"/>
        </w:rPr>
        <w:br/>
      </w:r>
      <w:r>
        <w:rPr>
          <w:lang w:eastAsia="zh-CN"/>
        </w:rPr>
        <w:t>　　本节课的成功之处：</w:t>
      </w:r>
      <w:r>
        <w:rPr>
          <w:lang w:eastAsia="zh-CN"/>
        </w:rPr>
        <w:br/>
      </w:r>
      <w:r>
        <w:rPr>
          <w:lang w:eastAsia="zh-CN"/>
        </w:rPr>
        <w:t>　　1、课前寻找准备，课后解释生活，使课内与课外密切联系，将整个数学活动联成一气。</w:t>
      </w:r>
      <w:r>
        <w:rPr>
          <w:lang w:eastAsia="zh-CN"/>
        </w:rPr>
        <w:br/>
      </w:r>
      <w:r>
        <w:rPr>
          <w:lang w:eastAsia="zh-CN"/>
        </w:rPr>
        <w:t>　　在本节课教学之前，先让学生完成了两项任务：一是观察生活中的圆，二是剪圆形纸片。这就首先使学生对圆有了初步的感知和建立正确的圆的表象，为学生进一步认识圆做好感性认识上的准备。这样的教学打破了以往在课堂40分钟内学习知识的局限性，使整个数学活动联成一气、</w:t>
      </w:r>
      <w:r>
        <w:rPr>
          <w:lang w:eastAsia="zh-CN"/>
        </w:rPr>
        <w:br/>
      </w:r>
      <w:r>
        <w:rPr>
          <w:lang w:eastAsia="zh-CN"/>
        </w:rPr>
        <w:t>　　2、教学中以引导学生自学探究做为主线。</w:t>
      </w:r>
      <w:r>
        <w:rPr>
          <w:lang w:eastAsia="zh-CN"/>
        </w:rPr>
        <w:br/>
      </w:r>
      <w:r>
        <w:rPr>
          <w:lang w:eastAsia="zh-CN"/>
        </w:rPr>
        <w:t>　　在引导学生理解圆的意义的基础上，我将课本中圆的特征这一部分内容留给学生自学探究，努力突出学生的主体地位，而我则真正成为课堂上的组织者、引导者和合作者，在对于圆心——半径——直径——半径与直径的关系这一系列知识的学习上都体现出学生自主探究学习。</w:t>
      </w:r>
      <w:r>
        <w:rPr>
          <w:lang w:eastAsia="zh-CN"/>
        </w:rPr>
        <w:br/>
      </w:r>
      <w:r>
        <w:rPr>
          <w:lang w:eastAsia="zh-CN"/>
        </w:rPr>
        <w:t>　　3、着力培养学生的合作交流能力与语言表达能力。</w:t>
      </w:r>
      <w:r>
        <w:rPr>
          <w:lang w:eastAsia="zh-CN"/>
        </w:rPr>
        <w:br/>
      </w:r>
      <w:r>
        <w:rPr>
          <w:lang w:eastAsia="zh-CN"/>
        </w:rPr>
        <w:t>　　在探究“圆的各部分名称及特征”时，用“折”、“画”、“量”的方法得到了学生所需的知识。</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4、通过布置课后实践性作业让学生巩固本节课知识也提高学生解决问题能力和体会到生活中处处有数学。</w:t>
      </w:r>
      <w:r>
        <w:rPr>
          <w:lang w:eastAsia="zh-CN"/>
        </w:rPr>
        <w:br/>
      </w:r>
      <w:r>
        <w:rPr>
          <w:lang w:eastAsia="zh-CN"/>
        </w:rPr>
        <w:t>　　5.通过这次教学活动对自己有很多启示:课堂教学反馈的目的是教师对教学过程中实施的教学影响的一种检查、了解。从学生的学习表现中明确教学的成效，从而调整教学策略，或维持、或精简、或加深、或推延，促进教学目标的达成。</w:t>
      </w:r>
      <w:r>
        <w:rPr>
          <w:lang w:eastAsia="zh-CN"/>
        </w:rPr>
        <w:br/>
      </w:r>
      <w:r>
        <w:rPr>
          <w:lang w:eastAsia="zh-CN"/>
        </w:rPr>
        <w:t>　　从这次教学活动中，我明显感到对学生动态生成的反馈信息处理不够有效，使教学设想没有完全展现而留下了遗憾。</w:t>
      </w:r>
      <w:r>
        <w:rPr>
          <w:lang w:eastAsia="zh-CN"/>
        </w:rPr>
        <w:br/>
      </w:r>
      <w:r>
        <w:rPr>
          <w:lang w:eastAsia="zh-CN"/>
        </w:rPr>
        <w:t xml:space="preserve">    2024一年级数学教师工作总结 篇4 </w:t>
      </w:r>
      <w:r>
        <w:rPr>
          <w:lang w:eastAsia="zh-CN"/>
        </w:rPr>
        <w:br/>
      </w:r>
      <w:r>
        <w:rPr>
          <w:lang w:eastAsia="zh-CN"/>
        </w:rPr>
        <w:t>　　一、做好课前准备——备好课</w:t>
      </w:r>
      <w:r>
        <w:rPr>
          <w:lang w:eastAsia="zh-CN"/>
        </w:rPr>
        <w:br/>
      </w:r>
      <w:r>
        <w:rPr>
          <w:lang w:eastAsia="zh-CN"/>
        </w:rPr>
        <w:t>　　在备课的过程中，我根据教材内容及学生的实际，认真钻研教材，对教材的基本思想、基本概念，每句话、每个字都弄清楚，了解教材的结构，重点与难点，掌握知识的逻辑，怎样才能教好设计课的类型，拟定采用的教学方法，并对教学过程的程序及时间安排都作了详细的记录，认真写好教案。每一课都做到“有备而来”，每堂课都在课前做好充分的准备，并制作各种利于吸引学生注意力的有趣教具，课前、课后及时对该课作出分析和总结，写好教学反思。</w:t>
      </w:r>
      <w:r>
        <w:rPr>
          <w:lang w:eastAsia="zh-CN"/>
        </w:rPr>
        <w:br/>
      </w:r>
      <w:r>
        <w:rPr>
          <w:lang w:eastAsia="zh-CN"/>
        </w:rPr>
        <w:t>　　二、增强上课技能——上好课</w:t>
      </w:r>
      <w:r>
        <w:rPr>
          <w:lang w:eastAsia="zh-CN"/>
        </w:rPr>
        <w:br/>
      </w:r>
      <w:r>
        <w:rPr>
          <w:lang w:eastAsia="zh-CN"/>
        </w:rPr>
        <w:t>　　在上课中，我做到讲解清晰化、条理化、准确化、条理化、准确化、情感化和生动化，注重调动学生的积极性，加强师生之间的交流。我还特别注意以知识本身吸引学生，巧妙引入，精心设疑，造成学生渴求新知识的心理状态，激发学生学习的积极性和主动性。</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三、做好课后辅导工作</w:t>
      </w:r>
      <w:r>
        <w:rPr>
          <w:lang w:eastAsia="zh-CN"/>
        </w:rPr>
        <w:br/>
      </w:r>
      <w:r>
        <w:rPr>
          <w:lang w:eastAsia="zh-CN"/>
        </w:rPr>
        <w:t>　　要提高教学质量，还要做好课后辅导工作，一年级孩子年龄小特别喜欢爱表扬，抓住他们的闪光点，越表扬他就会越学越好，在提高兴趣的同时还要教给他们学习的方法，并认真细致的做好查漏补缺工作，在课堂上抓住机会提问他，鼓励他，表扬他，这样他们就会学得轻松学的愉快。进步越快。针对各种问题，我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解决他们心结，让他们意识到学习的重要性和必要性，使之对学习萌发兴趣。要通过各种途径激发他们的求知欲和上进心，让他们意识到学习并不是一项任务，而是充满乐趣的。从而自觉的把身心投放到学习中去。这样，后进生的转化，就由原来的强制学习转化到自觉的求知上来。使学习成为他们自我意识力度一部分。在此基础上，我认真细致地做好查漏补缺工作。</w:t>
      </w:r>
      <w:r>
        <w:rPr>
          <w:lang w:eastAsia="zh-CN"/>
        </w:rPr>
        <w:br/>
      </w:r>
      <w:r>
        <w:rPr>
          <w:lang w:eastAsia="zh-CN"/>
        </w:rPr>
        <w:t>　　四、认真批改作业。</w:t>
      </w:r>
      <w:r>
        <w:rPr>
          <w:lang w:eastAsia="zh-CN"/>
        </w:rPr>
        <w:br/>
      </w:r>
      <w:r>
        <w:rPr>
          <w:lang w:eastAsia="zh-CN"/>
        </w:rPr>
        <w:t>　　布置作业做到精读精练。有针对性，有层次性。力求每一次练习都起到最大的效果。同时对学生的作业批改及时、认真，分析学生的作业情况，将他们在作业过程出现的问题作出分类总结，进行透切的评讲，并针对有关情况及时改进教学方法，做到有的放矢。</w:t>
      </w:r>
      <w:r>
        <w:rPr>
          <w:lang w:eastAsia="zh-CN"/>
        </w:rPr>
        <w:br/>
      </w:r>
      <w:r>
        <w:rPr>
          <w:lang w:eastAsia="zh-CN"/>
        </w:rPr>
        <w:t>　　五、注重培养学生认真书写的习惯</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有人说：“认真书写不仅能提高作业的准确率，而且对端正学生的学习态度，养成认真的吸光有积极的意义。”在做数学作业时要求学生书写格式规范，阿拉伯数字和符号的书写也要规范，对作业的书写以典型示范、表扬为主。</w:t>
      </w:r>
      <w:r>
        <w:rPr>
          <w:lang w:eastAsia="zh-CN"/>
        </w:rPr>
        <w:br/>
      </w:r>
      <w:r>
        <w:rPr>
          <w:lang w:eastAsia="zh-CN"/>
        </w:rPr>
        <w:t>　　六、教学中的不足和反思</w:t>
      </w:r>
      <w:r>
        <w:rPr>
          <w:lang w:eastAsia="zh-CN"/>
        </w:rPr>
        <w:br/>
      </w:r>
      <w:r>
        <w:rPr>
          <w:lang w:eastAsia="zh-CN"/>
        </w:rPr>
        <w:t>　　1、对小组合作意识的培养还不够到位。</w:t>
      </w:r>
      <w:r>
        <w:rPr>
          <w:lang w:eastAsia="zh-CN"/>
        </w:rPr>
        <w:br/>
      </w:r>
      <w:r>
        <w:rPr>
          <w:lang w:eastAsia="zh-CN"/>
        </w:rPr>
        <w:t>　　2、一部分学生对学习的目的不够明确，学习态度不够端正。</w:t>
      </w:r>
      <w:r>
        <w:rPr>
          <w:lang w:eastAsia="zh-CN"/>
        </w:rPr>
        <w:br/>
      </w:r>
      <w:r>
        <w:rPr>
          <w:lang w:eastAsia="zh-CN"/>
        </w:rPr>
        <w:t>　　3、复习这段时间，我发现学生不看题目要求就开始做题，做完之后不会检查。</w:t>
      </w:r>
      <w:r>
        <w:rPr>
          <w:lang w:eastAsia="zh-CN"/>
        </w:rPr>
        <w:br/>
      </w:r>
      <w:r>
        <w:rPr>
          <w:lang w:eastAsia="zh-CN"/>
        </w:rPr>
        <w:t>　　有待以后改进。</w:t>
      </w:r>
      <w:r>
        <w:rPr>
          <w:lang w:eastAsia="zh-CN"/>
        </w:rPr>
        <w:br/>
      </w:r>
      <w:r>
        <w:rPr>
          <w:lang w:eastAsia="zh-CN"/>
        </w:rPr>
        <w:t>　　总之，一学期的工作已结束，有收获，同时也有不足;工作中不足之处，我将及时找出差距，积极弥补不足。一份耕耘，一份收获。教学工作苦乐相伴。我将本着“勤学、善思、实干”的准则，一如既往，再接再厉，在总结本学期经验教训的基础上，把下学期各方面的工作做得更好。</w:t>
      </w:r>
      <w:r>
        <w:rPr>
          <w:lang w:eastAsia="zh-CN"/>
        </w:rPr>
        <w:br/>
      </w:r>
      <w:r>
        <w:rPr>
          <w:lang w:eastAsia="zh-CN"/>
        </w:rPr>
        <w:t xml:space="preserve">    2024一年级数学教师工作总结 篇5 </w:t>
      </w:r>
      <w:r>
        <w:rPr>
          <w:lang w:eastAsia="zh-CN"/>
        </w:rPr>
        <w:br/>
      </w:r>
      <w:r>
        <w:rPr>
          <w:lang w:eastAsia="zh-CN"/>
        </w:rPr>
        <w:t>　　一学期来，作为初教一年级数学的我认真备课，上课，听课，评课，及时批改作业，讲评作业，做好课后辅导工作，严格要求学生，尊重学生，发扬教学民主，使生学有所得，从而不断提高自己的教学水平和思想觉悟，并顺利完成教育教学任务。</w:t>
      </w:r>
      <w:r>
        <w:rPr>
          <w:lang w:eastAsia="zh-CN"/>
        </w:rPr>
        <w:br/>
      </w:r>
      <w:r>
        <w:rPr>
          <w:lang w:eastAsia="zh-CN"/>
        </w:rPr>
        <w:t>　　现将本学期的教学经验及体会总结如下:</w:t>
      </w:r>
      <w:r>
        <w:rPr>
          <w:lang w:eastAsia="zh-CN"/>
        </w:rPr>
        <w:br/>
      </w:r>
      <w:r>
        <w:rPr>
          <w:lang w:eastAsia="zh-CN"/>
        </w:rPr>
        <w:t>　　一、要提高教学质量，关键是上好课。</w:t>
      </w:r>
      <w:r>
        <w:rPr>
          <w:lang w:eastAsia="zh-CN"/>
        </w:rPr>
        <w:br/>
      </w:r>
      <w:r>
        <w:rPr>
          <w:lang w:eastAsia="zh-CN"/>
        </w:rPr>
        <w:t>　　为了上好课，我做了下面的工作:</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⑴课前准备:备好课。</w:t>
      </w:r>
      <w:r>
        <w:rPr>
          <w:lang w:eastAsia="zh-CN"/>
        </w:rPr>
        <w:br/>
      </w:r>
      <w:r>
        <w:rPr>
          <w:lang w:eastAsia="zh-CN"/>
        </w:rPr>
        <w:t>　　①认真钻研教材，对教材的基本思想，基本概念，每句话，每个字都弄清楚，了解教材的结构，重点与难点，掌握知识的逻辑，能运用自如，知道应补充哪些资料，怎样才能教好。</w:t>
      </w:r>
      <w:r>
        <w:rPr>
          <w:lang w:eastAsia="zh-CN"/>
        </w:rPr>
        <w:br/>
      </w:r>
      <w:r>
        <w:rPr>
          <w:lang w:eastAsia="zh-CN"/>
        </w:rPr>
        <w:t>　　②了解学生原有的知识技能的质量，他们的兴趣，需要，方法，习惯，学习新知识可能会有哪些困难，采取相应的预防措施。</w:t>
      </w:r>
      <w:r>
        <w:rPr>
          <w:lang w:eastAsia="zh-CN"/>
        </w:rPr>
        <w:br/>
      </w:r>
      <w:r>
        <w:rPr>
          <w:lang w:eastAsia="zh-CN"/>
        </w:rPr>
        <w:t>　　③考虑教法，解决如何把已掌握的教材传授给学生，包括如何组织教材，如何安排每节课的活动。</w:t>
      </w:r>
      <w:r>
        <w:rPr>
          <w:lang w:eastAsia="zh-CN"/>
        </w:rPr>
        <w:br/>
      </w:r>
      <w:r>
        <w:rPr>
          <w:lang w:eastAsia="zh-CN"/>
        </w:rPr>
        <w:t>　　⑵课堂上的情况。</w:t>
      </w:r>
      <w:r>
        <w:rPr>
          <w:lang w:eastAsia="zh-CN"/>
        </w:rPr>
        <w:br/>
      </w:r>
      <w:r>
        <w:rPr>
          <w:lang w:eastAsia="zh-CN"/>
        </w:rPr>
        <w:t>　　组织好课堂教学，关注全体学生，注意信息反馈，调动学生的有意注意，使其保持相对稳定性，同时，激发学生的情感，使他们产生愉悦的心境，创造良好的课堂气氛，课堂语言简洁明了，克服了以前重复的毛病，课堂提问面向全体学生，注意引发学生学数学的兴趣，课堂上讲练结合，布置好家庭作业，作业少而精，减轻学生的负担。</w:t>
      </w:r>
      <w:r>
        <w:rPr>
          <w:lang w:eastAsia="zh-CN"/>
        </w:rPr>
        <w:br/>
      </w:r>
      <w:r>
        <w:rPr>
          <w:lang w:eastAsia="zh-CN"/>
        </w:rPr>
        <w:t>　　二、要提高教学质量，还要做好课后辅导工作。</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小学生爱动，好玩，缺乏自控能力，常在学习上不能按时完成作业，有的学生抄袭作业。针对这种问题，抓好学生的思想教育，并使这一工作贯彻到对学生的学习指导中去，还要做好对学生学习的辅导和帮助工作，尤其在后进生的转化上，对后进生努力做从友善开始，比如，握握他的手，摸摸他的头，或帮助整理衣服。从赞美着手，所有的人都渴望得到别人的理解和尊重，所以，和差生交谈时，对他的处境，想法表示深刻的理解和尊重，还有在批评学生之前，先谈谈自己工作的不足。</w:t>
      </w:r>
      <w:r>
        <w:rPr>
          <w:lang w:eastAsia="zh-CN"/>
        </w:rPr>
        <w:br/>
      </w:r>
      <w:r>
        <w:rPr>
          <w:lang w:eastAsia="zh-CN"/>
        </w:rPr>
        <w:t>　　三、积极参与听课，评课，虚心向同行学习教学方法，博采众长，提高教学水平。</w:t>
      </w:r>
      <w:r>
        <w:rPr>
          <w:lang w:eastAsia="zh-CN"/>
        </w:rPr>
        <w:br/>
      </w:r>
      <w:r>
        <w:rPr>
          <w:lang w:eastAsia="zh-CN"/>
        </w:rPr>
        <w:t>　　走进21世纪，社会对教师的素质要求更高，在今后的教育教学工作中，我将更严格要求自己，努力工作，发扬优点，改正缺点，开拓前进，为美好的明天贡献自己的力量。</w:t>
      </w:r>
      <w:r>
        <w:rPr>
          <w:lang w:eastAsia="zh-CN"/>
        </w:rPr>
        <w:br/>
      </w:r>
      <w:r>
        <w:rPr>
          <w:lang w:eastAsia="zh-CN"/>
        </w:rPr>
        <w:t xml:space="preserve">    2024一年级数学教师工作总结 篇6 </w:t>
      </w:r>
      <w:r>
        <w:rPr>
          <w:lang w:eastAsia="zh-CN"/>
        </w:rPr>
        <w:br/>
      </w:r>
      <w:r>
        <w:rPr>
          <w:lang w:eastAsia="zh-CN"/>
        </w:rPr>
        <w:t>　　本学期在各级领导的组织和老师们的帮助下，我较好的完成了本学期的教学任务。为总结本学期的教学经验，找出差距，取长补短，进一步提高教学质量，取得更大的成绩，特将本学期的数学教学工作进行如下总结。</w:t>
      </w:r>
      <w:r>
        <w:rPr>
          <w:lang w:eastAsia="zh-CN"/>
        </w:rPr>
        <w:br/>
      </w:r>
      <w:r>
        <w:rPr>
          <w:lang w:eastAsia="zh-CN"/>
        </w:rPr>
        <w:t>　　一、知识完成情况</w:t>
      </w:r>
      <w:r>
        <w:rPr>
          <w:lang w:eastAsia="zh-CN"/>
        </w:rPr>
        <w:br/>
      </w:r>
      <w:r>
        <w:rPr>
          <w:lang w:eastAsia="zh-CN"/>
        </w:rPr>
        <w:t>　　1、使学生熟练地数出数量在20以内的物体的个数，会区分几个和第几个，掌握数的顺序和大小，掌握10以内各数的组成，会读、写1～20各数。</w:t>
      </w:r>
      <w:r>
        <w:rPr>
          <w:lang w:eastAsia="zh-CN"/>
        </w:rPr>
        <w:br/>
      </w:r>
      <w:r>
        <w:rPr>
          <w:lang w:eastAsia="zh-CN"/>
        </w:rPr>
        <w:t>　　2、使学生初步知道加、减法的含义和加、减法算式中各部分的名称，初步知道加法和减法的关系，比较熟练地计算一位数的加法和10以内的减法。</w:t>
      </w:r>
      <w:r>
        <w:rPr>
          <w:lang w:eastAsia="zh-CN"/>
        </w:rPr>
        <w:br/>
      </w:r>
      <w:r>
        <w:rPr>
          <w:lang w:eastAsia="zh-CN"/>
        </w:rPr>
        <w:t>　　3、使学生初步学会根据加、减法的含义解答求总数的加法应用题和求剩余的减法应用题。</w:t>
      </w:r>
      <w:r>
        <w:rPr>
          <w:lang w:eastAsia="zh-CN"/>
        </w:rPr>
        <w:br/>
      </w:r>
      <w:r>
        <w:rPr>
          <w:lang w:eastAsia="zh-CN"/>
        </w:rPr>
        <w:t>　　4、认识符号“=”，会使用这些符号表示数的大小。</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5、培养学生学习数学的兴趣，认真做数学练习和书写整洁的良好习惯。</w:t>
      </w:r>
      <w:r>
        <w:rPr>
          <w:lang w:eastAsia="zh-CN"/>
        </w:rPr>
        <w:br/>
      </w:r>
      <w:r>
        <w:rPr>
          <w:lang w:eastAsia="zh-CN"/>
        </w:rPr>
        <w:t>　　6、通过实践活动，使学生体验数学与日常生活的密切联系。</w:t>
      </w:r>
      <w:r>
        <w:rPr>
          <w:lang w:eastAsia="zh-CN"/>
        </w:rPr>
        <w:br/>
      </w:r>
      <w:r>
        <w:rPr>
          <w:lang w:eastAsia="zh-CN"/>
        </w:rPr>
        <w:t>　　二、主要成绩</w:t>
      </w:r>
      <w:r>
        <w:rPr>
          <w:lang w:eastAsia="zh-CN"/>
        </w:rPr>
        <w:br/>
      </w:r>
      <w:r>
        <w:rPr>
          <w:lang w:eastAsia="zh-CN"/>
        </w:rPr>
        <w:t>　　略</w:t>
      </w:r>
      <w:r>
        <w:rPr>
          <w:lang w:eastAsia="zh-CN"/>
        </w:rPr>
        <w:br/>
      </w:r>
      <w:r>
        <w:rPr>
          <w:lang w:eastAsia="zh-CN"/>
        </w:rPr>
        <w:t>　　三、不足方面</w:t>
      </w:r>
      <w:r>
        <w:rPr>
          <w:lang w:eastAsia="zh-CN"/>
        </w:rPr>
        <w:br/>
      </w:r>
      <w:r>
        <w:rPr>
          <w:lang w:eastAsia="zh-CN"/>
        </w:rPr>
        <w:t>　　a)多数学生的理解能力差，计算及应用题的出错率高。</w:t>
      </w:r>
      <w:r>
        <w:rPr>
          <w:lang w:eastAsia="zh-CN"/>
        </w:rPr>
        <w:br/>
      </w:r>
      <w:r>
        <w:rPr>
          <w:lang w:eastAsia="zh-CN"/>
        </w:rPr>
        <w:t>　　b)动手操作能力欠缺，不善于合作和思考。</w:t>
      </w:r>
      <w:r>
        <w:rPr>
          <w:lang w:eastAsia="zh-CN"/>
        </w:rPr>
        <w:br/>
      </w:r>
      <w:r>
        <w:rPr>
          <w:lang w:eastAsia="zh-CN"/>
        </w:rPr>
        <w:t>　　c)知识的融会贯通及运用不是很灵活。</w:t>
      </w:r>
      <w:r>
        <w:rPr>
          <w:lang w:eastAsia="zh-CN"/>
        </w:rPr>
        <w:br/>
      </w:r>
      <w:r>
        <w:rPr>
          <w:lang w:eastAsia="zh-CN"/>
        </w:rPr>
        <w:t>　　四、今后的主要措施</w:t>
      </w:r>
      <w:r>
        <w:rPr>
          <w:lang w:eastAsia="zh-CN"/>
        </w:rPr>
        <w:br/>
      </w:r>
      <w:r>
        <w:rPr>
          <w:lang w:eastAsia="zh-CN"/>
        </w:rPr>
        <w:t>　　a)注意培养学生良好的自学能力，善于合作，善于探索，从而提高自身的数学修养。</w:t>
      </w:r>
      <w:r>
        <w:rPr>
          <w:lang w:eastAsia="zh-CN"/>
        </w:rPr>
        <w:br/>
      </w:r>
      <w:r>
        <w:rPr>
          <w:lang w:eastAsia="zh-CN"/>
        </w:rPr>
        <w:t>　　b)做好课前的预习和课后的练习，加大检查力度及改错意识。</w:t>
      </w:r>
      <w:r>
        <w:rPr>
          <w:lang w:eastAsia="zh-CN"/>
        </w:rPr>
        <w:br/>
      </w:r>
      <w:r>
        <w:rPr>
          <w:lang w:eastAsia="zh-CN"/>
        </w:rPr>
        <w:t>　　c)及时做好优生的培养及转化工作，从而大面积提高教学质量。</w:t>
      </w:r>
      <w:r>
        <w:rPr>
          <w:lang w:eastAsia="zh-CN"/>
        </w:rPr>
        <w:br/>
      </w:r>
      <w:r>
        <w:rPr>
          <w:lang w:eastAsia="zh-CN"/>
        </w:rPr>
        <w:t>　　总之，一学期的工作，有收获，同时也不足。当然，工作成绩的取得，离不开领导的关心、指导和同志们的帮助、关怀。工作中还有许多不足之处，我将及时找出差距，积极弥补不足，力争使自己的工作在新的一学年里有更大的起色。</w:t>
      </w:r>
      <w:r>
        <w:rPr>
          <w:lang w:eastAsia="zh-CN"/>
        </w:rPr>
        <w:br/>
      </w:r>
      <w:r>
        <w:rPr>
          <w:lang w:eastAsia="zh-CN"/>
        </w:rPr>
        <w:t xml:space="preserve">    2024一年级数学教师工作总结 篇7 </w:t>
      </w:r>
      <w:r>
        <w:rPr>
          <w:lang w:eastAsia="zh-CN"/>
        </w:rPr>
        <w:br/>
      </w:r>
      <w:r>
        <w:rPr>
          <w:lang w:eastAsia="zh-CN"/>
        </w:rPr>
        <w:t>　　今年教浙教版的一年级，感觉自己的教学思路跨越很大。</w:t>
      </w:r>
      <w:r>
        <w:rPr>
          <w:lang w:eastAsia="zh-CN"/>
        </w:rPr>
        <w:br/>
      </w:r>
      <w:r>
        <w:rPr>
          <w:lang w:eastAsia="zh-CN"/>
        </w:rPr>
        <w:t>　　本学期我坚持了以下几个措施，在教学过程中起到促进作用：</w:t>
      </w:r>
      <w:r>
        <w:rPr>
          <w:lang w:eastAsia="zh-CN"/>
        </w:rPr>
        <w:br/>
      </w:r>
      <w:r>
        <w:rPr>
          <w:lang w:eastAsia="zh-CN"/>
        </w:rPr>
        <w:t>　　一、坚持写教学反思</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本学期写了20篇或长或短的教学反思，教学反思有时我写成了教学日记，比如12月30日那天早上第二节课，我正在复习时钟，正讲到整时和半时的区别，林光磊小朋友和我紧挨着，突然他掐着一根长头发急切地叫着：“老师，老师，一根头发，你的一根头发?”令人哭笑不得，这是孩子的一个重大发现，真是不忍心呵斥!还有一次，12月25日，真巧!也是在上课过程中，董益韩小朋友捏着鼻子，拎着一只臭袜子，拼命地喊老师!有人说，一年级小朋友上课是魔鬼，下课是天使，真的是好形象的比喻啊!</w:t>
      </w:r>
      <w:r>
        <w:rPr>
          <w:lang w:eastAsia="zh-CN"/>
        </w:rPr>
        <w:br/>
      </w:r>
      <w:r>
        <w:rPr>
          <w:lang w:eastAsia="zh-CN"/>
        </w:rPr>
        <w:t>　　二、坚持做学生作业批改记录</w:t>
      </w:r>
      <w:r>
        <w:rPr>
          <w:lang w:eastAsia="zh-CN"/>
        </w:rPr>
        <w:br/>
      </w:r>
      <w:r>
        <w:rPr>
          <w:lang w:eastAsia="zh-CN"/>
        </w:rPr>
        <w:t>　　本学期一直在做作业批改记录，原来想积累之后整理出一篇“典型错例分析”，参加瑞安市的比赛，结果每天都在赶数量的事情，根本没时间做些有质量的事情。我想比赛是次要的，重要的是有用材料的积累。做的不够的是，我没有将错误学生的学生名字记录下来，下学期有待改进，努力把事情做得更细致。</w:t>
      </w:r>
      <w:r>
        <w:rPr>
          <w:lang w:eastAsia="zh-CN"/>
        </w:rPr>
        <w:br/>
      </w:r>
      <w:r>
        <w:rPr>
          <w:lang w:eastAsia="zh-CN"/>
        </w:rPr>
        <w:t>　　三、坚持做试卷分析</w:t>
      </w:r>
      <w:r>
        <w:rPr>
          <w:lang w:eastAsia="zh-CN"/>
        </w:rPr>
        <w:br/>
      </w:r>
      <w:r>
        <w:rPr>
          <w:lang w:eastAsia="zh-CN"/>
        </w:rPr>
        <w:t>　　这个学期我每个单元考试都做了试卷分析，但是不足的是：分析得不到位。</w:t>
      </w:r>
      <w:r>
        <w:rPr>
          <w:lang w:eastAsia="zh-CN"/>
        </w:rPr>
        <w:br/>
      </w:r>
      <w:r>
        <w:rPr>
          <w:lang w:eastAsia="zh-CN"/>
        </w:rPr>
        <w:t>　　四、坚持作业订正时一对一、面对面</w:t>
      </w:r>
      <w:r>
        <w:rPr>
          <w:lang w:eastAsia="zh-CN"/>
        </w:rPr>
        <w:br/>
      </w:r>
      <w:r>
        <w:rPr>
          <w:lang w:eastAsia="zh-CN"/>
        </w:rPr>
        <w:t>　　一年级小朋友听的习惯不是很好，如果错题每个都在课堂中分析，并不能保证每个小朋友都能在听并订正。于是，一开始我就打定主意，利用课间一个个地叫到面前订正，我认为这样的效果好多了。</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五、坚持对学生的激励评价</w:t>
      </w:r>
      <w:r>
        <w:rPr>
          <w:lang w:eastAsia="zh-CN"/>
        </w:rPr>
        <w:br/>
      </w:r>
      <w:r>
        <w:rPr>
          <w:lang w:eastAsia="zh-CN"/>
        </w:rPr>
        <w:t>　　七岁多的孩子最爱表现，也最容易得到成就感，假如老师给予一点表扬，他们会很开心，很听话!于是，在课堂中对于表现突出的小朋友奖以红花，没有参与课堂的小朋友我给予言语激励!考试得满分或近段时间有进步的给予喜报，联合家长一起表扬!</w:t>
      </w:r>
      <w:r>
        <w:rPr>
          <w:lang w:eastAsia="zh-CN"/>
        </w:rPr>
        <w:br/>
      </w:r>
      <w:r>
        <w:rPr>
          <w:lang w:eastAsia="zh-CN"/>
        </w:rPr>
        <w:t>　　一学期即将过去，可以说紧张忙碌而收获多多。</w:t>
      </w:r>
      <w:r>
        <w:rPr>
          <w:lang w:eastAsia="zh-CN"/>
        </w:rPr>
        <w:br/>
      </w:r>
      <w:r>
        <w:rPr>
          <w:lang w:eastAsia="zh-CN"/>
        </w:rPr>
        <w:t xml:space="preserve">    2024一年级数学教师工作总结 篇8 </w:t>
      </w:r>
      <w:r>
        <w:rPr>
          <w:lang w:eastAsia="zh-CN"/>
        </w:rPr>
        <w:br/>
      </w:r>
      <w:r>
        <w:rPr>
          <w:lang w:eastAsia="zh-CN"/>
        </w:rPr>
        <w:t>　　时间飞逝，转眼又到了期末。本学期以来，在工作中，认真学习新课标，深入研究教材，制定切实可行的教学计划，认真备课，精心设计教法，课后积极辅导后进生，认真批改作业，努力提高教学质量。</w:t>
      </w:r>
      <w:r>
        <w:rPr>
          <w:lang w:eastAsia="zh-CN"/>
        </w:rPr>
        <w:br/>
      </w:r>
      <w:r>
        <w:rPr>
          <w:lang w:eastAsia="zh-CN"/>
        </w:rPr>
        <w:t>　　一、具体的教学工作情况：</w:t>
      </w:r>
      <w:r>
        <w:rPr>
          <w:lang w:eastAsia="zh-CN"/>
        </w:rPr>
        <w:br/>
      </w:r>
      <w:r>
        <w:rPr>
          <w:lang w:eastAsia="zh-CN"/>
        </w:rPr>
        <w:t>　　（一）、培养学生学习数学的兴趣。</w:t>
      </w:r>
      <w:r>
        <w:rPr>
          <w:lang w:eastAsia="zh-CN"/>
        </w:rPr>
        <w:br/>
      </w:r>
      <w:r>
        <w:rPr>
          <w:lang w:eastAsia="zh-CN"/>
        </w:rPr>
        <w:t>　　一年级的学生比较注重兴趣，兴趣能够增强求知欲，但是兴趣又不是天赋的，所以，我在兴趣两字下了点功夫，在传授知识的过程中，十分注意运用适合儿童口味的生动形象的语言，组织有趣的教学，采取灵活的多样的教法，吸引他们的目光，也就集中了他们的注意力，使得他们能够认真听课，让他们能够学有所获，从而增长了他们的知识技能。学到了知识而且学的有趣，久而久之，学习数学的兴趣就不知不觉的形成了。</w:t>
      </w:r>
      <w:r>
        <w:rPr>
          <w:lang w:eastAsia="zh-CN"/>
        </w:rPr>
        <w:br/>
      </w:r>
      <w:r>
        <w:rPr>
          <w:lang w:eastAsia="zh-CN"/>
        </w:rPr>
        <w:t>　　（二）、因材施教，全面提高教学质量</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学生要学有所得，才会更加热爱学习，才会越学越起劲。为此，我在上课的时候，严格要求学生的课堂常规，只要把学生的纪律管好了，学生才能集中精神听课；同时，我也把注意力放在教学质量上，扩大合格率。但是，俗话说：“十个手指，有长也有短”，在一个班级之中肯定会存在着先进和落后之分。而且孩子们接受学习的能力也有区别，所以，在教学的过程当中，我会尝试用几种方法来解决问题。根据不同学习程度的学生，有不同的方法。上课我多指导，课后我多辅导，特别是多帮助学习有困难的学生，争取让他们把基础知识学好。功夫不负有心人，我坚持了一个学期，换来了全班同学的进步和提高，特别是那些后进生，从开始的5以内的加减法都不懂到现在的20以内的加减法都会准确的算出来了。在一次次的单元测试中，一次比一次又进步，是我们老师最大的欣慰。</w:t>
      </w:r>
      <w:r>
        <w:rPr>
          <w:lang w:eastAsia="zh-CN"/>
        </w:rPr>
        <w:br/>
      </w:r>
      <w:r>
        <w:rPr>
          <w:lang w:eastAsia="zh-CN"/>
        </w:rPr>
        <w:t>　　（三）、认真批改作业，进行知识补漏措施</w:t>
      </w:r>
      <w:r>
        <w:rPr>
          <w:lang w:eastAsia="zh-CN"/>
        </w:rPr>
        <w:br/>
      </w:r>
      <w:r>
        <w:rPr>
          <w:lang w:eastAsia="zh-CN"/>
        </w:rPr>
        <w:t>　　学生作业是反馈课堂教学效果的途径之一，教师只有批改作业，才能发现问题，进行知识的补漏措施，才能进行个别指导。在平时的工作中，如果发现某位学生的作业错的题目过多的，我会利用课间时间对其进行辅导，并且让他及时更正。</w:t>
      </w:r>
      <w:r>
        <w:rPr>
          <w:lang w:eastAsia="zh-CN"/>
        </w:rPr>
        <w:br/>
      </w:r>
      <w:r>
        <w:rPr>
          <w:lang w:eastAsia="zh-CN"/>
        </w:rPr>
        <w:t>　　二、教学情况及所达到的目标</w:t>
      </w:r>
      <w:r>
        <w:rPr>
          <w:lang w:eastAsia="zh-CN"/>
        </w:rPr>
        <w:br/>
      </w:r>
      <w:r>
        <w:rPr>
          <w:lang w:eastAsia="zh-CN"/>
        </w:rPr>
        <w:t>　　1、培养了学生的学习习惯。</w:t>
      </w:r>
      <w:r>
        <w:rPr>
          <w:lang w:eastAsia="zh-CN"/>
        </w:rPr>
        <w:br/>
      </w:r>
      <w:r>
        <w:rPr>
          <w:lang w:eastAsia="zh-CN"/>
        </w:rPr>
        <w:t>　　（1）大部分的学生能够正确的书写姿势，养成良好的读书习惯；</w:t>
      </w:r>
      <w:r>
        <w:rPr>
          <w:lang w:eastAsia="zh-CN"/>
        </w:rPr>
        <w:br/>
      </w:r>
      <w:r>
        <w:rPr>
          <w:lang w:eastAsia="zh-CN"/>
        </w:rPr>
        <w:t>　　（2）学生能专心听课，勇于发言</w:t>
      </w:r>
      <w:r>
        <w:rPr>
          <w:lang w:eastAsia="zh-CN"/>
        </w:rPr>
        <w:br/>
      </w:r>
      <w:r>
        <w:rPr>
          <w:lang w:eastAsia="zh-CN"/>
        </w:rPr>
        <w:t>　　2、大部分的学生能够准确的计算出20以内的加减法</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3、初步认识了正方形、长方形、三角形、圆；认识了长方体、正方体圆柱体、球体。</w:t>
      </w:r>
      <w:r>
        <w:rPr>
          <w:lang w:eastAsia="zh-CN"/>
        </w:rPr>
        <w:br/>
      </w:r>
      <w:r>
        <w:rPr>
          <w:lang w:eastAsia="zh-CN"/>
        </w:rPr>
        <w:t>　　4、大部分都会看钟表了（整时和半时）</w:t>
      </w:r>
      <w:r>
        <w:rPr>
          <w:lang w:eastAsia="zh-CN"/>
        </w:rPr>
        <w:br/>
      </w:r>
      <w:r>
        <w:rPr>
          <w:lang w:eastAsia="zh-CN"/>
        </w:rPr>
        <w:t>　　5、能够准确的理解题意，很多学生已经会利用20以内的加减法来解决一些图文应用题。</w:t>
      </w:r>
      <w:r>
        <w:rPr>
          <w:lang w:eastAsia="zh-CN"/>
        </w:rPr>
        <w:br/>
      </w:r>
      <w:r>
        <w:rPr>
          <w:lang w:eastAsia="zh-CN"/>
        </w:rPr>
        <w:t>　　6、体会学习数学的乐趣，建立学好数学的信心。</w:t>
      </w:r>
      <w:r>
        <w:rPr>
          <w:lang w:eastAsia="zh-CN"/>
        </w:rPr>
        <w:br/>
      </w:r>
      <w:r>
        <w:rPr>
          <w:lang w:eastAsia="zh-CN"/>
        </w:rPr>
        <w:t>　　三、存在问题与不足：</w:t>
      </w:r>
      <w:r>
        <w:rPr>
          <w:lang w:eastAsia="zh-CN"/>
        </w:rPr>
        <w:br/>
      </w:r>
      <w:r>
        <w:rPr>
          <w:lang w:eastAsia="zh-CN"/>
        </w:rPr>
        <w:t>　　还有部分的学生比较浮躁，还不知道学习的重要性，有时在课堂上不是很认真听课，需要老师点名提醒；有个别学生还经常没有按时完成作业，没有养成自觉学习的良好习惯；也还有个别后进生的基础知识还没有掌握好。</w:t>
      </w:r>
      <w:r>
        <w:rPr>
          <w:lang w:eastAsia="zh-CN"/>
        </w:rPr>
        <w:br/>
      </w:r>
      <w:r>
        <w:rPr>
          <w:lang w:eastAsia="zh-CN"/>
        </w:rPr>
        <w:t>　　四、今后努力方向：</w:t>
      </w:r>
      <w:r>
        <w:rPr>
          <w:lang w:eastAsia="zh-CN"/>
        </w:rPr>
        <w:br/>
      </w:r>
      <w:r>
        <w:rPr>
          <w:lang w:eastAsia="zh-CN"/>
        </w:rPr>
        <w:t>　　1、培养学生养成自觉学习的良好习惯</w:t>
      </w:r>
      <w:r>
        <w:rPr>
          <w:lang w:eastAsia="zh-CN"/>
        </w:rPr>
        <w:br/>
      </w:r>
      <w:r>
        <w:rPr>
          <w:lang w:eastAsia="zh-CN"/>
        </w:rPr>
        <w:t>　　2、加强基础知识的教学强化训练</w:t>
      </w:r>
      <w:r>
        <w:rPr>
          <w:lang w:eastAsia="zh-CN"/>
        </w:rPr>
        <w:br/>
      </w:r>
      <w:r>
        <w:rPr>
          <w:lang w:eastAsia="zh-CN"/>
        </w:rPr>
        <w:t>　　3、与家长密切联系，随时掌握学生的学习和生活情况。</w:t>
      </w:r>
      <w:r>
        <w:rPr>
          <w:lang w:eastAsia="zh-CN"/>
        </w:rPr>
        <w:br/>
      </w:r>
      <w:r>
        <w:rPr>
          <w:lang w:eastAsia="zh-CN"/>
        </w:rPr>
        <w:t xml:space="preserve">    2024一年级数学教师工作总结 篇9 </w:t>
      </w:r>
      <w:r>
        <w:rPr>
          <w:lang w:eastAsia="zh-CN"/>
        </w:rPr>
        <w:br/>
      </w:r>
      <w:r>
        <w:rPr>
          <w:lang w:eastAsia="zh-CN"/>
        </w:rPr>
        <w:t>　　本学期我担任的是一(3)、一(4)班数学教学工作，由于学生的学习习惯还未养成，再加上家庭及学生智力的差异，因此我认真研究教育教学方法，根据学生的实际情况，采取有效的措施，激发学生的学习兴趣，培养学生的学习习惯，引导学生参与学习的全过程。立足现在，放眼未来，为使今后的教学工作取得更大的进步，现对本学期教学工作做出总结，希望能发扬优点，克服不足，以促进自己在教育工作上能更上一层楼。</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一、思想工作方面：</w:t>
      </w:r>
      <w:r>
        <w:rPr>
          <w:lang w:eastAsia="zh-CN"/>
        </w:rPr>
        <w:br/>
      </w:r>
      <w:r>
        <w:rPr>
          <w:lang w:eastAsia="zh-CN"/>
        </w:rPr>
        <w:t>　　本人一直在各方面严格要求自己，努力地提高自己，以便使自己更快地适应社会发展的形势。勇于解剖自己，分析自己，正视自己，提高自身素质。</w:t>
      </w:r>
      <w:r>
        <w:rPr>
          <w:lang w:eastAsia="zh-CN"/>
        </w:rPr>
        <w:br/>
      </w:r>
      <w:r>
        <w:rPr>
          <w:lang w:eastAsia="zh-CN"/>
        </w:rPr>
        <w:t>　　二、教育教学方面：</w:t>
      </w:r>
      <w:r>
        <w:rPr>
          <w:lang w:eastAsia="zh-CN"/>
        </w:rPr>
        <w:br/>
      </w:r>
      <w:r>
        <w:rPr>
          <w:lang w:eastAsia="zh-CN"/>
        </w:rPr>
        <w:t>　　1、备课：</w:t>
      </w:r>
      <w:r>
        <w:rPr>
          <w:lang w:eastAsia="zh-CN"/>
        </w:rPr>
        <w:br/>
      </w:r>
      <w:r>
        <w:rPr>
          <w:lang w:eastAsia="zh-CN"/>
        </w:rPr>
        <w:t>　　本学期初，我认真钻研了《数学课程标准》、教材、教参，对本学期教学内容做到心中有数。掌握每一部分知识在单元中、在整册书中的地位、作用。思考学生怎样学，学生将会产生什么疑难，该怎样解决。在备课本中体现教师的引导，学生的主动学习过程。充分理解课后习题的作用，设计好练习。</w:t>
      </w:r>
      <w:r>
        <w:rPr>
          <w:lang w:eastAsia="zh-CN"/>
        </w:rPr>
        <w:br/>
      </w:r>
      <w:r>
        <w:rPr>
          <w:lang w:eastAsia="zh-CN"/>
        </w:rPr>
        <w:t>　　2、上课：</w:t>
      </w:r>
      <w:r>
        <w:rPr>
          <w:lang w:eastAsia="zh-CN"/>
        </w:rPr>
        <w:br/>
      </w:r>
      <w:r>
        <w:rPr>
          <w:lang w:eastAsia="zh-CN"/>
        </w:rPr>
        <w:t>　　(1)致力新授有趣实效。在教学中，创设各种情境，激发学生思考，努力的调动学生的积极性，放手让学生探究，动手、动口、动眼、动脑。针对教学重、难点，让学生进行比较、交流、讨论，从中掌握知识，培养能力。尊重学生的个体差异，使不同的学生在数学上得到不同的发展，现在学生普遍对数学课感兴趣，参与性高，为学好数学迈出了坚实的一步。</w:t>
      </w:r>
      <w:r>
        <w:rPr>
          <w:lang w:eastAsia="zh-CN"/>
        </w:rPr>
        <w:br/>
      </w:r>
      <w:r>
        <w:rPr>
          <w:lang w:eastAsia="zh-CN"/>
        </w:rPr>
        <w:t>　　(2)做到复习及时有效。我的做法是：新授知识基本是当天复习或第二天复习，以后再逐渐延长复习时间。这项措施非常适合低年级学生遗忘快、不会复习的特点。</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(3)努力构建知识网。一般做到一小节一整理，形成每节知识串;每单元整理复习形成知识链，一学期对整册书进行整理复习。学生既形成了知识网，又学到了方法，容易产生学习迁移，给学生的创新、实践提供了可能。</w:t>
      </w:r>
      <w:r>
        <w:rPr>
          <w:lang w:eastAsia="zh-CN"/>
        </w:rPr>
        <w:br/>
      </w:r>
      <w:r>
        <w:rPr>
          <w:lang w:eastAsia="zh-CN"/>
        </w:rPr>
        <w:t>　　3、作业：</w:t>
      </w:r>
      <w:r>
        <w:rPr>
          <w:lang w:eastAsia="zh-CN"/>
        </w:rPr>
        <w:br/>
      </w:r>
      <w:r>
        <w:rPr>
          <w:lang w:eastAsia="zh-CN"/>
        </w:rPr>
        <w:t>　　及时布置适量的作业，并及时批改练习册、课堂作业，针对不同的练习错误，我尽量面批，指出个性问题，集体订正共性问题。批改作业时，教师点出错题，不指明错处，让学生自己查找错误，增强学生的分析能力。学生订正之后，仍给满分，鼓励学生独立作业的习惯，对激发学习的兴趣取得了较好效果。而教师本人做好错题的收集工作，分析练习产生错误的原因，改进教学，提高教学的针对性。</w:t>
      </w:r>
      <w:r>
        <w:rPr>
          <w:lang w:eastAsia="zh-CN"/>
        </w:rPr>
        <w:br/>
      </w:r>
      <w:r>
        <w:rPr>
          <w:lang w:eastAsia="zh-CN"/>
        </w:rPr>
        <w:t>　　4、辅导：</w:t>
      </w:r>
      <w:r>
        <w:rPr>
          <w:lang w:eastAsia="zh-CN"/>
        </w:rPr>
        <w:br/>
      </w:r>
      <w:r>
        <w:rPr>
          <w:lang w:eastAsia="zh-CN"/>
        </w:rPr>
        <w:t>　　注重对后进生的辅导。在教学中逐步培养他们的学习兴趣，提高他们的学习自信心。</w:t>
      </w:r>
      <w:r>
        <w:rPr>
          <w:lang w:eastAsia="zh-CN"/>
        </w:rPr>
        <w:br/>
      </w:r>
      <w:r>
        <w:rPr>
          <w:lang w:eastAsia="zh-CN"/>
        </w:rPr>
        <w:t>　　三、培优补差工作</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要提高教学质量，还要做好课后辅导工作，一年级的学生爱动、好玩，缺乏自控能力，针对各种问题，我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让他们意识到学习的重要性和必要性，使之对学习产生兴趣。通过各种途径激发他们的求知欲和上进心，让他们意识到学习并不是一项任务，而是充满乐趣的。从而自觉的把身心投放到学习中去。在此基础上，我认真细致地做好查漏补缺工作。</w:t>
      </w:r>
      <w:r>
        <w:rPr>
          <w:lang w:eastAsia="zh-CN"/>
        </w:rPr>
        <w:br/>
      </w:r>
      <w:r>
        <w:rPr>
          <w:lang w:eastAsia="zh-CN"/>
        </w:rPr>
        <w:t>　　四、存在不足与今后打算：</w:t>
      </w:r>
      <w:r>
        <w:rPr>
          <w:lang w:eastAsia="zh-CN"/>
        </w:rPr>
        <w:br/>
      </w:r>
      <w:r>
        <w:rPr>
          <w:lang w:eastAsia="zh-CN"/>
        </w:rPr>
        <w:t>　　作为一个没有工作经验的年轻教师，在工作中免不了有这样那样的失误与不足，比如对课本的理解还不够深刻，对教学的设计还不够老练，在管理班级的方法上还比较匮乏等等。趁我们还年轻，应该多上网搜集各种资料和视频，进行学习;还要，多去听老教师的数学课程，学习他们多年以来积累下来的教学经验，和管理课堂的经验，取其所长，为自己的教学工作填充能量。</w:t>
      </w:r>
      <w:r>
        <w:rPr>
          <w:lang w:eastAsia="zh-CN"/>
        </w:rPr>
        <w:br/>
      </w:r>
      <w:r>
        <w:rPr>
          <w:lang w:eastAsia="zh-CN"/>
        </w:rPr>
        <w:t>　　经过一个学期的努力，在一步步探索和学习的过程中，我慢慢的对小学一年级的数学有了进一步的认识，对一年级的小学生也有了更多的了解，明白了该如何做一名合格甚至优秀的数学老师。在这个过程中有辛酸也有快乐，有生气也有感动。但无论怎样，我都会继续努力，不放弃我所热爱的教育事业。教学工作苦乐相伴。我们将本着“勤学、善思、实干”的准则，一如既往，再接再厉，把工作搞得更好，为学生美好的明天奉献自己的力量。</w:t>
      </w:r>
      <w:r>
        <w:rPr>
          <w:lang w:eastAsia="zh-CN"/>
        </w:rPr>
        <w:br/>
      </w:r>
      <w:r>
        <w:rPr>
          <w:lang w:eastAsia="zh-CN"/>
        </w:rPr>
        <w:t xml:space="preserve">    2024一年级数学教师工作总结 篇10 </w:t>
      </w:r>
      <w:r>
        <w:rPr>
          <w:lang w:eastAsia="zh-CN"/>
        </w:rPr>
        <w:br/>
      </w:r>
      <w:r>
        <w:rPr>
          <w:lang w:eastAsia="zh-CN"/>
        </w:rPr>
        <w:t>　　本学年我担任了一年级三个班的数学教学和副班主任工作，从教20__年，这是我第一次教低年级。有点紧张又有点憧憬!我知道自己教学上的优势与不足，所以有那么一点点的决心，要和我们一年级的孩子们一起学习，一起成长，一起加油进步!下面就以下四个方面对自己的工作进行小结。</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一、思想品德方面。我认真贯彻党的教育方针和政策，坚持党的四项基本原则，服从学校工作安排，关心集体，作风正派，我关心爱护学生，对他们言传身教，循循善诱，从不训斥、侮辱、体罚学生，师生关系和谐融洽，深得家长和学生喜爱。</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二、工作能力方面。虽然有了一些教学经验，但是第一次教一年级的我压力真的很大。第一天来到穗园，我就不断上网查一年级的常规教育以及低年级课堂的教学模式，到处向有经验取经。第一天我就站在7班的教师门口，看经验丰富的王老师如何开展工作，和小温一起分享。还走进海洁的课堂，向她学习低年级的常规激励方式，又听了艳玉，秋红的课，渐渐的我上课有了一些底气，看自己写的教学反思也不再是满满的困惑，有了一些可喜的变化。孩子们的学习气氛渐渐在我的调控之中，我更加喜欢走进课室，为孩子们上课，回来又跟办公室的老师交流，分享我的快乐。如果孩子们学习状态好，我会开心好多天。但是要把自己的课展示给领导，同事听，我还是一点底气都没有。看到工作安排上尚校，罗玉琴，徐影要来检查听课，我连续好几天都睡不好觉，还好我有三个班，在接受检查之前自己还可以有两次尝试的机会，整个教案，我整整改了三遍，两个晚上哄女儿睡着后继续起来备课。我在高度紧张中一遍一遍修改自己的教学流程。尚校是上午第二节听我的课，那天课间餐又迟来了5分钟。结果8班的孩子都没有吃课间餐，直到听完课。尚校整节课都笑眯眯的听着，出来第一句话就是“小林这节课我听读还是比较满意”“孩子们在你的课堂能学到东西”徐影的评价是“你的课我很欣赏!角色装换很快!很有儿童语言。”听了这些评价，我高兴了好一阵子，因为我的付出还是有成效。但是我又郁闷了好一阵，为了一节常规展示课，我就弄得紧张兮兮的。这水平也去确实有待提高。我开始崇拜董老师她们，随时可以走进她的课堂学习，这才是真正的炉火纯青吧!这一年我就在这种紧张的压力下，不断的成长，虽然速度很慢，但我会继续努力。这一年里，虽然任教的班级多，作业批改量大，教材又不熟悉，我还是积极的参加各项教研活动，主动争取各种学习的机会。5月份听了广州市小学数学说课竞赛，收获也是很多。手写了厚厚的一本听课记录，还写了一片学习新得。</w:t>
      </w:r>
      <w:r>
        <w:rPr>
          <w:lang w:eastAsia="zh-CN"/>
        </w:rPr>
        <w:br/>
      </w:r>
      <w:r>
        <w:rPr>
          <w:lang w:eastAsia="zh-CN"/>
        </w:rPr>
        <w:t>　　三、考勤方面。我秉承一丝不苟、务实工作的态度。坚持做到上班不迟到、不早退，由于身体原因本学年也没少请病假我都数不清，上学期就老往医院按摩拔火罐，可能现在身体差了一些，坐着连续改三个班的作业就顶不顺。后来从医院渐渐转移到球场，总算有了好转。这个学期又不慎得了声带小结。两个星期没怎么上课，每天回来看着孩子们，为他们改作业，又不能去上课。又近期末测验。我再也坐不住了，把自己上课的内容流程打印了出来，请了小朋友上讲台代替我提问，讲解。坚持了两三天，我又开始叽叽喳喳了。一边吃药一边讲话。还好假期马上到了，一定要好好治疗。</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四、工作实绩方面。说道成绩，真是惭愧!想想今年自己和王_，小莉，小明，杨_一起浴血奋战了都少个日夜，最后我的白板课连正式试教都没尝试。(私底下我偷偷的试了5次)这一学期受岳校鼓励又教了一篇练习课设计，岳校还当评委，我心里偷乐，这回怎么也给弄张奖状回来，满足一下自己的虚荣心。遗憾的是格式不对，第一轮就给刷下来，岳校也跟着丢了一回脸。还好，我任教的三个班的数学成绩还算比较扎实，连续两个学期优分率都是年级第一，而且得到多数家长在肯定，家长们都说孩子很喜欢林老师，喜欢上数学课，听到这些反馈让我觉得无比在幸福!回顾走过的这一年，还是收获很多。工作上进步了不少，多了一些低年级的教学经验，收获了很多同事的真诚友谊。希望在往后在工作中，能继续得到各位领导和同事的支持与帮助，与孩子们教学相长，创造更多的辉煌!</w:t>
      </w:r>
      <w:r>
        <w:rPr>
          <w:lang w:eastAsia="zh-CN"/>
        </w:rPr>
        <w:t xml:space="preserve"> 今年初次带低年级数学，教学经验不足，感受到自己肩上的担子之重。因此，在实际工作中，对于教材中每一个知识点我从不轻易怠慢，课前除了认真学习钻研教材外，还虚心向其他教师学习，观看与课本知识有关的录相，碟片，从而在熟悉教材的同时，</w:t>
      </w:r>
      <w:r>
        <w:rPr>
          <w:lang w:eastAsia="zh-CN"/>
        </w:rPr>
        <w:t xml:space="preserve"> 不断总结教法，学法，一学年来，取得了一定的成绩。为使今后的工作取得更大的进步，现结合本班学生现状，对本学期教育教学工作总结如下：</w:t>
      </w:r>
      <w:r>
        <w:rPr>
          <w:lang w:eastAsia="zh-CN"/>
        </w:rPr>
        <w:br/>
      </w:r>
      <w:r>
        <w:rPr>
          <w:lang w:eastAsia="zh-CN"/>
        </w:rPr>
        <w:t>　　一、本班学生基本情况</w:t>
      </w:r>
      <w:r>
        <w:rPr>
          <w:lang w:eastAsia="zh-CN"/>
        </w:rPr>
        <w:br/>
      </w:r>
      <w:r>
        <w:rPr>
          <w:lang w:eastAsia="zh-CN"/>
        </w:rPr>
        <w:t>　　本班学生大部分上课能够专心听讲，积极思考并回答老师提出的问题，下课能够按要求完成作业，有良好的学习习惯。但是也有一部分学生学习习惯有的上课精力不集中，自我约束力较差，老师布置的作业不能按时完成，以致学习成绩较差。</w:t>
      </w:r>
      <w:r>
        <w:rPr>
          <w:lang w:eastAsia="zh-CN"/>
        </w:rPr>
        <w:br/>
      </w:r>
      <w:r>
        <w:rPr>
          <w:lang w:eastAsia="zh-CN"/>
        </w:rPr>
        <w:t>　　二、工作中的主要成绩</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1、认真钻研教材，精心备课，充分利用直观教具把难点分散到各个层次中去，从而增强了数学学科的趣味性，充分调动了学生学习数学的积极性。</w:t>
      </w:r>
      <w:r>
        <w:rPr>
          <w:lang w:eastAsia="zh-CN"/>
        </w:rPr>
        <w:br/>
      </w:r>
      <w:r>
        <w:rPr>
          <w:lang w:eastAsia="zh-CN"/>
        </w:rPr>
        <w:t>　　2.针对班级学生之间存在的知识差异和年龄特点，采用多种方法，对学生进行了各方面的教育，使学生的知识和能力有了较大的提高。</w:t>
      </w:r>
      <w:r>
        <w:rPr>
          <w:lang w:eastAsia="zh-CN"/>
        </w:rPr>
        <w:br/>
      </w:r>
      <w:r>
        <w:rPr>
          <w:lang w:eastAsia="zh-CN"/>
        </w:rPr>
        <w:t>　　3.在教学中为了使学生能扎实地学好数学知识，课堂上我特别注重精讲多练，重视运用教具，学具和电教 化手段，认真备好每一节课、</w:t>
      </w:r>
      <w:r>
        <w:rPr>
          <w:lang w:eastAsia="zh-CN"/>
        </w:rPr>
        <w:br/>
      </w:r>
      <w:r>
        <w:rPr>
          <w:lang w:eastAsia="zh-CN"/>
        </w:rPr>
        <w:t>　　4.加强了对后进生的輛导，本学期使大部分学生在掌握知的同时，增加了运用知识和解决问题的能力。部分学生进步较大。</w:t>
      </w:r>
      <w:r>
        <w:rPr>
          <w:lang w:eastAsia="zh-CN"/>
        </w:rPr>
        <w:br/>
      </w:r>
      <w:r>
        <w:rPr>
          <w:lang w:eastAsia="zh-CN"/>
        </w:rPr>
        <w:t>　　5.重视学校教育和家庭教育的有机结合，能过家访和家长会等多种不同的方式，经常与家长密切联系，努力培养学生的学习兴趣，挖掘学生的非知力因素。使他们有了明显的进步和提高。</w:t>
      </w:r>
      <w:r>
        <w:rPr>
          <w:lang w:eastAsia="zh-CN"/>
        </w:rPr>
        <w:br/>
      </w:r>
      <w:r>
        <w:rPr>
          <w:lang w:eastAsia="zh-CN"/>
        </w:rPr>
        <w:t>　　6,在平时的工作中，注重对学生学习习惯的培养和爱国教育，使学生有了明确的学习目标。</w:t>
      </w:r>
      <w:r>
        <w:rPr>
          <w:lang w:eastAsia="zh-CN"/>
        </w:rPr>
        <w:br/>
      </w:r>
      <w:r>
        <w:rPr>
          <w:lang w:eastAsia="zh-CN"/>
        </w:rPr>
        <w:t>　　三、存在的不足之处</w:t>
      </w:r>
      <w:r>
        <w:rPr>
          <w:lang w:eastAsia="zh-CN"/>
        </w:rPr>
        <w:br/>
      </w:r>
      <w:r>
        <w:rPr>
          <w:lang w:eastAsia="zh-CN"/>
        </w:rPr>
        <w:t>　　1 一部分学生学习目的不够明确，学习态度不够端正，上课注意力不集中，经常不能按时完成作业</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2.反映问题慢，基础太差，是造成了不及格现象;一部分学生对学习的目的不够明确，学习态度不够端正。上课听讲不认真，家庭作业经常完不成;有些家长对孩子的学习不够重视，主要表现在：学生家庭的不配合，造成了学习差;反映问题慢，基础太差，是造成了不及格现象。</w:t>
      </w:r>
      <w:r>
        <w:rPr>
          <w:lang w:eastAsia="zh-CN"/>
        </w:rPr>
        <w:br/>
      </w:r>
      <w:r>
        <w:rPr>
          <w:lang w:eastAsia="zh-CN"/>
        </w:rPr>
        <w:t>　　四、今后努力方向</w:t>
      </w:r>
      <w:r>
        <w:rPr>
          <w:lang w:eastAsia="zh-CN"/>
        </w:rPr>
        <w:br/>
      </w:r>
      <w:r>
        <w:rPr>
          <w:lang w:eastAsia="zh-CN"/>
        </w:rPr>
        <w:t>　　针对本期工作中存在的问题和不足，在今后的工作中着重抓好以下几点。</w:t>
      </w:r>
      <w:r>
        <w:rPr>
          <w:lang w:eastAsia="zh-CN"/>
        </w:rPr>
        <w:br/>
      </w:r>
      <w:r>
        <w:rPr>
          <w:lang w:eastAsia="zh-CN"/>
        </w:rPr>
        <w:t>　　1.结合教材内容，课前要精心备课，面向本体学生教学，抓牢基础知识，搞好思想教育工作，精心上好每一切课，虚心向教学经验丰富的老师请教和学习，不断提高自身的业务水平，注重学生各重能力的培养和知识应用的灵活性。特别注重学生学习习惯的培养，以激发学生的学习兴趣，提高他们的学习成绩，平时自己还要不断充电，不断提高自身的业务素质。</w:t>
      </w:r>
      <w:r>
        <w:rPr>
          <w:lang w:eastAsia="zh-CN"/>
        </w:rPr>
        <w:br/>
      </w:r>
      <w:r>
        <w:rPr>
          <w:lang w:eastAsia="zh-CN"/>
        </w:rPr>
        <w:t>　　2.及时輛导后进生，抓住他们的闪光点，鼓励其进步，注重学生各种能力和学习习惯的培养。</w:t>
      </w:r>
      <w:r>
        <w:rPr>
          <w:lang w:eastAsia="zh-CN"/>
        </w:rPr>
        <w:br/>
      </w:r>
      <w:r>
        <w:rPr>
          <w:lang w:eastAsia="zh-CN"/>
        </w:rPr>
        <w:t>　　3.充分利用直观教具、 电化教学，把难点分散到各个层次中去，调动学生学习的积极性，对学生进行强化训练，争取不断提高学生的学习成绩。</w:t>
      </w:r>
      <w:r>
        <w:rPr>
          <w:lang w:eastAsia="zh-CN"/>
        </w:rPr>
        <w:br/>
      </w:r>
      <w:r>
        <w:rPr>
          <w:lang w:eastAsia="zh-CN"/>
        </w:rPr>
        <w:t>　　4认真钻研教材教参，努力深挖教材中的趣味性，以提高学学习数学的兴趣。</w:t>
      </w:r>
      <w:r>
        <w:rPr>
          <w:lang w:eastAsia="zh-CN"/>
        </w:rPr>
        <w:br/>
      </w:r>
      <w:r>
        <w:rPr>
          <w:lang w:eastAsia="zh-CN"/>
        </w:rPr>
        <w:t>　　5采用家访，谈心等多种方式，努力做好后进生的转化工作，使全班学生的整体素质能够得到很多的提高。</w:t>
      </w:r>
      <w:r>
        <w:rPr>
          <w:lang w:eastAsia="zh-CN"/>
        </w:rPr>
        <w:br/>
      </w:r>
      <w:r>
        <w:rPr>
          <w:lang w:eastAsia="zh-CN"/>
        </w:rPr>
        <w:t>　　6.对学生进行爱国教育，培养学生为祖国为中华民努力学习的精神。</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过去常说，要给学生一杯水，教师必须有一桶水，但在现在创新与改革不断变化的新时代，看来已经不够了。教师更重要的考虑是应该教会学生如何寻找水源，解决用水问题。这是我必须去思考和面对的问题。因此，在以后的教学工作中，要不断总结经验，力求提高自己的教学水平，还要多下功夫加强对个别差生的辅导，相信一切问题都会迎刃而解，我也相信有耕耘总会有收获!</w:t>
      </w:r>
      <w:r>
        <w:rPr>
          <w:lang w:eastAsia="zh-CN"/>
        </w:rPr>
        <w:br/>
      </w:r>
      <w:r>
        <w:rPr>
          <w:lang w:eastAsia="zh-CN"/>
        </w:rPr>
        <w:t>　　存在的不足之处</w:t>
      </w:r>
      <w:r>
        <w:rPr>
          <w:lang w:eastAsia="zh-CN"/>
        </w:rPr>
        <w:br/>
      </w:r>
      <w:r>
        <w:rPr>
          <w:lang w:eastAsia="zh-CN"/>
        </w:rPr>
        <w:t>　　1、个别学生对学习的目的不够明确，学习态度不够端正。上课听讲不认真，家庭作业经常完不成。</w:t>
      </w:r>
      <w:r>
        <w:rPr>
          <w:lang w:eastAsia="zh-CN"/>
        </w:rPr>
        <w:br/>
      </w:r>
      <w:r>
        <w:rPr>
          <w:lang w:eastAsia="zh-CN"/>
        </w:rPr>
        <w:t>　　2、有些家长对孩子的学习不够重视，主要表现在：学生家庭的不配合，造成了学习差。</w:t>
      </w:r>
      <w:r>
        <w:rPr>
          <w:lang w:eastAsia="zh-CN"/>
        </w:rPr>
        <w:br/>
      </w:r>
      <w:r>
        <w:rPr>
          <w:lang w:eastAsia="zh-CN"/>
        </w:rPr>
        <w:t>　　3、还有一部分是，反映问题慢，基础太差，</w:t>
      </w:r>
      <w:r>
        <w:rPr>
          <w:lang w:eastAsia="zh-CN"/>
        </w:rPr>
        <w:br/>
      </w:r>
      <w:r>
        <w:rPr>
          <w:lang w:eastAsia="zh-CN"/>
        </w:rPr>
        <w:t>　　五、今后努力方向和构想</w:t>
      </w:r>
      <w:r>
        <w:rPr>
          <w:lang w:eastAsia="zh-CN"/>
        </w:rPr>
        <w:br/>
      </w:r>
      <w:r>
        <w:rPr>
          <w:lang w:eastAsia="zh-CN"/>
        </w:rPr>
        <w:t>　　针对本学期在教学工作中存在的问题和不足，在今后的工作中着重抓好以下几点：</w:t>
      </w:r>
      <w:r>
        <w:rPr>
          <w:lang w:eastAsia="zh-CN"/>
        </w:rPr>
        <w:br/>
      </w:r>
      <w:r>
        <w:rPr>
          <w:lang w:eastAsia="zh-CN"/>
        </w:rPr>
        <w:t>　　1、结合教材的内容，老师要精心备课，面向全体学生教学，抓牢基础知识搞好思想教育工作。注重学生各种能力的培养和知识应用的灵活性。特别注重学习习惯的培养，以激发学生学习的兴趣，提高他们的学习成绩自己还要不断学习，不断提高自身的业务素质。</w:t>
      </w:r>
      <w:r>
        <w:rPr>
          <w:lang w:eastAsia="zh-CN"/>
        </w:rPr>
        <w:br/>
      </w:r>
      <w:r>
        <w:rPr>
          <w:lang w:eastAsia="zh-CN"/>
        </w:rPr>
        <w:t>　　2、面向全体的情况下，实施因材施教。充分调动学生的学习的积极性和主动性。及时辅导落后生，抓住他们的闪光点，鼓励其进步。注重学生各种能力和习惯的培养。</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3、充分利用直观、电化教学，把难点分到各个层次中去，调动学生学习的积极性。对学生停止强化训练，争取教出更好的成绩。</w:t>
      </w:r>
      <w:r>
        <w:rPr>
          <w:lang w:eastAsia="zh-CN"/>
        </w:rPr>
        <w:br/>
      </w:r>
      <w:r>
        <w:rPr>
          <w:lang w:eastAsia="zh-CN"/>
        </w:rPr>
        <w:t>　　4、充分利用数学教材，挖掘教材的趣味性，以数学知识本身的魅力去吸引学生、感染学生。</w:t>
      </w:r>
      <w:r>
        <w:rPr>
          <w:lang w:eastAsia="zh-CN"/>
        </w:rPr>
        <w:br/>
      </w:r>
      <w:r>
        <w:rPr>
          <w:lang w:eastAsia="zh-CN"/>
        </w:rPr>
        <w:t>　　一学年很快就要过去了，回顾这学年，我忠诚党的教育事业，遵守学校的规章制度，服从上级领导安排，热爱、关心学生，严格要求，做到因材施教。同时不断提高业务知识水平，钻研教材，努力提高教学水平，且多听取意见，向有经验的教师请教，务求精益求精。</w:t>
      </w:r>
      <w:r>
        <w:rPr>
          <w:lang w:eastAsia="zh-CN"/>
        </w:rPr>
        <w:br/>
      </w:r>
      <w:r>
        <w:rPr>
          <w:lang w:eastAsia="zh-CN"/>
        </w:rPr>
        <w:t>　　本学年任教一(1)班、一(2)班数学，我根据学校、科组的工作安排，认真制定学科计划，并落实完成。</w:t>
      </w:r>
      <w:r>
        <w:rPr>
          <w:lang w:eastAsia="zh-CN"/>
        </w:rPr>
        <w:br/>
      </w:r>
      <w:r>
        <w:rPr>
          <w:lang w:eastAsia="zh-CN"/>
        </w:rPr>
        <w:t>　　一、自觉提高业务素质。</w:t>
      </w:r>
      <w:r>
        <w:rPr>
          <w:lang w:eastAsia="zh-CN"/>
        </w:rPr>
        <w:br/>
      </w:r>
      <w:r>
        <w:rPr>
          <w:lang w:eastAsia="zh-CN"/>
        </w:rPr>
        <w:t>　　一年级采用的是北师大版的新教材，和以往的教材有很大不同。对此，我认真钻研教材，学习新课标，仔细体会新课标理念，理解教材的意境，根据学生的实际情况制定切实可行的教案。积极参加科组教研活动，参与课改研讨，到泰安小学拜师学艺，出外听课、学习。</w:t>
      </w:r>
      <w:r>
        <w:rPr>
          <w:lang w:eastAsia="zh-CN"/>
        </w:rPr>
        <w:br/>
      </w:r>
      <w:r>
        <w:rPr>
          <w:lang w:eastAsia="zh-CN"/>
        </w:rPr>
        <w:t>　　二、合理使用教法，想方设法提高教学质量。</w:t>
      </w:r>
      <w:r>
        <w:rPr>
          <w:lang w:eastAsia="zh-CN"/>
        </w:rPr>
        <w:br/>
      </w:r>
      <w:r>
        <w:rPr>
          <w:lang w:eastAsia="zh-CN"/>
        </w:rPr>
        <w:t>　　一年级学生刚进学校，一切都是那么陌生、新奇，他们往往不适应新的学习环境，不习惯小学纪律的约束，再加上他们调皮好动的特点，往往会违反一些纪律，做错一些事情。我先从抓好学生的课堂常规入手，培养学生形成初步的行为习惯。在教学中灵活采用不同的教法，以正面教育为主鼓励学生积极学习。</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1、创设情境，激发学生学习兴趣。</w:t>
      </w:r>
      <w:r>
        <w:rPr>
          <w:lang w:eastAsia="zh-CN"/>
        </w:rPr>
        <w:br/>
      </w:r>
      <w:r>
        <w:rPr>
          <w:lang w:eastAsia="zh-CN"/>
        </w:rPr>
        <w:t>　　新教材活动性强，我充分利用教材，精心创设学生熟悉的情境，激发学生学习的兴趣。</w:t>
      </w:r>
      <w:r>
        <w:rPr>
          <w:lang w:eastAsia="zh-CN"/>
        </w:rPr>
        <w:br/>
      </w:r>
      <w:r>
        <w:rPr>
          <w:lang w:eastAsia="zh-CN"/>
        </w:rPr>
        <w:t>　　2、紧密联系生活实际。</w:t>
      </w:r>
      <w:r>
        <w:rPr>
          <w:lang w:eastAsia="zh-CN"/>
        </w:rPr>
        <w:br/>
      </w:r>
      <w:r>
        <w:rPr>
          <w:lang w:eastAsia="zh-CN"/>
        </w:rPr>
        <w:t>　　数学源于生活，生活中又充满着数学。在教学中，我紧密联系学生的生活实际，在现实世界中寻找数学题材，让教学贴近生活，让学生在生活中看到数学，摸到数学。</w:t>
      </w:r>
      <w:r>
        <w:rPr>
          <w:lang w:eastAsia="zh-CN"/>
        </w:rPr>
        <w:br/>
      </w:r>
      <w:r>
        <w:rPr>
          <w:lang w:eastAsia="zh-CN"/>
        </w:rPr>
        <w:t>　　3、开展实践活动，培养学生的创新素质。</w:t>
      </w:r>
      <w:r>
        <w:rPr>
          <w:lang w:eastAsia="zh-CN"/>
        </w:rPr>
        <w:br/>
      </w:r>
      <w:r>
        <w:rPr>
          <w:lang w:eastAsia="zh-CN"/>
        </w:rPr>
        <w:t>　　波利亚说："学习任何知识的最佳途径是通过自己的实践活动去发现，因为这样发现理解最深，也最容易掌握内在的规律、性质和联系。"现代教育理论主张让学生动手去"做"科学，而不是用耳朵"听"科学。留给学生足够的时间和空间，让每个学生都有参与活动的机会，使学生在动手中学习，在动手中思维，在思维中动让学生在动手、思维的过程中探索、创新。例如，在教学"观察与测量"一章时，我设计了一系列的活动。让学生互相量身高、量黑板、量课本等，让学生走出课堂，观察周围的事物，用正确的长度单位描述物体的长度和高度，用正确的语言表述物体的位置。教学"统计"时，设计一些调查活动，如调查班里同学喜欢吃的水果，男女同学的人数等，使学生在活动中探索调查的方法，体会统计的必要性。</w:t>
      </w:r>
      <w:r>
        <w:rPr>
          <w:lang w:eastAsia="zh-CN"/>
        </w:rPr>
        <w:br/>
      </w:r>
      <w:r>
        <w:rPr>
          <w:lang w:eastAsia="zh-CN"/>
        </w:rPr>
        <w:t>　　4、发挥合作优势，开发学生创新潜能</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合作研讨，即在课堂中学生以小组形式为学习群体，突出学生的协作与讨论，充分利用集体的力量，共同发现问题，解决问题，这样有利于学生的语言表达能力和创新素质的提高，小组由不同性别、不同成绩、不同能力的学生组成，使优等生的才能得到施展，中等生得到锻炼，差等生得到帮助，互相学习，取长补短，同时使学生的创新能力得到发展。例如，在教学"两位数加两位数"一课时，我安排了六人一小组，讨论怎样计算"19+18=".分组讨论时，学生都很积极地把自己的算法告诉同组同学。到汇报结果时，竟发现有两组学生找到了6种算法，比书本介绍的还多出了两种。我认为这样的教学，既发挥了学生之间的互补作用，又培养了学生的合作精神和创新意识，使学生的思路得以开拓，观察能力、操作能力和思维能力得到锻炼。</w:t>
      </w:r>
      <w:r>
        <w:rPr>
          <w:lang w:eastAsia="zh-CN"/>
        </w:rPr>
        <w:br/>
      </w:r>
      <w:r>
        <w:rPr>
          <w:lang w:eastAsia="zh-CN"/>
        </w:rPr>
        <w:t>　　5、开展竞赛、游戏活动，提高课堂学习气氛。</w:t>
      </w:r>
      <w:r>
        <w:rPr>
          <w:lang w:eastAsia="zh-CN"/>
        </w:rPr>
        <w:br/>
      </w:r>
      <w:r>
        <w:rPr>
          <w:lang w:eastAsia="zh-CN"/>
        </w:rPr>
        <w:t>　　基于低年级学生的特点，引进竞赛、游戏活动，学生积极性高，效果好。寓教于乐。</w:t>
      </w:r>
      <w:r>
        <w:rPr>
          <w:lang w:eastAsia="zh-CN"/>
        </w:rPr>
        <w:br/>
      </w:r>
      <w:r>
        <w:rPr>
          <w:lang w:eastAsia="zh-CN"/>
        </w:rPr>
        <w:t>　　6、运用表扬鼓励学生，加强学生的学习信心。</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课堂上以表扬为主，分个人、小组进行表扬，经常运用赞扬的语言鼓励学生，如"你真棒!你的眼睛真雪亮!你们小组合作得很好!"……大大加强了学生学习的信心和集体的凝聚力。本学年，我积极参与课改研讨，上学期参加容桂区小学数学一年级优质课评比中，我的"加减法(二)(6、7)"获三等奖;教案设计获一等奖;这学期承担容桂区20__学年度小学数学课程改革教学研讨课，获得好评。我从事教师工作只有一年多，教学经验不足，在工作中还有很多不足之处，如学生学习的自主性不高，在教法上还有待提高。今后，我会多向有经验的教师请教，虚心学习，在工作中积累经验，不断探索切实可行的教学方法，更好地完善自我。</w:t>
      </w:r>
      <w:r>
        <w:rPr>
          <w:lang w:eastAsia="zh-CN"/>
        </w:rPr>
        <w:br/>
      </w:r>
      <w:r>
        <w:rPr>
          <w:lang w:eastAsia="zh-CN"/>
        </w:rPr>
        <w:t xml:space="preserve">    2024一年级数学教师工作总结 篇11 </w:t>
      </w:r>
      <w:r>
        <w:rPr>
          <w:lang w:eastAsia="zh-CN"/>
        </w:rPr>
        <w:br/>
      </w:r>
      <w:r>
        <w:rPr>
          <w:lang w:eastAsia="zh-CN"/>
        </w:rPr>
        <w:t>　　本学期我担任一年级数学教学工作，作为接一年级的教师，我感受到自己肩上的担子之重。由于低年级教学经验不多，因此，我对教学工作不敢怠慢，认真学习，深入研究教法，虚心向其他教师学习。立足现在，放眼未来，为使今后的工作取得更大的进步，现对本学期教学工作作出总结，希望能发扬优点，克服不足，总结经验教训，继往开来，以促进教学工作更上一层楼。</w:t>
      </w:r>
      <w:r>
        <w:rPr>
          <w:lang w:eastAsia="zh-CN"/>
        </w:rPr>
        <w:br/>
      </w:r>
      <w:r>
        <w:rPr>
          <w:lang w:eastAsia="zh-CN"/>
        </w:rPr>
        <w:t>　　经过一个学期的努力，可以说紧张忙碌而收获多多。</w:t>
      </w:r>
      <w:r>
        <w:rPr>
          <w:lang w:eastAsia="zh-CN"/>
        </w:rPr>
        <w:br/>
      </w:r>
      <w:r>
        <w:rPr>
          <w:lang w:eastAsia="zh-CN"/>
        </w:rPr>
        <w:t>　　数学是学习现代科学技术必不可少的基础和工具。由于科学技术的迅速发展，数学的功能不断扩大。它在日常生活、生产建设和科学研究中，有着广泛的应用。因此，掌握一定的数学基础知识和基本技能，是我国公民应具备的文化素养之一。</w:t>
      </w:r>
      <w:r>
        <w:rPr>
          <w:lang w:eastAsia="zh-CN"/>
        </w:rPr>
        <w:br/>
      </w:r>
      <w:r>
        <w:rPr>
          <w:lang w:eastAsia="zh-CN"/>
        </w:rPr>
        <w:t>　　数学知识来源于生活，学习数学要与实际生活联系起来，这样才能学以致用。如脱离生活而只知盲目计算，就会变成纸上谈兵，变成书呆子，闹出大笑话。那么，怎样让学生在学习数学时与实际生活联系起来，用所学的知识和方法去解决生活中的实际问题呢?下面我就谈谈这一学期来的做法。</w:t>
      </w:r>
      <w:r>
        <w:rPr>
          <w:lang w:eastAsia="zh-CN"/>
        </w:rPr>
        <w:br/>
      </w:r>
      <w:r>
        <w:rPr>
          <w:lang w:eastAsia="zh-CN"/>
        </w:rPr>
        <w:t>　　一、在知识与技能方面</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在实际的情景中能正确的认、读、写20以内的数，并能认识记数单位个、十，直到20以内数的组成和顺序，学会比较20以内数的大小。结合具体情景，进一步体会加减法的含义，会计算20以内数的加减法，结合现实教材，初步学会估算。</w:t>
      </w:r>
      <w:r>
        <w:rPr>
          <w:lang w:eastAsia="zh-CN"/>
        </w:rPr>
        <w:br/>
      </w:r>
      <w:r>
        <w:rPr>
          <w:lang w:eastAsia="zh-CN"/>
        </w:rPr>
        <w:t>　　在现时的情景中，能正确认识整时，半时，几时刚过和快到几时。</w:t>
      </w:r>
      <w:r>
        <w:rPr>
          <w:lang w:eastAsia="zh-CN"/>
        </w:rPr>
        <w:br/>
      </w:r>
      <w:r>
        <w:rPr>
          <w:lang w:eastAsia="zh-CN"/>
        </w:rPr>
        <w:t>　　培养从生活情景中抽象出20以内的数的认识，培养了学生的观察、分析、抽象概括能力，建立初步的独立思考和探索的意识，初步形成估算的意识。在认识图形的过程，发展了学生的观察、想象思维和操作的能力，形成了初步的空间概念。</w:t>
      </w:r>
      <w:r>
        <w:rPr>
          <w:lang w:eastAsia="zh-CN"/>
        </w:rPr>
        <w:br/>
      </w:r>
      <w:r>
        <w:rPr>
          <w:lang w:eastAsia="zh-CN"/>
        </w:rPr>
        <w:t>　　二、能力的培养</w:t>
      </w:r>
      <w:r>
        <w:rPr>
          <w:lang w:eastAsia="zh-CN"/>
        </w:rPr>
        <w:br/>
      </w:r>
      <w:r>
        <w:rPr>
          <w:lang w:eastAsia="zh-CN"/>
        </w:rPr>
        <w:t>　　在现实的生活中能与同伴交流，发现并能提出问题发展学生的应用意识，感受到同一问题可以用不同的方法解决。初步学会解决问题形成初步的创新意识和实践的能力。在他人的鼓励和帮助下，对身边的数学产生好奇心和兴趣，能积极的参与到数学活动中去。了解可以用数和形来描述某些生活现象，获得成功的体验，增强学好数学的信心。</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数学知识的抽象性很强，而小学生却是以形象思维为主。为此，我在教学新知时尽量利用生活中的感情材料进行直观教学，使学生便于理解和掌握。如：在教学“简单减法应用题”我先拿来5个苹果，把其中2个送给一个同学，再让学生根据我的做法用两句话表达出它的意思，此时学生能说：有5个苹果，送给__同学2个，还剩3个。在这道题的基础上我又让学生根据自己喜欢和物品自由的编一道应用题，学生很快就编出了很多，我抓住机会告诉学生像这样的题目在我们的数学里叫做应用题，从而初步了解了应用题的概念。再如：教学“长方体和正方体的认识”时我先介绍常见的电冰箱、粉笔盒、墨水瓶等实物后问：谁知道它是什么形状的?在此同时也让学生进行讨论、探索长方体跟正方体的特征，一下子说出了很多，最后，我要求学生用硬纸分别做一个正方体和一个长方体。这样，学生对抽象的长方体和正方体有感性的具体认识容易记忆，懂得运用，为学习它们的表面积打下了良好的基础。</w:t>
      </w:r>
      <w:r>
        <w:rPr>
          <w:lang w:eastAsia="zh-CN"/>
        </w:rPr>
        <w:br/>
      </w:r>
      <w:r>
        <w:rPr>
          <w:lang w:eastAsia="zh-CN"/>
        </w:rPr>
        <w:t>　　在本学期，我所担任一年级数学这个班的同学都存在着智力上的差异，由于每个儿童的生活条件、家庭背景、心理水平、思维方式等不同，他们对同一数学问题可能有不同的思路和策略，不能过分强求一致。所以我注重算法多样化，允许每个儿童以自己不同的方式去学习数学。例如：教学“9+5”时，可以是“4+5+5”也可以是“9+1+4”或者“4+4+1+4+1”等。针对学生的解答的方式，再引导学生用自己最喜欢的方法来解答。对能解答出得数同学我都给予肯定，通过不同的方式给奖励，让他们体验到创造之乐，增强了学好数学的信心。同时，也让学生体会到了不少数学问题是从实际中来的知道数学与生活紧密联系，它来源于生活，又高于生活。</w:t>
      </w:r>
      <w:r>
        <w:rPr>
          <w:lang w:eastAsia="zh-CN"/>
        </w:rPr>
        <w:br/>
      </w:r>
      <w:r>
        <w:rPr>
          <w:lang w:eastAsia="zh-CN"/>
        </w:rPr>
        <w:t>　　三、在教学中注意了以下几个问题</w:t>
      </w:r>
      <w:r>
        <w:rPr>
          <w:lang w:eastAsia="zh-CN"/>
        </w:rPr>
        <w:br/>
      </w:r>
      <w:r>
        <w:rPr>
          <w:lang w:eastAsia="zh-CN"/>
        </w:rPr>
        <w:t>　　实现了多维目标把握了新课程倡导的新理念，从知识能力方面确立教学目标，促进学生全面发展。教学中创设生动有趣的教学情景，引导学生数学活动，帮助学生在自主探索的活动中，理解知识和掌握技能，体会数学思想和方法，获得广泛的教学活动的经验。</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在教学中改变了教师提出问题，解决问题的现象，努力的调动学生的积极性。尊重学生的个体差异，使不同的学生在数学上得到不同的发展，允许学生根据自己的需求有选择完成练习题，最大限度的满足学生的需求，最大限度的发展学生的智力潜能。</w:t>
      </w:r>
      <w:r>
        <w:rPr>
          <w:lang w:eastAsia="zh-CN"/>
        </w:rPr>
        <w:br/>
      </w:r>
      <w:r>
        <w:rPr>
          <w:lang w:eastAsia="zh-CN"/>
        </w:rPr>
        <w:t>　　创设性的开发课程资源，利用课程资源。根据新的课程理念，不能只成为课程实施中的执行者没，而更应该成为课程的建设者和开发者。对学生实现多元化的评价理念，注重过程性评价，将评价贯穿教学的全过程，使评价成为教学活动的有机组成部分。</w:t>
      </w:r>
      <w:r>
        <w:rPr>
          <w:lang w:eastAsia="zh-CN"/>
        </w:rPr>
        <w:br/>
      </w:r>
      <w:r>
        <w:rPr>
          <w:lang w:eastAsia="zh-CN"/>
        </w:rPr>
        <w:t>　　以上是本学期的教学工作总结，一定会有诸多不足,恳请各位同事和领导给予多多的批评与指正。</w:t>
      </w:r>
      <w:r>
        <w:rPr>
          <w:lang w:eastAsia="zh-CN"/>
        </w:rPr>
        <w:br/>
      </w:r>
      <w:r>
        <w:rPr>
          <w:lang w:eastAsia="zh-CN"/>
        </w:rPr>
        <w:t>　　一年级数学教师工作总结范文三</w:t>
      </w:r>
      <w:r>
        <w:rPr>
          <w:lang w:eastAsia="zh-CN"/>
        </w:rPr>
        <w:br/>
      </w:r>
      <w:r>
        <w:rPr>
          <w:lang w:eastAsia="zh-CN"/>
        </w:rPr>
        <w:t>　　时光飞逝，转眼之间，新的一学期即将过去，在这紧张有序的教学工作中，平心静气坐下来反思一学期的教学情况，有苦、有甜，而更多的是思考!不过在与学生们一起相处、教学相长过程中，也有不少的收获。为使下一阶段的工作更顺利地开展，现对本学期的工作情况作出总结，希望能发扬优点，克服不足，总结经验教训，促进教学工作更上一层楼。</w:t>
      </w:r>
      <w:r>
        <w:rPr>
          <w:lang w:eastAsia="zh-CN"/>
        </w:rPr>
        <w:br/>
      </w:r>
      <w:r>
        <w:rPr>
          <w:lang w:eastAsia="zh-CN"/>
        </w:rPr>
        <w:t>　　一、基本情况概述</w:t>
      </w:r>
      <w:r>
        <w:rPr>
          <w:lang w:eastAsia="zh-CN"/>
        </w:rPr>
        <w:br/>
      </w:r>
    </w:p>
    <w:p w:rsidR="001B1F19" w14:textId="27C3F48A">
      <w:pPr>
        <w:rPr>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这学期我担任了一年级的数学课，共有学生31人。学生来自不同的家庭，家长的文化水平、道德素质等都存在着较大的差异。但是经过一学期多的努力，较好的完成了教学任务，使大部分学生已经掌握了所学的基本知识如：学会并比较熟练的计算20以内的加减法、会分类、会认物体、会进行长短、高矮、大小、轻重的比较等。但是也有个别学生由于基础差，作业完不成，学习习惯差造成了成绩较差的现象。</w:t>
      </w:r>
      <w:r>
        <w:rPr>
          <w:lang w:eastAsia="zh-CN"/>
        </w:rPr>
        <w:br/>
      </w:r>
      <w:r>
        <w:rPr>
          <w:lang w:eastAsia="zh-CN"/>
        </w:rPr>
        <w:t>　　二、取得的成绩</w:t>
      </w:r>
      <w:r>
        <w:rPr>
          <w:lang w:eastAsia="zh-CN"/>
        </w:rPr>
        <w:br/>
      </w:r>
      <w:r>
        <w:rPr>
          <w:lang w:eastAsia="zh-CN"/>
        </w:rPr>
        <w:t>　　1、认真备课，不但备学生而且备教材备教法，根据教材内容及学生的实际，设计课的类型，拟定采用的教学方法，认真备好教案。每一课都做到有备而来，每堂课都在课前做好充分的准备，课后及时对该课作出总结。</w:t>
      </w:r>
      <w:r>
        <w:rPr>
          <w:lang w:eastAsia="zh-CN"/>
        </w:rPr>
        <w:br/>
      </w:r>
      <w:r>
        <w:rPr>
          <w:lang w:eastAsia="zh-CN"/>
        </w:rPr>
        <w:t>　　2、加强上课技能，提高教学质量，使讲解清晰化，条理化，准确化，情感化，生动化，做到线索清晰，层次分明，深入浅出。在课堂上特别注意调动学生的积极性，加强师生交流，充分体现学生的主作用，让学生学得容易，学得轻松，学得愉快;注意精讲精练，在课堂上老师讲得尽量少，学生动口动手动脑尽量多;同时在每一堂课上都充分考虑每一个层次的学生学习需求和学习能力，让各个层次的学生都得到提高。</w:t>
      </w:r>
      <w:r>
        <w:rPr>
          <w:lang w:eastAsia="zh-CN"/>
        </w:rPr>
        <w:br/>
      </w:r>
      <w:r>
        <w:rPr>
          <w:lang w:eastAsia="zh-CN"/>
        </w:rPr>
        <w:t>　　3、认真批改作业，布置作业做到精读精练。有针对性，有层次性。力求每一次练习都起到最大的效果。同时对学生的作业批改及时、认真，分析学生的作业情况，将他们在作业过程出现的问题作出分类总结，进行透切的评讲，并针对有关情况及时改进教学方法，做到有的放矢。</w:t>
      </w:r>
      <w:r>
        <w:rPr>
          <w:lang w:eastAsia="zh-CN"/>
        </w:rPr>
        <w:br/>
      </w:r>
    </w:p>
    <w:p w:rsidR="001B1F19" w14:textId="27C3F48A">
      <w:pPr>
        <w:rPr>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4、做好课后辅导工作，注意分层教学。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解决他们心结，让他们意识到学习的重要性和必要性，使之对学习萌发兴趣。要通过各种途径激发他们的求知欲和上进心，让他们意识到学习并不是一项任务，也不是一件痛苦的事情。而是充满乐趣的。从而自觉的把身心投放到学习中去。这样，他们就会学得轻松，进步也快，兴趣和求知欲也会随之增加。</w:t>
      </w:r>
      <w:r>
        <w:rPr>
          <w:lang w:eastAsia="zh-CN"/>
        </w:rPr>
        <w:br/>
      </w:r>
      <w:r>
        <w:rPr>
          <w:lang w:eastAsia="zh-CN"/>
        </w:rPr>
        <w:t>　　我在教学工作依然存在诸多不足之处 ，对教材的钻研深度还不是很透彻，对数学教学工作还缺乏经验，对学生的年龄特点知识掌握规律还不是很明了，对学生的要求还不是很到位，更重要的是没有充分调动家长参与教育，学校家庭的教育不能形成合力。家校沟通还不够到位，没有做到第一时间反馈 第一时间了解，对新课标还没有深入学习 没有深刻理会到学校的对教学工作要求。</w:t>
      </w:r>
      <w:r>
        <w:rPr>
          <w:lang w:eastAsia="zh-CN"/>
        </w:rPr>
        <w:br/>
      </w:r>
      <w:r>
        <w:rPr>
          <w:lang w:eastAsia="zh-CN"/>
        </w:rPr>
        <w:t>　　三、改进措施</w:t>
      </w:r>
      <w:r>
        <w:rPr>
          <w:lang w:eastAsia="zh-CN"/>
        </w:rPr>
        <w:br/>
      </w:r>
    </w:p>
    <w:p w:rsidR="001B1F19" w14:textId="27C3F48A">
      <w:pPr>
        <w:rPr>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1、狠抓学风。我所教的这个班，上课的时候比较认真，大部分学生都能专心听讲，课后也能认真完成作业。但有个别的学生，学习上存在的问题不敢问老师，对待作业敷衍了事，这样就严重影响了成绩的提高。对此，我狠抓学风，在班级里提倡一种认真、求实的学风，严厉批评对作业态度不认真的学生。后进生基础太差，如聂嘉阳、徐豪扬这两位学生，考试成绩都很差，我找来差生，了解原因，有些是不感兴趣，有些是没有努力去学，我提出批评以后再加以鼓励，并为他们定下学习目标，时时督促他们，帮助他们，鼓励他们不要害怕失败，要给自己信心，并且要在平时多读多练，多问几个为什么。同时，一有进步，即使很小，我也及时地表扬他们。养成勤学苦练的习惯，形成良好的学风。</w:t>
      </w:r>
      <w:r>
        <w:rPr>
          <w:lang w:eastAsia="zh-CN"/>
        </w:rPr>
        <w:br/>
      </w:r>
      <w:r>
        <w:rPr>
          <w:lang w:eastAsia="zh-CN"/>
        </w:rPr>
        <w:t>　　2、一年级数学，在整个小学阶段占一定的重要位置。本学期数学教学的指导思想是贯彻党和国家的教育方针和新课标的精神，落实对儿童少年的素质教育，促进学生的全面发展。初步培养学生的抽象、概括能力;分析、综合能力;判断、推理能力和思维的灵活性、敏捷性等。在今后的教育教学中，我将正视自己的不足，给自己施压，并化压力为动力，严格要求自己，努力工作，发扬优点，改进不足，通过课堂教学主渠道去实施，以期为学生今后的发展服务。着眼于发展学生数学能力，通过让学生多了解数学知识的来源和用途，培养学生良好的行为。</w:t>
      </w:r>
      <w:r>
        <w:rPr>
          <w:lang w:eastAsia="zh-CN"/>
        </w:rPr>
        <w:br/>
      </w:r>
      <w:r>
        <w:rPr>
          <w:lang w:eastAsia="zh-CN"/>
        </w:rPr>
        <w:t>　　3、及时复习。学生学的快同时忘得也快，为了牢固掌握学过的知识.，新授知识当天复习或第二天复习，以后再逐渐延长复习时间.这项措施非常适合低年级学生遗忘快，不会复习的特点. 努力构建知识网络.一般做到一小节一整理，形成每节知识串;每单元整理复习形成知识链，一学期对整册书进行整理复习.学生经历了教材由薄变厚，再变薄的过程，既形成了知识网，又学到了方法，容易产生学习迁移，给学生的创新，实践提供了可能.</w:t>
      </w:r>
      <w:r>
        <w:rPr>
          <w:lang w:eastAsia="zh-CN"/>
        </w:rPr>
        <w:br/>
      </w:r>
    </w:p>
    <w:p w:rsidR="001B1F19" w14:textId="27C3F48A">
      <w:pPr>
        <w:rPr>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在今后的教育教学中，我要注重个人的业务学习和提高，总结心得体会、反思，积累、学习教学经验，多向其他教师请教，多和学生进行交流，在实践中应用等方式，加深对课程的理解和领会，完善自己的教学工作，努力形成自己的教学风格，形成学习形的教学工作习惯，努力逐步树立素质教育的观念，通过课堂教学主渠道去实施，以期为学生今后的发展服务。认真落好学校教育工作的要求，做学校和家长了解沟通的纽带和桥梁。努力为教学工作贡献自己的量。</w:t>
      </w:r>
      <w:r>
        <w:rPr>
          <w:lang w:eastAsia="zh-CN"/>
        </w:rPr>
        <w:br/>
      </w:r>
      <w:r>
        <w:rPr>
          <w:lang w:eastAsia="zh-CN"/>
        </w:rPr>
        <w:t xml:space="preserve">    2024一年级数学教师工作总结 篇12 </w:t>
      </w:r>
      <w:r>
        <w:rPr>
          <w:lang w:eastAsia="zh-CN"/>
        </w:rPr>
        <w:br/>
      </w:r>
      <w:r>
        <w:rPr>
          <w:lang w:eastAsia="zh-CN"/>
        </w:rPr>
        <w:t>　　转眼加入__小学一年级这个团队已经一个学期了，我担任一年级2、3班的数学老师，两个班的学生大部分上课思维活跃、发言积极，学习成绩比较理想，具有良好的学习习惯。但是也有个别的学生学习习惯较差，有的上课精力不集中，思想容易开小差，爱讲小话，爱搞小动作。老师布置的作业在课堂上总完不成，需要课后花费很多时间补作业，以致学习成绩跟不上班级队伍。为了激发学生的数学学习兴趣，更好的培养学生的良好的学习习惯，我针对两个班的实际情况，对本学期的教学情况作如下总结，便于今后更好的上数学课。</w:t>
      </w:r>
      <w:r>
        <w:rPr>
          <w:lang w:eastAsia="zh-CN"/>
        </w:rPr>
        <w:br/>
      </w:r>
      <w:r>
        <w:rPr>
          <w:lang w:eastAsia="zh-CN"/>
        </w:rPr>
        <w:t>　　一、我的课堂教学</w:t>
      </w:r>
      <w:r>
        <w:rPr>
          <w:lang w:eastAsia="zh-CN"/>
        </w:rPr>
        <w:br/>
      </w:r>
      <w:r>
        <w:rPr>
          <w:lang w:eastAsia="zh-CN"/>
        </w:rPr>
        <w:t>　　1、一年级现在所用的教材是最新版，和之前的人教版又有了不同，本学期我认真钻研新版数学一年级教材、精心备课，充分利用直观的多媒体教学，利用电子备课资源，把教学重难点分到各个层次中去，调动学生学习的积极性。</w:t>
      </w:r>
      <w:r>
        <w:rPr>
          <w:lang w:eastAsia="zh-CN"/>
        </w:rPr>
        <w:br/>
      </w:r>
    </w:p>
    <w:p w:rsidR="001B1F19" w14:textId="27C3F48A">
      <w:pPr>
        <w:rPr>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2、由于一年级的孩子好动,注意力集中时间短,因此我创设各种情境,激发学生思考。然后,放手让学生探究,动手、动口、动眼、动脑。学生进行比较、交流、讨论后,从中掌握知识,培养能力。接着,学生练习不同坡度,不同层次的题目,巩固知识,形成能力,发展思维。最后,尽量让学生用学到的知识解决一些简单的实际问题，让他们知道学以致用，也更能感受到数学与生活之间的关系。</w:t>
      </w:r>
      <w:r>
        <w:rPr>
          <w:lang w:eastAsia="zh-CN"/>
        </w:rPr>
        <w:br/>
      </w:r>
      <w:r>
        <w:rPr>
          <w:lang w:eastAsia="zh-CN"/>
        </w:rPr>
        <w:t>　　3、本学期在教学分类与整理、人民币、找规律等知识时，我充分放手，给孩子们充足的时间，让他们去交流、去思考、去购物、去换钱，力求让他们“自然”学会新知识，降低难度，培养兴趣。</w:t>
      </w:r>
      <w:r>
        <w:rPr>
          <w:lang w:eastAsia="zh-CN"/>
        </w:rPr>
        <w:br/>
      </w:r>
      <w:r>
        <w:rPr>
          <w:lang w:eastAsia="zh-CN"/>
        </w:rPr>
        <w:t>　　4、给后进生一定的时间让他们去发现数学的奥秘。在教学中我注意降低难度、放缓坡度，允许他们采用自己的方法慢速学习。注重他们的学习过程，并尝试努力培养他们的学习兴趣，提高他们的学习自信心，从而使后进生敢于在课堂上举手发言。</w:t>
      </w:r>
      <w:r>
        <w:rPr>
          <w:lang w:eastAsia="zh-CN"/>
        </w:rPr>
        <w:br/>
      </w:r>
      <w:r>
        <w:rPr>
          <w:lang w:eastAsia="zh-CN"/>
        </w:rPr>
        <w:t>　　5、精心设计练习课，由于我们用的是新教材，书上习题内容丰富、形式多样，但习题量特别大，因此我在上课的时候特别注意练习的方式，提高练习效率，努力减轻学生的负担，合理安排练习时间，尽量使学生在课堂40分钟内完成作业，向40分钟要质量。</w:t>
      </w:r>
      <w:r>
        <w:rPr>
          <w:lang w:eastAsia="zh-CN"/>
        </w:rPr>
        <w:br/>
      </w:r>
      <w:r>
        <w:rPr>
          <w:lang w:eastAsia="zh-CN"/>
        </w:rPr>
        <w:t>　　6、注重与其他教师之间的交流，积极参加学校组织的教学教研活动，在组内集体备课与教研中都能有自己独特的见解，努力提高教育、教学质量。积极向工作经验丰富的老师学习，交流教学感悟。</w:t>
      </w:r>
      <w:r>
        <w:rPr>
          <w:lang w:eastAsia="zh-CN"/>
        </w:rPr>
        <w:br/>
      </w:r>
      <w:r>
        <w:rPr>
          <w:lang w:eastAsia="zh-CN"/>
        </w:rPr>
        <w:t>　　7、重视了与家庭教育相配合，通过电话、短信、QQ群，与家长密切联系，让他们知道孩子在学校的表现，并能针对薄弱的地方使他们尽快的跟上。</w:t>
      </w:r>
      <w:r>
        <w:rPr>
          <w:lang w:eastAsia="zh-CN"/>
        </w:rPr>
        <w:br/>
      </w:r>
    </w:p>
    <w:p w:rsidR="001B1F19" w14:textId="27C3F48A">
      <w:pPr>
        <w:rPr>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8、为了让两个班的学生养成良好的学习习惯，我要求学生上课必须做到：上课认真听讲，积极举手发言，别人发言时认真倾听;上课时坐姿要端正，双手必须放在课桌上;上课有事必须先举手，经过老师同意再告诉老师;作业书写要干净、整洁，字要大方、而且所有字要排整齐，字迹大小一致。</w:t>
      </w:r>
      <w:r>
        <w:rPr>
          <w:lang w:eastAsia="zh-CN"/>
        </w:rPr>
        <w:br/>
      </w:r>
      <w:r>
        <w:rPr>
          <w:lang w:eastAsia="zh-CN"/>
        </w:rPr>
        <w:t>　　二、存在的不足之处</w:t>
      </w:r>
      <w:r>
        <w:rPr>
          <w:lang w:eastAsia="zh-CN"/>
        </w:rPr>
        <w:br/>
      </w:r>
      <w:r>
        <w:rPr>
          <w:lang w:eastAsia="zh-CN"/>
        </w:rPr>
        <w:t>　　1、一部分学生的数学学习习惯不好，对学习的目的不够明确，学习态度不够端正。上课不够认真，没有养成倾听的习惯，注意力不集中，爱走神，课堂作业未能按时按要求完成，导致数学成绩没有明显进步。</w:t>
      </w:r>
      <w:r>
        <w:rPr>
          <w:lang w:eastAsia="zh-CN"/>
        </w:rPr>
        <w:br/>
      </w:r>
      <w:r>
        <w:rPr>
          <w:lang w:eastAsia="zh-CN"/>
        </w:rPr>
        <w:t>　　2、两个班的数学学习成绩发展不是很平衡，在学法指导上还有待进一步加强，教学成绩仍然欠突出，还有很大的提高空间。</w:t>
      </w:r>
      <w:r>
        <w:rPr>
          <w:lang w:eastAsia="zh-CN"/>
        </w:rPr>
        <w:br/>
      </w:r>
      <w:r>
        <w:rPr>
          <w:lang w:eastAsia="zh-CN"/>
        </w:rPr>
        <w:t>　　3、学生的数学学习习惯的养成教育不够成功，培优扶差工作做得不够扎实，两个班有个别学生，成绩总是很不理想，暂时还没有找到切实可行的方法，今后仍需努力。</w:t>
      </w:r>
      <w:r>
        <w:rPr>
          <w:lang w:eastAsia="zh-CN"/>
        </w:rPr>
        <w:br/>
      </w:r>
      <w:r>
        <w:rPr>
          <w:lang w:eastAsia="zh-CN"/>
        </w:rPr>
        <w:t>　　三、今后努力方向和设想</w:t>
      </w:r>
      <w:r>
        <w:rPr>
          <w:lang w:eastAsia="zh-CN"/>
        </w:rPr>
        <w:br/>
      </w:r>
      <w:r>
        <w:rPr>
          <w:lang w:eastAsia="zh-CN"/>
        </w:rPr>
        <w:t>　　针对本学期在教学工作中存在的问题和不足，在今后的工作中着重抓好以下几点：</w:t>
      </w:r>
      <w:r>
        <w:rPr>
          <w:lang w:eastAsia="zh-CN"/>
        </w:rPr>
        <w:br/>
      </w:r>
    </w:p>
    <w:p w:rsidR="001B1F19" w14:textId="27C3F48A">
      <w:pPr>
        <w:rPr>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1、结合教材的内容，要精心备课，面向全体学生教学，抓牢基础知识，搞好思想教育工作。精心上好每一节课，虚心向老教师学习，不断提高自身的教学水平。注重学生各种能力的培养和知识应用的灵活性。特别注重学习习惯的培养，以激发学生学习的兴趣，提高他们的学习成绩，自己还要不断学习，不断提高自身的业务素质。</w:t>
      </w:r>
      <w:r>
        <w:rPr>
          <w:lang w:eastAsia="zh-CN"/>
        </w:rPr>
        <w:br/>
      </w:r>
      <w:r>
        <w:rPr>
          <w:lang w:eastAsia="zh-CN"/>
        </w:rPr>
        <w:t>　　2、及时辅导后进生，抓住他们的闪光点，鼓励其进步。注重学生各种能力和习惯的培养。数学课的开展应面向全体的情况下，实施因材施教。充分调动学生的学习的积极性和主动性。</w:t>
      </w:r>
      <w:r>
        <w:rPr>
          <w:lang w:eastAsia="zh-CN"/>
        </w:rPr>
        <w:br/>
      </w:r>
      <w:r>
        <w:rPr>
          <w:lang w:eastAsia="zh-CN"/>
        </w:rPr>
        <w:t>　　3、充分利用直观、电化教学，把难点分到各个层次中去，调动学生学习的积极性。对学生进行强化训练，争取教出更好的成绩。充分利用数学教材，挖掘教材的趣味性，以数学知识本身的魅力去吸引学生、感染学生。</w:t>
      </w:r>
      <w:r>
        <w:rPr>
          <w:lang w:eastAsia="zh-CN"/>
        </w:rPr>
        <w:br/>
      </w:r>
      <w:r>
        <w:rPr>
          <w:lang w:eastAsia="zh-CN"/>
        </w:rPr>
        <w:t>　　总之，一学期的工作已结束，我觉得自己有很多收获，感谢领导的关心、指导和同事们的帮助及关怀，同时我的工作中还有许多不足之处，我将及时找出差距，积极弥补不足，力争使自己的工作在下学期有更大的进步。</w:t>
      </w:r>
      <w:r>
        <w:rPr>
          <w:lang w:eastAsia="zh-CN"/>
        </w:rPr>
        <w:br/>
      </w:r>
      <w:r>
        <w:rPr>
          <w:lang w:eastAsia="zh-CN"/>
        </w:rPr>
        <w:t xml:space="preserve">    2024一年级数学教师工作总结 篇13 </w:t>
      </w:r>
      <w:r>
        <w:rPr>
          <w:lang w:eastAsia="zh-CN"/>
        </w:rPr>
        <w:br/>
      </w:r>
      <w:r>
        <w:rPr>
          <w:lang w:eastAsia="zh-CN"/>
        </w:rPr>
        <w:t>　　一、对学生的分析</w:t>
      </w:r>
      <w:r>
        <w:rPr>
          <w:lang w:eastAsia="zh-CN"/>
        </w:rPr>
        <w:br/>
      </w:r>
    </w:p>
    <w:p w:rsidR="001B1F19" w14:textId="27C3F48A">
      <w:pPr>
        <w:rPr>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七年级是学生从小学到初中的转变阶段，除了学生心理的变化外，学习方法也将产生巨大的变化，从小学的3门主要课程，到中学的7门主要课程;从小学以练为主的学习方法，到中学以学生自我探究为主的学习方法;从小学听老师的话，到初中有自己的想法，对自己学习情况的掌握等等这些变化，教师要帮助学生完成这些转变，在老师的指导和要求下，找到适合自己的学习方式。七年级学生精力旺盛，对任何事物充满了好奇，针对学生的特点，教师应该重点培养学生的逻辑思维能力，语言表达能力，符号语言能力和空间想象能力。</w:t>
      </w:r>
      <w:r>
        <w:rPr>
          <w:lang w:eastAsia="zh-CN"/>
        </w:rPr>
        <w:br/>
      </w:r>
      <w:r>
        <w:rPr>
          <w:lang w:eastAsia="zh-CN"/>
        </w:rPr>
        <w:t>　　同时，教师应该注意引导学生形成课前预习、课后复习、课堂上积极思维、主动回答老师的问题、积极思考的学习方法。所以，在教学中应更加关注学生提出问题的能力的培养，应该更加关注学生分析理解问题的方法的培养，以人为本，以发展学生的数学能力为长期目标，为学生的终身发展考虑。</w:t>
      </w:r>
      <w:r>
        <w:rPr>
          <w:lang w:eastAsia="zh-CN"/>
        </w:rPr>
        <w:br/>
      </w:r>
      <w:r>
        <w:rPr>
          <w:lang w:eastAsia="zh-CN"/>
        </w:rPr>
        <w:t>　　二、教育教学总结</w:t>
      </w:r>
      <w:r>
        <w:rPr>
          <w:lang w:eastAsia="zh-CN"/>
        </w:rPr>
        <w:br/>
      </w:r>
      <w:r>
        <w:rPr>
          <w:lang w:eastAsia="zh-CN"/>
        </w:rPr>
        <w:t>　　1、起始年级，形成习惯。</w:t>
      </w:r>
      <w:r>
        <w:rPr>
          <w:lang w:eastAsia="zh-CN"/>
        </w:rPr>
        <w:br/>
      </w:r>
      <w:r>
        <w:rPr>
          <w:lang w:eastAsia="zh-CN"/>
        </w:rPr>
        <w:t>　　良好的学习习惯是学生不断提高和进步的有利保障，也是教师提高课堂效率的前提和基础。所以，七年级的第一个学期，在课堂中教会学生各种“规矩”就非常重要，其中包括课前准备时，将课堂练习本打开;上课读书时，用笔指读;读书结束后，积极质疑;课堂练习时，书写工整、规范;当堂训练时，象考试一样紧张等等，这些习惯的养成需要老师有明确的要求，还需要老师的反复强调和提醒。</w:t>
      </w:r>
      <w:r>
        <w:rPr>
          <w:lang w:eastAsia="zh-CN"/>
        </w:rPr>
        <w:br/>
      </w:r>
      <w:r>
        <w:rPr>
          <w:lang w:eastAsia="zh-CN"/>
        </w:rPr>
        <w:t>　　2、三清工作，查漏补缺。</w:t>
      </w:r>
      <w:r>
        <w:rPr>
          <w:lang w:eastAsia="zh-CN"/>
        </w:rPr>
        <w:br/>
      </w:r>
      <w:r>
        <w:rPr>
          <w:lang w:eastAsia="zh-CN"/>
        </w:rPr>
        <w:t>　　堂堂清、日日清和周周清是我们的“三清”工作，在还没能熟练运用新的教学模式之前，三清工作的开展让我能更加了解学生对课堂教学的掌握情况，也让我能及时发现课堂中没有解决好的问题，帮助学生和老师查漏补缺，及时订正学生学习的盲点，不断改进教师的教学。</w:t>
      </w:r>
      <w:r>
        <w:rPr>
          <w:lang w:eastAsia="zh-CN"/>
        </w:rPr>
        <w:br/>
      </w:r>
      <w:r>
        <w:rPr>
          <w:lang w:eastAsia="zh-CN"/>
        </w:rPr>
        <w:t>　　3、课堂教学，提高效率。</w:t>
      </w:r>
      <w:r>
        <w:rPr>
          <w:lang w:eastAsia="zh-CN"/>
        </w:rPr>
        <w:br/>
      </w:r>
    </w:p>
    <w:p w:rsidR="001B1F19" w14:textId="27C3F48A">
      <w:pPr>
        <w:rPr>
          <w:lang w:eastAsia="zh-CN"/>
        </w:rPr>
      </w:pPr>
      <w:r>
        <w:rPr>
          <w:lang w:eastAsia="zh-CN"/>
        </w:rPr>
        <w:t>　　有三清工作做基础，学生在课堂上学得更加紧张，教师在课堂教学中也会想方设法发现更多学生学习上的漏洞，在后来的探究和总结阶段尽量多的解决学生知识上存在的问题，从而促进三清工作的工作量少一些。所以，高效课堂的实现必须有学生良好的学习习惯;有老师对学生学习情况充分的了解;有教师课堂探究的有效作用;有教师总结提升的方法和思想的提炼等等，总之，高效课堂是学生和教师的完美配合，是一个可以解决不同层次学生学习问题的课堂。</w:t>
      </w:r>
      <w:r>
        <w:rPr>
          <w:lang w:eastAsia="zh-CN"/>
        </w:rPr>
        <w:br/>
      </w:r>
      <w:r>
        <w:rPr>
          <w:lang w:eastAsia="zh-CN"/>
        </w:rPr>
        <w:t>　　4、课后反馈，有针对性。</w:t>
      </w:r>
      <w:r>
        <w:rPr>
          <w:lang w:eastAsia="zh-CN"/>
        </w:rPr>
        <w:br/>
      </w:r>
      <w:r>
        <w:rPr>
          <w:lang w:eastAsia="zh-CN"/>
        </w:rPr>
        <w:t>　　课堂教学的最后一个环节是当堂反馈，开始时，我总是掌握不好课堂进度，让过多的讲解占用了学生课堂反馈的时间，学生对自己本节课知识的掌握情况估计不准确，教师没有对学生进行堂堂清的依据，课堂效率仍然无法提高。后来，通过对教学模式的进一步熟练掌握，把握好质疑探究阶段时间和效率，即使是5分钟，也要开展当堂反馈，这种反馈有很强的针对性，也为教师课下与学生面对面的辅导提供了有效的依据。</w:t>
      </w:r>
      <w:r>
        <w:rPr>
          <w:lang w:eastAsia="zh-CN"/>
        </w:rPr>
        <w:br/>
      </w:r>
      <w:r>
        <w:rPr>
          <w:lang w:eastAsia="zh-CN"/>
        </w:rPr>
        <w:t>　　5、引入竞争，激发兴趣。</w:t>
      </w:r>
      <w:r>
        <w:rPr>
          <w:lang w:eastAsia="zh-CN"/>
        </w:rPr>
        <w:br/>
      </w:r>
      <w:r>
        <w:rPr>
          <w:lang w:eastAsia="zh-CN"/>
        </w:rPr>
        <w:t>　　徒弟与徒弟间的竞争，师傅与师傅间的竞争，课堂上回答问题的竞争，课堂反馈速度的竞争，课堂测试对错的竞争，黑板上板演题目的格式、书写、正确性的竞争，对同学们错误纠正情况的竞争，以及学生自己对自己的评价，同学们之间的评价，师徒间的评价，教师对学生的评价，这些竞争的引入可以“比”出学生学习的积极性和主动性，也“比”出了班级中浓厚的学习氛围。</w:t>
      </w:r>
      <w:r>
        <w:rPr>
          <w:lang w:eastAsia="zh-CN"/>
        </w:rPr>
        <w:br/>
      </w:r>
      <w:r>
        <w:rPr>
          <w:lang w:eastAsia="zh-CN"/>
        </w:rPr>
        <w:t>　　6、不断反思，寻求方法。</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https://d.book118.com/378024005047006041</w:t>
        </w:r>
      </w:hyperlink>
    </w:p>
    <w:p w:rsidR="001B1F19">
      <w:pPr>
        <w:rPr>
          <w:lang w:eastAsia="zh-CN"/>
        </w:rPr>
      </w:pPr>
    </w:p>
    <w:sectPr>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78024005047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