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志愿者活动的个人总结报告（31篇）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志愿者活动的个人总结报告（精选31篇）</w:t>
      </w:r>
      <w:r>
        <w:rPr>
          <w:lang w:eastAsia="zh-CN"/>
        </w:rPr>
        <w:br/>
      </w:r>
      <w:r>
        <w:rPr>
          <w:lang w:eastAsia="zh-CN"/>
        </w:rPr>
        <w:t xml:space="preserve">    志愿者活动的个人总结报告 篇1 </w:t>
      </w:r>
      <w:r>
        <w:rPr>
          <w:lang w:eastAsia="zh-CN"/>
        </w:rPr>
        <w:br/>
      </w:r>
      <w:r>
        <w:rPr>
          <w:lang w:eastAsia="zh-CN"/>
        </w:rPr>
        <w:t>　　我们所理解的志愿者就是愿意贡献自己的个人时间及精力，在不以物质报酬为基础的情况下，为改善社会服务，促进社会进步而提供服务的人。而青年志愿者是志愿者中基数最大的一个群体，作为当下的青年志愿者，我们更是承担着更多的社会服务，下面就是我在从事志愿活动中的总结报告，请予点评。</w:t>
      </w:r>
      <w:r>
        <w:rPr>
          <w:lang w:eastAsia="zh-CN"/>
        </w:rPr>
        <w:br/>
      </w:r>
    </w:p>
    <w:p w:rsidR="001B1F19" w14:textId="0AE8485B">
      <w:pPr>
        <w:pStyle w:val="Heading1"/>
        <w:jc w:val="center"/>
        <w:rPr>
          <w:rFonts w:hint="eastAsia"/>
          <w:lang w:eastAsia="zh-CN"/>
        </w:rPr>
      </w:pPr>
      <w:r>
        <w:rPr>
          <w:sz w:val="44"/>
          <w:lang w:eastAsia="zh-CN"/>
        </w:rPr>
        <w:t>志愿者活动的个人总结报告（31篇）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志愿者活动的个人总结报告（精选31篇）</w:t>
      </w:r>
      <w:r>
        <w:rPr>
          <w:lang w:eastAsia="zh-CN"/>
        </w:rPr>
        <w:br/>
      </w:r>
      <w:r>
        <w:rPr>
          <w:lang w:eastAsia="zh-CN"/>
        </w:rPr>
        <w:t xml:space="preserve">    志愿者活动的个人总结报告 篇1 </w:t>
      </w:r>
      <w:r>
        <w:rPr>
          <w:lang w:eastAsia="zh-CN"/>
        </w:rPr>
        <w:br/>
      </w:r>
      <w:r>
        <w:rPr>
          <w:lang w:eastAsia="zh-CN"/>
        </w:rPr>
        <w:t>　　我们所理解的志愿者就是愿意贡献自己的个人时间及精力，在不以物质报酬为基础的情况下，为改善社会服务，促进社会进步而提供服务的人。而青年志愿者是志愿者中基数最大的一个群体，作为当下的青年志愿者，我们更是承担着更多的社会服务，下面就是我在从事志愿活动中的总结报告，请予点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其实青年志愿者行动是新形势下学雷锋活动的深化和延续，具有鲜明的时代特征，符合当代青年的特点，更容易激发青年的参与热情。多年来，我们积极响应团中央、团省委的号召，大力推进青年志愿者行动，牢固树立当代大学生的良好形象。我们提出了立足校园，面向社会的指导方针，以爱心献社会，温暖在社区为口号，以志愿为前提，以发挥大学生知识技能为基础，以服务社区事业发展为基本内容，以建立社区援助站和开展共建活动为组织载体，通过为社区开展美化环境、援助孤残、义务服务、义务家教、知识培训以及担任街道社委会主任助理等形式多样的活动，发挥大学生的自身优势，为社区企事业单位和居民的生产生活服务，为社区两个文明建设服务。在活动中，我们坚持把志愿者服务与社会实践、科技文化服务相结合，把参与社会服务与优化校园环境相结合，使志愿者活动开展得有声有色，充分体现了青年志愿者团结、友爱、奉献、互助、进步的志愿精神。同时通过活动培养了青年学生的公～识、奉献精神和服务能力，全面提高了青年学生的素质，并且促使青年学生更好地认识社会，了解国情，增强了社会责任感和服务意识。</w:t>
      </w:r>
      <w:r>
        <w:rPr>
          <w:lang w:eastAsia="zh-CN"/>
        </w:rPr>
        <w:br/>
      </w:r>
      <w:r>
        <w:rPr>
          <w:lang w:eastAsia="zh-CN"/>
        </w:rPr>
        <w:t>　　一、青年志愿者活动规范化、制度化。</w:t>
      </w:r>
      <w:r>
        <w:rPr>
          <w:lang w:eastAsia="zh-CN"/>
        </w:rPr>
        <w:br/>
      </w:r>
      <w:r>
        <w:rPr>
          <w:lang w:eastAsia="zh-CN"/>
        </w:rPr>
        <w:t>　　在1995年的时候，我校就组织了由校团委书记挂帅、各院系分团委(团总支)书记任理事的青年志愿者协会，并且根据各院系特点组织了一助一服务计划。96年5月份，我们制定了《南京师范大学大学生义务奉献活动实施方案》对大学生义务奉献活动制定了管理办法、奖惩制度及有关规定。96年开始，我们制定制度，要求每一名大学生每学期必须为学校和社会义务服务8个小时，由各院系分团委(团总支)进行记录和考评，不符合要求的将不得参与三好、优干、优秀团员等的评比。这些制度的制定和实施，使我校青年志愿者活动更为科学、规范、有序。</w:t>
      </w:r>
      <w:r>
        <w:rPr>
          <w:lang w:eastAsia="zh-CN"/>
        </w:rPr>
        <w:br/>
      </w:r>
      <w:r>
        <w:rPr>
          <w:lang w:eastAsia="zh-CN"/>
        </w:rPr>
        <w:t>　　二、 开展社区援助等重大活动，参与社会服务。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1995年，在三城会期间，我校组织志愿者开展了赛场、驻地、新闻中心、大型活动等全方位的志愿者服务，向社会全方位展示了我校大学生良好的精神风貌，受到社会的广泛赞誉，为此，我校获得了团省委颁发的第三届全国城市运动会高校青年志愿者活动最佳组织奖;96年在团中央推出社区援助行动前，我校已较早起步，建立了多个社区服务站：如培德里居委会社区服务站、鼓楼区市容委社区服务站、法律咨询服务站、锁金小区社区援助站、爱心姐姐活动、艺术活动服务站、义务讲解员等。同时，我们还与力学小学、拉萨路小学、三牌楼小学、锁金一小、锁金中学等单位建立了共建关系，构建了社区综合服务的网络。这些服务体系和网络的建立，为本市居民提供了无偿、便利、长期、稳定的服务，博得了广大市民的一致称赞。</w:t>
      </w:r>
      <w:r>
        <w:rPr>
          <w:lang w:eastAsia="zh-CN"/>
        </w:rPr>
        <w:br/>
      </w:r>
      <w:r>
        <w:rPr>
          <w:lang w:eastAsia="zh-CN"/>
        </w:rPr>
        <w:t>　　尤为称道的是，我校教育科学学院分团委以学以致用，服务社会，提高自己为宗旨成立了中小学生教育心理咨询中心，该中心面向全市，义务为中小学生及家长解决心理难题，为全市十多家中小学、500多名中小学生及家长提供了咨询服务。他们的做法在96年11月23日晚中央电视台的新闻联播节目里作了特别报道，《中国青年报》、《中国教育报》也都为此作了专门报道;97年，我校向五台山街道22个居委会派出主任助理44名，并成立创建国家卫生城市服务队，为社区创优出新作出了积极的贡献;98年，我校十个红旗团支部与十户下岗职工家庭结对，并在徐州市睢宁县苏塘乡人民政府建立定点扶贫单位，开展扶贫帮困、义务家教、捐资助学等活动，受到社会好评;我们还组织青年志愿者去梅园新村、市儿童福利院、养老院参加公益活动，进行慰问演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南京市政府召开的大学生社区援助工作经验交流会上，我校作为两所高校之一作了经验介绍，金女院刘江同学被评为南京市十佳青年志愿者，数科院张冬平同学被鼓楼区表彰为优秀居委会主任助理，金女院爱心姐姐志愿者小分队被评为青年志愿者先进集体，99年我们还被玄武区锁金街道工委授予全国青年文明社区建功单位荣誉称号;20__年12月，我校以星火命名的青年志愿者服务队获省青年志愿者服务队先进单位称号。20__年4月，我们又向五台山街道的八个社委会派出以学生会、研究生会干部为主体的主任助理，与街道共同开展创建青年文明社区活动，使我校青年志愿者社区援助活动又上了一个新台阶，开辟出一片新天地。</w:t>
      </w:r>
      <w:r>
        <w:rPr>
          <w:lang w:eastAsia="zh-CN"/>
        </w:rPr>
        <w:br/>
      </w:r>
      <w:r>
        <w:rPr>
          <w:lang w:eastAsia="zh-CN"/>
        </w:rPr>
        <w:t>　　三、 立足校园，建立青年文明岗等志愿者服务队，为优化校园环境作贡献。</w:t>
      </w:r>
      <w:r>
        <w:rPr>
          <w:lang w:eastAsia="zh-CN"/>
        </w:rPr>
        <w:br/>
      </w:r>
      <w:r>
        <w:rPr>
          <w:lang w:eastAsia="zh-CN"/>
        </w:rPr>
        <w:t>　　从1995年开始，我们倡导并组织成立校园文明监督岗：如校学生会组织文明就餐值勤岗;教育系、生物系等团总支先后设立了德风园青年文明岗、绿色使者;经法院和校学纠队联合成立了校风巡查团;此外，还有紫藤园青年文明岗、赏识教育小分队、家电义务维修小组、爱心互助班、义务英语启蒙教育、家教援助站、计算机SOS援助站等青年志愿者服务队长年坚持活跃在校园文明建设的岗位上，在学校校风建设、精神文明建设、新校区建设等各项事业中，我们组织青年志愿者进行文明监督、清扫环境、美化校园、家电义务维修等义务奉献活动，做到了哪里有需要，哪里就有志愿者。</w:t>
      </w:r>
      <w:r>
        <w:rPr>
          <w:lang w:eastAsia="zh-CN"/>
        </w:rPr>
        <w:br/>
      </w:r>
      <w:r>
        <w:rPr>
          <w:lang w:eastAsia="zh-CN"/>
        </w:rPr>
        <w:t>　　四、 坚持把志愿服务与社会实践、科技文化服务相结合，促进志愿者活动向纵深发展，为两个文明建设作贡献。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们把青年志愿者活动与社会实践、科技文化服务相结合，作为其走向纵深的重要途径。我们充分发挥学校学科门类齐全和学生专业上的优势，多渠道、全方位地开辟青年志愿者活动阵地，创造多种形式，使青年学生的志愿服务活动能为两个文明建设作出积极的贡献。自99年开始，我校大学生科协、各院系就与许多中小学挂钩，开展大手拉小手科技宣传和普及活动，受到有关部门及中小学生的好评。</w:t>
      </w:r>
      <w:r>
        <w:rPr>
          <w:lang w:eastAsia="zh-CN"/>
        </w:rPr>
        <w:br/>
      </w:r>
      <w:r>
        <w:rPr>
          <w:lang w:eastAsia="zh-CN"/>
        </w:rPr>
        <w:t>　　去年，为配合电脑捐助高校行活动，我们在数科院建立了计算机捐助中心，由计算机专业的志愿者回收废旧电脑，进行重新组装，分批次捐赠给贫困地区的中小学，让那里的学生也能亲眼目睹、亲手操作计算机，取得了良好的社会影响和实际效果。此外，我们还积极组织暑期社会实践，开展送科技、文化、卫生三下乡活动、扶贫帮教活动、参观考察活动等，在实践中树立青年学生的服务意识，发挥他们的才干，为社会各行各业有效地作贡献，同时促使他们在实践中增长才识、提高素质，获得很好的社会反响。中央电视台、《人民日报》、《中国青年报》、《中国教育报》等各类新闻媒体多次报道我校学生暑期社会实践服务活动。我校已连续八年被中宣部、教育部、团中央表彰为全国暑期社会实践先进单位。</w:t>
      </w:r>
      <w:r>
        <w:rPr>
          <w:lang w:eastAsia="zh-CN"/>
        </w:rPr>
        <w:br/>
      </w:r>
      <w:r>
        <w:rPr>
          <w:lang w:eastAsia="zh-CN"/>
        </w:rPr>
        <w:t>　　五、 开拓创新，继续深化青年志愿者活动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青年志愿者活动是一项长期的、艰苦的、意义深远的工作，我们将继续深入地开展下去。在活动的方式上，我们将开拓创新，不断拓展活动的阵地和形式;在活动内容上，我们将在原有基础之上，积极开拓适合当代在校大学生需求的内容，使志愿者活动能够上水平、上档次;在活动的考核上，我们将和注册青年志愿者活动相结合，建立健全青年志愿者活动考核体系……总之，在青年志愿者活动这块肥沃的土地上，我们将通过自己的辛勤耕耘，为更广大的大学生提供广阔的施展舞台。</w:t>
      </w:r>
      <w:r>
        <w:rPr>
          <w:lang w:eastAsia="zh-CN"/>
        </w:rPr>
        <w:br/>
      </w:r>
      <w:r>
        <w:rPr>
          <w:lang w:eastAsia="zh-CN"/>
        </w:rPr>
        <w:t xml:space="preserve">    志愿者活动的个人总结报告 篇2 </w:t>
      </w:r>
      <w:r>
        <w:rPr>
          <w:lang w:eastAsia="zh-CN"/>
        </w:rPr>
        <w:br/>
      </w:r>
      <w:r>
        <w:rPr>
          <w:lang w:eastAsia="zh-CN"/>
        </w:rPr>
        <w:t>　　回顾20____年，旅地青协又走过了一段艰辛而又令青协人自豪的历程。20____年度，青协在旅游与地理科学学院团委的全面领导下，在全校师生的鼎力支持下，在社会各界人士的帮助下，在青协人的不断努力下，开展了一次又一次的爱心活动，向学校了他教导下的学生是永远向着爱前进的，向社会了我们大学生是有爱心的，是有社会责任感的。我们用自己的微薄力量来感恩社会、感恩学校!当然我们在不断的发展中也遇到了几多的困难，也有很多不足，希望通过此次能有所改进。</w:t>
      </w:r>
      <w:r>
        <w:rPr>
          <w:lang w:eastAsia="zh-CN"/>
        </w:rPr>
        <w:br/>
      </w:r>
      <w:r>
        <w:rPr>
          <w:lang w:eastAsia="zh-CN"/>
        </w:rPr>
        <w:t>　　1.20____年10月9日、10日，旅地青协组织协会成员为威远杯台球争霸赛做志愿者，为参赛队员提供了热心的服务，促进了此次活动的完满结束,同时也丰富了大学生的生活。</w:t>
      </w:r>
      <w:r>
        <w:rPr>
          <w:lang w:eastAsia="zh-CN"/>
        </w:rPr>
        <w:br/>
      </w:r>
      <w:r>
        <w:rPr>
          <w:lang w:eastAsia="zh-CN"/>
        </w:rPr>
        <w:t>　　2.20____年10月11日,应我校奔流文学社、旅地学院青年志愿者协会共同邀请，云南知名白族青年诗人何永飞到我校校本部明睿楼401教室进行了一场诗歌与人生专题诗歌讲座,此次活动是继青协在社团交流活动上提出的要加强社团之间的交流与合作后青协与校内社团的第一次合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3.20____年10月中旬,旅地青协向隶属国家级贫困山区的景东彝族自治县花山中学捐赠了一批200余件的寒衣，志愿者们为该校的贫困学生献出一片爱心，送去了冬日的关怀和温暖。4.20____年10月23日，旅地学院青年志愿者协会为迎接母校70周年校庆，举办了迎校庆，携手师大，共创美好校园的活动，以打扫教室卫生，创造干净的学习环境为启动仪式，进行美化校园环境系列活动，提高更多人的环境保护意识。我校有关部门的领导对此美化校园活动向志愿者们表示深深的表示感谢.5.20____年10月25日,旅地学院青年志愿者协会参加了由社团联合会主办的云南师范大学学生社团海报大赛暨学生社团成果展,志愿着们积极的参加,从中学到了很多知识.6.20____年10月26日,旅地学院青年志愿者协会很荣幸被审定为志愿服务类专题论坛主持单位,与多个同类社团共同探讨了志愿服务今后的发展方向,继续为志愿事业作贡献.7.20____年10月29日，旅地学院青年志愿者协会全体会员和其他志愿者与校清洁工一起清扫了全校果皮纸屑烟头。该活动受到校后勤部、校园管理中心的大力支持和鼓励。8.20____年11月21日起,旅地青协又陆续为寻甸县民族中学、怒江州上江中学.四川地震灾区的人们共捐献了900余件衣物。我们不仅给孩子们送去了实物，更重要的是给他们送去了一份祝福与期望。受捐学校师生都很是感动，其中花山中学校长还亲自给旅地青协的志愿者们写了感谢信,对志愿着们的义举表示衷心的感谢.也希望我们的一点心意可以让灾区的同胞们感受到爱的温暖.9.20____年11月21日开始持续大概两个星期的时间，旅地青协又在校本部开展了以旧唤心的活动。此次活动是号召同学们将饮料瓶，堆弃的过期杂志、报纸收集并捐献给贫困的孩子们，捐助的物品由我们协会进行分类，处理,将所得钱物捐献给贫困学生以资助其顺利完成学业。10.20____20____学年11月下旬作文12月下旬,旅地青年志愿者协会与e__idea志愿者组织合作，共同开展了让社区的墙亮起来活动。为期此次活动是一个帮助文化街里陈旧老社区居民楼粉刷墙壁的大学生社区公益项目。希望通过这种大学生和小区居民共同改善小区生活环境的方式，使得小区里的老人感受到来自大学生志愿者们的热情，使得大学生和这个城市的某个小区产生确实的联系，并同时丰富我们的志愿者活动经历。让更多的大学生都能参与到这项有意义的志愿者活动中来。</w:t>
      </w:r>
      <w:r>
        <w:rPr>
          <w:lang w:eastAsia="zh-CN"/>
        </w:rPr>
        <w:br/>
      </w:r>
      <w:r>
        <w:rPr>
          <w:lang w:eastAsia="zh-CN"/>
        </w:rPr>
        <w:t>　　活动中，表现出的问题是各部之间的合作还欠默契，实际执行还跟不上策划，所以在今后的发展中还要加强这方面的努力;不断吸收成功者的经验，与自身结合，做好这方面的工作。协会各部成员在会长及部长的领导下积极配合，踊跃参与，尽职尽责，将自己分内事情办好，团结协作，发扬了大学生的志愿者精神，实为可贺可喜!10年，我们努力做了可以做的志愿者服务，活动比往年有所增加，这不仅表现在数量，还表现在质量以及活动的范围、志愿者服务的领域。这一年我们在校内加强了同其他社团的联系和合作，也在校外与一些志愿者服务组织合作，开展社会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20____年度已经成为过去了，希望旅游与地理科学学院青年志愿者协会在新的一年里再接再厉，不断吸取经验，加强与其他社团的合作，在努力做好校内志愿者服务的基础之上，开展校外社会志愿者服务。也希望院团委能为倾斜的发展献计献策，我们衷心地感谢院团委的关心和支持、感谢全校师生的爱心支持!</w:t>
      </w:r>
      <w:r>
        <w:rPr>
          <w:lang w:eastAsia="zh-CN"/>
        </w:rPr>
        <w:br/>
      </w:r>
      <w:r>
        <w:rPr>
          <w:lang w:eastAsia="zh-CN"/>
        </w:rPr>
        <w:t xml:space="preserve">    志愿者活动的个人总结报告 篇3 </w:t>
      </w:r>
      <w:r>
        <w:rPr>
          <w:lang w:eastAsia="zh-CN"/>
        </w:rPr>
        <w:br/>
      </w:r>
      <w:r>
        <w:rPr>
          <w:lang w:eastAsia="zh-CN"/>
        </w:rPr>
        <w:t>　　一、注重宣传先行，构建社区志愿服务网络</w:t>
      </w:r>
      <w:r>
        <w:rPr>
          <w:lang w:eastAsia="zh-CN"/>
        </w:rPr>
        <w:br/>
      </w:r>
      <w:r>
        <w:rPr>
          <w:lang w:eastAsia="zh-CN"/>
        </w:rPr>
        <w:t>　　1、抓宣传动员。社区采取上门走访、座谈交流、共建联席会等多种方式，加强与机关、非公企业、学校、个体工商户等社会各界的沟通联系，并通过社区宣传栏、广播、楼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r>
        <w:rPr>
          <w:lang w:eastAsia="zh-CN"/>
        </w:rPr>
        <w:br/>
      </w:r>
      <w:r>
        <w:rPr>
          <w:lang w:eastAsia="zh-CN"/>
        </w:rPr>
        <w:t>　　2、抓队伍组建。社区结合本辖区内省直机关单位多、资源丰富的特点，加强与省直机关党工委以及老干部处的联系，积极调动老干部这一支队伍的特有资源。由社区党委牵头，屏山社区组建了10余支志愿者队伍：扶贫助困志愿者、家政服务志愿者、医疗保健志愿者、社区工作志愿者、法律援助志愿者、文体宣传志愿者、生育关怀志愿者、敬老服务志愿者、拥军优属志愿者、科普宣传志愿者等。这10支志愿者队伍，活跃在单位小区、街巷、新村楼院，特别是经常活跃在省直机关宿舍区开展国家政策和健康知识咨询、护绿种植、综治巡逻、卫生督导、文明劝导等志愿服务，形成了省直机关小区里的一道风景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3、抓网络建设。为了不断壮大志愿服务的工作队伍，社区专门成立了社区志愿服务工作领导小组，并把共建单位作为主体纳入到成员中，形成了由社区党委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r>
        <w:rPr>
          <w:lang w:eastAsia="zh-CN"/>
        </w:rPr>
        <w:br/>
      </w:r>
      <w:r>
        <w:rPr>
          <w:lang w:eastAsia="zh-CN"/>
        </w:rPr>
        <w:t>　　二、注重机制建立，探索志愿者发展模式</w:t>
      </w:r>
      <w:r>
        <w:rPr>
          <w:lang w:eastAsia="zh-CN"/>
        </w:rPr>
        <w:br/>
      </w:r>
      <w:r>
        <w:rPr>
          <w:lang w:eastAsia="zh-CN"/>
        </w:rPr>
        <w:t>　　1、做好志愿者注册登记工作。按照区委、区政府的部署安排，社区规范做好志愿者招募、登记、注册的工作，对内容填写及选择服务项目进行详细说明，为社区广大党员居民进行志愿者服务注册登记提供便利。目前，社区注册的志愿者达到1510人，使广大社区党员、居民志愿者从此有了志愿服务的“身份证”。</w:t>
      </w:r>
      <w:r>
        <w:rPr>
          <w:lang w:eastAsia="zh-CN"/>
        </w:rPr>
        <w:br/>
      </w:r>
      <w:r>
        <w:rPr>
          <w:lang w:eastAsia="zh-CN"/>
        </w:rPr>
        <w:t>　　2、开展志愿者服务互评活动。根据区、街和社区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街道、区参加评先评优。社区也每半年召开一次评比会，对开展志愿活动的情况进行总结表彰，有力地推动了社区志愿服务活动的深入开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3、组建弱势群体“解忧解困小组”。社区党委为有效地解决空巢老人、特困家庭的帮扶问题，成立了“解忧解困小组”，该小组志愿者经常上门服务，成为社区居民诉说衷肠、解疑难的好帮手。如冶山路105号5座303室的空巢老人潘水玉，生活孤单，身体欠佳，社区青年志愿者黄桂仙得知情况后，经常前往老人家中，陪她聊天、看病，帮助解决老人实际生活困难，让老人真正感到“空巢不空，孤老不孤”。</w:t>
      </w:r>
      <w:r>
        <w:rPr>
          <w:lang w:eastAsia="zh-CN"/>
        </w:rPr>
        <w:br/>
      </w:r>
      <w:r>
        <w:rPr>
          <w:lang w:eastAsia="zh-CN"/>
        </w:rPr>
        <w:t>　　三、注重突出重点，拓展社区志愿服务</w:t>
      </w:r>
      <w:r>
        <w:rPr>
          <w:lang w:eastAsia="zh-CN"/>
        </w:rPr>
        <w:br/>
      </w:r>
      <w:r>
        <w:rPr>
          <w:lang w:eastAsia="zh-CN"/>
        </w:rPr>
        <w:t>　　1、以“便民”为中心，拓展志愿者服务。屏山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r>
        <w:rPr>
          <w:lang w:eastAsia="zh-CN"/>
        </w:rPr>
        <w:br/>
      </w:r>
      <w:r>
        <w:rPr>
          <w:lang w:eastAsia="zh-CN"/>
        </w:rPr>
        <w:t>　　2、以“安民”为保障，拓展志愿者服务。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3、以“助民”为动力，拓展志愿者服务。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委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r>
        <w:rPr>
          <w:lang w:eastAsia="zh-CN"/>
        </w:rPr>
        <w:br/>
      </w:r>
      <w:r>
        <w:rPr>
          <w:lang w:eastAsia="zh-CN"/>
        </w:rPr>
        <w:t>　　4、以“乐民”为载体，拓展志愿者服务。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r>
        <w:rPr>
          <w:lang w:eastAsia="zh-CN"/>
        </w:rPr>
        <w:br/>
      </w:r>
      <w:r>
        <w:rPr>
          <w:lang w:eastAsia="zh-CN"/>
        </w:rPr>
        <w:t>　　四、注重丰富活动，发挥志愿服务示范效应</w:t>
      </w:r>
      <w:r>
        <w:rPr>
          <w:lang w:eastAsia="zh-CN"/>
        </w:rPr>
        <w:br/>
      </w:r>
      <w:r>
        <w:rPr>
          <w:lang w:eastAsia="zh-CN"/>
        </w:rPr>
        <w:t>　　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r>
        <w:rPr>
          <w:lang w:eastAsia="zh-CN"/>
        </w:rPr>
        <w:br/>
      </w:r>
      <w:r>
        <w:rPr>
          <w:lang w:eastAsia="zh-CN"/>
        </w:rPr>
        <w:t>　　3、开展“市民动起来，文明创出来”主题活动。社区积极配合文明城市创建活动，开展了“文明树起来，市民动起来”主题活动，在鼓屏路街道，在省林业厅、农业厅、海洋与渔业局等省直机关的宿舍区开展了宣传活动，并定期组织离退体老党员上街开展文明劝导、交通路口卫生督导和文明宣传活动，既发挥老同志的余热，也给展示了老年志愿者的风采。</w:t>
      </w:r>
      <w:r>
        <w:rPr>
          <w:lang w:eastAsia="zh-CN"/>
        </w:rPr>
        <w:br/>
      </w:r>
      <w:r>
        <w:rPr>
          <w:lang w:eastAsia="zh-CN"/>
        </w:rPr>
        <w:t xml:space="preserve">    志愿者活动的个人总结报告 篇4 </w:t>
      </w:r>
      <w:r>
        <w:rPr>
          <w:lang w:eastAsia="zh-CN"/>
        </w:rPr>
        <w:br/>
      </w:r>
      <w:r>
        <w:rPr>
          <w:lang w:eastAsia="zh-CN"/>
        </w:rPr>
        <w:t>　　为了弘扬中华民族传统美德，让雷锋同志高尚的信念、理想道德在广大党员干部、群众身上传承，引导全体干部职工在奉献中体现作为，我局深入开展了此项活动，现将活动情况总结如下：</w:t>
      </w:r>
      <w:r>
        <w:rPr>
          <w:lang w:eastAsia="zh-CN"/>
        </w:rPr>
        <w:br/>
      </w:r>
      <w:r>
        <w:rPr>
          <w:lang w:eastAsia="zh-CN"/>
        </w:rPr>
        <w:t>　　一、高度重视，认识到位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局党组高度重视此次“学雷锋志愿服务活动”，统一思想认识，及时召开了专题会议，研究部署该项工作，结合我局工作实际，制定了具体的实施方案，对相关各项活动也进行了周密部署和精心安排，把每一项活动落实到个人，加强了对活动的领导，为扎实开展好该项活动提供了良好的组织保障。</w:t>
      </w:r>
      <w:r>
        <w:rPr>
          <w:lang w:eastAsia="zh-CN"/>
        </w:rPr>
        <w:br/>
      </w:r>
      <w:r>
        <w:rPr>
          <w:lang w:eastAsia="zh-CN"/>
        </w:rPr>
        <w:t>　　二、广泛宣传，营造氛围</w:t>
      </w:r>
      <w:r>
        <w:rPr>
          <w:lang w:eastAsia="zh-CN"/>
        </w:rPr>
        <w:br/>
      </w:r>
      <w:r>
        <w:rPr>
          <w:lang w:eastAsia="zh-CN"/>
        </w:rPr>
        <w:t>　　为全面调动干部职工参与活动的积极性，我局在局机关对此次活动进行了积极而广泛的宣传，通过发放活动通知和会议的形式，向干部职工宣传此次“学雷锋志愿服务活动”的目的及意义，广泛普及“学习雷锋、关爱他人、提升自己”的志愿服务理念，并要求全体干部职工积极参与到各项学雷锋活动中去，有力地推动了此次活动的顺利开展。</w:t>
      </w:r>
      <w:r>
        <w:rPr>
          <w:lang w:eastAsia="zh-CN"/>
        </w:rPr>
        <w:br/>
      </w:r>
      <w:r>
        <w:rPr>
          <w:lang w:eastAsia="zh-CN"/>
        </w:rPr>
        <w:t>　　三、结合实际，积极开展</w:t>
      </w:r>
      <w:r>
        <w:rPr>
          <w:lang w:eastAsia="zh-CN"/>
        </w:rPr>
        <w:br/>
      </w:r>
      <w:r>
        <w:rPr>
          <w:lang w:eastAsia="zh-CN"/>
        </w:rPr>
        <w:t>　　在“雷锋志愿服务月活动”中，我局结合3月份节日多的特点，开展了一系列形式多样、内容丰富的活动。</w:t>
      </w:r>
      <w:r>
        <w:rPr>
          <w:lang w:eastAsia="zh-CN"/>
        </w:rPr>
        <w:br/>
      </w:r>
      <w:r>
        <w:rPr>
          <w:lang w:eastAsia="zh-CN"/>
        </w:rPr>
        <w:t>　　1、开展学雷锋故事、日记活动。号召干部职工以各种形式学习了《光辉的榜样——雷锋》、《雷锋传》和雷锋日记等书目，了解雷锋精神的内涵，为此次志愿服务月活动补充了精神食粮。</w:t>
      </w:r>
      <w:r>
        <w:rPr>
          <w:lang w:eastAsia="zh-CN"/>
        </w:rPr>
        <w:br/>
      </w:r>
      <w:r>
        <w:rPr>
          <w:lang w:eastAsia="zh-CN"/>
        </w:rPr>
        <w:t>　　2、开展为社区群众排忧解难活动。局班子和群工队员通过到泉塘街道长桥社区、小塘路社区了解社区(村)的基本情况，记录民情社意，急群众之所急，想群众之所想，积极帮助了社区群众解决他们期盼的在活动期间能够解决的问题。同时，发挥支部的职能和审计干部的职业优势，为社区提供财务帮助、开展财经知识宣传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开展慰问困难群众志愿服务活动。与长桥社区、小塘路社区的困难群众结对帮扶，开展了捐款救助等活动。局班子成员及干部职工与泉塘街道长桥社区、小塘路社区工作人员一起，对社区的困难群众进行了走访慰问。在慰问中，仔细询问他们的家庭生活情况、身体健康状况等，为他们排忧解难，使他们感受到了社会的温暖。</w:t>
      </w:r>
      <w:r>
        <w:rPr>
          <w:lang w:eastAsia="zh-CN"/>
        </w:rPr>
        <w:br/>
      </w:r>
      <w:r>
        <w:rPr>
          <w:lang w:eastAsia="zh-CN"/>
        </w:rPr>
        <w:t>　　4、结合“党员进社区”开展志愿服务活动。我局将本次学雷锋志愿服务活动与“党员进社区”活动有机结合起来，全局干部职工与星沙街道、泉塘街道、湘龙街道等一起，在各个社区开展了爱心衣服书籍捐助、大扫除、环保宣传、义务巡逻等活动，并为社区居民提供全面的法律咨询服务并发放法律宣传资料;关协以新学期开学为契机，组织对困难家庭的学生、留守儿童进行了生活照顾和亲情关爱。</w:t>
      </w:r>
      <w:r>
        <w:rPr>
          <w:lang w:eastAsia="zh-CN"/>
        </w:rPr>
        <w:br/>
      </w:r>
      <w:r>
        <w:rPr>
          <w:lang w:eastAsia="zh-CN"/>
        </w:rPr>
        <w:t>　　5、开展环境保护学雷锋志愿服务。我局以植树节为契机，积极参与了泉塘街道的义务植树活动;全局干部职工开展局机关大扫除活动，清扫局门外两侧的道路、打扫院内和办公室卫生，营造天蓝、水清、地绿的生态环境，培育崇善自然、善待环境的理念。</w:t>
      </w:r>
      <w:r>
        <w:rPr>
          <w:lang w:eastAsia="zh-CN"/>
        </w:rPr>
        <w:br/>
      </w:r>
      <w:r>
        <w:rPr>
          <w:lang w:eastAsia="zh-CN"/>
        </w:rPr>
        <w:t>　　6、将志愿服务活动融入日常审计中。我们注重把志愿服务活动与日常工作有机结合起来，在审计中关注扶贫、水利、农业、创业富民等民生专项资金的使用情况;积极深入人民群众，倾听他们的意见，关注他们的诉求;积极接待来局办事、反映问题的群众，切实为他们解决实际问题。</w:t>
      </w:r>
      <w:r>
        <w:rPr>
          <w:lang w:eastAsia="zh-CN"/>
        </w:rPr>
        <w:br/>
      </w:r>
      <w:r>
        <w:rPr>
          <w:lang w:eastAsia="zh-CN"/>
        </w:rPr>
        <w:t>　　通过开展“学雷锋志愿服务月活动”，在我局形成了“团结、友爱、互助、进步”的良好氛围。我局将在今后的工作中，继续大力弘扬雷锋精神和奉献志愿精神，树立社会主义新风尚，把学雷锋活动推向新的高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志愿者活动的个人总结报告 篇5 </w:t>
      </w:r>
      <w:r>
        <w:rPr>
          <w:lang w:eastAsia="zh-CN"/>
        </w:rPr>
        <w:br/>
      </w:r>
      <w:r>
        <w:rPr>
          <w:lang w:eastAsia="zh-CN"/>
        </w:rPr>
        <w:t>　　绿色是生命的象征，绿色是现代文明的标志，人类在不断利用自然，征服自然地同时，却也在破坏文明这个乃以生存的地球。</w:t>
      </w:r>
      <w:r>
        <w:rPr>
          <w:lang w:eastAsia="zh-CN"/>
        </w:rPr>
        <w:br/>
      </w:r>
      <w:r>
        <w:rPr>
          <w:lang w:eastAsia="zh-CN"/>
        </w:rPr>
        <w:t>　　此次活动是由我市组织部,社会实践与志愿服务队,社会实践与志愿服务部组织的关于环保的一次活动，时间是在3月5日，活动前期我们做了大量的准备工作，我们活动的内容有在淇河以及周围地区宣传环保·捡垃圾比赛·环保进社区等。所有队员都能积极参加，此次活动开展得比较顺利，也取得了不错的效果。</w:t>
      </w:r>
      <w:r>
        <w:rPr>
          <w:lang w:eastAsia="zh-CN"/>
        </w:rPr>
        <w:br/>
      </w:r>
      <w:r>
        <w:rPr>
          <w:lang w:eastAsia="zh-CN"/>
        </w:rPr>
        <w:t>　　通过此次活动，带动队员们一起行动，为保护环境贡献了自己的力量，也提高了大家自觉保护环境的意识。同时也让志愿者体会到志愿服务的精神，提高了大家参加志愿者活动的积极性，促进志愿者活动的进一步发展。</w:t>
      </w:r>
      <w:r>
        <w:rPr>
          <w:lang w:eastAsia="zh-CN"/>
        </w:rPr>
        <w:br/>
      </w:r>
      <w:r>
        <w:rPr>
          <w:lang w:eastAsia="zh-CN"/>
        </w:rPr>
        <w:t>　　在成功的背后，我们也认真反省思考了我们的不足:</w:t>
      </w:r>
      <w:r>
        <w:rPr>
          <w:lang w:eastAsia="zh-CN"/>
        </w:rPr>
        <w:br/>
      </w:r>
      <w:r>
        <w:rPr>
          <w:lang w:eastAsia="zh-CN"/>
        </w:rPr>
        <w:t>　　1场面有点混乱。活动虽然经过具体分工，详细安排，但实际过程中由于人数较多，场面有点混乱，个别成员没有完成自己的分工。 2安排上存在不足。主要体现在活动中个别成员不够积极，对分配的任务不能及时保证质量的完成，这与管理和分工上的失误有一定关系。</w:t>
      </w:r>
      <w:r>
        <w:rPr>
          <w:lang w:eastAsia="zh-CN"/>
        </w:rPr>
        <w:br/>
      </w:r>
      <w:r>
        <w:rPr>
          <w:lang w:eastAsia="zh-CN"/>
        </w:rPr>
        <w:t>　　3活动形式没有多大创新，没有严谨的组织纪律。开展环保工作要有一个抓手和强有力的领导小组，可以少走许多弯路，达到事半功倍的效果。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4“纯净淇河”教育行动要扩大效果，必须要有一个系列活动，同时要把范围扩大，让更多的人一起为创建绿色家园而努力。</w:t>
      </w:r>
      <w:r>
        <w:rPr>
          <w:lang w:eastAsia="zh-CN"/>
        </w:rPr>
        <w:t xml:space="preserve"> 5</w:t>
      </w:r>
      <w:r>
        <w:rPr>
          <w:lang w:eastAsia="zh-CN"/>
        </w:rPr>
        <w:t xml:space="preserve"> 活动还不能够很好地激发和延续志愿者们的参加的兴趣和工作热情，活动的内容也比较单一。</w:t>
      </w:r>
      <w:r>
        <w:rPr>
          <w:lang w:eastAsia="zh-CN"/>
        </w:rPr>
        <w:br/>
      </w:r>
      <w:r>
        <w:rPr>
          <w:lang w:eastAsia="zh-CN"/>
        </w:rPr>
        <w:t>　　在未来的日子里，我们一定会一如既往的本着“传播绿色指示，倡导绿色生活，保护环境，建设绿色家园”的宗旨，开展丰富多彩的活动。唤起每一位同学关注环保，关爱环境的热情，增强生态环保的意识，用实际行动影响身边的人们，从自我做起，从小事做起，才能号召更多的同志加入我们的环保队伍中来，让我们的环保活动与我们的生活紧密的结合在一起，为建设我们的美好家园共同努力。用实际行动影响身边的人们，从自我做起，从小事做起，才能让我们的家园更美丽。</w:t>
      </w:r>
      <w:r>
        <w:rPr>
          <w:lang w:eastAsia="zh-CN"/>
        </w:rPr>
        <w:br/>
      </w:r>
      <w:r>
        <w:rPr>
          <w:lang w:eastAsia="zh-CN"/>
        </w:rPr>
        <w:t>　　总之，只要人人献出自己的一点爱的力量，我们的地球将变得更加美好。最后，让我们发出心底的呐喊：爱是我们共同的语言!</w:t>
      </w:r>
      <w:r>
        <w:rPr>
          <w:lang w:eastAsia="zh-CN"/>
        </w:rPr>
        <w:br/>
      </w:r>
      <w:r>
        <w:rPr>
          <w:lang w:eastAsia="zh-CN"/>
        </w:rPr>
        <w:t xml:space="preserve">    志愿者活动的个人总结报告 篇6 </w:t>
      </w:r>
      <w:r>
        <w:rPr>
          <w:lang w:eastAsia="zh-CN"/>
        </w:rPr>
        <w:br/>
      </w:r>
      <w:r>
        <w:rPr>
          <w:lang w:eastAsia="zh-CN"/>
        </w:rPr>
        <w:t>　　__银行是__县域范围网点最广、人员最多、机制最活的金融机构，多年来一直坚持支农支小的宗旨不动摇，经过多年改革发展，规模不断壮大，成为了__县支持县域经济发展，富县兴民的重要金融抓手。在自身业务取得长足发展的同时，我行不忘履行社会责任，积极回馈社会，开展了多种公益活动。今年3月以来，为积极响应省直机关文明办《关于在省直机关组织开展学雷锋志愿服务月活动》的通知精神，我行高度重视、精心组织、统一思想、多措并举，扎扎实实地开展了学雷锋志愿服务月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加强组织领导。我行成立了以分管领导为组长，青年志愿者为成员的学雷锋志愿月活动领导小组，为学雷锋活动建立了坚强的`组织保障。同时为确保学雷锋活动常态化和长效化，我行各级党员领导干部带头参加志愿者服务，发挥了示范引领作用，爱心帮困理念逐步深入人心。</w:t>
      </w:r>
      <w:r>
        <w:rPr>
          <w:lang w:eastAsia="zh-CN"/>
        </w:rPr>
        <w:br/>
      </w:r>
      <w:r>
        <w:rPr>
          <w:lang w:eastAsia="zh-CN"/>
        </w:rPr>
        <w:t>　　营造浓厚氛围。为大力营造“我为人人，人人为我”的良好风尚，让“关爱他人、关爱社会”的思想、理念常怀心中，我行大力开展宣传活动，营造”学雷锋、献爱心”的浓厚氛围。一是召开动员大会。召开了学雷锋志愿者服务动员大会，传达了省直机关文明办《关于在省直机关组织开展学雷锋志愿服务月活动》的通知精神，引导全员提高认识，增强意识，强化“学雷锋，献爱心”的思想理念。会上，我行党员领导干部纷纷表示，要发挥党员干部的带头作用，积极履行社会责任，通过全行的献爱心活动，在展示我行良好形象的同时，为其他企业树立良好的榜样。二是多种渠道宣传。我行利用、微信群等渠道加大扶贫帮困的宣传力度，让人人形成自发奉献爱心的积极性和主动性，形成学雷锋做好事的浓厚氛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扎实开展活动。为积极响应学雷锋、献爱心的号召，3月26日，我行总行青年志愿者服务队在主要领导带队下，前往__县镜山广场对石桌、石椅以及户外健身设施进行了一次大扫除和大清洗，随后又赶赴__县福利院看望孤寡老人。到达福利院后，青年志愿者们亲切地和孤寡老人拉起了家常，询问老人们有什么实际困难。志愿者们还送来了食用油、大米、塑料袋、抽纸等生活用品421件，不少老人都留下了激动的泪水，纷纷对青年志愿者们竖起了大拇指。除此之外，各基层网点也纷纷招募了志愿者前往所在乡镇福利院对孤寡老人和儿童进行了慰问。全行累计出动91人次，其中行领导6人，走访慰问困难、残疾等特殊群体51人，发放慰问金各类慰问品422件，慰问金20__元，受益群众211人。</w:t>
      </w:r>
      <w:r>
        <w:rPr>
          <w:lang w:eastAsia="zh-CN"/>
        </w:rPr>
        <w:br/>
      </w:r>
      <w:r>
        <w:rPr>
          <w:lang w:eastAsia="zh-CN"/>
        </w:rPr>
        <w:t>　　着力深化拓展。我行将结合此次学雷锋志愿月活动契机，结合自身职能特点和优势，做好工作对接，增强活动的针对性实效性，力争实现志愿者服务由以阶段性为主向经常化开展转变，由松散型向规范化转变，由以青年人为主向机关党员干部共同参与转变，推动全行志愿服务专业化、志愿化和常态化，有效推进服务型党组织建设，着力体现我行负责任企业的良好形象。</w:t>
      </w:r>
      <w:r>
        <w:rPr>
          <w:lang w:eastAsia="zh-CN"/>
        </w:rPr>
        <w:br/>
      </w:r>
      <w:r>
        <w:rPr>
          <w:lang w:eastAsia="zh-CN"/>
        </w:rPr>
        <w:t xml:space="preserve">    志愿者活动的个人总结报告 篇7 </w:t>
      </w:r>
      <w:r>
        <w:rPr>
          <w:lang w:eastAsia="zh-CN"/>
        </w:rPr>
        <w:br/>
      </w:r>
      <w:r>
        <w:rPr>
          <w:lang w:eastAsia="zh-CN"/>
        </w:rPr>
        <w:t>　　义安社区志愿者服务站在有关部门的正确领导下，在社会各界的大力支持下，紧紧围绕让“居民受益、让群众满意”这个中心，以“社区以民为本，民以社区为家”为宗旨，大力弘扬“奉献、友爱、互助、提高”的志愿精神，积极推动社区党建、社区服务、社区卫生、社区文化、社区治安、社区环境建设不断满足社区居民的物质和精神需求，不断开拓工作领域加强项目建设，得到了广大群众的充分肯定，开展的活动形式多样、贴近民生的社区志愿者服务活动，取得了较大的提高，产生了良好的社会影响。现将一年来的工作情景总结如下：</w:t>
      </w:r>
      <w:r>
        <w:rPr>
          <w:lang w:eastAsia="zh-CN"/>
        </w:rPr>
        <w:br/>
      </w:r>
      <w:r>
        <w:rPr>
          <w:lang w:eastAsia="zh-CN"/>
        </w:rPr>
        <w:t>　　一、加强组织领导，明确各项职责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建立健全志愿服务活动队伍。在社区党支部书记的带领下，由上百名志愿者组成的社区服务队伍，发挥各自职能，完善各项规章制度，真正发挥组织机构的功能作用，做到分工明确，职责到人，严格按照制度办事。</w:t>
      </w:r>
      <w:r>
        <w:rPr>
          <w:lang w:eastAsia="zh-CN"/>
        </w:rPr>
        <w:br/>
      </w:r>
      <w:r>
        <w:rPr>
          <w:lang w:eastAsia="zh-CN"/>
        </w:rPr>
        <w:t>　　二、加大宣传动员力度，营造良好社会氛围</w:t>
      </w:r>
      <w:r>
        <w:rPr>
          <w:lang w:eastAsia="zh-CN"/>
        </w:rPr>
        <w:br/>
      </w:r>
      <w:r>
        <w:rPr>
          <w:lang w:eastAsia="zh-CN"/>
        </w:rPr>
        <w:t>　　经过社区宣传栏、党员学习日、组长会议以及社区举办的文体活动等活动载体，宣传志愿服务工作的精神和重要意义，提高了居民群众对于志愿服务工作的思想认识和重视程度，为社区深入开展志愿服务活动打下了良好的基础。</w:t>
      </w:r>
      <w:r>
        <w:rPr>
          <w:lang w:eastAsia="zh-CN"/>
        </w:rPr>
        <w:br/>
      </w:r>
      <w:r>
        <w:rPr>
          <w:lang w:eastAsia="zh-CN"/>
        </w:rPr>
        <w:t>　　此次志愿献血活动的开展是为了更好地促进社会精神文明建设，同时也为保证医疗临床用血的需要。此活动由学院校园管理工作部与共青团大学南方学院委员会联手组织，与血液中心合作，由大学南方学院青年志愿者协会承办，在学院全体师生的积极配合下，活动得以顺利进行。</w:t>
      </w:r>
      <w:r>
        <w:rPr>
          <w:lang w:eastAsia="zh-CN"/>
        </w:rPr>
        <w:br/>
      </w:r>
      <w:r>
        <w:rPr>
          <w:lang w:eastAsia="zh-CN"/>
        </w:rPr>
        <w:t>　　在活动前夕，本协会与校园管理部、校医室合作将献血各项事宜准备好，首先是做好宣传工作，在活动举办前几天，我们动员志愿者在东区、西区饭堂及超市门口派发传单、并连续几日在网上宣传，以此让南方学子了解此次献血活动的意义以及献血的相关知识。此外，本协会招募青年志愿者参与此次活动，在献血前便安排好献血需要的岗位志愿者人数，合理分配好工作人员的工作岗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活动期间，志愿者不辞劳苦积极协助医生工作，在献血的数个流程中都有志愿者岗位，不仅有许多同学是事先便决定参加献血，更有一部分同学在路过时候看见有献血活动就立马决定参与鲜血。献血期间A2行政楼首层大厅中人山人海，同学们都想奉献出自己的爱心。志愿者不仅在岗位上默默奉献，也帮助指引同学献血，维持现场秩序。有些志愿者们在工作换岗后便立即投入了献血行列，奉献出自己更多的力量。活动之后，志愿者们也进行献血活动的善后工作，将献血活动所用到的桌椅及其它工具整理好。此次活动中志愿者们的服务减轻了医生的工作负担，方便了全院师生奉献出自己的爱心，为献血活动的顺利完成作出了贡献。</w:t>
      </w:r>
      <w:r>
        <w:rPr>
          <w:lang w:eastAsia="zh-CN"/>
        </w:rPr>
        <w:br/>
      </w:r>
      <w:r>
        <w:rPr>
          <w:lang w:eastAsia="zh-CN"/>
        </w:rPr>
        <w:t>　　我们在取得一定成绩的同时，不敢有丝毫的自满，力争把今后的工作做得更好，使无偿献血完全成为广大师生一种自发、自觉、自愿的行为，为我国的无偿献血事业做出表率和贡献。</w:t>
      </w:r>
      <w:r>
        <w:rPr>
          <w:lang w:eastAsia="zh-CN"/>
        </w:rPr>
        <w:br/>
      </w:r>
      <w:r>
        <w:rPr>
          <w:lang w:eastAsia="zh-CN"/>
        </w:rPr>
        <w:t>　　做志愿者这一年多以来，我一向为能够有很多兄弟姐妹感到很开心。因为我一向觉得既然能够做志愿者应当都是看透了，人世间很多功利才会来做这些，在旁人眼里觉得是傻瓜做的事情。那么在我的眼睛里就没有人与人之间的高低贵贱的区别。</w:t>
      </w:r>
      <w:r>
        <w:rPr>
          <w:lang w:eastAsia="zh-CN"/>
        </w:rPr>
        <w:br/>
      </w:r>
      <w:r>
        <w:rPr>
          <w:lang w:eastAsia="zh-CN"/>
        </w:rPr>
        <w:t>　　志愿者的管理其实是一门科学。其实现实的情景也不必须和想象的那样单纯。可是我一向觉得不管是带着什么目的加入进来。只要做的'事情是对志愿服务有帮忙，能够帮忙到需要帮忙的人，不对志愿工作大方向有影响，我们就应当学会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其实此刻是更需要的是对志愿者工作进行规范的时候了。仅有进一步规范化管理，将来才能够做到真正实现志愿者，能够真正服务于社会的目的。可是此刻志愿者团队能够说是穷出不层，很多时候，穿上一件写有志愿者字样的衣服，挂上一个牌子就说自我是志愿者；扯起一个旗帜就称自我是一个团队。很多自称为团队的，其实就那么一两个人。</w:t>
      </w:r>
      <w:r>
        <w:rPr>
          <w:lang w:eastAsia="zh-CN"/>
        </w:rPr>
        <w:br/>
      </w:r>
      <w:r>
        <w:rPr>
          <w:lang w:eastAsia="zh-CN"/>
        </w:rPr>
        <w:t>　　我们把志愿者精神和水文化相结合。水是生命的源头，志愿者精神也应当和水一样，是人们的生活状态到达必须境界后，一种人性最质朴的回归。我们应当把这种每个人心里面，最美的一面更多更好的提炼，让已经离我们远去的生命不至于白白的牺牲。志愿者的心其实是很敏感。如果应对的人不是真诚的，会被很快觉察出来。他们当面不会说什么，可是现实中会采取用脚投票的态度。仅有当各个部门真正把志愿者当朋友，当兄弟看待时，志愿者也自然会认真做好很多事情。</w:t>
      </w:r>
      <w:r>
        <w:rPr>
          <w:lang w:eastAsia="zh-CN"/>
        </w:rPr>
        <w:br/>
      </w:r>
      <w:r>
        <w:rPr>
          <w:lang w:eastAsia="zh-CN"/>
        </w:rPr>
        <w:t>　　仅有那些真正从事志愿服务时间长的志愿者才能够真正沉淀下来。也才能够真正经过时间的考验，来让真正优秀的志愿者升华。此刻志愿者工作浮夸风其实十分盛行，很多所谓的明星志愿者居然是被包装出来的。然而经过必须的了解后，明白真相后，反而对志愿者工作是一种打击。我们应当经过真正实实在在的工作来规范志愿者工作。</w:t>
      </w:r>
      <w:r>
        <w:rPr>
          <w:lang w:eastAsia="zh-CN"/>
        </w:rPr>
        <w:br/>
      </w:r>
      <w:r>
        <w:rPr>
          <w:lang w:eastAsia="zh-CN"/>
        </w:rPr>
        <w:t>　　我校组织成立青年志愿者服务队。针对学生进行志愿活动的宣传，让更多得人加入到这个队伍中来。并对加入的学生每人下发青年志愿者证书以及号码。让活动系统化，正规化，人性化。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其实刚加入志愿者协会的时候，我们对于志愿者有着许多的懵懂，似乎觉得也就是做点好事那么简单，其实不是这样的。每次的活动我都会有不一样的感悟与收获;每次的活动给别人带去的都是微笑，同时留给自我的也是开心。针对我们财会系的实际情景，开展了以下活动：</w:t>
      </w:r>
      <w:r>
        <w:rPr>
          <w:lang w:eastAsia="zh-CN"/>
        </w:rPr>
        <w:br/>
      </w:r>
      <w:r>
        <w:rPr>
          <w:lang w:eastAsia="zh-CN"/>
        </w:rPr>
        <w:t>　　我系同学都积极参加，用自我的热情为需要帮忙的人们做一些事，我们感到很光荣。青年志愿者活动的开展增强了大学生的实践本事和创造本事，实质上反映了当代青年助人为乐、甘愿奉献的时代风貌和精神风貌，全系的志愿者在校团委和系领导的带领下，发扬助人为乐的优良品质，使我系的志愿者活动走向新的辉煌。</w:t>
      </w:r>
      <w:r>
        <w:rPr>
          <w:lang w:eastAsia="zh-CN"/>
        </w:rPr>
        <w:br/>
      </w:r>
      <w:r>
        <w:rPr>
          <w:lang w:eastAsia="zh-CN"/>
        </w:rPr>
        <w:t>　　大学阶段，是我们人生的重要里程碑，我们不仅仅应当努习书本知识，更应投身社会实践，组织青年志愿者，积极参加社会服务，是提高自我，锻炼自我的有效途径。从社会需要上来讲，社会需要我们的奉献，需要友爱，这是当代大学生肩负的历史使命，也是应具备的起码素质。</w:t>
      </w:r>
      <w:r>
        <w:rPr>
          <w:lang w:eastAsia="zh-CN"/>
        </w:rPr>
        <w:br/>
      </w:r>
      <w:r>
        <w:rPr>
          <w:lang w:eastAsia="zh-CN"/>
        </w:rPr>
        <w:t xml:space="preserve">    志愿者活动的个人总结报告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清晨七点半，我们准时到达路口，协助交警维护交通秩序，该路口人流量较大，又正值上班高峰期，车辆、行人来回穿梭，随着红路灯的变化，起初含糊而不知所措的我们开始忙得不亦乐乎。在交警和协管员的耐心指导下，我们的执勤人员也开始劝说违反交通工作的行人和非机动车驾驶员。在来往穿梭的人群中，大部分行人都能自觉遵守交通规则或是能虚心接受我们的劝告，但还是有些市民闯红灯、不走斑马线，对执勤人员的劝说从而不闻，硬是要闯红灯，有时对我们的执勤人员恶言相向。看到这种行为让我们感到不寒而栗，当然这并不是天气的缘故，而是有些市民对交通知识的缺乏，对安全意识的淡薄。这是对自己生命的漠视，对自己不负责任，对他人不负责任。</w:t>
      </w:r>
      <w:r>
        <w:rPr>
          <w:lang w:eastAsia="zh-CN"/>
        </w:rPr>
        <w:br/>
      </w:r>
      <w:r>
        <w:rPr>
          <w:lang w:eastAsia="zh-CN"/>
        </w:rPr>
        <w:t>　　虽然偶然会有部分市民对我们的文明交通劝说服务不理解，常常会问：“你们站一天有多少工资?”但是绝大多数市民都会以微笑和点头来回应我们的劝导。起初对自己的工作还有点没底气，不过通过这几次的努力，也会听到市民说的一句谢谢或者是露出会心的微笑，这就是对我们最大的鼓励，作为志愿者需要勇气，也需要更多市民的理解和支持。</w:t>
      </w:r>
      <w:r>
        <w:rPr>
          <w:lang w:eastAsia="zh-CN"/>
        </w:rPr>
        <w:br/>
      </w:r>
      <w:r>
        <w:rPr>
          <w:lang w:eastAsia="zh-CN"/>
        </w:rPr>
        <w:t>　　让我们携起手来，共同努力创建文明城市，共建美好明天!</w:t>
      </w:r>
      <w:r>
        <w:rPr>
          <w:lang w:eastAsia="zh-CN"/>
        </w:rPr>
        <w:br/>
      </w:r>
      <w:r>
        <w:rPr>
          <w:lang w:eastAsia="zh-CN"/>
        </w:rPr>
        <w:t xml:space="preserve">    志愿者活动的个人总结报告 篇9 </w:t>
      </w:r>
      <w:r>
        <w:rPr>
          <w:lang w:eastAsia="zh-CN"/>
        </w:rPr>
        <w:br/>
      </w:r>
      <w:r>
        <w:rPr>
          <w:lang w:eastAsia="zh-CN"/>
        </w:rPr>
        <w:t>　　每一次的活动都会给我们带来别样的感受,意外的收获。继上次在部长的殚精竭虑和部员的积极配合下成功举办“走进老年公寓”的松鹤家园文艺演出志愿活动，这次部长为进一步培养部员的组织管理能力，将活动的主要工作交给两位部员。经历困难曲折，这次志愿活动有完美落幕。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1)这次活动的成功举办离不开我部的吃苦耐劳，团结协作，文明礼貌。在部长的带领下，我部全部工作人员多次冒着严寒走出校园出访，确定志愿服务活动地点。经过几次奔波与我部内部协商与讨论，最终与龙沙公园的王部长谈妥，确定于12月5日国际志愿者日在龙沙公园进行志愿服务活动，王部长还给我们请了记者，替我们宣传这次活动。事后王部长谈起，他这样做主要是被我们志愿者代表的礼貌与诚心感动。所以这次活动告诉我们可贵精神之所在，我们应该将他发扬与传承。</w:t>
      </w:r>
      <w:r>
        <w:rPr>
          <w:lang w:eastAsia="zh-CN"/>
        </w:rPr>
        <w:br/>
      </w:r>
      <w:r>
        <w:rPr>
          <w:lang w:eastAsia="zh-CN"/>
        </w:rPr>
        <w:t>　　2)从记者的采访到活动的结束后，各志愿活动区的带头叔叔阿姨的连连赞语，以及王部长不辞百忙给我们的表扬信，以及让我们以后到龙沙公园玩时找他的盛情邀请，这次活动的成功效果令我们惊叹。当然他是我们各志愿活动组积极工作的结果。他让我们意识到除了主要活动负责人的统筹与策划外，各小组长，各志愿者代表，以及各个志愿者的积极与热情才是活动成功的制胜法宝。这也是我们在以后的活动中该注意的。</w:t>
      </w:r>
      <w:r>
        <w:rPr>
          <w:lang w:eastAsia="zh-CN"/>
        </w:rPr>
        <w:br/>
      </w:r>
      <w:r>
        <w:rPr>
          <w:lang w:eastAsia="zh-CN"/>
        </w:rPr>
        <w:t>　　3)上面所说的都离不开各个方面的支持与关心。部长在关键时刻统筹局面，活动前期的宣传等。虽然次活动中的前期的宣传与当场指挥任有瑕疵，我们会在今后的活动中汲取教训，办的圆满。</w:t>
      </w:r>
      <w:r>
        <w:rPr>
          <w:lang w:eastAsia="zh-CN"/>
        </w:rPr>
        <w:br/>
      </w:r>
      <w:r>
        <w:rPr>
          <w:lang w:eastAsia="zh-CN"/>
        </w:rPr>
        <w:t>　　总之，我们部会深刻认识本次活动所暴露的问题，发扬传承我们的吃苦耐劳，团结协作，文明礼貌。在以后的工作中继续努力，超越与发展。</w:t>
      </w:r>
      <w:r>
        <w:rPr>
          <w:lang w:eastAsia="zh-CN"/>
        </w:rPr>
        <w:br/>
      </w:r>
      <w:r>
        <w:rPr>
          <w:lang w:eastAsia="zh-CN"/>
        </w:rPr>
        <w:t xml:space="preserve">    志愿者活动的个人总结报告 篇10 </w:t>
      </w:r>
      <w:r>
        <w:rPr>
          <w:lang w:eastAsia="zh-CN"/>
        </w:rPr>
        <w:br/>
      </w:r>
      <w:r>
        <w:rPr>
          <w:lang w:eastAsia="zh-CN"/>
        </w:rPr>
        <w:t>　　20__年2月10日，组织志愿者与观鸟组一起在天坛进行观鸟。早8：30在天坛西门集合，在组长李强的带领下，开始了观鸟活动。组长进行了短暂的培训，交待了观鸟的注意事项。如：在观鸟是不宜出声，会吓跑鸟；观鸟要先用眼睛观察出鸟的大致方位，再拿望远镜细致的寻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在观鸟组组员的指导下，观察了普通的喜鹊、麻雀、大嘴黑乌鸦等普通鸟类，还观察到了被列为国家二级保护动物的长耳鸮。体形为椭圆，白天基本上保持一种姿势不变，夜晚活动。</w:t>
      </w:r>
      <w:r>
        <w:rPr>
          <w:lang w:eastAsia="zh-CN"/>
        </w:rPr>
        <w:br/>
      </w:r>
      <w:r>
        <w:rPr>
          <w:lang w:eastAsia="zh-CN"/>
        </w:rPr>
        <w:t>　　通过参与这次活动，使志愿者与会员小组建立了联系，使志愿者不只单纯服务于组织，而是与会员小组建立相同的兴趣，更多的参与组织的活动。</w:t>
      </w:r>
      <w:r>
        <w:rPr>
          <w:lang w:eastAsia="zh-CN"/>
        </w:rPr>
        <w:br/>
      </w:r>
      <w:r>
        <w:rPr>
          <w:lang w:eastAsia="zh-CN"/>
        </w:rPr>
        <w:t xml:space="preserve">    志愿者活动的个人总结报告 篇11 </w:t>
      </w:r>
      <w:r>
        <w:rPr>
          <w:lang w:eastAsia="zh-CN"/>
        </w:rPr>
        <w:br/>
      </w:r>
      <w:r>
        <w:rPr>
          <w:lang w:eastAsia="zh-CN"/>
        </w:rPr>
        <w:t>　　__年年过去了，迎来了20__年。我们的志愿者活动又过去了一年，在去旧迎新之际，我仔细梳理一下过去一年所开展的工作，并为明年定下计划，使我们组的志愿服务能在新的一年里做的更好。</w:t>
      </w:r>
      <w:r>
        <w:rPr>
          <w:lang w:eastAsia="zh-CN"/>
        </w:rPr>
        <w:br/>
      </w:r>
      <w:r>
        <w:rPr>
          <w:lang w:eastAsia="zh-CN"/>
        </w:rPr>
        <w:t>　　我们是助残服务总队，主要以服务残疾人为主。通过各种各样不同的服务方式进行服务（如：外出参观、游玩活动；一帮一的结对子；上门服务等等……）。</w:t>
      </w:r>
      <w:r>
        <w:rPr>
          <w:lang w:eastAsia="zh-CN"/>
        </w:rPr>
        <w:br/>
      </w:r>
      <w:r>
        <w:rPr>
          <w:lang w:eastAsia="zh-CN"/>
        </w:rPr>
        <w:t>　　我首先是一名志愿者，服务于助残服务总队，积极参加各样的志愿服务。而且我还身为一名副队长，我主要的职责是协调队长完成团委交给的工作，并且安排好我们组自己的工作，包括组内日常工作、活动策划、财务处理等等。</w:t>
      </w:r>
      <w:r>
        <w:rPr>
          <w:lang w:eastAsia="zh-CN"/>
        </w:rPr>
        <w:br/>
      </w:r>
      <w:r>
        <w:rPr>
          <w:lang w:eastAsia="zh-CN"/>
        </w:rPr>
        <w:t>　　先在这总结一下我在__年年做过的一些服务：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第一：广州利康中心，这是一个帮助精神病康复者机构。我是负责这一个服务点。我们固定每月一次，以及中秋，圣诞等节目，都会组织志愿者去利康中心服务，与精神康复者们（我们都称他们为“老友记”）进行交流，联欢，还会举行生日会，象棋比赛等，也会到外面交游，如去过大夫山等。我们还有一支男女足球队，每月都与“老友记”们踢足球。</w:t>
      </w:r>
      <w:r>
        <w:rPr>
          <w:lang w:eastAsia="zh-CN"/>
        </w:rPr>
        <w:br/>
      </w:r>
      <w:r>
        <w:rPr>
          <w:lang w:eastAsia="zh-CN"/>
        </w:rPr>
        <w:t>　　第二：团委的一系列活动，我们组也配合参加了。</w:t>
      </w:r>
      <w:r>
        <w:rPr>
          <w:lang w:eastAsia="zh-CN"/>
        </w:rPr>
        <w:br/>
      </w:r>
      <w:r>
        <w:rPr>
          <w:lang w:eastAsia="zh-CN"/>
        </w:rPr>
        <w:t>　　如：春运志愿者服务；广州一家亲1+1全民志愿行动；2月份花市志愿都服务，护花行动；广州市残疾人的调查；11月民族运动会……</w:t>
      </w:r>
      <w:r>
        <w:rPr>
          <w:lang w:eastAsia="zh-CN"/>
        </w:rPr>
        <w:br/>
      </w:r>
      <w:r>
        <w:rPr>
          <w:lang w:eastAsia="zh-CN"/>
        </w:rPr>
        <w:t>　　第三：组织残疾人外出活动，让残疾朋友们可以走出家门，与社会多多接触。</w:t>
      </w:r>
      <w:r>
        <w:rPr>
          <w:lang w:eastAsia="zh-CN"/>
        </w:rPr>
        <w:br/>
      </w:r>
      <w:r>
        <w:rPr>
          <w:lang w:eastAsia="zh-CN"/>
        </w:rPr>
        <w:t>　　如：2月组织疾人到越秀花市行花街。</w:t>
      </w:r>
      <w:r>
        <w:rPr>
          <w:lang w:eastAsia="zh-CN"/>
        </w:rPr>
        <w:br/>
      </w:r>
      <w:r>
        <w:rPr>
          <w:lang w:eastAsia="zh-CN"/>
        </w:rPr>
        <w:t>　　3月组织残疾人到航天奇观参观。</w:t>
      </w:r>
      <w:r>
        <w:rPr>
          <w:lang w:eastAsia="zh-CN"/>
        </w:rPr>
        <w:br/>
      </w:r>
      <w:r>
        <w:rPr>
          <w:lang w:eastAsia="zh-CN"/>
        </w:rPr>
        <w:t>　　5月组织残疾人到南海天后宫参观。</w:t>
      </w:r>
      <w:r>
        <w:rPr>
          <w:lang w:eastAsia="zh-CN"/>
        </w:rPr>
        <w:br/>
      </w:r>
      <w:r>
        <w:rPr>
          <w:lang w:eastAsia="zh-CN"/>
        </w:rPr>
        <w:t>　　5月27日组织残疾人登白云山。</w:t>
      </w:r>
      <w:r>
        <w:rPr>
          <w:lang w:eastAsia="zh-CN"/>
        </w:rPr>
        <w:br/>
      </w:r>
      <w:r>
        <w:rPr>
          <w:lang w:eastAsia="zh-CN"/>
        </w:rPr>
        <w:t>　　11月组织残疾人看广州车展。</w:t>
      </w:r>
      <w:r>
        <w:rPr>
          <w:lang w:eastAsia="zh-CN"/>
        </w:rPr>
        <w:br/>
      </w:r>
      <w:r>
        <w:rPr>
          <w:lang w:eastAsia="zh-CN"/>
        </w:rPr>
        <w:t xml:space="preserve">    志愿者活动的个人总结报告 篇12 </w:t>
      </w:r>
      <w:r>
        <w:rPr>
          <w:lang w:eastAsia="zh-CN"/>
        </w:rPr>
        <w:br/>
      </w:r>
      <w:r>
        <w:rPr>
          <w:lang w:eastAsia="zh-CN"/>
        </w:rPr>
        <w:t>　　7月12日~7月31日我们进行了为期二十天的暑期志愿者支教活动，在这二十天里我们的主要任务是教学，在教学之外还进行了社会调查，现将具体情况的总结如下。</w:t>
      </w:r>
      <w:r>
        <w:rPr>
          <w:lang w:eastAsia="zh-CN"/>
        </w:rPr>
        <w:br/>
      </w:r>
      <w:r>
        <w:rPr>
          <w:lang w:eastAsia="zh-CN"/>
        </w:rPr>
        <w:t>　　一、教学方面。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自从7月16日举行开学典礼以来，总共报到学生96人。我担任初中班班主任，初中班总共报到42人，但是实际上课的人数没有那么多，平时每天来上课的大概只有十几个，多的时候会有二十几个。初中班初一、初二和初三的学生都有，还有三个高中生。学生主要分布在大哨村、补抽村等离中心小学比较近的村，此外还有几位米沟村和大本村的学生，离中心小学很远，步行大概一个多小时。</w:t>
      </w:r>
      <w:r>
        <w:rPr>
          <w:lang w:eastAsia="zh-CN"/>
        </w:rPr>
        <w:br/>
      </w:r>
      <w:r>
        <w:rPr>
          <w:lang w:eastAsia="zh-CN"/>
        </w:rPr>
        <w:t>　　我担任初中班历史和小学五六年级地.老师。在教学及家访的过程中发现：首先，学生普遍基础比较差，很多东西我们自认为学生应该知道的实际上学生可能并不很了解，班里面也有比较突出的学生，但极其个别。大多数学生都是基础非常一般，有的甚至很差。其次，在对待学习的态度方面也比较消极。在平时和同学的交流中发现，很多同学对读书目标并不是很明确。当问及将来想做什么，成为一个什么样的人的时候，大多数同学都很茫然。有的学生表示，家里面经济条件不好，考上了家里人也供不起。也许经济条件落后是教育问题最致命的硬伤，当教育问题明显受制于经济的时候，学生学习的动力也便不是那么强烈了，也许对于一个能考上大学，但却上不起的学生来说，这是一件比考不上本身还要痛苦的事情。</w:t>
      </w:r>
      <w:r>
        <w:rPr>
          <w:lang w:eastAsia="zh-CN"/>
        </w:rPr>
        <w:br/>
      </w:r>
      <w:r>
        <w:rPr>
          <w:lang w:eastAsia="zh-CN"/>
        </w:rPr>
        <w:t>　　此外，当地人普遍文化程度不高，没有一种积极的读书受教育的影响氛围，学生也便寻找不到一种标杆和旗帜，在这种氛围中自己要求上进是需要相当的勇气和毅力的。</w:t>
      </w:r>
      <w:r>
        <w:rPr>
          <w:lang w:eastAsia="zh-CN"/>
        </w:rPr>
        <w:br/>
      </w:r>
      <w:r>
        <w:rPr>
          <w:lang w:eastAsia="zh-CN"/>
        </w:rPr>
        <w:t>　　在教学过程中，我在完成所计划的课堂教学内容之外，更注重的是在心理和精神上鼓励学生认清现实，并且心有理想，克服困难，能执着于信念，把读书当成一种追求，能有一种以读书人的身份走出去看看世界的理想，从而能更清醒地认识世界，认识家乡，心怀理想，建设家乡。用温总.的话说便是：脚踏实地，仰望星空。</w:t>
      </w:r>
      <w:r>
        <w:rPr>
          <w:lang w:eastAsia="zh-CN"/>
        </w:rPr>
        <w:br/>
      </w:r>
      <w:r>
        <w:rPr>
          <w:lang w:eastAsia="zh-CN"/>
        </w:rPr>
        <w:t>　　二、调研方面。</w:t>
      </w:r>
      <w:r>
        <w:rPr>
          <w:lang w:eastAsia="zh-CN"/>
        </w:rPr>
        <w:br/>
      </w:r>
    </w:p>
    <w:p w:rsidR="001B1F19" w14:textId="27C3F48A">
      <w:pPr>
        <w:rPr>
          <w:rFonts w:hint="eastAsia"/>
          <w:lang w:eastAsia="zh-CN"/>
        </w:rPr>
      </w:pPr>
      <w:r>
        <w:rPr>
          <w:lang w:eastAsia="zh-CN"/>
        </w:rPr>
        <w:t>　　二十天里除了搞活动放假的两天和7月25、26、27下雨三天之外，其他时间几乎每天都出去调研，队员的调研足迹遍布补抽乡十多个村，包括乡政府周边的大哨村、补抽村、吉久村和董哨村，此外还有离乡政府比较远的大本村、排当村、米沟村、夯尚村、大龙村和大卡村等。调研对象分三部分，分别是贫困学生、农村青年和留守老人。</w:t>
      </w:r>
      <w:r>
        <w:rPr>
          <w:lang w:eastAsia="zh-CN"/>
        </w:rPr>
        <w:br/>
      </w:r>
      <w:r>
        <w:rPr>
          <w:lang w:eastAsia="zh-CN"/>
        </w:rPr>
        <w:t>　　调研大部分都.用访谈的方式，因此比较详细地了解到了补抽乡经济和教育等方面的发展状况。</w:t>
      </w:r>
      <w:r>
        <w:rPr>
          <w:lang w:eastAsia="zh-CN"/>
        </w:rPr>
        <w:br/>
      </w:r>
      <w:r>
        <w:rPr>
          <w:lang w:eastAsia="zh-CN"/>
        </w:rPr>
        <w:t>　　经济条件：</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https://d.book118.com/386044113050010054</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86044113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