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2024物业公司年度工作计划范文（31篇）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2024物业公司年度工作计划范文（精选31篇）</w:t>
      </w:r>
      <w:r>
        <w:rPr>
          <w:lang w:eastAsia="zh-CN"/>
        </w:rPr>
        <w:br/>
      </w:r>
      <w:r>
        <w:rPr>
          <w:lang w:eastAsia="zh-CN"/>
        </w:rPr>
        <w:t xml:space="preserve">    2024物业公司年度工作计划范文 篇1 </w:t>
      </w:r>
      <w:r>
        <w:rPr>
          <w:lang w:eastAsia="zh-CN"/>
        </w:rPr>
        <w:br/>
      </w:r>
      <w:r>
        <w:rPr>
          <w:lang w:eastAsia="zh-CN"/>
        </w:rPr>
        <w:t>　　20__年上半年，在开发区管委会及总公司的支持和领导下，到目前为止我们已完成营业收入230万元。20__年下半年，我们将继续保持上半年的良好发展势头，响应市政党振兴徐州老工业基地的号召，进一步加大业务投入，争取引进的工程项目，重点开拓物业管理业务。同时还要找问题、找差距、找不足，为此，我们制定我公司20__下半年的工作计划。</w:t>
      </w:r>
      <w:r>
        <w:rPr>
          <w:lang w:eastAsia="zh-CN"/>
        </w:rPr>
        <w:br/>
      </w:r>
      <w:r>
        <w:rPr>
          <w:lang w:eastAsia="zh-CN"/>
        </w:rPr>
        <w:t>　　一、总的工作目标：</w:t>
      </w:r>
      <w:r>
        <w:rPr>
          <w:lang w:eastAsia="zh-CN"/>
        </w:rPr>
        <w:br/>
      </w:r>
      <w:r>
        <w:rPr>
          <w:lang w:eastAsia="zh-CN"/>
        </w:rPr>
        <w:t>　　1、稳抓环卫，提高道路保洁质量，确保开发区环境卫生在全市领先。</w:t>
      </w:r>
      <w:r>
        <w:rPr>
          <w:lang w:eastAsia="zh-CN"/>
        </w:rPr>
        <w:br/>
      </w:r>
      <w:r>
        <w:rPr>
          <w:lang w:eastAsia="zh-CN"/>
        </w:rPr>
        <w:t>　　2、发展绿化，确保完成开发区下达的绿化养护及绿化保洁任务。</w:t>
      </w:r>
      <w:r>
        <w:rPr>
          <w:lang w:eastAsia="zh-CN"/>
        </w:rPr>
        <w:br/>
      </w:r>
      <w:r>
        <w:rPr>
          <w:lang w:eastAsia="zh-CN"/>
        </w:rPr>
        <w:t>　　3、积极拓展其他工程业务，提高经济效益。</w:t>
      </w:r>
      <w:r>
        <w:rPr>
          <w:lang w:eastAsia="zh-CN"/>
        </w:rPr>
        <w:br/>
      </w:r>
      <w:r>
        <w:rPr>
          <w:lang w:eastAsia="zh-CN"/>
        </w:rPr>
        <w:t>　　4、确保安全生产，加强安全意识，尤其是保证车辆行驶安全及道路保洁工人人身安全。</w:t>
      </w:r>
      <w:r>
        <w:rPr>
          <w:lang w:eastAsia="zh-CN"/>
        </w:rPr>
        <w:br/>
      </w:r>
      <w:r>
        <w:rPr>
          <w:lang w:eastAsia="zh-CN"/>
        </w:rPr>
        <w:t>　　5、提高全体干部员工的服务意识和服务理念。</w:t>
      </w:r>
      <w:r>
        <w:rPr>
          <w:lang w:eastAsia="zh-CN"/>
        </w:rPr>
        <w:br/>
      </w:r>
      <w:r>
        <w:rPr>
          <w:lang w:eastAsia="zh-CN"/>
        </w:rPr>
        <w:t>　　6、维护职工的合法利益，提高职工福利待遇，确保职工队伍的稳定。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7、力争完成全年营业收入520万元，创利税20万元。</w:t>
      </w:r>
      <w:r>
        <w:rPr>
          <w:lang w:eastAsia="zh-CN"/>
        </w:rPr>
        <w:br/>
      </w:r>
      <w:r>
        <w:rPr>
          <w:lang w:eastAsia="zh-CN"/>
        </w:rPr>
        <w:t>　　8、积极拓展物业管理新业务，拟承接高铁国际商务区一体化物业管理。</w:t>
      </w:r>
      <w:r>
        <w:rPr>
          <w:lang w:eastAsia="zh-CN"/>
        </w:rPr>
        <w:br/>
      </w:r>
      <w:r>
        <w:rPr>
          <w:lang w:eastAsia="zh-CN"/>
        </w:rPr>
        <w:t>　　二、具体措施：</w:t>
      </w:r>
      <w:r>
        <w:rPr>
          <w:lang w:eastAsia="zh-CN"/>
        </w:rPr>
        <w:br/>
      </w:r>
      <w:r>
        <w:rPr>
          <w:lang w:eastAsia="zh-CN"/>
        </w:rPr>
        <w:t>　　1、加强政治学习，统一思想认识，提高全体干部员工为开发区建设和发展服务的意识。将开发区的新形势、新发展、新变化传达给个职工，激发职工的工作热情。</w:t>
      </w:r>
      <w:r>
        <w:rPr>
          <w:lang w:eastAsia="zh-CN"/>
        </w:rPr>
        <w:br/>
      </w:r>
      <w:r>
        <w:rPr>
          <w:lang w:eastAsia="zh-CN"/>
        </w:rPr>
        <w:t>　　2、加强职工业务技能培训。尤其是物业管理人员，分管理人员、维修人员、秩序维护员(保安)、保洁员等不同部门、不同工种要定期进行物业管理知识、专业技能训练，定期进行消防知识培训;对驾驶员定期进行安全思想教育。</w:t>
      </w:r>
      <w:r>
        <w:rPr>
          <w:lang w:eastAsia="zh-CN"/>
        </w:rPr>
        <w:br/>
      </w:r>
      <w:r>
        <w:rPr>
          <w:lang w:eastAsia="zh-CN"/>
        </w:rPr>
        <w:t>　　3、继续在各部门推行承包责任制，由部门负责人负责本部门内部的所有事务，部门负责人对公司经理负责。</w:t>
      </w:r>
      <w:r>
        <w:rPr>
          <w:lang w:eastAsia="zh-CN"/>
        </w:rPr>
        <w:br/>
      </w:r>
      <w:r>
        <w:rPr>
          <w:lang w:eastAsia="zh-CN"/>
        </w:rPr>
        <w:t>　　1)公司拟正式成立监管科，隶属于公司办公室，向办公室及公司总经理汇报工作。监管科于20__年初成立试运行以来，对公司的各项工作都有了很大的促进作用，但是监管力度仍然不够大，离公司领导对监管科的期许，还有比较大的差距。公司拟于下半年正式成立监管科，加强对各部门的检查考核，量化考核指标，每天考核两次，不走过场，不搞形式主义，不怕得罪人，如实填写日考核表，月底总结考核情况报办公室，根据考核情况按公司奖惩制度进行奖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2)对环境卫队酝酿进行重大改革。推行承包责任制，环卫队实行队长负责制，队长签定承包责任合同，全面负责环卫工作。同时计划分路段进行承包，由监管科对各路段进行考核定奖惩;垃圾中转站(车队)实行队长负责制，队长签订承包责任合同，职责范围包括垃圾中转站、车队、安全保卫、渣土办;与驾驶员签订责任状，明确驾驶员的责、权、利，进一步明确发生安全事故后公司和驾驶员各自所承担的责任;对原垃圾站进行改造，新上压缩机组一台;强化服务功能，提高服务水平，加大对企事业单位的服务力度，拟增加封闭式保洁车、吸粪车及洒水车各一辆;拟接管经七路垃圾中转站。</w:t>
      </w:r>
      <w:r>
        <w:rPr>
          <w:lang w:eastAsia="zh-CN"/>
        </w:rPr>
        <w:br/>
      </w:r>
      <w:r>
        <w:rPr>
          <w:lang w:eastAsia="zh-CN"/>
        </w:rPr>
        <w:t>　　2)办公室加强内部管理，对公司各部门劳动纪律及业绩的监督考核;负责仓库、汽车等事项的综合管理;组织经理办公会及班组长会议，每月进行工作总结并制定下月工作计划;安排监管科每天考核各部门工作;进一步加强物资采购、仓库管理、用油管理，材料进出必须有领导签字;油票由办公室统一开具经总经理签字后方可加油，并由办公室安排专人随同;汽车维修及购买配件由专人负责，办公室统一安排。</w:t>
      </w:r>
      <w:r>
        <w:rPr>
          <w:lang w:eastAsia="zh-CN"/>
        </w:rPr>
        <w:br/>
      </w:r>
      <w:r>
        <w:rPr>
          <w:lang w:eastAsia="zh-CN"/>
        </w:rPr>
        <w:t>　　物业公司年度工作计划范文(四)</w:t>
      </w:r>
      <w:r>
        <w:rPr>
          <w:lang w:eastAsia="zh-CN"/>
        </w:rPr>
        <w:br/>
      </w:r>
      <w:r>
        <w:rPr>
          <w:lang w:eastAsia="zh-CN"/>
        </w:rPr>
        <w:t>　　1、重新制定和细化本部门的工作职责;把客服、保洁、绿化、后勤制度统一修改为《客服部管理制度》，改进各组的工作流程，做到有制度、有实施、有检查、有改进，并形成相关记录;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r>
        <w:rPr>
          <w:lang w:eastAsia="zh-CN"/>
        </w:rPr>
        <w:br/>
      </w:r>
      <w:r>
        <w:rPr>
          <w:lang w:eastAsia="zh-CN"/>
        </w:rPr>
        <w:t>　　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r>
        <w:rPr>
          <w:lang w:eastAsia="zh-CN"/>
        </w:rPr>
        <w:br/>
      </w:r>
      <w:r>
        <w:rPr>
          <w:lang w:eastAsia="zh-CN"/>
        </w:rPr>
        <w:t>　　4、建立档案管理专柜，将客户的资料、部门内部各类检、巡查资料统一放置于档案柜里，以便于查找，并由专人负责归档、借阅。</w:t>
      </w:r>
      <w:r>
        <w:rPr>
          <w:lang w:eastAsia="zh-CN"/>
        </w:rPr>
        <w:br/>
      </w:r>
      <w:r>
        <w:rPr>
          <w:lang w:eastAsia="zh-CN"/>
        </w:rPr>
        <w:t>　　5、落实月、季、年度公共设施设备的保养及库房管理工作，做到设施设备有保养、有检查、有记录，库房干净、整洁、条理清晰、标识准确;</w:t>
      </w:r>
      <w:r>
        <w:rPr>
          <w:lang w:eastAsia="zh-CN"/>
        </w:rPr>
        <w:br/>
      </w:r>
      <w:r>
        <w:rPr>
          <w:lang w:eastAsia="zh-CN"/>
        </w:rPr>
        <w:t>　　6、加强保洁绿化工作的细节管理，主抓细节问题上的保洁绿化作业问题，落实好考核工作机制，对于保洁绿化员每天所清扫、修剪区域进行多频次的检查，从组长到主管，从主管到区域管家分为三级制检、抽查工作，同时为保洁绿化员每天设立较为准确的时间节点，并按时完成工作;人员管理上实行人性化管理，增加员工的业余生活，不断提高员工的积极性。</w:t>
      </w:r>
      <w:r>
        <w:rPr>
          <w:lang w:eastAsia="zh-CN"/>
        </w:rPr>
        <w:br/>
      </w:r>
      <w:r>
        <w:rPr>
          <w:lang w:eastAsia="zh-CN"/>
        </w:rPr>
        <w:t xml:space="preserve">    2024物业公司年度工作计划范文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为了物业公司顺利的运作发展，为业主和租户提供高效优质的服务，完成业主委托的各项物业管理及经济指标，发挥物业最大的功能，使得物业通过对_大楼及基地、家属院实行的物业管理，不断总结管理经验，提升物业灌木里水平，积极努力地参与市场竞争，拓展业务管理规模，最终走向市场完全转化为经营性物业管理，达到最佳的经济效益，制定今年的工作计划。</w:t>
      </w:r>
      <w:r>
        <w:rPr>
          <w:lang w:eastAsia="zh-CN"/>
        </w:rPr>
        <w:br/>
      </w:r>
      <w:r>
        <w:rPr>
          <w:lang w:eastAsia="zh-CN"/>
        </w:rPr>
        <w:t>　　一、 定编定岗及培训计划</w:t>
      </w:r>
      <w:r>
        <w:rPr>
          <w:lang w:eastAsia="zh-CN"/>
        </w:rPr>
        <w:br/>
      </w:r>
      <w:r>
        <w:rPr>
          <w:lang w:eastAsia="zh-CN"/>
        </w:rPr>
        <w:t>　　今年是物业公司运行的第一年，实行二块牌子(1.物业管理公司 2.管理中心)一套人马，在保留原中心的功能基础上，通过物业的运作，最终走向市场。定编定岗从厂里的统一管理安排，计划全公司定编37人，其中管理人员7人，按照厂里的培训安排参加培训。</w:t>
      </w:r>
      <w:r>
        <w:rPr>
          <w:lang w:eastAsia="zh-CN"/>
        </w:rPr>
        <w:br/>
      </w:r>
      <w:r>
        <w:rPr>
          <w:lang w:eastAsia="zh-CN"/>
        </w:rPr>
        <w:t>　　二、 代租、代收计划</w:t>
      </w:r>
      <w:r>
        <w:rPr>
          <w:lang w:eastAsia="zh-CN"/>
        </w:rPr>
        <w:br/>
      </w:r>
      <w:r>
        <w:rPr>
          <w:lang w:eastAsia="zh-CN"/>
        </w:rPr>
        <w:t>　　按照厂里的物业管理委托要求，对_大楼及将要成的其它物业大楼进行代为租赁，计划完成_大楼委托租赁的房屋出租率大于96%，今年完成代租收入不少于..万元，按要求完成水电暖与费用的代收、代缴工作，保证所辖物业的正常运作。</w:t>
      </w:r>
      <w:r>
        <w:rPr>
          <w:lang w:eastAsia="zh-CN"/>
        </w:rPr>
        <w:br/>
      </w:r>
      <w:r>
        <w:rPr>
          <w:lang w:eastAsia="zh-CN"/>
        </w:rPr>
        <w:t>　　三、 收入计划(物业管理费、代租、代办费)</w:t>
      </w:r>
      <w:r>
        <w:rPr>
          <w:lang w:eastAsia="zh-CN"/>
        </w:rPr>
        <w:br/>
      </w:r>
      <w:r>
        <w:rPr>
          <w:lang w:eastAsia="zh-CN"/>
        </w:rPr>
        <w:t>　　今年完成物业管理费..万元，代租、代办费..万元(..20%)，一共为.万元。其中_大楼物业费及代租代办费合计为..万元，其它收入..万元。</w:t>
      </w:r>
      <w:r>
        <w:rPr>
          <w:lang w:eastAsia="zh-CN"/>
        </w:rPr>
        <w:br/>
      </w:r>
      <w:r>
        <w:rPr>
          <w:lang w:eastAsia="zh-CN"/>
        </w:rPr>
        <w:t>　　四、 费用支出控制计划</w:t>
      </w:r>
      <w:r>
        <w:rPr>
          <w:lang w:eastAsia="zh-CN"/>
        </w:rPr>
        <w:br/>
      </w:r>
      <w:r>
        <w:rPr>
          <w:lang w:eastAsia="zh-CN"/>
        </w:rPr>
        <w:t>　　今年其费用支出控制在..万元之内(不包括..元以上的修理费用)，其中：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1.人员工资包括三金总额为：..万元(按现48人计算)</w:t>
      </w:r>
      <w:r>
        <w:rPr>
          <w:lang w:eastAsia="zh-CN"/>
        </w:rPr>
        <w:br/>
      </w:r>
      <w:r>
        <w:rPr>
          <w:lang w:eastAsia="zh-CN"/>
        </w:rPr>
        <w:t>　　2.自担水电费：..万元。</w:t>
      </w:r>
      <w:r>
        <w:rPr>
          <w:lang w:eastAsia="zh-CN"/>
        </w:rPr>
        <w:br/>
      </w:r>
      <w:r>
        <w:rPr>
          <w:lang w:eastAsia="zh-CN"/>
        </w:rPr>
        <w:t>　　3.税金：..万元。</w:t>
      </w:r>
      <w:r>
        <w:rPr>
          <w:lang w:eastAsia="zh-CN"/>
        </w:rPr>
        <w:br/>
      </w:r>
      <w:r>
        <w:rPr>
          <w:lang w:eastAsia="zh-CN"/>
        </w:rPr>
        <w:t>　　4.其它..万元。</w:t>
      </w:r>
      <w:r>
        <w:rPr>
          <w:lang w:eastAsia="zh-CN"/>
        </w:rPr>
        <w:br/>
      </w:r>
      <w:r>
        <w:rPr>
          <w:lang w:eastAsia="zh-CN"/>
        </w:rPr>
        <w:t xml:space="preserve">    2024物业公司年度工作计划范文 篇3 </w:t>
      </w:r>
      <w:r>
        <w:rPr>
          <w:lang w:eastAsia="zh-CN"/>
        </w:rPr>
        <w:br/>
      </w:r>
      <w:r>
        <w:rPr>
          <w:lang w:eastAsia="zh-CN"/>
        </w:rPr>
        <w:t>　　一、执行绩效考核工作，提高服务工作质量</w:t>
      </w:r>
      <w:r>
        <w:rPr>
          <w:lang w:eastAsia="zh-CN"/>
        </w:rPr>
        <w:br/>
      </w:r>
      <w:r>
        <w:rPr>
          <w:lang w:eastAsia="zh-CN"/>
        </w:rPr>
        <w:t>　　以绩效考核指标为标准，实行目标管理责任制，明确各级工作职责，责任到人，通过检查、考核，真正做到奖勤罚懒，提高员工的工作热情，促进工作有效完成。</w:t>
      </w:r>
      <w:r>
        <w:rPr>
          <w:lang w:eastAsia="zh-CN"/>
        </w:rPr>
        <w:br/>
      </w:r>
      <w:r>
        <w:rPr>
          <w:lang w:eastAsia="zh-CN"/>
        </w:rPr>
        <w:t>　　二、强化培训考核制度</w:t>
      </w:r>
      <w:r>
        <w:rPr>
          <w:lang w:eastAsia="zh-CN"/>
        </w:rPr>
        <w:br/>
      </w:r>
      <w:r>
        <w:rPr>
          <w:lang w:eastAsia="zh-CN"/>
        </w:rPr>
        <w:t>　　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r>
        <w:rPr>
          <w:lang w:eastAsia="zh-CN"/>
        </w:rPr>
        <w:br/>
      </w:r>
      <w:r>
        <w:rPr>
          <w:lang w:eastAsia="zh-CN"/>
        </w:rPr>
        <w:t>　　三、结合小区实际建立严整的安防体系</w:t>
      </w:r>
      <w:r>
        <w:rPr>
          <w:lang w:eastAsia="zh-CN"/>
        </w:rPr>
        <w:br/>
      </w:r>
      <w:r>
        <w:rPr>
          <w:lang w:eastAsia="zh-CN"/>
        </w:rPr>
        <w:t>　　从制度规范入手，责任到人，并规范监督执行，结合绩效考核加强队伍建设，加大对小区住户安防知识的宣传力度，打开联防共治的局面。</w:t>
      </w:r>
      <w:r>
        <w:rPr>
          <w:lang w:eastAsia="zh-CN"/>
        </w:rPr>
        <w:br/>
      </w:r>
      <w:r>
        <w:rPr>
          <w:lang w:eastAsia="zh-CN"/>
        </w:rPr>
        <w:t>　　四、完善日常管理，开展便民工作，提高住户满意度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以制度规范日常工作管理，完善小区楼宇、消防、公共设施设备的维保，让住户满意，大力开展家政清洁、花园养护、水电维修等有偿服务，在给业主提供优质服务。</w:t>
      </w:r>
      <w:r>
        <w:rPr>
          <w:lang w:eastAsia="zh-CN"/>
        </w:rPr>
        <w:br/>
      </w:r>
      <w:r>
        <w:rPr>
          <w:lang w:eastAsia="zh-CN"/>
        </w:rPr>
        <w:t>　　五、根据公司年度统筹计划，开展社区文化活动，创建和谐社区</w:t>
      </w:r>
      <w:r>
        <w:rPr>
          <w:lang w:eastAsia="zh-CN"/>
        </w:rPr>
        <w:br/>
      </w:r>
      <w:r>
        <w:rPr>
          <w:lang w:eastAsia="zh-CN"/>
        </w:rPr>
        <w:t>　　根据年度工作计划材料，近阶段的工作重点是：</w:t>
      </w:r>
      <w:r>
        <w:rPr>
          <w:lang w:eastAsia="zh-CN"/>
        </w:rPr>
        <w:br/>
      </w:r>
      <w:r>
        <w:rPr>
          <w:lang w:eastAsia="zh-CN"/>
        </w:rPr>
        <w:t>　　1、根据营运中心下发的《设备/设施规范管理制度》、《电梯安全管理程序》、《材料管理制度》等制度规范，严格执行，逐项整改完善，按实施日期落实到位。</w:t>
      </w:r>
      <w:r>
        <w:rPr>
          <w:lang w:eastAsia="zh-CN"/>
        </w:rPr>
        <w:br/>
      </w:r>
      <w:r>
        <w:rPr>
          <w:lang w:eastAsia="zh-CN"/>
        </w:rPr>
        <w:t>　　2、根据《绩效考核制度》中日常工作考核标准组织各部门员工培训学习，明确岗位工作要求。</w:t>
      </w:r>
      <w:r>
        <w:rPr>
          <w:lang w:eastAsia="zh-CN"/>
        </w:rPr>
        <w:br/>
      </w:r>
      <w:r>
        <w:rPr>
          <w:lang w:eastAsia="zh-CN"/>
        </w:rPr>
        <w:t>　　3、拟定车辆临停收费可行性方案。</w:t>
      </w:r>
      <w:r>
        <w:rPr>
          <w:lang w:eastAsia="zh-CN"/>
        </w:rPr>
        <w:br/>
      </w:r>
      <w:r>
        <w:rPr>
          <w:lang w:eastAsia="zh-CN"/>
        </w:rPr>
        <w:t>　　4、配合运营中心"温馨社区生活剪影"等社区文化活动的开展，组织相关部门做好准备工作。</w:t>
      </w:r>
      <w:r>
        <w:rPr>
          <w:lang w:eastAsia="zh-CN"/>
        </w:rPr>
        <w:br/>
      </w:r>
      <w:r>
        <w:rPr>
          <w:lang w:eastAsia="zh-CN"/>
        </w:rPr>
        <w:t>　　5、按部门计划完成当月培训工作。</w:t>
      </w:r>
      <w:r>
        <w:rPr>
          <w:lang w:eastAsia="zh-CN"/>
        </w:rPr>
        <w:br/>
      </w:r>
      <w:r>
        <w:rPr>
          <w:lang w:eastAsia="zh-CN"/>
        </w:rPr>
        <w:t>　　__年__区将以务实的工作态度，以公司的整体工作方针为方向，保质保量完成各项工作任务及考核指标，在服务质量提升年中创出佳绩。</w:t>
      </w:r>
      <w:r>
        <w:rPr>
          <w:lang w:eastAsia="zh-CN"/>
        </w:rPr>
        <w:br/>
      </w:r>
      <w:r>
        <w:rPr>
          <w:lang w:eastAsia="zh-CN"/>
        </w:rPr>
        <w:t xml:space="preserve">    2024物业公司年度工作计划范文 篇4 </w:t>
      </w:r>
      <w:r>
        <w:rPr>
          <w:lang w:eastAsia="zh-CN"/>
        </w:rPr>
        <w:br/>
      </w:r>
      <w:r>
        <w:rPr>
          <w:lang w:eastAsia="zh-CN"/>
        </w:rPr>
        <w:t>　　作为一个物业管理员，为居民创造良好的小区环境，带领居民把自己的家园建设好是我的责任。以往的工作中我带领全体工作人员顺利将工作展开，并在小区居民的配合下有效实施了各项业务工作，新年里我已拟定物业总监个人工作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一、__个小区公共事务方面</w:t>
      </w:r>
      <w:r>
        <w:rPr>
          <w:lang w:eastAsia="zh-CN"/>
        </w:rPr>
        <w:br/>
      </w:r>
      <w:r>
        <w:rPr>
          <w:lang w:eastAsia="zh-CN"/>
        </w:rPr>
        <w:t>　　1、全面推行租赁经营服务工作，召开全体工作人员总动员会，明确租赁服务意义目的，统一思想，集体学习相关业务推广内容和业务办理操作流程，确保工作正常进展。</w:t>
      </w:r>
      <w:r>
        <w:rPr>
          <w:lang w:eastAsia="zh-CN"/>
        </w:rPr>
        <w:br/>
      </w:r>
      <w:r>
        <w:rPr>
          <w:lang w:eastAsia="zh-CN"/>
        </w:rPr>
        <w:t>　　2、为提高费用收缴率，确保财务良性循环，以专题会议形式组织各物业助理、前台人员、领班级以上人员进行学习《各种费用追缴工作流程》。</w:t>
      </w:r>
      <w:r>
        <w:rPr>
          <w:lang w:eastAsia="zh-CN"/>
        </w:rPr>
        <w:br/>
      </w:r>
      <w:r>
        <w:rPr>
          <w:lang w:eastAsia="zh-CN"/>
        </w:rPr>
        <w:t>　　3、以专题会议形式，组织三个小区管理骨干及相关工作人员集体学习《案例通报管理制度》、《案例通报操作流程图》及相关作业表格，明确责任关系，杜绝各种同类负面案例再次发生，全面提高管理服务质量，这也是工作计划中的重中之重。</w:t>
      </w:r>
      <w:r>
        <w:rPr>
          <w:lang w:eastAsia="zh-CN"/>
        </w:rPr>
        <w:br/>
      </w:r>
      <w:r>
        <w:rPr>
          <w:lang w:eastAsia="zh-CN"/>
        </w:rPr>
        <w:t>　　4、制定《保安器材管理规定》，包括对讲机、巡更棒、门岗电脑等，并认队真贯彻实施，明确责任关系，谁损坏谁负责，杜绝各种不合理使用现象。</w:t>
      </w:r>
      <w:r>
        <w:rPr>
          <w:lang w:eastAsia="zh-CN"/>
        </w:rPr>
        <w:br/>
      </w:r>
      <w:r>
        <w:rPr>
          <w:lang w:eastAsia="zh-CN"/>
        </w:rPr>
        <w:t>　　5、回顾__个小区从去年__月份以来各方面情况，以对比分析、寻找差距，为下一步工作提高作出更可行的具体措施。</w:t>
      </w:r>
      <w:r>
        <w:rPr>
          <w:lang w:eastAsia="zh-CN"/>
        </w:rPr>
        <w:br/>
      </w:r>
      <w:r>
        <w:rPr>
          <w:lang w:eastAsia="zh-CN"/>
        </w:rPr>
        <w:t>　　二、__项目</w:t>
      </w:r>
      <w:r>
        <w:rPr>
          <w:lang w:eastAsia="zh-CN"/>
        </w:rPr>
        <w:br/>
      </w:r>
      <w:r>
        <w:rPr>
          <w:lang w:eastAsia="zh-CN"/>
        </w:rPr>
        <w:t>　　1、全力抓好-幢物业移交工作，确保业主满意。</w:t>
      </w:r>
      <w:r>
        <w:rPr>
          <w:lang w:eastAsia="zh-CN"/>
        </w:rPr>
        <w:br/>
      </w:r>
      <w:r>
        <w:rPr>
          <w:lang w:eastAsia="zh-CN"/>
        </w:rPr>
        <w:t>　　2、督促管理处及时做好-幢摩托车位车牌的制作及安装；并督促管理处及时颁发通知，要求业主在__月__日前到管理处办妥租赁停放手续，该区域摩托车从__月__日起全面执行收费。执行前协调保安做好落实工作。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3、继续跟进-幢绿化种植工作。</w:t>
      </w:r>
      <w:r>
        <w:rPr>
          <w:lang w:eastAsia="zh-CN"/>
        </w:rPr>
        <w:br/>
      </w:r>
      <w:r>
        <w:rPr>
          <w:lang w:eastAsia="zh-CN"/>
        </w:rPr>
        <w:t>　　4、督促及时做好部份绿化带残缺空白补种工作。</w:t>
      </w:r>
      <w:r>
        <w:rPr>
          <w:lang w:eastAsia="zh-CN"/>
        </w:rPr>
        <w:br/>
      </w:r>
      <w:r>
        <w:rPr>
          <w:lang w:eastAsia="zh-CN"/>
        </w:rPr>
        <w:t>　　5、督促工程部做好-幢相关附属工程，如：道路、园林绿化、监控中心、仓库、车位规划等。</w:t>
      </w:r>
      <w:r>
        <w:rPr>
          <w:lang w:eastAsia="zh-CN"/>
        </w:rPr>
        <w:br/>
      </w:r>
      <w:r>
        <w:rPr>
          <w:lang w:eastAsia="zh-CN"/>
        </w:rPr>
        <w:t>　　6、做好个别岗位人员调整和招聘工作（如：绿化组长到位、管理处负责骨干到位等），确保项目工作正常运行。</w:t>
      </w:r>
      <w:r>
        <w:rPr>
          <w:lang w:eastAsia="zh-CN"/>
        </w:rPr>
        <w:br/>
      </w:r>
      <w:r>
        <w:rPr>
          <w:lang w:eastAsia="zh-CN"/>
        </w:rPr>
        <w:t>　　7、拟定__首届业主委员会成立方案及筹备会一系列工作措施，为创建市优工作打好基础。</w:t>
      </w:r>
      <w:r>
        <w:rPr>
          <w:lang w:eastAsia="zh-CN"/>
        </w:rPr>
        <w:br/>
      </w:r>
      <w:r>
        <w:rPr>
          <w:lang w:eastAsia="zh-CN"/>
        </w:rPr>
        <w:t>　　三、__项目</w:t>
      </w:r>
      <w:r>
        <w:rPr>
          <w:lang w:eastAsia="zh-CN"/>
        </w:rPr>
        <w:br/>
      </w:r>
      <w:r>
        <w:rPr>
          <w:lang w:eastAsia="zh-CN"/>
        </w:rPr>
        <w:t>　　1、对第__期部分摩托车不配合管理工作进行加强，发挥标识识别作用，强化凭办理租赁手续方可停放，加强收费工作。</w:t>
      </w:r>
      <w:r>
        <w:rPr>
          <w:lang w:eastAsia="zh-CN"/>
        </w:rPr>
        <w:br/>
      </w:r>
      <w:r>
        <w:rPr>
          <w:lang w:eastAsia="zh-CN"/>
        </w:rPr>
        <w:t>　　2、加强第、__期摩托车租赁办理管理工作，杜绝各种长期免费停车现象，维护秩序正常。</w:t>
      </w:r>
      <w:r>
        <w:rPr>
          <w:lang w:eastAsia="zh-CN"/>
        </w:rPr>
        <w:br/>
      </w:r>
      <w:r>
        <w:rPr>
          <w:lang w:eastAsia="zh-CN"/>
        </w:rPr>
        <w:t>　　3、与财务协调，及时做好坏帐处理。</w:t>
      </w:r>
      <w:r>
        <w:rPr>
          <w:lang w:eastAsia="zh-CN"/>
        </w:rPr>
        <w:br/>
      </w:r>
      <w:r>
        <w:rPr>
          <w:lang w:eastAsia="zh-CN"/>
        </w:rPr>
        <w:t>　　4、督促全面检测该项目红外报警系统情况，找出问题所在，并做好相应改善，确保系统的灵敏度和正常运行。</w:t>
      </w:r>
      <w:r>
        <w:rPr>
          <w:lang w:eastAsia="zh-CN"/>
        </w:rPr>
        <w:br/>
      </w:r>
      <w:r>
        <w:rPr>
          <w:lang w:eastAsia="zh-CN"/>
        </w:rPr>
        <w:t>　　5、对个别业主在私家花园内乱搭乱建的屋棚动员拆除，以免影响整体观容。</w:t>
      </w:r>
      <w:r>
        <w:rPr>
          <w:lang w:eastAsia="zh-CN"/>
        </w:rPr>
        <w:br/>
      </w:r>
      <w:r>
        <w:rPr>
          <w:lang w:eastAsia="zh-CN"/>
        </w:rPr>
        <w:t>　　6、督促完善该项目小区商铺的资料管理。</w:t>
      </w:r>
      <w:r>
        <w:rPr>
          <w:lang w:eastAsia="zh-CN"/>
        </w:rPr>
        <w:br/>
      </w:r>
      <w:r>
        <w:rPr>
          <w:lang w:eastAsia="zh-CN"/>
        </w:rPr>
        <w:t>　　7、督促做好第__期、第__期部分楼梯个别部位的朽木处理，维护物业的完好。</w:t>
      </w:r>
      <w:r>
        <w:rPr>
          <w:lang w:eastAsia="zh-CN"/>
        </w:rPr>
        <w:br/>
      </w:r>
      <w:r>
        <w:rPr>
          <w:lang w:eastAsia="zh-CN"/>
        </w:rPr>
        <w:t>　　8、督促做好第__期共幢对讲机故障检修。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四、__项目</w:t>
      </w:r>
      <w:r>
        <w:rPr>
          <w:lang w:eastAsia="zh-CN"/>
        </w:rPr>
        <w:br/>
      </w:r>
      <w:r>
        <w:rPr>
          <w:lang w:eastAsia="zh-CN"/>
        </w:rPr>
        <w:t>　　1、督促整理好第-幢（共__户，已收楼__户）房屋档案资料。</w:t>
      </w:r>
      <w:r>
        <w:rPr>
          <w:lang w:eastAsia="zh-CN"/>
        </w:rPr>
        <w:br/>
      </w:r>
      <w:r>
        <w:rPr>
          <w:lang w:eastAsia="zh-CN"/>
        </w:rPr>
        <w:t>　　2、做好外围红线报警的使用与维护，包括内外围两侧绿化植物遮挡的修剪等工作。</w:t>
      </w:r>
      <w:r>
        <w:rPr>
          <w:lang w:eastAsia="zh-CN"/>
        </w:rPr>
        <w:br/>
      </w:r>
      <w:r>
        <w:rPr>
          <w:lang w:eastAsia="zh-CN"/>
        </w:rPr>
        <w:t>　　3、制定安全警报现场跟踪与核实，并明确解除警报及记录操作相关要求，避免作业疏忽。</w:t>
      </w:r>
      <w:r>
        <w:rPr>
          <w:lang w:eastAsia="zh-CN"/>
        </w:rPr>
        <w:br/>
      </w:r>
      <w:r>
        <w:rPr>
          <w:lang w:eastAsia="zh-CN"/>
        </w:rPr>
        <w:t>　　4、跟进落实好会所泳池的开张营业，并做好相应的管理与维护工作，包括门票发售、泳池水质处理等。</w:t>
      </w:r>
      <w:r>
        <w:rPr>
          <w:lang w:eastAsia="zh-CN"/>
        </w:rPr>
        <w:br/>
      </w:r>
      <w:r>
        <w:rPr>
          <w:lang w:eastAsia="zh-CN"/>
        </w:rPr>
        <w:t>　　5、督促做好-幢相关附属工程，包括架空层车位地面栏杆的安装、车位产权面积的明确（公司要求架空车位出售）、园林绿化、保安室、监控室、仓库等工作的完善。</w:t>
      </w:r>
      <w:r>
        <w:rPr>
          <w:lang w:eastAsia="zh-CN"/>
        </w:rPr>
        <w:br/>
      </w:r>
      <w:r>
        <w:rPr>
          <w:lang w:eastAsia="zh-CN"/>
        </w:rPr>
        <w:t>　　6、跟进做好小区健身器材的安装。</w:t>
      </w:r>
      <w:r>
        <w:rPr>
          <w:lang w:eastAsia="zh-CN"/>
        </w:rPr>
        <w:br/>
      </w:r>
      <w:r>
        <w:rPr>
          <w:lang w:eastAsia="zh-CN"/>
        </w:rPr>
        <w:t>　　7、督促做好各种费用的追收。</w:t>
      </w:r>
      <w:r>
        <w:rPr>
          <w:lang w:eastAsia="zh-CN"/>
        </w:rPr>
        <w:br/>
      </w:r>
      <w:r>
        <w:rPr>
          <w:lang w:eastAsia="zh-CN"/>
        </w:rPr>
        <w:t>　　8、跟进第幢破裂玻璃门扇的安装。</w:t>
      </w:r>
      <w:r>
        <w:rPr>
          <w:lang w:eastAsia="zh-CN"/>
        </w:rPr>
        <w:br/>
      </w:r>
      <w:r>
        <w:rPr>
          <w:lang w:eastAsia="zh-CN"/>
        </w:rPr>
        <w:t>　　9、跟进部分绿化植物的补种和改造等（如：大门入口处即将枯死的大叶油棕树3棵，应该更换）。</w:t>
      </w:r>
      <w:r>
        <w:rPr>
          <w:lang w:eastAsia="zh-CN"/>
        </w:rPr>
        <w:br/>
      </w:r>
      <w:r>
        <w:rPr>
          <w:lang w:eastAsia="zh-CN"/>
        </w:rPr>
        <w:t xml:space="preserve">    2024物业公司年度工作计划范文 篇5 </w:t>
      </w:r>
      <w:r>
        <w:rPr>
          <w:lang w:eastAsia="zh-CN"/>
        </w:rPr>
        <w:br/>
      </w:r>
      <w:r>
        <w:rPr>
          <w:lang w:eastAsia="zh-CN"/>
        </w:rPr>
        <w:t>　　根据公司《_月工作总结与计划》中提出的客服部_月工作计划和存在的诸多问题，我部门经过开会讨论提出以下计划和措施：</w:t>
      </w:r>
      <w:r>
        <w:rPr>
          <w:lang w:eastAsia="zh-CN"/>
        </w:rPr>
        <w:br/>
      </w:r>
      <w:r>
        <w:rPr>
          <w:lang w:eastAsia="zh-CN"/>
        </w:rPr>
        <w:t>　　一、_月工作计划</w:t>
      </w:r>
      <w:r>
        <w:rPr>
          <w:lang w:eastAsia="zh-CN"/>
        </w:rPr>
        <w:br/>
      </w:r>
      <w:r>
        <w:rPr>
          <w:lang w:eastAsia="zh-CN"/>
        </w:rPr>
        <w:t>　　1、_月份之前统计三年以上欠缴物业费业主的详细资料，做到每户业主姓名、联系方式、欠缴年限、欠费金额准确无误。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2、_月份开始催缴多层_月度物业服务费，贴催费通知、电话通知、短信通知，营造缴费氛围。</w:t>
      </w:r>
      <w:r>
        <w:rPr>
          <w:lang w:eastAsia="zh-CN"/>
        </w:rPr>
        <w:br/>
      </w:r>
      <w:r>
        <w:rPr>
          <w:lang w:eastAsia="zh-CN"/>
        </w:rPr>
        <w:t>　　3、_月份伴随着暖气停暖，各项维修开始进行，在接报修工作中做到不管大事小事接报有记录、事事有跟踪、项项有回访。</w:t>
      </w:r>
      <w:r>
        <w:rPr>
          <w:lang w:eastAsia="zh-CN"/>
        </w:rPr>
        <w:br/>
      </w:r>
      <w:r>
        <w:rPr>
          <w:lang w:eastAsia="zh-CN"/>
        </w:rPr>
        <w:t>　　4、狠抓团队的内部建设，工作纪律，严格执行公司的规章制度，继续定期组织部门员工做好培训工作。</w:t>
      </w:r>
      <w:r>
        <w:rPr>
          <w:lang w:eastAsia="zh-CN"/>
        </w:rPr>
        <w:br/>
      </w:r>
      <w:r>
        <w:rPr>
          <w:lang w:eastAsia="zh-CN"/>
        </w:rPr>
        <w:t>　　5、定期思想交流，每周总结前一周工作和讨论制定下周工作计划。</w:t>
      </w:r>
      <w:r>
        <w:rPr>
          <w:lang w:eastAsia="zh-CN"/>
        </w:rPr>
        <w:br/>
      </w:r>
      <w:r>
        <w:rPr>
          <w:lang w:eastAsia="zh-CN"/>
        </w:rPr>
        <w:t>　　6、定期召开各部门服务质量评定会，规范客服人员服务，丰富、充实专业知识，为小区业主提供更优质的服务。可以通过组织到其他优秀小区参观学习，对相关专业书籍的学习、培训等方式来提高服务技能。</w:t>
      </w:r>
      <w:r>
        <w:rPr>
          <w:lang w:eastAsia="zh-CN"/>
        </w:rPr>
        <w:br/>
      </w:r>
      <w:r>
        <w:rPr>
          <w:lang w:eastAsia="zh-CN"/>
        </w:rPr>
        <w:t>　　7、完善业主档案，对无档案、和档案不详细的业主进行走访，借助社区居委会掌握的住户情况完善业主档案。</w:t>
      </w:r>
      <w:r>
        <w:rPr>
          <w:lang w:eastAsia="zh-CN"/>
        </w:rPr>
        <w:br/>
      </w:r>
      <w:r>
        <w:rPr>
          <w:lang w:eastAsia="zh-CN"/>
        </w:rPr>
        <w:t>　　8、 领导交办的其他工作。</w:t>
      </w:r>
      <w:r>
        <w:rPr>
          <w:lang w:eastAsia="zh-CN"/>
        </w:rPr>
        <w:br/>
      </w:r>
      <w:r>
        <w:rPr>
          <w:lang w:eastAsia="zh-CN"/>
        </w:rPr>
        <w:t>　　二、_月工作中存在问题和改进措施</w:t>
      </w:r>
      <w:r>
        <w:rPr>
          <w:lang w:eastAsia="zh-CN"/>
        </w:rPr>
        <w:br/>
      </w:r>
      <w:r>
        <w:rPr>
          <w:lang w:eastAsia="zh-CN"/>
        </w:rPr>
        <w:t>　　（一）、_月物业费收缴率仅为70%，其中有各种维修问题的影响因素之外，收费方法、奖惩制度和人员管理也存在较大问题。</w:t>
      </w:r>
      <w:r>
        <w:rPr>
          <w:lang w:eastAsia="zh-CN"/>
        </w:rPr>
        <w:br/>
      </w:r>
      <w:r>
        <w:rPr>
          <w:lang w:eastAsia="zh-CN"/>
        </w:rPr>
        <w:t>　　1、收费方法简单；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_月我小区物业费收缴率低，大部分收费员采取的方法是电话催缴，上门催缴时大部分家里也没有人。针对这种情况我们要电话催缴和上门催缴同时进行，调整收费员的上班时间，确保周六、周日全部收费员上门催费。对于路遇、来访、走访业主的机会攀谈催费。</w:t>
      </w:r>
      <w:r>
        <w:rPr>
          <w:lang w:eastAsia="zh-CN"/>
        </w:rPr>
        <w:br/>
      </w:r>
      <w:r>
        <w:rPr>
          <w:lang w:eastAsia="zh-CN"/>
        </w:rPr>
        <w:t>　　2、奖惩制度不完善、不合理；</w:t>
      </w:r>
      <w:r>
        <w:rPr>
          <w:lang w:eastAsia="zh-CN"/>
        </w:rPr>
        <w:br/>
      </w:r>
      <w:r>
        <w:rPr>
          <w:lang w:eastAsia="zh-CN"/>
        </w:rPr>
        <w:t>　　我部门现在采取周__户收费任务奖惩办法。在收费的前期效果明显，但是收费员间的差距较大。有的收费员基本能完成任务，但是有的收费员就一户都收不上来。随着欠费户数的减少收费难度就加大了，后期也没有及时的调整。对于_月的物业费收缴我部门提议：制定月收缴计划和每天走访的户数任务，工资按照月收缴任务完成的百分比和每天走访任务的完成情况发放。具体任务情况要经过慎重研究，合理科学，对收费员既有压力又有完成后工资最大化的诱惑。</w:t>
      </w:r>
      <w:r>
        <w:rPr>
          <w:lang w:eastAsia="zh-CN"/>
        </w:rPr>
        <w:br/>
      </w:r>
      <w:r>
        <w:rPr>
          <w:lang w:eastAsia="zh-CN"/>
        </w:rPr>
        <w:t>　　3、收费员的管理问题。</w:t>
      </w:r>
      <w:r>
        <w:rPr>
          <w:lang w:eastAsia="zh-CN"/>
        </w:rPr>
        <w:br/>
      </w:r>
      <w:r>
        <w:rPr>
          <w:lang w:eastAsia="zh-CN"/>
        </w:rPr>
        <w:t>　　去年的物业费催缴工作中我的领导工作有很多不足，工作武断、奖惩记录不清，没及时掌握收费员的思想动态，没有及时发现问题，更没有很好的解决问题。去年的收费工作中个别收费员对部门的工作计划和收费制度存在很大抵触，部分收费员的动力明显不足。_月的物业费催缴工作我要改正以往工作中存在的诸多问题，发现问题及时沟通，用温婉的态度解决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二）、客服中心是管理处的桥梁和信息中枢，起着联系内外的作用，客服接待的服务水平和服务素质直接影响着客服部整体工作，今年客服中心工作纪律涣散、服务意识和工作动力明显下降。_月我部要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严格执行公司的各项规章制度，对上班时间玩电脑等恶劣行为严惩。</w:t>
      </w:r>
      <w:r>
        <w:rPr>
          <w:lang w:eastAsia="zh-CN"/>
        </w:rPr>
        <w:br/>
      </w:r>
      <w:r>
        <w:rPr>
          <w:lang w:eastAsia="zh-CN"/>
        </w:rPr>
        <w:t>　　（三）、客服部的接报修、巡视工作做的不够细致，接报修记录不详，巡视区域、路线单一，不仔细，没有及时发现、解决、上报各种安全隐患和违反《临时管理规约》的行为。新的一年我部要制定严格的小区巡视、装修巡视等各项巡视标准，认真执行，严格按公司规定填写巡视记录。对接报修工作要做到不管大事小事，每一件事都有详细的记录。制作单户的维修档案，大修小修都有据可查。</w:t>
      </w:r>
      <w:r>
        <w:rPr>
          <w:lang w:eastAsia="zh-CN"/>
        </w:rPr>
        <w:br/>
      </w:r>
      <w:r>
        <w:rPr>
          <w:lang w:eastAsia="zh-CN"/>
        </w:rPr>
        <w:t>　　_月我部工作存在诸多不足，有新的问题，有老的顽症，但是在公司领导的'指导和关怀下我部门全体员工有信心做好_月全部工作。</w:t>
      </w:r>
      <w:r>
        <w:rPr>
          <w:lang w:eastAsia="zh-CN"/>
        </w:rPr>
        <w:br/>
      </w:r>
      <w:r>
        <w:rPr>
          <w:lang w:eastAsia="zh-CN"/>
        </w:rPr>
        <w:t xml:space="preserve">    2024物业公司年度工作计划范文 篇6 </w:t>
      </w:r>
      <w:r>
        <w:rPr>
          <w:lang w:eastAsia="zh-CN"/>
        </w:rPr>
        <w:br/>
      </w:r>
      <w:r>
        <w:rPr>
          <w:lang w:eastAsia="zh-CN"/>
        </w:rPr>
        <w:t>　　尊敬的领导、同志们：</w:t>
      </w:r>
      <w:r>
        <w:rPr>
          <w:lang w:eastAsia="zh-CN"/>
        </w:rPr>
        <w:br/>
      </w:r>
      <w:r>
        <w:rPr>
          <w:lang w:eastAsia="zh-CN"/>
        </w:rPr>
        <w:t>　　在许主任、胡主任的领导下，在各部门的大力支持下，在同志们的亲切配合下，本着“安全生产”、“控制成本”、“规范管理”的工作方针，围绕安全管理和物业管理，从安全教育培训、安全检查问题和隐患整改入手，抓落实、抓效果，以此强化安全防范工作，有效地保障了安全工作的顺利完成，同时物业工作不断有起色，现将一年的工作情况按照六大部分进行汇报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(一)全面落实安全责任制，突出消防知识培训</w:t>
      </w:r>
      <w:r>
        <w:rPr>
          <w:lang w:eastAsia="zh-CN"/>
        </w:rPr>
        <w:br/>
      </w:r>
      <w:r>
        <w:rPr>
          <w:lang w:eastAsia="zh-CN"/>
        </w:rPr>
        <w:t>　　1. 安全制度及检查整改：</w:t>
      </w:r>
      <w:r>
        <w:rPr>
          <w:lang w:eastAsia="zh-CN"/>
        </w:rPr>
        <w:br/>
      </w:r>
      <w:r>
        <w:rPr>
          <w:lang w:eastAsia="zh-CN"/>
        </w:rPr>
        <w:t>　　根据公司安全责任规定，我部门分别与各部门签订安全责任协议，各部门负责区域内主体责任，后勤负责监管责任。根据我部门安全责任划分规定，由我负责总体监管，并给各部门发送公司机关安全责任区划分通知及日常综合安全巡查要求，划定各部门安全责任区域及日常综合安全巡查明细表格，各部门安排人每月定期报告巡查表格给我处。一年来，杜绝机关及所属区域各类(含车辆，食堂，招待所，机房，库房，卫生所，安保，物业，工程，消防等)安全责任事故，完善安全预案，组织安全培训，组建了公司应急救援队伍。</w:t>
      </w:r>
      <w:r>
        <w:rPr>
          <w:lang w:eastAsia="zh-CN"/>
        </w:rPr>
        <w:br/>
      </w:r>
      <w:r>
        <w:rPr>
          <w:lang w:eastAsia="zh-CN"/>
        </w:rPr>
        <w:t>　　密切配合公司安委会组织的机关安全季度检查工作以及“天津爆炸”后的专项检查，同时组织物业进行月度、不定期及节假前安全检查及日常检查，尤其是加大对消防设施、消防通道、应急照明、消防栓、灭火器等检查力度，并认真、高效、负责的处理各项安全检查问题及隐患整改工作，工作雷厉风行，决断快速，繁重而高效处理。积极配合办公室及领导安排做好上访人员管理工作，合理控制上访人员进入办公楼数量。</w:t>
      </w:r>
      <w:r>
        <w:rPr>
          <w:lang w:eastAsia="zh-CN"/>
        </w:rPr>
        <w:br/>
      </w:r>
      <w:r>
        <w:rPr>
          <w:lang w:eastAsia="zh-CN"/>
        </w:rPr>
        <w:t>　　一年来，公司机关日常安全相关制度日益规范，各项工作再上台阶，安全管理工作更加协调、创新和制度化。</w:t>
      </w:r>
      <w:r>
        <w:rPr>
          <w:lang w:eastAsia="zh-CN"/>
        </w:rPr>
        <w:br/>
      </w:r>
      <w:r>
        <w:rPr>
          <w:lang w:eastAsia="zh-CN"/>
        </w:rPr>
        <w:t>　　2.消防安全工作：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负责并指导办公楼消防工程与物业进行成功交接。指导长安居消防改造项目顺利、保质完成和组织安排施工方、建设方、专业检测公司及物业公司的四方综合验收，与物业稳妥进行实物和资料交接，以使物业无缝对接，快速学习并掌握了长安居消防设施的正常、高效使用，切实使长安居消防安全得到了技术保障。</w:t>
      </w:r>
      <w:r>
        <w:rPr>
          <w:lang w:eastAsia="zh-CN"/>
        </w:rPr>
        <w:br/>
      </w:r>
      <w:r>
        <w:rPr>
          <w:lang w:eastAsia="zh-CN"/>
        </w:rPr>
        <w:t>　　负责紧急采购长安居消防蓄水池改造项目，对原渗漏严重的消防蓄水池进行防水及其他处理，严厉推进，及时与小区整体消防设施改造进行对接，目前，蓄水池存水面积约700平方米，存水高3.6米，大楼顶部消火栓头从水泵抽水喷射压力正常，蓄水池浮球阀自动正常补水，存水满正常溢流出水。</w:t>
      </w:r>
      <w:r>
        <w:rPr>
          <w:lang w:eastAsia="zh-CN"/>
        </w:rPr>
        <w:br/>
      </w:r>
      <w:r>
        <w:rPr>
          <w:lang w:eastAsia="zh-CN"/>
        </w:rPr>
        <w:t>　　在6月份开展“安全宣传月”活动，通过一楼大厅LED大屏播放宣传片，大厅放置安全宣传展板，组织一次机关全体员工安全培训会议，发放安全小册子，开展专项安全检查等灵活多样的形式，灌输职工“加强安全法治，保障安全生产的理念”。</w:t>
      </w:r>
      <w:r>
        <w:rPr>
          <w:lang w:eastAsia="zh-CN"/>
        </w:rPr>
        <w:br/>
      </w:r>
      <w:r>
        <w:rPr>
          <w:lang w:eastAsia="zh-CN"/>
        </w:rPr>
        <w:t>　　经过努力协调物业公司，协调联系高新消防中队，编制组织方案及程序编排，在10月9日上午，在机关办公楼组织了一次突击式全要素职工消防综合演练活动，取得了很好的效果，演练突出突击式，烟雾弹启动全部消防报警设施，职工有条不紊地用毛巾掩面低跑疏散，同时在室外广场出动消防中队1辆消防指挥车，1辆消防云梯救援车，1辆消防高位喷水车并全部参演指挥、救援、喷水等项目，并对职工演示和开展汽油桶灭火操作轮训及物业志愿消防队“两带一枪”从楼内消火栓抽水喷射演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经过几年来持之不懈的努力培训和演练强化，消防安全责任意识和应急逃生技能知识等相关理念和概念已经牢固树立在职工的头脑之中，固化于脑，外化于行。</w:t>
      </w:r>
      <w:r>
        <w:rPr>
          <w:lang w:eastAsia="zh-CN"/>
        </w:rPr>
        <w:br/>
      </w:r>
      <w:r>
        <w:rPr>
          <w:lang w:eastAsia="zh-CN"/>
        </w:rPr>
        <w:t>　　3.门卫及车辆进出管理：</w:t>
      </w:r>
      <w:r>
        <w:rPr>
          <w:lang w:eastAsia="zh-CN"/>
        </w:rPr>
        <w:br/>
      </w:r>
      <w:r>
        <w:rPr>
          <w:lang w:eastAsia="zh-CN"/>
        </w:rPr>
        <w:t>　　不断加强门卫及车辆进出管理。门卫及车辆进入严格认卡不认人。无卡人员进门电话沟通辨识并登记后进入，出门见单签字放人。无卡车辆见牌放行并进行引导停置，没有我的同意，其它车辆一律严格禁止放入，同时对物业进行相关考核。加强保安站岗管理，要求物业提升保安素质、着装和接待以及站岗方式等。</w:t>
      </w:r>
      <w:r>
        <w:rPr>
          <w:lang w:eastAsia="zh-CN"/>
        </w:rPr>
        <w:br/>
      </w:r>
      <w:r>
        <w:rPr>
          <w:lang w:eastAsia="zh-CN"/>
        </w:rPr>
        <w:t>　　(二)节能降耗，日常维修及工程管理落实精益管理要求日常管理中发通知、作宣传，督促各部门人员对用水、用电、门窗、空调等科学、合理管理，杜绝浪费，节能降耗。</w:t>
      </w:r>
      <w:r>
        <w:rPr>
          <w:lang w:eastAsia="zh-CN"/>
        </w:rPr>
        <w:br/>
      </w:r>
      <w:r>
        <w:rPr>
          <w:lang w:eastAsia="zh-CN"/>
        </w:rPr>
        <w:t>　　一年来，面对繁重的日常维修管理工作，从设备维修、安全整改、节点检查以及紧急维修等方面依据科学发展、方案比较、费用从严、高效保质的原则进行部署和安排。</w:t>
      </w:r>
      <w:r>
        <w:rPr>
          <w:lang w:eastAsia="zh-CN"/>
        </w:rPr>
        <w:br/>
      </w:r>
      <w:r>
        <w:rPr>
          <w:lang w:eastAsia="zh-CN"/>
        </w:rPr>
        <w:t>　　设备维修方面：针对办公楼公用设施使用期限及各不同设备使用保养年限，按批次有计划地对地下室制冷机房循环泵、供气管道、排污系统、管道阀门除锈、冷却塔填料、配电断路器、配电耐高压试验等主要设备及问题进行全部或局部更换和维修，实施方案多方考察比对，费用市场取费审计核定，施工督紧，质量多方鉴定，快速高效的完成了以上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其他维修方面：紧紧围绕公司季度安全检查、日常安全检查、重要节日保障等检查整改要求，一年来，对消防通道、干粉灭火器、安全指示标识、消防应急照明、消防带、消防栓、消防联动设施、防火卷帘等进行了详细的检查，排除安全隐患。在春节前，为了职工能够渡过一个温馨、祥和的春节，提前对整个办公楼、土门及住宅区供电设备、暖气设备、外围路灯、草坪灯的线路进行安排检查维修，确保了过节期间以上区域内的明亮，不仅给职工的出行提供了安全和方便，还点亮了过节的气氛。甚至在大年二十九的早上，会同部门领导，对以上区域重点进行安全检查，确保消防报警系统、安全防范报警系统有效正常，确保灭火器材完备，确保消防疏散通道畅通有效，确保无易燃易爆物品，重点布防巡逻人员管理。重要节日前提前做好安全检查，夏季高温期间重点做好各电器设备及元器件防火隐患排查频次和及时安排维修，杜绝高温故障和事故发生。</w:t>
      </w:r>
      <w:r>
        <w:rPr>
          <w:lang w:eastAsia="zh-CN"/>
        </w:rPr>
        <w:br/>
      </w:r>
      <w:r>
        <w:rPr>
          <w:lang w:eastAsia="zh-CN"/>
        </w:rPr>
        <w:t>　　物业其他工作：各重要节日前，提前安排物业在大门口悬挂彩灯横幅标语等烘托节日气氛。清洗生活水箱及更换溢流阀。对住宅小区外围凉亭、凉椅进行刷漆养护工作。</w:t>
      </w:r>
      <w:r>
        <w:rPr>
          <w:lang w:eastAsia="zh-CN"/>
        </w:rPr>
        <w:br/>
      </w:r>
      <w:r>
        <w:rPr>
          <w:lang w:eastAsia="zh-CN"/>
        </w:rPr>
        <w:t xml:space="preserve">    2024物业公司年度工作计划范文 篇7 </w:t>
      </w:r>
      <w:r>
        <w:rPr>
          <w:lang w:eastAsia="zh-CN"/>
        </w:rPr>
        <w:br/>
      </w:r>
      <w:r>
        <w:rPr>
          <w:lang w:eastAsia="zh-CN"/>
        </w:rPr>
        <w:t>　　新的一年是公司发展规划蓄势的一年，也是我们工作继往开来的新的一年，除了要一如既往地坚定“优质服务”的理念外，还要开拓工作思路，准确分析公司发展面临的机遇、困难和挑战，强化危机意识，提倡实干意识，同心同德，实现各项工作全面健康有序地发展，为全面完成公司发展规划上确立的目标奠定扎实的基础。</w:t>
      </w:r>
      <w:r>
        <w:rPr>
          <w:lang w:eastAsia="zh-CN"/>
        </w:rPr>
        <w:br/>
      </w:r>
      <w:r>
        <w:rPr>
          <w:lang w:eastAsia="zh-CN"/>
        </w:rPr>
        <w:t>　　今年我公司工作重点主要有以下几个方面：</w:t>
      </w:r>
      <w:r>
        <w:rPr>
          <w:lang w:eastAsia="zh-CN"/>
        </w:rPr>
        <w:br/>
      </w:r>
      <w:r>
        <w:rPr>
          <w:lang w:eastAsia="zh-CN"/>
        </w:rPr>
        <w:t>　　一、完善企业机制，强化基础管理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1、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r>
        <w:rPr>
          <w:lang w:eastAsia="zh-CN"/>
        </w:rPr>
        <w:br/>
      </w:r>
      <w:r>
        <w:rPr>
          <w:lang w:eastAsia="zh-CN"/>
        </w:rPr>
        <w:t>　　2、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r>
        <w:rPr>
          <w:lang w:eastAsia="zh-CN"/>
        </w:rPr>
        <w:br/>
      </w:r>
      <w:r>
        <w:rPr>
          <w:lang w:eastAsia="zh-CN"/>
        </w:rPr>
        <w:t>　　3、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和谐的工作环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4、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w:t>
      </w:r>
      <w:r>
        <w:rPr>
          <w:lang w:eastAsia="zh-CN"/>
        </w:rPr>
        <w:br/>
      </w:r>
      <w:r>
        <w:rPr>
          <w:lang w:eastAsia="zh-CN"/>
        </w:rPr>
        <w:t>　　5、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r>
        <w:rPr>
          <w:lang w:eastAsia="zh-CN"/>
        </w:rPr>
        <w:br/>
      </w:r>
      <w:r>
        <w:rPr>
          <w:lang w:eastAsia="zh-CN"/>
        </w:rPr>
        <w:t>　　二、拓展市场空间，保持企业持续稳定发展</w:t>
      </w:r>
      <w:r>
        <w:rPr>
          <w:lang w:eastAsia="zh-CN"/>
        </w:rPr>
        <w:br/>
      </w:r>
      <w:r>
        <w:rPr>
          <w:lang w:eastAsia="zh-CN"/>
        </w:rPr>
        <w:t>　　“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r>
        <w:rPr>
          <w:lang w:eastAsia="zh-CN"/>
        </w:rPr>
        <w:br/>
      </w:r>
      <w:r>
        <w:rPr>
          <w:lang w:eastAsia="zh-CN"/>
        </w:rPr>
        <w:t>　　1、实施成本控制战略，通过推行区域管理制度，消除资源的浪费，建立快速反应机制，降低工作衔接成本，提高工作效率，提升服务品质。在降低成本的方案中，最大限度节省人力资源，全力拓展外部市场，广泛开展经营活动。</w:t>
      </w:r>
      <w:r>
        <w:rPr>
          <w:lang w:eastAsia="zh-CN"/>
        </w:rPr>
        <w:br/>
      </w:r>
      <w:r>
        <w:rPr>
          <w:lang w:eastAsia="zh-CN"/>
        </w:rPr>
        <w:t>　　2、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3、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w:t>
      </w:r>
      <w:r>
        <w:rPr>
          <w:lang w:eastAsia="zh-CN"/>
        </w:rPr>
        <w:br/>
      </w:r>
      <w:r>
        <w:rPr>
          <w:lang w:eastAsia="zh-CN"/>
        </w:rPr>
        <w:t>　　4、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r>
        <w:rPr>
          <w:lang w:eastAsia="zh-CN"/>
        </w:rPr>
        <w:br/>
      </w:r>
      <w:r>
        <w:rPr>
          <w:lang w:eastAsia="zh-CN"/>
        </w:rPr>
        <w:t>　　三、应对物业公司目前存在的问题进行分析和今后的工作展望</w:t>
      </w:r>
      <w:r>
        <w:rPr>
          <w:lang w:eastAsia="zh-CN"/>
        </w:rPr>
        <w:br/>
      </w:r>
      <w:r>
        <w:rPr>
          <w:lang w:eastAsia="zh-CN"/>
        </w:rPr>
        <w:t>　　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的发展过程中缺乏技术能力、管理能力和竞争能力。</w:t>
      </w:r>
      <w:r>
        <w:rPr>
          <w:lang w:eastAsia="zh-CN"/>
        </w:rPr>
        <w:br/>
      </w:r>
      <w:r>
        <w:rPr>
          <w:lang w:eastAsia="zh-CN"/>
        </w:rPr>
        <w:t>　　今后的展望：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首先，加强全体员工的培训、学习，在提高服务意识、水平及质量的基础上继续完善规章制度和资料管理，以期在物业资质的评审上再上一个台阶，争取获得一级物业资质；</w:t>
      </w:r>
      <w:r>
        <w:rPr>
          <w:lang w:eastAsia="zh-CN"/>
        </w:rPr>
        <w:br/>
      </w:r>
      <w:r>
        <w:rPr>
          <w:lang w:eastAsia="zh-CN"/>
        </w:rPr>
        <w:t>　　其次，继续完善工资改革分配制度，运用利益杠杆让每个员工围绕自己的诚实劳动应得的正当利益快速运转起来，彻底消除干部、员工的惰性，充分调动积极性、主动性、创造性；</w:t>
      </w:r>
      <w:r>
        <w:rPr>
          <w:lang w:eastAsia="zh-CN"/>
        </w:rPr>
        <w:br/>
      </w:r>
      <w:r>
        <w:rPr>
          <w:lang w:eastAsia="zh-CN"/>
        </w:rPr>
        <w:t>　　第三，要拓宽服务领域，提供各种个性化服务，这需要树立全心全意为业主服务的思想，想在业主需要之前，做在业主需要之先，在为业主提供常规的卫生、安全、维修、绿化服务的基础上，积极发展家政、委托、代理、中介、商业服务等项目，不仅使业主在物业服务中获得切实利益，也使自己的物业服务获得经济和社会效益。</w:t>
      </w:r>
      <w:r>
        <w:rPr>
          <w:lang w:eastAsia="zh-CN"/>
        </w:rPr>
        <w:br/>
      </w:r>
      <w:r>
        <w:rPr>
          <w:lang w:eastAsia="zh-CN"/>
        </w:rPr>
        <w:t>　　第四，争取树立品牌服务，利用“豫园商城”这个品牌在市场竞争中取得优势，充分发挥地缘优势、品牌优势。物业品牌是物业管理企业经济实力、科技水平、管理水平、服务水平、服务理念和企业文化的综合反映，创造机会学习先进的管理、经营方法和经验，在全面提高服务水平的基础上，打造物业管理品牌。</w:t>
      </w:r>
      <w:r>
        <w:rPr>
          <w:lang w:eastAsia="zh-CN"/>
        </w:rPr>
        <w:br/>
      </w:r>
      <w:r>
        <w:rPr>
          <w:lang w:eastAsia="zh-CN"/>
        </w:rPr>
        <w:t>　　第五、在条件成熟的情况下，规模化经营是物业管理企业的根本出路。优质楼盘管理是企业效益之本，企业将做好战略性调整，把主要精力和主要改革措施集中到调整组合。公司将积极探索有效形式，实施优势互补和资源优化配置，统筹人力、物力，根据市场需求运用集约化经营手段，创新和改善物业管理，从而实现规模经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过去一年的工作是具有成就的一年，也是我们倍感任务重大、不断应对和破解挑战压力的一年。我们的工作得到了广大业主、上级公司及各级员工的鼎立支持和配合，使得我们在稳定、健康、向上的发展氛围中顺利完成了全年的各项工作任务。我们有足够的理由深信，在全体员工的共同努力下，新的一年的工作将做的更加出色，物业公司将会在未来的发展历程中谱写出更加辉煌的篇章！</w:t>
      </w:r>
      <w:r>
        <w:rPr>
          <w:lang w:eastAsia="zh-CN"/>
        </w:rPr>
        <w:br/>
      </w:r>
      <w:r>
        <w:rPr>
          <w:lang w:eastAsia="zh-CN"/>
        </w:rPr>
        <w:t xml:space="preserve">    2024物业公司年度工作计划范文 篇8 </w:t>
      </w:r>
      <w:r>
        <w:rPr>
          <w:lang w:eastAsia="zh-CN"/>
        </w:rPr>
        <w:br/>
      </w:r>
      <w:r>
        <w:rPr>
          <w:lang w:eastAsia="zh-CN"/>
        </w:rPr>
        <w:t>　　__区的日常工作在公司领导的正确指导下顺利开展，在清洁、绿化工作方面的质量有明显的改善与提高，但在小区车辆的管理、公共设施设备的管理、部门内部队伍的培训建设等方面仍然较薄弱。对我个人来讲，一直在物业客服线上工作，接触工作主要以客户投诉处理、内外沟通协调以及社区文化活动为主，对其他部门在技术操作、内部管理方面知识的掌握不够全面，尤其是对工程、保安在工作的细化管理上更是弱项，20__年将是我们物业工作全面提升的一年，我将针对欠缺与不足努力补上，全面提高，跟上公司的发展需求。特制定了20__年物业管理工作计划：根据公司在新一年度的战略目标及工作布署，__区在20__年的工作计划将紧紧围绕“服务质量提升年”来开展工作，主要工作计划有：</w:t>
      </w:r>
      <w:r>
        <w:rPr>
          <w:lang w:eastAsia="zh-CN"/>
        </w:rPr>
        <w:br/>
      </w:r>
      <w:r>
        <w:rPr>
          <w:lang w:eastAsia="zh-CN"/>
        </w:rPr>
        <w:t>　　一、全面实施规范化管理</w:t>
      </w:r>
      <w:r>
        <w:rPr>
          <w:lang w:eastAsia="zh-CN"/>
        </w:rPr>
        <w:br/>
      </w:r>
      <w:r>
        <w:rPr>
          <w:lang w:eastAsia="zh-CN"/>
        </w:rPr>
        <w:t>　　在原有基础上修订各部门工作手册吗，规范工作流程，按工作制度严格执行，加大制度的执行力度，让管理工作有据可依。并规范管理，健全各式档案，将以规范表格记录作为工作重点，做到全面、详实、有据可查。</w:t>
      </w:r>
      <w:r>
        <w:rPr>
          <w:lang w:eastAsia="zh-CN"/>
        </w:rPr>
        <w:br/>
      </w:r>
    </w:p>
    <w:p w:rsidR="001B1F19" w14:textId="27C3F48A">
      <w:pPr>
        <w:rPr>
          <w:rFonts w:hint="eastAsia"/>
          <w:lang w:eastAsia="zh-CN"/>
        </w:rPr>
      </w:pPr>
      <w:r>
        <w:rPr>
          <w:lang w:eastAsia="zh-CN"/>
        </w:rPr>
        <w:t>　　二、执行绩效考核工作，提高服务工作质量</w:t>
      </w:r>
      <w:r>
        <w:rPr>
          <w:lang w:eastAsia="zh-CN"/>
        </w:rPr>
        <w:br/>
      </w:r>
      <w:r>
        <w:rPr>
          <w:lang w:eastAsia="zh-CN"/>
        </w:rPr>
        <w:t>　　以绩效考核指标为标准，实行目标管理责任制，明确各级工作职责，责任到人，通过检查、考核，真正做到奖勤罚懒，提高员工工作热情，促进工作有效完成。</w:t>
      </w:r>
      <w:r>
        <w:rPr>
          <w:lang w:eastAsia="zh-CN"/>
        </w:rPr>
        <w:br/>
      </w:r>
      <w:r>
        <w:rPr>
          <w:lang w:eastAsia="zh-CN"/>
        </w:rPr>
        <w:t>　　三、强化培训考核制度</w:t>
      </w:r>
      <w:r>
        <w:rPr>
          <w:lang w:eastAsia="zh-CN"/>
        </w:rPr>
        <w:br/>
      </w:r>
      <w:r>
        <w:rPr>
          <w:lang w:eastAsia="zh-CN"/>
        </w:rPr>
        <w:t>　　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r>
        <w:rPr>
          <w:lang w:eastAsia="zh-CN"/>
        </w:rPr>
        <w:br/>
      </w:r>
      <w:r>
        <w:rPr>
          <w:lang w:eastAsia="zh-CN"/>
        </w:rPr>
        <w:t>　　四、结合小区实际建立严整的安防体系</w:t>
      </w:r>
      <w:r>
        <w:rPr>
          <w:lang w:eastAsia="zh-CN"/>
        </w:rPr>
        <w:br/>
      </w:r>
      <w:r>
        <w:rPr>
          <w:lang w:eastAsia="zh-CN"/>
        </w:rPr>
        <w:t>　　从制度规范入手，责任到人，并规范监督执行，结合绩效考核加强队伍建设，加大对小区住户安防知识的宣传力度，打开联防共治的局面。</w:t>
      </w:r>
      <w:r>
        <w:rPr>
          <w:lang w:eastAsia="zh-CN"/>
        </w:rPr>
        <w:br/>
      </w:r>
      <w:r>
        <w:rPr>
          <w:lang w:eastAsia="zh-CN"/>
        </w:rPr>
        <w:t>　　五、完善日常管理，开展便民工作，提高住户满意度</w:t>
      </w:r>
      <w:r>
        <w:rPr>
          <w:lang w:eastAsia="zh-CN"/>
        </w:rPr>
        <w:br/>
      </w:r>
      <w:r>
        <w:rPr>
          <w:lang w:eastAsia="zh-CN"/>
        </w:rPr>
        <w:t>　　以制度规范日常工作管理，完善小区楼宇、消防、公共设施设备的维护，让住户满意，大力开展家政清洁、花园养护、水电维修等有偿服务，给业主提供优质服务。</w:t>
      </w:r>
      <w:r>
        <w:rPr>
          <w:lang w:eastAsia="zh-CN"/>
        </w:rPr>
        <w:br/>
      </w:r>
      <w:r>
        <w:rPr>
          <w:lang w:eastAsia="zh-CN"/>
        </w:rPr>
        <w:t>　　六、根据公司年度统筹计划，开展社区文化活动，创建和谐社区</w:t>
      </w:r>
      <w:r>
        <w:rPr>
          <w:lang w:eastAsia="zh-CN"/>
        </w:rPr>
        <w:br/>
      </w:r>
      <w:r>
        <w:rPr>
          <w:lang w:eastAsia="zh-CN"/>
        </w:rPr>
        <w:t>　　根据年度工作计划，近阶段的工作重点是：</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https://d.book118.com/386054155215010050</w:t>
        </w:r>
      </w:hyperlink>
    </w:p>
    <w:p w:rsidR="001B1F19">
      <w:pPr>
        <w:rPr>
          <w:rFonts w:hint="eastAsia"/>
          <w:lang w:eastAsia="zh-CN"/>
        </w:rPr>
      </w:pPr>
    </w:p>
    <w:sectPr>
      <w:type w:val="nextPage"/>
      <w:pgSz w:w="11906" w:h="16838"/>
      <w:pgMar w:top="1440" w:right="1800" w:bottom="1440" w:left="1800" w:header="851" w:footer="992" w:gutter="0"/>
      <w:pgNumType w:start="2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8605415521501005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