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施工员的工作总结15篇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xml:space="preserve">    施工员的工作总结 1 </w:t>
      </w:r>
      <w:r>
        <w:rPr>
          <w:lang w:eastAsia="zh-CN"/>
        </w:rPr>
        <w:br/>
      </w:r>
      <w:r>
        <w:rPr>
          <w:lang w:eastAsia="zh-CN"/>
        </w:rPr>
        <w:t>　　1、实习收获</w:t>
      </w:r>
      <w:r>
        <w:rPr>
          <w:lang w:eastAsia="zh-CN"/>
        </w:rPr>
        <w:br/>
      </w:r>
    </w:p>
    <w:p w:rsidR="001B1F19" w14:textId="0AE8485B">
      <w:pPr>
        <w:pStyle w:val="Heading1"/>
        <w:jc w:val="center"/>
        <w:rPr>
          <w:rFonts w:hint="eastAsia"/>
          <w:lang w:eastAsia="zh-CN"/>
        </w:rPr>
      </w:pPr>
      <w:r>
        <w:rPr>
          <w:sz w:val="44"/>
          <w:lang w:eastAsia="zh-CN"/>
        </w:rPr>
        <w:t>施工员的工作总结15篇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xml:space="preserve">    施工员的工作总结 1 </w:t>
      </w:r>
      <w:r>
        <w:rPr>
          <w:lang w:eastAsia="zh-CN"/>
        </w:rPr>
        <w:br/>
      </w:r>
      <w:r>
        <w:rPr>
          <w:lang w:eastAsia="zh-CN"/>
        </w:rPr>
        <w:t>　　1、实习收获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这次实习丰富了我在这方面的知识，使我向更深的层次迈进，对我在今后的社会当中立足有一定的促进作用，但我也认识到，要想做好这方面的工作单靠这短短几个月的实习是不行的，还需要我在平时的学习和工作中一点一滴的积累，不断丰富自己的经验才行。我面前的路还是很漫长的，需要不断的努力和奋斗才能真正地走好。我坚信通过这一段时间的实习，所获得的实践经验对我终身受益，在我毕业后的实际工作中将不断的得到验证，我会不断的理解和体会实习中所学到的知识，在未来的工作中我将把我所学到的理论知识和实践经验不断的应用到实际工作来，充分展示自我的个人价值和人生价值。为实现自我的理想和光明的前程努力。感谢前辈们对我的教诲，这次实习除了在专业方面得到了非常大的收获之外，我还学会了怎样和同事们友好相处，虚心向他们请教，怎样与结构、水电专业的人沟通协调。亲身经历和熟悉了现场的工作程序，开阔了眼界。和同事在一起，我感觉到非常的快乐和满足。他们就像是朋友、老师和长辈一样的帮助和指导我，我内心非常地感谢他们。总之，经过这次实习之后，我从专业技能到为人处事，都真真切切的在现实之中得到了提高。为我今后的工作打下了坚实的基础。</w:t>
      </w:r>
      <w:r>
        <w:rPr>
          <w:lang w:eastAsia="zh-CN"/>
        </w:rPr>
        <w:br/>
      </w:r>
      <w:r>
        <w:rPr>
          <w:lang w:eastAsia="zh-CN"/>
        </w:rPr>
        <w:t>　　2、技术改革</w:t>
      </w:r>
      <w:r>
        <w:rPr>
          <w:lang w:eastAsia="zh-CN"/>
        </w:rPr>
        <w:br/>
      </w:r>
      <w:r>
        <w:rPr>
          <w:lang w:eastAsia="zh-CN"/>
        </w:rPr>
        <w:t>　　下面就我在施工中遇到的部分问题做简要分析和解决方法。</w:t>
      </w:r>
      <w:r>
        <w:rPr>
          <w:lang w:eastAsia="zh-CN"/>
        </w:rPr>
        <w:br/>
      </w:r>
      <w:r>
        <w:rPr>
          <w:lang w:eastAsia="zh-CN"/>
        </w:rPr>
        <w:t>　　2.1底层模板支架容易沉降</w:t>
      </w:r>
      <w:r>
        <w:rPr>
          <w:lang w:eastAsia="zh-CN"/>
        </w:rPr>
        <w:br/>
      </w:r>
      <w:r>
        <w:rPr>
          <w:lang w:eastAsia="zh-CN"/>
        </w:rPr>
        <w:t>　　原因分析：在施工过程中，管理不善，支模前不进行设计，立模后不仔细检查支架是否稳固，施工班组操作技工没有进行培训，不熟悉施工方法，盲目蛮干，导致发生工程事故。</w:t>
      </w:r>
      <w:r>
        <w:rPr>
          <w:lang w:eastAsia="zh-CN"/>
        </w:rPr>
        <w:br/>
      </w:r>
      <w:r>
        <w:rPr>
          <w:lang w:eastAsia="zh-CN"/>
        </w:rPr>
        <w:t>　　解决方案：模板支架在浇筑混凝土前必须按规范要求，经过认真的设计计算来确定。施工前应将支模基础夯实填平，放好支架轴线位置，铺垫碎石垫层，支架下应设置垫块。</w:t>
      </w:r>
      <w:r>
        <w:rPr>
          <w:lang w:eastAsia="zh-CN"/>
        </w:rPr>
        <w:br/>
      </w:r>
      <w:r>
        <w:rPr>
          <w:lang w:eastAsia="zh-CN"/>
        </w:rPr>
        <w:t>　　2.2胀模、浇筑振捣过程中模板鼓出、偏移、爆裂甚至坍塌，出现胀模。</w:t>
      </w:r>
      <w:r>
        <w:rPr>
          <w:lang w:eastAsia="zh-CN"/>
        </w:rPr>
        <w:br/>
      </w:r>
      <w:r>
        <w:rPr>
          <w:lang w:eastAsia="zh-CN"/>
        </w:rPr>
        <w:t>　　原因分析：模板侧向支撑刚度不够，模板太薄强度不足，夹挡支撑不牢固;柱模中如果柱箍间距过大，就会出现胀模现象。</w:t>
      </w:r>
      <w:r>
        <w:rPr>
          <w:lang w:eastAsia="zh-CN"/>
        </w:rPr>
        <w:br/>
      </w:r>
      <w:r>
        <w:rPr>
          <w:lang w:eastAsia="zh-CN"/>
        </w:rPr>
        <w:t>　　解决方案：模板就位后，技术人员应详细检查，发现问题及时纠正。一般梁中部用铁丝穿过横档对拉，或用对拉螺栓将两侧模板拉紧;柱模应计算浇筑混凝土时的侧压力，检查箍距是否满足要求，及时加设达到标准的水平斜撑、剪刀撑等。</w:t>
      </w:r>
      <w:r>
        <w:rPr>
          <w:lang w:eastAsia="zh-CN"/>
        </w:rPr>
        <w:br/>
      </w:r>
      <w:r>
        <w:rPr>
          <w:lang w:eastAsia="zh-CN"/>
        </w:rPr>
        <w:t>　　2.3钢筋加工制作错误</w:t>
      </w:r>
      <w:r>
        <w:rPr>
          <w:lang w:eastAsia="zh-CN"/>
        </w:rPr>
        <w:br/>
      </w:r>
      <w:r>
        <w:rPr>
          <w:lang w:eastAsia="zh-CN"/>
        </w:rPr>
        <w:t>　　原因分析：施工管理混乱，没有严格的检查制度，操作人员不经培训即到施工现场进行操作;不懂钢筋级别，工地没有配料单，操作人员责任心不强，使下料长度失控，时长时短。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解决方案：在施工现场必须建立健全的质量检查制度，每道工序都要有检查，应严格按设计图纸要求制作出钢筋配料单，钢筋应先经过调直，除锈后再下料。同一规格的钢筋应统一挂牌，标明钢筋的级别、种类、直径等，运输、堆放、吊装时要有专人负责。技术人员要认真做好钢筋的隐蔽工程验收记录。</w:t>
      </w:r>
      <w:r>
        <w:rPr>
          <w:lang w:eastAsia="zh-CN"/>
        </w:rPr>
        <w:br/>
      </w:r>
      <w:r>
        <w:rPr>
          <w:lang w:eastAsia="zh-CN"/>
        </w:rPr>
        <w:t>　　2.4漏放构造钢筋</w:t>
      </w:r>
      <w:r>
        <w:rPr>
          <w:lang w:eastAsia="zh-CN"/>
        </w:rPr>
        <w:br/>
      </w:r>
      <w:r>
        <w:rPr>
          <w:lang w:eastAsia="zh-CN"/>
        </w:rPr>
        <w:t>　　原因分析：对结构设计认识不全面，对构造钢筋的作用重视不够。再我看来多数都是重视不够而忘记还应该放置构造钢筋这回事，如少放或者不放梁中“腰筋”，柱下弯起钢筋等等。</w:t>
      </w:r>
      <w:r>
        <w:rPr>
          <w:lang w:eastAsia="zh-CN"/>
        </w:rPr>
        <w:br/>
      </w:r>
      <w:r>
        <w:rPr>
          <w:lang w:eastAsia="zh-CN"/>
        </w:rPr>
        <w:t>　　解决方案：认真检查已经安装好的钢筋，补足构造钢筋，尤其是现浇板边、角部位，梁的支座部位，墙或板预留洞口的.周围。施工时应采取有效措施保护构造钢筋的位置，不得随意踩踏等。</w:t>
      </w:r>
      <w:r>
        <w:rPr>
          <w:lang w:eastAsia="zh-CN"/>
        </w:rPr>
        <w:br/>
      </w:r>
      <w:r>
        <w:rPr>
          <w:lang w:eastAsia="zh-CN"/>
        </w:rPr>
        <w:t>　　2.5混凝土浇筑不当使构件存在缺陷</w:t>
      </w:r>
      <w:r>
        <w:rPr>
          <w:lang w:eastAsia="zh-CN"/>
        </w:rPr>
        <w:br/>
      </w:r>
      <w:r>
        <w:rPr>
          <w:lang w:eastAsia="zh-CN"/>
        </w:rPr>
        <w:t>　　原因分析：此缺陷在拆模后看的清楚，给予补救已经来不及。因为砼已经初凝，会出现蜂窝、麻面、凸凹不平、露筋、孔洞、夹渣等现象，影响结构耐久性要求。</w:t>
      </w:r>
      <w:r>
        <w:rPr>
          <w:lang w:eastAsia="zh-CN"/>
        </w:rPr>
        <w:br/>
      </w:r>
      <w:r>
        <w:rPr>
          <w:lang w:eastAsia="zh-CN"/>
        </w:rPr>
        <w:t>　　解决方案：一般的处理方法有局部修复、灌浆、补强等。要制定合理的施工技术方案，明确操作要求，并向工作班组进行技术交底工作。明确责任，实行分界挂牌制，加强现场管理，浇筑混凝土时注意观察模板受荷载后的情况，如果发现问题应及时解决。</w:t>
      </w:r>
      <w:r>
        <w:rPr>
          <w:lang w:eastAsia="zh-CN"/>
        </w:rPr>
        <w:br/>
      </w:r>
      <w:r>
        <w:rPr>
          <w:lang w:eastAsia="zh-CN"/>
        </w:rPr>
        <w:t>　　2.6砖混结构中预制板缝开裂。</w:t>
      </w:r>
      <w:r>
        <w:rPr>
          <w:lang w:eastAsia="zh-CN"/>
        </w:rPr>
        <w:br/>
      </w:r>
      <w:r>
        <w:rPr>
          <w:lang w:eastAsia="zh-CN"/>
        </w:rPr>
        <w:t>　　原因分析：预制板未清洗干净和晾干、板缝下未设置底模。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解决方案为：要将预制板缝清洗干净并凉干，然后在板缝下支设底模，将板缝刷素水泥浆一道，再用1：2.5水泥砂浆灌板缝，高度为板厚的1/3，振捣密实，砂最好用粗砂，最后用细石砼将板缝灌满并振捣密实。加强养护。这样，板缝就不易开裂。</w:t>
      </w:r>
      <w:r>
        <w:rPr>
          <w:lang w:eastAsia="zh-CN"/>
        </w:rPr>
        <w:br/>
      </w:r>
      <w:r>
        <w:rPr>
          <w:lang w:eastAsia="zh-CN"/>
        </w:rPr>
        <w:t>　　3、意见建议</w:t>
      </w:r>
      <w:r>
        <w:rPr>
          <w:lang w:eastAsia="zh-CN"/>
        </w:rPr>
        <w:br/>
      </w:r>
      <w:r>
        <w:rPr>
          <w:lang w:eastAsia="zh-CN"/>
        </w:rPr>
        <w:t>　　我觉得学校应增加学生在校期间参加社会实践的机会，深入一些社会知识。</w:t>
      </w:r>
      <w:r>
        <w:rPr>
          <w:lang w:eastAsia="zh-CN"/>
        </w:rPr>
        <w:br/>
      </w:r>
      <w:r>
        <w:rPr>
          <w:lang w:eastAsia="zh-CN"/>
        </w:rPr>
        <w:t>　　我建议学校应该培养学生的自主学习能力和自理能力，这样才有可能持续发展的基础。我建议学校多培养学生的吃苦能力和持之以恒的精神，因为很多同学实习之后吃不了苦，频繁的更换工作。希望学校不要因为就业率，在短时间内要求学生找到岗位，很多都因为是应付，这样使同学们没有自己选择，就会频繁的更换工作。影响我们学校在社会上的口碑，之后就会减少下次毕业生选择单位的机会。学校可以多和周边的企业公司合作给同学们在暑期或周末时间创造更多的实习机会，不仅增加了我们的实际操作能力，毕业后能更快的适应社会。</w:t>
      </w:r>
      <w:r>
        <w:rPr>
          <w:lang w:eastAsia="zh-CN"/>
        </w:rPr>
        <w:br/>
      </w:r>
      <w:r>
        <w:rPr>
          <w:lang w:eastAsia="zh-CN"/>
        </w:rPr>
        <w:t>　　经过这段时间的实习，我所感悟的是工程这门专业在就业市场有着绝对的优势。随着我国综合国力逐年增强,经济发展速度加快,各地相继进入城市建设的高速期,项目建设规模日趋增大,工程投资在各地经济总额中占据比例加大,进而带动了各相关产业的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实践是认识的唯一来源，的确不错，通过此次见习，使自己对工程这个专业又有了进一步的认识，真正知道了理论和实际的差别，激发了对这一专业的兴趣，学到了一些在书本上学不到的东西，为以后的课程积累了许多感性认识，为今后的学习打下了很好的基础，自己的知识和能力在潜移默化中得到完善与提高，同时团队意识也有着明显增强。</w:t>
      </w:r>
      <w:r>
        <w:rPr>
          <w:lang w:eastAsia="zh-CN"/>
        </w:rPr>
        <w:br/>
      </w:r>
      <w:r>
        <w:rPr>
          <w:lang w:eastAsia="zh-CN"/>
        </w:rPr>
        <w:t>　　总之，通过这些实习活动,感受颇多,收获颇多。作为一个刚进入就业的大学生,对专业还只是从书本上知道一点理论性的东西,在实践上几乎是空白,但此次见习之后,情况就大有改变。通过见习，使我学到了很多实践知识。所谓实践是检验真理的唯一标准，通过旁站，使我近距离的观察了整个房屋的建造过程，学到了很多很适用的具体的施工知识，这些知识往往是我在书本很少接触，很少注意的，但又是十分重要基础的知识。本专业是适应社会发展和市场需求的新设专业。主要从培养既具经济管理专业知识，又具工程技术专业知识，学生理论基础和动手操作能力。</w:t>
      </w:r>
      <w:r>
        <w:rPr>
          <w:lang w:eastAsia="zh-CN"/>
        </w:rPr>
        <w:br/>
      </w:r>
      <w:r>
        <w:rPr>
          <w:lang w:eastAsia="zh-CN"/>
        </w:rPr>
        <w:t>　　这次实习却给我们未来人生道路的选择带来了重大的影响。在以后的工作学习中我将把我所学到的理论知识和实践经验不断的应用到实际工作来，充分展示自我的个人价值和人生价值。为实现自我的理想和光明的前程努力。</w:t>
      </w:r>
      <w:r>
        <w:rPr>
          <w:lang w:eastAsia="zh-CN"/>
        </w:rPr>
        <w:br/>
      </w:r>
      <w:r>
        <w:rPr>
          <w:lang w:eastAsia="zh-CN"/>
        </w:rPr>
        <w:t>　　施工员的工作总结 2</w:t>
      </w:r>
      <w:r>
        <w:rPr>
          <w:lang w:eastAsia="zh-CN"/>
        </w:rPr>
        <w:br/>
      </w:r>
      <w:r>
        <w:rPr>
          <w:lang w:eastAsia="zh-CN"/>
        </w:rPr>
        <w:t>　　时光飞逝，转眼毕业实习了。本人很荣幸的成为___的一员，在这个大家庭中，我感触深受。在___项目部，作为施工员在工作中忙碌着同时也收获着，下面我把我的实习工作总结一下：</w:t>
      </w:r>
      <w:r>
        <w:rPr>
          <w:lang w:eastAsia="zh-CN"/>
        </w:rPr>
        <w:br/>
      </w:r>
      <w:r>
        <w:rPr>
          <w:lang w:eastAsia="zh-CN"/>
        </w:rPr>
        <w:t>　　一、 勤勤恳恳工作、踏踏实实做人。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我被分配到二院项目部，工作职务为实习施工员，所在的工程为土建工程，在刚刚接触实际工作的时候，确实感觉和书本上所学的知识大相径庭，经过经过一个月左右的磨合，我基本适应了自己的本职工作。我是中专毕业的学生，专业为建筑工程，在项目部领导的帮助与关怀之下，我很快适应了自己的工作，与业主、监理以及分包单位合作的都很顺利。</w:t>
      </w:r>
      <w:r>
        <w:rPr>
          <w:lang w:eastAsia="zh-CN"/>
        </w:rPr>
        <w:br/>
      </w:r>
      <w:r>
        <w:rPr>
          <w:lang w:eastAsia="zh-CN"/>
        </w:rPr>
        <w:t>　　我工作与做人的态度就是一句话 “勤勤恳恳工作、踏踏实实做人”。</w:t>
      </w:r>
      <w:r>
        <w:rPr>
          <w:lang w:eastAsia="zh-CN"/>
        </w:rPr>
        <w:br/>
      </w:r>
      <w:r>
        <w:rPr>
          <w:lang w:eastAsia="zh-CN"/>
        </w:rPr>
        <w:t>　　二、 与时俱进，从思想上武装自己。</w:t>
      </w:r>
      <w:r>
        <w:rPr>
          <w:lang w:eastAsia="zh-CN"/>
        </w:rPr>
        <w:br/>
      </w:r>
      <w:r>
        <w:rPr>
          <w:lang w:eastAsia="zh-CN"/>
        </w:rPr>
        <w:t>　　来到项目部不久，我每天都看电视、报纸，认真学习党的方针路线，了解一些重大的决策，积极配合项目部领导班子开展思想教育工作。在这段时间，我感觉自己在思想方面有了很大的进步与提高，而且工作开展的也很顺利，在项目部领导班子的正确领导下，积极开展各方面的工作，自己的业务水平也得到了领导的认可与肯定，为以后更好的开展工作打下良好的基础。</w:t>
      </w:r>
      <w:r>
        <w:rPr>
          <w:lang w:eastAsia="zh-CN"/>
        </w:rPr>
        <w:br/>
      </w:r>
      <w:r>
        <w:rPr>
          <w:lang w:eastAsia="zh-CN"/>
        </w:rPr>
        <w:t>　　其实工作和做人一样，之后跟的上时代的步伐，才不会被时代所淘汰。作为90后的'我们，面对日益竞争激烈的时常经济，真的很难给自己定位。但是，越是在这个时候，越应该为自己定好前进的方向，从思想上武装自己、充实自己，为社会为公司作出更大的成绩。</w:t>
      </w:r>
      <w:r>
        <w:rPr>
          <w:lang w:eastAsia="zh-CN"/>
        </w:rPr>
        <w:br/>
      </w:r>
      <w:r>
        <w:rPr>
          <w:lang w:eastAsia="zh-CN"/>
        </w:rPr>
        <w:t>　　我的人生格言为“奋斗成绩事业，奉献充实人生”。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以上为我参加工作以来的一些心得和体会，由于水平有限，不免有些遗漏与不足之处，我会在以后的工作和学习过程中逐渐给自己定好位，为以后的工作作出更好的规划与总结。我坚信“天道酬勤”，我会用我的实际行动来证明我的能力与价值。</w:t>
      </w:r>
      <w:r>
        <w:rPr>
          <w:lang w:eastAsia="zh-CN"/>
        </w:rPr>
        <w:br/>
      </w:r>
      <w:r>
        <w:rPr>
          <w:lang w:eastAsia="zh-CN"/>
        </w:rPr>
        <w:t>　　新的一年我争取学到施工员的技术，成为以一位正式的施工员，不在要人带，自己可以独立工作。我会努力向我的目标出发。</w:t>
      </w:r>
      <w:r>
        <w:rPr>
          <w:lang w:eastAsia="zh-CN"/>
        </w:rPr>
        <w:br/>
      </w:r>
      <w:r>
        <w:rPr>
          <w:lang w:eastAsia="zh-CN"/>
        </w:rPr>
        <w:t>　　最后，马上就到新年了，祝愿我们所有的同事新年快乐，工作顺利，祝愿我们公司所有的工程项目都能够顺利并超额完成任务，愿我们都能够把握住自己美好的明天。</w:t>
      </w:r>
      <w:r>
        <w:rPr>
          <w:lang w:eastAsia="zh-CN"/>
        </w:rPr>
        <w:br/>
      </w:r>
      <w:r>
        <w:rPr>
          <w:lang w:eastAsia="zh-CN"/>
        </w:rPr>
        <w:t>　　施工员的工作总结 3</w:t>
      </w:r>
      <w:r>
        <w:rPr>
          <w:lang w:eastAsia="zh-CN"/>
        </w:rPr>
        <w:br/>
      </w:r>
      <w:r>
        <w:rPr>
          <w:lang w:eastAsia="zh-CN"/>
        </w:rPr>
        <w:t>　　可以自豪的说绿竹的每一寸土地都留下了我的足迹，从开始不毛之地到现在钢筋林立，我见证了绿竹的发展，绿竹见证了我的成长。下面我就今年的工作和思想做下汇报总结：</w:t>
      </w:r>
      <w:r>
        <w:rPr>
          <w:lang w:eastAsia="zh-CN"/>
        </w:rPr>
        <w:br/>
      </w:r>
      <w:r>
        <w:rPr>
          <w:lang w:eastAsia="zh-CN"/>
        </w:rPr>
        <w:t>　　1、披星戴月土方开挖</w:t>
      </w:r>
      <w:r>
        <w:rPr>
          <w:lang w:eastAsia="zh-CN"/>
        </w:rPr>
        <w:br/>
      </w:r>
      <w:r>
        <w:rPr>
          <w:lang w:eastAsia="zh-CN"/>
        </w:rPr>
        <w:t>　　万事开头难，来这个项目的时候就___、___、我，人手不够那是肯定的什么事情都是亲力亲为，万事具备迎来了___开工我们开始了土方开挖，土方开挖工期紧，然而天公不作美遇到了两场大雨，致使导致差不多两个星期的工期延误，为了不延误工期我们采取昼夜开挖，从而弥补了损失，致使土方开挖提前完成任务。</w:t>
      </w:r>
      <w:r>
        <w:rPr>
          <w:lang w:eastAsia="zh-CN"/>
        </w:rPr>
        <w:br/>
      </w:r>
      <w:r>
        <w:rPr>
          <w:lang w:eastAsia="zh-CN"/>
        </w:rPr>
        <w:t>　　2、挑灯夜战算量翻样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宜未雨而绸缪，勿临渴而掘井。钢筋算量与翻样这是每个合格的.土建技术人员必须具备的素质，是基本功。因为我们通过这项工作对图纸、对图集才有更高的领悟，在满足规范要求的前提下怎么做可以最低程度的减少成本，虽然有点繁琐但是研究透了对自己的素质能力是一个质的飞跃。</w:t>
      </w:r>
      <w:r>
        <w:rPr>
          <w:lang w:eastAsia="zh-CN"/>
        </w:rPr>
        <w:br/>
      </w:r>
      <w:r>
        <w:rPr>
          <w:lang w:eastAsia="zh-CN"/>
        </w:rPr>
        <w:t>　　3、寒风凛冽基础施工</w:t>
      </w:r>
      <w:r>
        <w:rPr>
          <w:lang w:eastAsia="zh-CN"/>
        </w:rPr>
        <w:br/>
      </w:r>
      <w:r>
        <w:rPr>
          <w:lang w:eastAsia="zh-CN"/>
        </w:rPr>
        <w:t>　　寒冷是今年冬天的主旋律，CFG桩施工、清理桩间土、剔桩头我们是全程监督指导，保证工程质量。本工程层高较高所以柱子插筋及固定是一个难题，我们采用搭设“井字”脚手架解决了柱子固定的难题防止了柱子位移也方便了支模、浇筑混凝土。在基础、柱子施工过程中对如何绑筋、支模加固、覆盖给出相应的对策，混凝土施工从打灰开始到覆盖好之后才离开，积极参与生产，做到过程控制，在特殊的___年冬施中做到了没有一处混凝土受冻。</w:t>
      </w:r>
      <w:r>
        <w:rPr>
          <w:lang w:eastAsia="zh-CN"/>
        </w:rPr>
        <w:br/>
      </w:r>
      <w:r>
        <w:rPr>
          <w:lang w:eastAsia="zh-CN"/>
        </w:rPr>
        <w:t>　　4、欣欣向荣共同发展</w:t>
      </w:r>
      <w:r>
        <w:rPr>
          <w:lang w:eastAsia="zh-CN"/>
        </w:rPr>
        <w:br/>
      </w:r>
      <w:r>
        <w:rPr>
          <w:lang w:eastAsia="zh-CN"/>
        </w:rPr>
        <w:t>　　居安思危，思则有备，有备无患，我应该不断的充实自己，对工作进行检查核对，对工作的经验进行总结分析，尽量使工作程序化、系统化、条理化。从而在百尺竿头，更进一步。___年我们取得的成绩是斐然的，但是我相信在___年及以后我们能做的更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___项目部是第一个项目部、承包人、施工队一体化的项目，是第一个落实公司“项目经理责任制，管理一体化和提升项目核心竞争力”思想，我觉得这种思想很好，是我以前所期待的管理模式，深入作业队学习指导，使我们更有责任感，一个项目下来必将有利于我们的成长，同荣辱共进退，在对待任何事情必须提前预防，过程控制，坚决不做“马后炮”。在施工方案、方法，我们深思熟虑，齐心协力，只是围绕一个目标就是以最小的代价把活干好、干漂亮，成为一个好榜样。但是我还有个建议就是咱们必须把工人管住了，怎么能管住，就是咱们必须把人、机、料、法、环控制在咱们手上，譬如钢筋进料、混凝土要灰得项目部自己要，在给施工队付工程款的时候项目部每个岗位的人员签字，这样咱们在实际管理现场的时候给予施工队无形之中的压力，更有利于工作的开展与进行。</w:t>
      </w:r>
      <w:r>
        <w:rPr>
          <w:lang w:eastAsia="zh-CN"/>
        </w:rPr>
        <w:br/>
      </w:r>
      <w:r>
        <w:rPr>
          <w:lang w:eastAsia="zh-CN"/>
        </w:rPr>
        <w:t>　　施工员的工作总结 4</w:t>
      </w:r>
      <w:r>
        <w:rPr>
          <w:lang w:eastAsia="zh-CN"/>
        </w:rPr>
        <w:br/>
      </w:r>
      <w:r>
        <w:rPr>
          <w:lang w:eastAsia="zh-CN"/>
        </w:rPr>
        <w:t>　　又到一年岁末时，十三项目部即将迎来一周岁的生日，而我也伴随着项目部的成长走过了工作的又一年。20__年对于整个国家来说都是一个特别的年份，演绎着这个年份悲喜交加的架构。回顾自己这一年的工作，亦是有得有失。</w:t>
      </w:r>
      <w:r>
        <w:rPr>
          <w:lang w:eastAsia="zh-CN"/>
        </w:rPr>
        <w:br/>
      </w:r>
      <w:r>
        <w:rPr>
          <w:lang w:eastAsia="zh-CN"/>
        </w:rPr>
        <w:t>　　一、半路出家，试水施工岗位。</w:t>
      </w:r>
      <w:r>
        <w:rPr>
          <w:lang w:eastAsia="zh-CN"/>
        </w:rPr>
        <w:br/>
      </w:r>
      <w:r>
        <w:rPr>
          <w:lang w:eastAsia="zh-CN"/>
        </w:rPr>
        <w:t>　　三月份，软基处理_线、_线和_线的高压旋喷桩相继开工。项目部施工管理人员紧缺，于是我有幸加入到施工员的行列中，直接参与生产前线的管理工作。我很珍惜这样一次千载难逢的锻炼机会。刚开始，我也对自己的非专业背景从事路桥施工管理感到担心，但后来随着工程的展开，在各位领导和各个前辈的谆谆指导下，我摸着石头过河，慢慢地适应了角色的转变。三月下旬至四月下旬约一个月期间，_线、_线和_线三个区域的高压旋喷桩施工完成。期间，_线、_线的水泥搅拌桩也展开了施工。本段时间内，我将施工方案与现场情况相结合，并及时向有经验的同事请教，较好地掌握了高压旋喷桩、水泥搅拌桩的施工工艺。严格控制水灰比、水泥浆压力、提升速度、垂直度等施工参数，较好地控制了成桩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四月中旬，灌注桩施工大面积展开。领导将我调往此班组。该分部工程施工工艺相对复杂，施工过程中不可预见性因素较多。一方面，灌注桩完成与否直接决定着后续上部结构能否衔接的问题，所以我们夜以继日地开展施工，力求克服各种阻碍因素，追求进度。_月_日当天，我们成桩_颗，算是本工程目前为止当日最大成桩量。另外一方面，灌注桩受地质、混凝土质量等影响较明显，施工过程控制相对复杂，稍有不慎，即可能造成塌孔、断桩等重大质量事故的发生。为克服这些问题的发生，作为生手的自己，积极主动地向分包队人员学习，努力杜绝了此类事故的发生。时至今日，共完成灌注桩___颗。</w:t>
      </w:r>
      <w:r>
        <w:rPr>
          <w:lang w:eastAsia="zh-CN"/>
        </w:rPr>
        <w:br/>
      </w:r>
      <w:r>
        <w:rPr>
          <w:lang w:eastAsia="zh-CN"/>
        </w:rPr>
        <w:t>　　在这两个分部工程中，相应地学到了与之配套的工作，诸如机械的调配、人员积极性地鼓动、试验申请单的填写、计量资料的编写等等。虽都只是皮毛，但对于资质驽钝的我来说，还算是收获。</w:t>
      </w:r>
      <w:r>
        <w:rPr>
          <w:lang w:eastAsia="zh-CN"/>
        </w:rPr>
        <w:br/>
      </w:r>
      <w:r>
        <w:rPr>
          <w:lang w:eastAsia="zh-CN"/>
        </w:rPr>
        <w:t>　　二、夜以继日，充分体会了吃苦耐劳精神的精髓。</w:t>
      </w:r>
      <w:r>
        <w:rPr>
          <w:lang w:eastAsia="zh-CN"/>
        </w:rPr>
        <w:br/>
      </w:r>
      <w:r>
        <w:rPr>
          <w:lang w:eastAsia="zh-CN"/>
        </w:rPr>
        <w:t>　　我所主要涉及的两项分部工程都属于日夜施工作业。于是我和另外一个助理施工员倒班，每人上__小时休__小时。这样的工作强度其实是对人的身体体质和精神意志的一种考验。很多时候，几近崩溃。但在领导的指导下，我学会忙里偷闲暇时吃紧的休息方法，尽可能的在手头没有工作的'情况下补充睡眠。_个月的夜班洗礼，让我觉得即使再来一次高考，我都会眼睛都不眨一下的将其藐视掉。</w:t>
      </w:r>
      <w:r>
        <w:rPr>
          <w:lang w:eastAsia="zh-CN"/>
        </w:rPr>
        <w:br/>
      </w:r>
      <w:r>
        <w:rPr>
          <w:lang w:eastAsia="zh-CN"/>
        </w:rPr>
        <w:t>　　三、工作中总结不足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第一，图纸、规范不熟悉，导致质量问题的发生。必须承认，即使灌注桩班组最为辛苦，但是不可否认的是在这段时间内，错误频繁出现。这与我对图纸和规范的不熟悉直接有关。今后，自己将多看规范勤翻图纸，多找高人请教，力求克服该毛病，杜绝贻笑大方的事情发生。</w:t>
      </w:r>
      <w:r>
        <w:rPr>
          <w:lang w:eastAsia="zh-CN"/>
        </w:rPr>
        <w:br/>
      </w:r>
      <w:r>
        <w:rPr>
          <w:lang w:eastAsia="zh-CN"/>
        </w:rPr>
        <w:t>　　第二，施工管理作业面太狭小，年度技术收获指数低。一年的时光过去，我仅仅只停留在软基处理和灌注桩工程的施工管理上，掌握的施工技术可以说是微乎其微。当今社会日新月异，一年就这样日复一日的重复两种工艺，对于一个二十几岁的大学毕业生来说实在是可惜。来年，争取多涉足路桥施工的其它作业面，希望能多掌握路桥施工的其它技术。</w:t>
      </w:r>
      <w:r>
        <w:rPr>
          <w:lang w:eastAsia="zh-CN"/>
        </w:rPr>
        <w:br/>
      </w:r>
      <w:r>
        <w:rPr>
          <w:lang w:eastAsia="zh-CN"/>
        </w:rPr>
        <w:t>　　第三，心态不成熟，没有做好长期吃苦的思想准备。诚然，漂泊在外，远离家乡和亲人，每日都在一个相对狭小、偏僻的圈子里重复地生活和工作，北方自然环境也较为恶劣，加之大半年的夜班，且时刻都要做好与民工头斗智斗勇的准备，这样的日复一日让我原本不成熟的心志受到了极大的冲击。在某些时刻，就有了情绪的低谷，极大地影响了工作效率，也造成了自身虎头蛇尾、疑似后劲不足的菲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总结：20__年对于我来说，像个五味杂瓶。很坦然地说，收获与失去是对等的。走上技术管理岗位并初步完成角色的转变是__年自己最大的收获。其中，还有一些微不足道的小荣誉以及兼职也让我倍受鼓舞，我深知这是领导和同事给予自己某些方面的肯定。但同时，凸显出来的问题，诸如技术领域涉足不深、情绪波动、心态疲劳等，成为了困扰自身进步的一大瓶颈，必须作为来年工作的整治方向。套用一句古话：穷则变，变则通，通则久。憧憬202_，希望自己努力改正缺点，寻求新的突破。</w:t>
      </w:r>
      <w:r>
        <w:rPr>
          <w:lang w:eastAsia="zh-CN"/>
        </w:rPr>
        <w:br/>
      </w:r>
      <w:r>
        <w:rPr>
          <w:lang w:eastAsia="zh-CN"/>
        </w:rPr>
        <w:t>　　施工员的工作总结 5</w:t>
      </w:r>
      <w:r>
        <w:rPr>
          <w:lang w:eastAsia="zh-CN"/>
        </w:rPr>
        <w:br/>
      </w:r>
      <w:r>
        <w:rPr>
          <w:lang w:eastAsia="zh-CN"/>
        </w:rPr>
        <w:t>　　转眼间进入了20__了，新的一年是一个充满挑战、机遇与压力开始的一年，也是我非常重要的一年。出来工作已快到3个年头，生活和工作压力驱使我要努力工作和认真学习。在此我订立了本年度工作计划，以便使自己在新的一年里有更大的进步和成绩。</w:t>
      </w:r>
      <w:r>
        <w:rPr>
          <w:lang w:eastAsia="zh-CN"/>
        </w:rPr>
        <w:br/>
      </w:r>
      <w:r>
        <w:rPr>
          <w:lang w:eastAsia="zh-CN"/>
        </w:rPr>
        <w:t>　　一、熟悉公司的规章制度和业务开展工作</w:t>
      </w:r>
      <w:r>
        <w:rPr>
          <w:lang w:eastAsia="zh-CN"/>
        </w:rPr>
        <w:br/>
      </w:r>
      <w:r>
        <w:rPr>
          <w:lang w:eastAsia="zh-CN"/>
        </w:rPr>
        <w:t>　　公司在不断改革，订立了新的规定，作为公司一名施工员，必须以身作则，遵守公司的有关规章制度，在实际工作中，认真贯彻上级要求推行全面质量管理，建立健全质量保证体系，在资料方面做到开工有报告，施工有措施，技术有交底，隐蔽工程有记录，配合计划员做好现场签证工作，全面推进工程质量和工程进度的协调统一。</w:t>
      </w:r>
      <w:r>
        <w:rPr>
          <w:lang w:eastAsia="zh-CN"/>
        </w:rPr>
        <w:br/>
      </w:r>
      <w:r>
        <w:rPr>
          <w:lang w:eastAsia="zh-CN"/>
        </w:rPr>
        <w:t>　　在工程质量控制方面要积极主动，以预防为主。在工地的施工过程中，积极协调各单位的关系，使它们相互配合，互相支持，搞好衔接，保证了施工质量和进度。</w:t>
      </w:r>
      <w:r>
        <w:rPr>
          <w:lang w:eastAsia="zh-CN"/>
        </w:rPr>
        <w:br/>
      </w:r>
      <w:r>
        <w:rPr>
          <w:lang w:eastAsia="zh-CN"/>
        </w:rPr>
        <w:t>　　二、加强学习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学习是是我们成长和进步的基础，只有不断的进行自己专业知识和业务能力学习，总结自己过去的经验与不足取长补短，在工作中学习，在学习中成长。具备良好的政治和业务素质是做好本职工作的前提和必要条件。在新的一年里不断进行专业知识的学习，提高自己的综合能力。</w:t>
      </w:r>
      <w:r>
        <w:rPr>
          <w:lang w:eastAsia="zh-CN"/>
        </w:rPr>
        <w:br/>
      </w:r>
      <w:r>
        <w:rPr>
          <w:lang w:eastAsia="zh-CN"/>
        </w:rPr>
        <w:t>　　三、端正工作态度</w:t>
      </w:r>
      <w:r>
        <w:rPr>
          <w:lang w:eastAsia="zh-CN"/>
        </w:rPr>
        <w:br/>
      </w:r>
      <w:r>
        <w:rPr>
          <w:lang w:eastAsia="zh-CN"/>
        </w:rPr>
        <w:t>　　搞工程建设是一项非常艰苦的行业，日晒雨淋，而对着炎热的夏日，和连绵不断的秋雨，都要不懈的工作，要吃的`苦中苦，工作中粗中带细，所以没有乐观吃苦耐劳的人生态度和严谨科学的工作精神是不行的。</w:t>
      </w:r>
      <w:r>
        <w:rPr>
          <w:lang w:eastAsia="zh-CN"/>
        </w:rPr>
        <w:br/>
      </w:r>
      <w:r>
        <w:rPr>
          <w:lang w:eastAsia="zh-CN"/>
        </w:rPr>
        <w:t>　　四、完成公司的其他事物</w:t>
      </w:r>
      <w:r>
        <w:rPr>
          <w:lang w:eastAsia="zh-CN"/>
        </w:rPr>
        <w:br/>
      </w:r>
      <w:r>
        <w:rPr>
          <w:lang w:eastAsia="zh-CN"/>
        </w:rPr>
        <w:t>　　公司集体就是一个大家，同事同事就是共同去做事，所以我们要相互体谅和理解，打造出一个互帮互助的优秀团队。在新的一年里大家心往一处用，劲往一处使，共同努力做好公司交与我们的工作。</w:t>
      </w:r>
      <w:r>
        <w:rPr>
          <w:lang w:eastAsia="zh-CN"/>
        </w:rPr>
        <w:br/>
      </w:r>
      <w:r>
        <w:rPr>
          <w:lang w:eastAsia="zh-CN"/>
        </w:rPr>
        <w:t>　　20__2月17日，我接到通知来___公司报到。对我个人而言，这是一个重要的日子，因为这是一个新的地方、一个新的开始。到公司的这十几天时间里，在公司领导及同事的大力支持下我逐渐对公司的相关规定、办事流程以及企业文化有了一定的了解，能渐渐适应现在的工作节奏和强度，在思想意识、业务能力等各方面都取得了一定的进步，在这里表示感谢。在这段时间里我深刻体会到一名施工技术人员的职责所在，同时也在工作中认识到自己的不足。现在我将这段时间的工作做以下总结。</w:t>
      </w:r>
      <w:r>
        <w:rPr>
          <w:lang w:eastAsia="zh-CN"/>
        </w:rPr>
        <w:br/>
      </w:r>
      <w:r>
        <w:rPr>
          <w:lang w:eastAsia="zh-CN"/>
        </w:rPr>
        <w:t>　　自从加入第三项目部，我主要担任施工员岗位。</w:t>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吉祥路项目是我职业生涯的第一条路。作为一名非工程类专业的学生，第一次来到工地对什么都一无所知，不知道自己应该去干什么，在项目领导的安排下，我们新员工分配好任务，签了师徒协议，开始了真正的工作。吉祥路我参与了道路两侧明渠的施工、部分管道的铺设以及大雄宝殿前整个广场的建设。在这里我学会了看市政工程的图纸、水准仪全站仪的测量放样、工程上的一些专业知识等，收获的同时我也发现了自己身上的不足。在专业知识方面还需要更加努力的学习，和劳务班组之间的交流还存在一些问题，吉祥路结束后来到了蚌医北路。有了吉祥路的施工经验和磨练后，在这里，我能够独立的进行施工，蚌医路我主要在石屋路到大桥下这段灰土的施工，历经半个月的奋斗后，五月中旬来到了龙湖嘉园项目。说实在的，来到这个项目感觉挺兴奋的，这是一个大项目，而且全部是高层建筑，一离开学校就接触这样大的项目，我们项目的领导有能力，对我们要求也非常严格，这正是锻炼我的一个好机会。公司领导对我们也比较重视，经常和我们交流，给我们提供很多的资料学习。龙湖家园项目从临设施工、室外工程的管道施工、参与菜市场、五号楼施工，再到目前全面负责八号楼施工。刚进入这一行，一路上，的确感到时间很紧迫，工作也有点压力，但我相信只有更加努力的去学习才能改变这一切。这段时间以来给我最大的收获就是培养了我吃苦耐劳的精神，这样让我适应了工地上的工作。从吉祥路、蚌医路，再到龙湖嘉园项目，工作之前我认真去看施工方案，熟悉并掌握设计图纸，施工规范、质量标准和施工工艺，向劳务班组进行施工技术交底，并监督过程中的实际操作。在施工过程中严格按图纸、方案、技术要求和施工组织设计施工，全面贯彻安全第一、预防为主的方针，按规定搞好安全防范措施，把安全工作落到实处，做到讲效益必须将安全，抓生产首先抓安全。过程中掌握质量动态情况，严格执行质量三检制。对现场存在的质量及其隐患问题及时采取有效防范措施，并上报技术主管。根据项目部月进度计划，安排自己所负责班组施工周任务。做好分管工作内人工、材料、机械设备的合理安排，充分调动班组人员积极性，落实工程技术质量、安全保证措施，牢牢树立预防为主、事前控制的指导思想，对施工中重点工程、隐蔽工程要全方位进行检查、指导、确保质量。严格按照公司的结算制度和设计图纸对班组进行结算，整个过程中每天坚持施工日志的记录。</w:t>
      </w:r>
      <w:r>
        <w:rPr>
          <w:lang w:eastAsia="zh-CN"/>
        </w:rPr>
        <w:br/>
      </w:r>
      <w:r>
        <w:rPr>
          <w:lang w:eastAsia="zh-CN"/>
        </w:rPr>
        <w:t>　　项目的领导对我们的生活、学习、工作都非常关注，使我感觉到就像家一样，很温馨。工作中我也在慢慢的积累知识经验，干工程的没有什么具体的上下班时间，不能怕吃苦，只要工地在生产，你就必须让他处在受控状态；工作应该积极向上，不要有抱怨，要珍惜来之不易的机会。在今后的工作过程中，我将本着敬业、诚信、创新、拼搏的精神，坚持公司的利益高于一切，争取干一项工程，就能树一座丰碑，努力发扬公司的精神。</w:t>
      </w:r>
      <w:r>
        <w:rPr>
          <w:lang w:eastAsia="zh-CN"/>
        </w:rPr>
        <w:br/>
      </w:r>
      <w:r>
        <w:rPr>
          <w:lang w:eastAsia="zh-CN"/>
        </w:rPr>
        <w:t>　　施工员的工作总结 6</w:t>
      </w:r>
      <w:r>
        <w:rPr>
          <w:lang w:eastAsia="zh-CN"/>
        </w:rPr>
        <w:br/>
      </w:r>
      <w:r>
        <w:rPr>
          <w:lang w:eastAsia="zh-CN"/>
        </w:rPr>
        <w:t>　　转眼间20__年就要在紧张和忙碌中过去了，回顾这一年来，我作为公司质检部一名检验员，有很多进步，但是也存在一些不足之处。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在领导的关心指导下，在同事的支持帮助下，我不但勤奋踏实地完成了本职工作 ，而且顺利完成了领导交办的各项临时任务，自身在各方面都有所提升。为了更好地做好今后的工作，总结经验，吸取教训，本人就上半年的工作总结为以下几项。</w:t>
      </w:r>
      <w:r>
        <w:rPr>
          <w:lang w:eastAsia="zh-CN"/>
        </w:rPr>
        <w:br/>
      </w:r>
      <w:r>
        <w:rPr>
          <w:lang w:eastAsia="zh-CN"/>
        </w:rPr>
        <w:t>　　一、工作收获</w:t>
      </w:r>
      <w:r>
        <w:rPr>
          <w:lang w:eastAsia="zh-CN"/>
        </w:rPr>
        <w:br/>
      </w:r>
      <w:r>
        <w:rPr>
          <w:lang w:eastAsia="zh-CN"/>
        </w:rPr>
        <w:t>　　1、首件检验</w:t>
      </w:r>
      <w:r>
        <w:rPr>
          <w:lang w:eastAsia="zh-CN"/>
        </w:rPr>
        <w:br/>
      </w:r>
      <w:r>
        <w:rPr>
          <w:lang w:eastAsia="zh-CN"/>
        </w:rPr>
        <w:t>　　我严格按照控制计划要求，做到不漏检，不少检。</w:t>
      </w:r>
      <w:r>
        <w:rPr>
          <w:lang w:eastAsia="zh-CN"/>
        </w:rPr>
        <w:br/>
      </w:r>
      <w:r>
        <w:rPr>
          <w:lang w:eastAsia="zh-CN"/>
        </w:rPr>
        <w:t>　　2、巡检</w:t>
      </w:r>
      <w:r>
        <w:rPr>
          <w:lang w:eastAsia="zh-CN"/>
        </w:rPr>
        <w:br/>
      </w:r>
      <w:r>
        <w:rPr>
          <w:lang w:eastAsia="zh-CN"/>
        </w:rPr>
        <w:t>　　巡检是一项细致的工作。“细节决定成败”，在巡检的过程中，对工序流转的产品，必须按产品流转控制程序办理相关手续后方可放行，并执行上道工序对下道工序负责，下道工序复验上道工序的制度，做到层层把关</w:t>
      </w:r>
      <w:r>
        <w:rPr>
          <w:lang w:eastAsia="zh-CN"/>
        </w:rPr>
        <w:br/>
      </w:r>
      <w:r>
        <w:rPr>
          <w:lang w:eastAsia="zh-CN"/>
        </w:rPr>
        <w:t>　　3、异常反馈</w:t>
      </w:r>
      <w:r>
        <w:rPr>
          <w:lang w:eastAsia="zh-CN"/>
        </w:rPr>
        <w:br/>
      </w:r>
      <w:r>
        <w:rPr>
          <w:lang w:eastAsia="zh-CN"/>
        </w:rPr>
        <w:t>　　在生产中经常会因为设备或员工的原因，出现各种各样的异常，小则损坏单个组件，大则损坏成批的组件，出现异常，我会第一时间通知上级领导，及时的处理问题。</w:t>
      </w:r>
      <w:r>
        <w:rPr>
          <w:lang w:eastAsia="zh-CN"/>
        </w:rPr>
        <w:br/>
      </w:r>
      <w:r>
        <w:rPr>
          <w:lang w:eastAsia="zh-CN"/>
        </w:rPr>
        <w:t>　　二 、感想及体会</w:t>
      </w:r>
      <w:r>
        <w:rPr>
          <w:lang w:eastAsia="zh-CN"/>
        </w:rPr>
        <w:br/>
      </w:r>
      <w:r>
        <w:rPr>
          <w:lang w:eastAsia="zh-CN"/>
        </w:rPr>
        <w:t>　　1、态度决定一切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工作时一定要一丝不苟，仔细认真。不能老是出错，有必要时检测一下自己的工作结果，以确定自己的工作万无一失。工作之余还要经常总结工作教训，不断提高工作效率，并从中总结工作经验。虽然工作中我会犯一些错误，受到领导的批评，但是我并不认为这是一件可耻的事，因为我认为这些错误和批评可以让我在以后的工作中避免类似错误，而且可以让我在工作中更快的成长起来。在和大家工作的这段时间里，他们严谨、认真的工作作风给我留下了深刻的印象，我也从他们身上学到了很多自己缺少的东西。</w:t>
      </w:r>
      <w:r>
        <w:rPr>
          <w:lang w:eastAsia="zh-CN"/>
        </w:rPr>
        <w:br/>
      </w:r>
      <w:r>
        <w:rPr>
          <w:lang w:eastAsia="zh-CN"/>
        </w:rPr>
        <w:t>　　2、勤于思考</w:t>
      </w:r>
      <w:r>
        <w:rPr>
          <w:lang w:eastAsia="zh-CN"/>
        </w:rPr>
        <w:br/>
      </w:r>
      <w:r>
        <w:rPr>
          <w:lang w:eastAsia="zh-CN"/>
        </w:rPr>
        <w:t>　　岗位的日常工作比较繁琐，这就需要我们一定要勤于思考，改进工作方法，提高工作效率，减少工作时间。</w:t>
      </w:r>
      <w:r>
        <w:rPr>
          <w:lang w:eastAsia="zh-CN"/>
        </w:rPr>
        <w:br/>
      </w:r>
      <w:r>
        <w:rPr>
          <w:lang w:eastAsia="zh-CN"/>
        </w:rPr>
        <w:t>　　3、不断学习</w:t>
      </w:r>
      <w:r>
        <w:rPr>
          <w:lang w:eastAsia="zh-CN"/>
        </w:rPr>
        <w:br/>
      </w:r>
      <w:r>
        <w:rPr>
          <w:lang w:eastAsia="zh-CN"/>
        </w:rPr>
        <w:t>　　要不断的丰富自己的专业知识和技能，这会使我的工作更加得心应手。</w:t>
      </w:r>
      <w:r>
        <w:rPr>
          <w:lang w:eastAsia="zh-CN"/>
        </w:rPr>
        <w:br/>
      </w:r>
      <w:r>
        <w:rPr>
          <w:lang w:eastAsia="zh-CN"/>
        </w:rPr>
        <w:t>　　一个人要在自己的职位上有所作为，就必须要对职位的专业知识熟知，并在不断的学习中拓宽自己的知识面。</w:t>
      </w:r>
      <w:r>
        <w:rPr>
          <w:lang w:eastAsia="zh-CN"/>
        </w:rPr>
        <w:br/>
      </w:r>
      <w:r>
        <w:rPr>
          <w:lang w:eastAsia="zh-CN"/>
        </w:rPr>
        <w:t>　　三、自身的不足</w:t>
      </w:r>
      <w:r>
        <w:rPr>
          <w:lang w:eastAsia="zh-CN"/>
        </w:rPr>
        <w:br/>
      </w:r>
      <w:r>
        <w:rPr>
          <w:lang w:eastAsia="zh-CN"/>
        </w:rPr>
        <w:t>　　1、工作中偶有因为马虎而造成工作失误，给工作带来不必要的麻烦。以后我会以严谨的工作态度仔细完成本职工作</w:t>
      </w:r>
      <w:r>
        <w:rPr>
          <w:lang w:eastAsia="zh-CN"/>
        </w:rPr>
        <w:br/>
      </w:r>
      <w:r>
        <w:rPr>
          <w:lang w:eastAsia="zh-CN"/>
        </w:rPr>
        <w:t>　　2 ，要进一步加强组件检验工作的系统性、科学性，提高综合分析、解决问题的`能力</w:t>
      </w:r>
      <w:r>
        <w:rPr>
          <w:lang w:eastAsia="zh-CN"/>
        </w:rPr>
        <w:br/>
      </w:r>
      <w:r>
        <w:rPr>
          <w:lang w:eastAsia="zh-CN"/>
        </w:rPr>
        <w:t>　　3 在完成领导交办的任务的基础上，发挥自身优势，继续加强专业知识的学习，进一步提高各项组件的检验技能</w:t>
      </w:r>
      <w:r>
        <w:rPr>
          <w:lang w:eastAsia="zh-CN"/>
        </w:rPr>
        <w:br/>
      </w:r>
      <w:r>
        <w:rPr>
          <w:lang w:eastAsia="zh-CN"/>
        </w:rPr>
        <w:t>　　四、__年的工作规划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在新的一年里，我决心认真提高工作水平，为公司的发展贡献自己的一份力量。在今后的工作中要虚心向其他同事学习工作方面的经验，借鉴好的工作方法</w:t>
      </w:r>
      <w:r>
        <w:rPr>
          <w:lang w:eastAsia="zh-CN"/>
        </w:rPr>
        <w:t xml:space="preserve"> 不断提高自身的素质，使自己的全面素质再有一个新的提高，以适应公司的发展和社会的需要。要进一步强化敬业精神，增强责任意识，提高完成工作的标准。</w:t>
      </w:r>
      <w:r>
        <w:rPr>
          <w:lang w:eastAsia="zh-CN"/>
        </w:rPr>
        <w:br/>
      </w:r>
      <w:r>
        <w:rPr>
          <w:lang w:eastAsia="zh-CN"/>
        </w:rPr>
        <w:t>　　20__年即将过去，感谢公司提供给我们一个成长的平台，让我在工作中不断的学习，不断的进步，慢慢的提升自身的素质与才能。回首过往，公司陪伴我走过人生很重要的一个阶段，使我懂得了很多。在此我向公司的领导最衷心的感谢，有你们的协助才能使我在工作中更加的得心应手，也因为有你们的帮助，才能令我在公司的发展更上一个台阶。</w:t>
      </w:r>
      <w:r>
        <w:rPr>
          <w:lang w:eastAsia="zh-CN"/>
        </w:rPr>
        <w:br/>
      </w:r>
      <w:r>
        <w:rPr>
          <w:lang w:eastAsia="zh-CN"/>
        </w:rPr>
        <w:t>　　施工员的工作总结 7</w:t>
      </w:r>
      <w:r>
        <w:rPr>
          <w:lang w:eastAsia="zh-CN"/>
        </w:rPr>
        <w:br/>
      </w:r>
      <w:r>
        <w:rPr>
          <w:lang w:eastAsia="zh-CN"/>
        </w:rPr>
        <w:t>　　时间过的真快，转眼间一年了，在这里也学到了蛮多做事做人的道理，在这里让我感受到广大劳动人民的辛勤劳动，用汗水在耕耘，用体力付出，也知道父母为了工作为了生活在外面奔波劳累，总之一份耕耘，一份收获，现在回顾一下过去的工作情况做以总结：</w:t>
      </w:r>
      <w:r>
        <w:rPr>
          <w:lang w:eastAsia="zh-CN"/>
        </w:rPr>
        <w:br/>
      </w:r>
      <w:r>
        <w:rPr>
          <w:lang w:eastAsia="zh-CN"/>
        </w:rPr>
        <w:t>　　对于施工员，自己必须先对每天的工作内容有掌握，对每天施工的技术要求和施工工艺熟练掌握，这样在现场的管理和协调中才能更好的处理。现场是一个极其考验一个人能力的地方，不光是对技术的掌握更是体现在对整个施工现场的管理和协调，尤其是在很多工序交叉时候，更要处理好相关事宜来避免不必要的麻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在这一年的施工员工作中，我收获很多，不仅仅是施工知识的掌握，同时对与各种层次人员的交流有了很大的提高，这里包括与同事的相处，与分包的相处方式，甚至与建设单位和监理之间的交流，这一切的一切都让我受益匪浅。</w:t>
      </w:r>
      <w:r>
        <w:rPr>
          <w:lang w:eastAsia="zh-CN"/>
        </w:rPr>
        <w:br/>
      </w:r>
      <w:r>
        <w:rPr>
          <w:lang w:eastAsia="zh-CN"/>
        </w:rPr>
        <w:t>　　在施工技术方面，我曾经有一次因为没有看技术组发出窗户和门的变更导致门窗洞口位置留错，幸好上报时被我们工长__发现并纠正。这件事给了我很大的触动，作为一名合格的施工员，必须对技术敏感，我们在实际的施工中，经常会遇到各种设计变更，施工员必须要第一时间了解、吃透这些变更，这样才能真正指挥好现场。资料整理方面做的不好，落下了很多资料，临时突击补资料搞的自己很狼狈。以后一定做到施工资料并行，保证认真工作态度，给以后的资料整理打下基础。</w:t>
      </w:r>
      <w:r>
        <w:rPr>
          <w:lang w:eastAsia="zh-CN"/>
        </w:rPr>
        <w:br/>
      </w:r>
      <w:r>
        <w:rPr>
          <w:lang w:eastAsia="zh-CN"/>
        </w:rPr>
        <w:t>　　建筑职业不同于其他行业，它需要不断在现场检查、监督，随时发现问题，解决问题，而这些工作都在现场比较恶劣的环境下进行，这要求我们不断培养吃苦耐劳的精神，要不怕苦不怕累，放下管理人员清高的姿态，从工程的实干中不断丰富自己所学才能，使自己的现场综合处理能力得到锻炼和提高。我们要相信付出不一定有回报，但不付出一定没有回报，我们作为年轻的一代更应发扬吃苦耐劳的精神在工作的同时应抽空跟工人沟通交流，在一起聊聊家常啊，给工人师傅一支香烟，工人也会看作是我们尊敬他的一种意思，之后跟工人技术交底，工人也会很乐意的听从并接受，对于工作也能很好的开展，正所谓时时刻刻的密切联系群众联系工人，让工人感受到我们项目部的温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在一年的.工作当中我们都尽了自己的最大努力，为老板节约材料，告诫工人不要浪费材料，能够用的半砖块全部用上，二次结构植筋尽量全部用切割下来的短材料，大河有水小河满。</w:t>
      </w:r>
      <w:r>
        <w:rPr>
          <w:lang w:eastAsia="zh-CN"/>
        </w:rPr>
        <w:br/>
      </w:r>
      <w:r>
        <w:rPr>
          <w:lang w:eastAsia="zh-CN"/>
        </w:rPr>
        <w:t>　　明年的综合楼也即将上马，综合楼基本上包含了__工程的全部内容，有工程量之大工程难度之大特点，在我看来是一种学习的契机，我们应该迎头而上携手为中天公司再创辉煌。</w:t>
      </w:r>
      <w:r>
        <w:rPr>
          <w:lang w:eastAsia="zh-CN"/>
        </w:rPr>
        <w:br/>
      </w:r>
      <w:r>
        <w:rPr>
          <w:lang w:eastAsia="zh-CN"/>
        </w:rPr>
        <w:t>　　以上为我参加工作以来的一些总结，我会在以后的工作和学习过程中逐渐给自己定好位，为以后的工作作出更好的规划与总结。建筑是一门艺术，我们都是建筑的艺术家，择了建筑，选择了__，我相信这是我可以为之奋斗终身的事业</w:t>
      </w:r>
      <w:r>
        <w:rPr>
          <w:lang w:eastAsia="zh-CN"/>
        </w:rPr>
        <w:br/>
      </w:r>
      <w:r>
        <w:rPr>
          <w:lang w:eastAsia="zh-CN"/>
        </w:rPr>
        <w:t>　　施工员的工作总结 8</w:t>
      </w:r>
      <w:r>
        <w:rPr>
          <w:lang w:eastAsia="zh-CN"/>
        </w:rPr>
        <w:br/>
      </w:r>
      <w:r>
        <w:rPr>
          <w:lang w:eastAsia="zh-CN"/>
        </w:rPr>
        <w:t>　　一、20__年所负责工程完成情况汇报</w:t>
      </w:r>
      <w:r>
        <w:rPr>
          <w:lang w:eastAsia="zh-CN"/>
        </w:rPr>
        <w:br/>
      </w:r>
      <w:r>
        <w:rPr>
          <w:lang w:eastAsia="zh-CN"/>
        </w:rPr>
        <w:t>　　20__年过去了，总结半年的工作感悟很大随着公司的发展越来越多的任务落在我们的肩上，我们的责任也越来越大，也让我们慢慢变得成熟起来，为了我们能把下一年的工作做到最好，在这里我做了20__年的工作总结。</w:t>
      </w:r>
      <w:r>
        <w:rPr>
          <w:lang w:eastAsia="zh-CN"/>
        </w:rPr>
        <w:br/>
      </w:r>
      <w:r>
        <w:rPr>
          <w:lang w:eastAsia="zh-CN"/>
        </w:rPr>
        <w:t>　　本年我负责工程为__工程本项目工程共有23层分为超市、宾馆、住宅三大区域，本工程从20__年1月份正式开工，暖通空调工程项目有风系统和水系统，今年主要以安装风系统风道、水系统安装立管为主现已完工七层（具体工作可参考工作日志和工程进度）目前为止甲方机房水泵已到现场每层机房风机已就位因甲方设备不全机房今年无法继续施工，地下二层平管以抛到位并焊接已做保温，每层水系统所有机房立管全部打压并经过甲方监理严格验收通过。</w:t>
      </w:r>
      <w:r>
        <w:rPr>
          <w:lang w:eastAsia="zh-CN"/>
        </w:rPr>
        <w:br/>
      </w:r>
      <w:r>
        <w:rPr>
          <w:lang w:eastAsia="zh-CN"/>
        </w:rPr>
        <w:t>　　二、20__年工程经验及教训总结</w:t>
      </w:r>
      <w:r>
        <w:rPr>
          <w:lang w:eastAsia="zh-CN"/>
        </w:rPr>
        <w:br/>
      </w:r>
    </w:p>
    <w:p w:rsidR="001B1F19" w14:textId="27C3F48A">
      <w:pPr>
        <w:rPr>
          <w:rFonts w:hint="eastAsia"/>
          <w:lang w:eastAsia="zh-CN"/>
        </w:rPr>
      </w:pPr>
      <w:r>
        <w:rPr>
          <w:lang w:eastAsia="zh-CN"/>
        </w:rPr>
        <w:t>　　暖通空调的工程图纸设计也有一定的误差，按图纸无法施工给施工现场带来很大的麻烦主要表现在暖通水系统平管和消防水、线条架、防排烟、卷闸门，风系统每层标高和其它装修施工队经常发生冲突需要现场协调做变更。如果施工单位按设计院图纸施工而不进行深化设计，必然会导致安装空间过于狭窄甚至需要改变设备及风道尺寸对于暖通设备工程还包括一部分技改和设备更新的工程项目，很多工程为了省成本将一部分预留给施工方设计，代替工程主办方进行设计代理设计的厂家一般会根据自己设备的尺寸大小进行设计，忽略了整个工程。设计水平较差经常出现问题所以我们在施工中图纸和实地施工及和甲方沟通就能考验现场管理人员的施工技术和能力。</w:t>
      </w:r>
      <w:r>
        <w:rPr>
          <w:lang w:eastAsia="zh-CN"/>
        </w:rPr>
        <w:br/>
      </w:r>
      <w:r>
        <w:rPr>
          <w:lang w:eastAsia="zh-CN"/>
        </w:rPr>
        <w:t>　　三、工程管理的重要问题</w:t>
      </w:r>
      <w:r>
        <w:rPr>
          <w:lang w:eastAsia="zh-CN"/>
        </w:rPr>
        <w:br/>
      </w:r>
      <w:r>
        <w:rPr>
          <w:lang w:eastAsia="zh-CN"/>
        </w:rPr>
        <w:t>　　每个工程都必须把安全放在首位如。</w:t>
      </w:r>
      <w:r>
        <w:rPr>
          <w:lang w:eastAsia="zh-CN"/>
        </w:rPr>
        <w:br/>
      </w:r>
      <w:r>
        <w:rPr>
          <w:lang w:eastAsia="zh-CN"/>
        </w:rPr>
        <w:t>　　1、高空作业，吊装作业，机房作业、电焊作业、和危险情况下作业，都必须有相应的'安全措施和制度来保证。</w:t>
      </w:r>
      <w:r>
        <w:rPr>
          <w:lang w:eastAsia="zh-CN"/>
        </w:rPr>
        <w:br/>
      </w:r>
      <w:r>
        <w:rPr>
          <w:lang w:eastAsia="zh-CN"/>
        </w:rPr>
        <w:t>　　2、现场施工安全；不同的施工环境就应该有不同的施工安全措施。</w:t>
      </w:r>
      <w:r>
        <w:rPr>
          <w:lang w:eastAsia="zh-CN"/>
        </w:rPr>
        <w:br/>
      </w:r>
      <w:r>
        <w:rPr>
          <w:lang w:eastAsia="zh-CN"/>
        </w:rPr>
        <w:t>　　3、工程质量的保障；所有到场材料如；槽钢、角铁、吊丝、镀锌管、螺旋管、风管等等材料的选择和使用都必须符合国家质量规定、并需要报验材料和合格证，才能保证工程的质量。</w:t>
      </w:r>
      <w:r>
        <w:rPr>
          <w:lang w:eastAsia="zh-CN"/>
        </w:rPr>
        <w:br/>
      </w:r>
      <w:r>
        <w:rPr>
          <w:lang w:eastAsia="zh-CN"/>
        </w:rPr>
        <w:t>　　四、20__年的工作计划</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https://d.book118.com/386125235020010053</w:t>
        </w:r>
      </w:hyperlink>
    </w:p>
    <w:p w:rsidR="001B1F19">
      <w:pPr>
        <w:rPr>
          <w:rFonts w:hint="eastAsia"/>
          <w:lang w:eastAsia="zh-CN"/>
        </w:rPr>
      </w:pPr>
    </w:p>
    <w:sectPr>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8612523502001005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