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二年级下学期数学教师工作计划（31篇）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二年级下学期数学教师工作计划（通用31篇）</w:t>
      </w:r>
      <w:r>
        <w:rPr>
          <w:lang w:eastAsia="zh-CN"/>
        </w:rPr>
        <w:br/>
      </w:r>
      <w:r>
        <w:rPr>
          <w:lang w:eastAsia="zh-CN"/>
        </w:rPr>
        <w:t xml:space="preserve">    二年级下学期数学教师工作计划 篇1 </w:t>
      </w:r>
      <w:r>
        <w:rPr>
          <w:lang w:eastAsia="zh-CN"/>
        </w:rPr>
        <w:br/>
      </w:r>
      <w:r>
        <w:rPr>
          <w:lang w:eastAsia="zh-CN"/>
        </w:rPr>
        <w:t>　　这一节课，课堂气氛很好，学生学得积极主动，知识的获得与情感体验同步进行，教学较为成功。具体体现在以下两方面：</w:t>
      </w:r>
      <w:r>
        <w:rPr>
          <w:lang w:eastAsia="zh-CN"/>
        </w:rPr>
        <w:br/>
      </w:r>
      <w:r>
        <w:rPr>
          <w:lang w:eastAsia="zh-CN"/>
        </w:rPr>
        <w:t>　　1、从学生的生活实际出发</w:t>
      </w:r>
      <w:r>
        <w:rPr>
          <w:lang w:eastAsia="zh-CN"/>
        </w:rPr>
        <w:br/>
      </w:r>
      <w:r>
        <w:rPr>
          <w:lang w:eastAsia="zh-CN"/>
        </w:rPr>
        <w:t>　　《回家路上》这一课是让学生复习乘法的意义和应用2——5的乘法口诀来解决生活中的实际问题。教材用一些小动物放学回家的画面展现了许多数学的信息，采用“你问我答”的数学游戏方式引导学生主动提出问题、解决问题。为此，教学时，我主要是让学生在自主探索、合作交流学习中获取知识。首先，我根据学生喜欢听故事的特点，以讲故事的形式呈现图中的信息(出示挂图)，然后让学生用语言表述自己的所见，再在小组内采用“你问我答”的游戏方式，根据画面提出数学问题并且运用学过的乘法口诀解决这些问题。学生兴味盎然，积极思考发问并认真解答。</w:t>
      </w:r>
      <w:r>
        <w:rPr>
          <w:lang w:eastAsia="zh-CN"/>
        </w:rPr>
        <w:br/>
      </w:r>
      <w:r>
        <w:rPr>
          <w:lang w:eastAsia="zh-CN"/>
        </w:rPr>
        <w:t>　　2、重视学生的情感体验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整个教学过程中，我都是以学生为主，为学生提供了广阔的活动空间，给学生广泛参与的机会和发展的余地。整个教学过程都是由学生自己提出问题，再探索出解决问题的方法。在设计练习时，我注意到学生情感方面的问题，特地设计了题型丰富、形式多样的练习，激发学生自主活动的积极性。在整个教学过程中，我不仅让学生充分、主动、积极表现自我，同时也注意用语言评价学生的学习过程，让学生获得一种积极的情感体验，爱学、乐学，树立学好数学的信心。</w:t>
      </w:r>
      <w:r>
        <w:rPr>
          <w:lang w:eastAsia="zh-CN"/>
        </w:rPr>
        <w:br/>
      </w:r>
      <w:r>
        <w:rPr>
          <w:lang w:eastAsia="zh-CN"/>
        </w:rPr>
        <w:t>　　学生不一定能直接提取有价值的数学信息，对于学生的汇报，教师适当给予肯定的同时，要着重引导学生从数学角度去观察。如何引导学生从数学的角度观察情境、提取信息，是本环节的关键。由此让学生根据乘法的意义提出数学问题，运用乘法的知识，解决数学问题。让学生从观察中感悟到：一向喜欢数学的笑笑，她看得很仔细，她看到了鱼，还发现河里有四群鱼，每群都有三条，于是她在想：河里一共有多少条鱼?这样，引导学生用数学的眼光去观察全图，并提出数学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备课时，我考虑到学生在静态图中获取信息存在难度，上课时告诉学生要按一定的顺序进行观察，然后简单介绍这个图的情况。你们看，这幅图有学校、树木、花草、小河，从学校走出三群小朋友，每群小朋友都是三个;在他们经过的草地和树上飞来三群小鸟，每群小鸟各有5只;他们走到河边时看到游来四群小鱼，每群有三条鱼;接着又看到从远处划来的四条小船，每条船上有四个小朋友等等。这样逐个呈现图中信息，为学生提供了形象的“几个几”的资源。学生根据画面轻松地互相提出用乘法来解决的问题，在解决这些问题的过程中，实际上也就是乘法口诀在生活中的应用，从而利用生活经验有效地理解了抽象的乘法意义。</w:t>
      </w:r>
      <w:r>
        <w:rPr>
          <w:lang w:eastAsia="zh-CN"/>
        </w:rPr>
        <w:br/>
      </w:r>
      <w:r>
        <w:rPr>
          <w:lang w:eastAsia="zh-CN"/>
        </w:rPr>
        <w:t>　　单一的数学计算和练习不仅使学生感觉枯燥，而且不利于长期记忆。创设丰富有趣的活动情境，能化枯燥为生动，有利于激发学生参与的兴趣，使学生在比赛、游戏、模拟生活情境等活动中，自觉主动地运用、巩固数学知识、提高效率。</w:t>
      </w:r>
      <w:r>
        <w:rPr>
          <w:lang w:eastAsia="zh-CN"/>
        </w:rPr>
        <w:br/>
      </w:r>
      <w:r>
        <w:rPr>
          <w:lang w:eastAsia="zh-CN"/>
        </w:rPr>
        <w:t>　　转眼间已经教到“乘法口诀(一)”中的“回家路上了”。在讲这个内容的时候我专门变了一个童话故事引入课程，小动物们放学了，他们好高兴啊……，学生在听着故事的时候不自觉地被引入了“数”里，纷纷提出自己的数学问题和解题思路，整堂课都是围绕着图里的内容展开，虽然看起来学的东西很少，但是在这个过程中，学生学会了观察与思考，并且能很正确的用自己的语言陈述自己的思路，我觉得这样对培养学生提出问题，解决问题和组织语言是一个很好的办法，同时故事方式的课堂学生的学习兴致非常浓。</w:t>
      </w:r>
      <w:r>
        <w:rPr>
          <w:lang w:eastAsia="zh-CN"/>
        </w:rPr>
        <w:br/>
      </w:r>
      <w:r>
        <w:rPr>
          <w:lang w:eastAsia="zh-CN"/>
        </w:rPr>
        <w:t>　　数学与人类的生活息息相关，在信息化的社会，要求学生加强收集信息的能力，重视培养学生提出问题、解决问题的能力，使学生养成主动深入地用数学的眼光去观察生活，用数学的头脑去思考问题，通过动手实践、自主探索、合作交流的方式去解决问题，从而实现数学课程的生活化、社会化和实用化，这是非常重要的。</w:t>
      </w:r>
      <w:r>
        <w:rPr>
          <w:lang w:eastAsia="zh-CN"/>
        </w:rPr>
        <w:br/>
      </w:r>
      <w:r>
        <w:rPr>
          <w:lang w:eastAsia="zh-CN"/>
        </w:rPr>
        <w:t xml:space="preserve">    二年级下学期数学教师工作计划 篇2 </w:t>
      </w:r>
      <w:r>
        <w:rPr>
          <w:lang w:eastAsia="zh-CN"/>
        </w:rPr>
        <w:br/>
      </w:r>
      <w:r>
        <w:rPr>
          <w:lang w:eastAsia="zh-CN"/>
        </w:rPr>
        <w:t>　　一、班级学生情况分析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学期，学生经过了一年半的学习，从整体上来看，学生的学习习惯都比较良好，大部分能按时完成作业，上课能积极回答问题，对数学学科有较浓厚的学习兴趣，学习态度认真，对他们继续学习数学是个有利条件。但个别学生观察能力、审题能力及解决问题的能力较差，失误多，而且不敢于充分发表自己的不同见解。要在老师的帮助下才能完成学习任务，还有一小部分同学由于学习习惯、学习方法以及自身的种种原因，尚不能主动的参与数学学习活动，学起数学来还有感觉到累</w:t>
      </w:r>
      <w:r>
        <w:rPr>
          <w:lang w:eastAsia="zh-CN"/>
        </w:rPr>
        <w:br/>
      </w:r>
      <w:r>
        <w:rPr>
          <w:lang w:eastAsia="zh-CN"/>
        </w:rPr>
        <w:t>　　二、教学目标</w:t>
      </w:r>
      <w:r>
        <w:rPr>
          <w:lang w:eastAsia="zh-CN"/>
        </w:rPr>
        <w:br/>
      </w:r>
      <w:r>
        <w:rPr>
          <w:lang w:eastAsia="zh-CN"/>
        </w:rPr>
        <w:t>　　1、认识计数单位“百”和“千”，知道相邻两个计数单位之间的十进关系；掌握万以内的位数顺序，会读、写万以内的数；知道万以内数的组成，会比较万以内数的大小，能用符号和词语描述万以内数的大小；理解并认识万以内的近似数。</w:t>
      </w:r>
      <w:r>
        <w:rPr>
          <w:lang w:eastAsia="zh-CN"/>
        </w:rPr>
        <w:br/>
      </w:r>
      <w:r>
        <w:rPr>
          <w:lang w:eastAsia="zh-CN"/>
        </w:rPr>
        <w:t>　　2、会口算百以内的两位数加、减法，会进行几百几十加、减几百几十的计算，并能结合实际进行估算。</w:t>
      </w:r>
      <w:r>
        <w:rPr>
          <w:lang w:eastAsia="zh-CN"/>
        </w:rPr>
        <w:br/>
      </w:r>
      <w:r>
        <w:rPr>
          <w:lang w:eastAsia="zh-CN"/>
        </w:rPr>
        <w:t>　　3、知道除法的含义，除法算式中个部分的名称，乘法和除法的关系；能够熟练地用乘法口诀求商。</w:t>
      </w:r>
      <w:r>
        <w:rPr>
          <w:lang w:eastAsia="zh-CN"/>
        </w:rPr>
        <w:br/>
      </w:r>
      <w:r>
        <w:rPr>
          <w:lang w:eastAsia="zh-CN"/>
        </w:rPr>
        <w:t>　　4、初步理解数学问题的含义，经历从生活中发现并提出问题、解决问题的过程，会用所学的数学知识解决简单的实际问题，体验数学与日常生活的密切联系。知道小刮号的作用，会在解决问题中使用小括号。</w:t>
      </w:r>
      <w:r>
        <w:rPr>
          <w:lang w:eastAsia="zh-CN"/>
        </w:rPr>
        <w:br/>
      </w:r>
      <w:r>
        <w:rPr>
          <w:lang w:eastAsia="zh-CN"/>
        </w:rPr>
        <w:t>　　5、会辨认锐角、钝角；初步感知平移、旋转现象，会在方格纸上将一个简单图形沿水平方向或竖直方向平移。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6、认识质量单位千克和克，初步建立1克和1千克的质量观念，知道1千克=1000克。</w:t>
      </w:r>
      <w:r>
        <w:rPr>
          <w:lang w:eastAsia="zh-CN"/>
        </w:rPr>
        <w:br/>
      </w:r>
      <w:r>
        <w:rPr>
          <w:lang w:eastAsia="zh-CN"/>
        </w:rPr>
        <w:t>　　7、了解统计的意义，体验数据的收集、整理、描述和分析的过程；会用简单的方法收集和整理数据，认识条形统计图（1格表示5个单位）和简单的复式统计表；能根据统计表中的数据提出并回答简单的问题，并能进行简单的分析。</w:t>
      </w:r>
      <w:r>
        <w:rPr>
          <w:lang w:eastAsia="zh-CN"/>
        </w:rPr>
        <w:br/>
      </w:r>
      <w:r>
        <w:rPr>
          <w:lang w:eastAsia="zh-CN"/>
        </w:rPr>
        <w:t>　　8、会探索给定图形或数的排列中的简单规律；有发现和欣赏数学美的意识，有运用数学去创造没的意识；初步形成观察、分析及推理能力。</w:t>
      </w:r>
      <w:r>
        <w:rPr>
          <w:lang w:eastAsia="zh-CN"/>
        </w:rPr>
        <w:br/>
      </w:r>
      <w:r>
        <w:rPr>
          <w:lang w:eastAsia="zh-CN"/>
        </w:rPr>
        <w:t>　　9、体会学习数学的乐趣，提高学习数学的兴趣，建立学好数学的信心。</w:t>
      </w:r>
      <w:r>
        <w:rPr>
          <w:lang w:eastAsia="zh-CN"/>
        </w:rPr>
        <w:br/>
      </w:r>
      <w:r>
        <w:rPr>
          <w:lang w:eastAsia="zh-CN"/>
        </w:rPr>
        <w:t>　　10、养成认真作业、书写整洁的良好习惯。</w:t>
      </w:r>
      <w:r>
        <w:rPr>
          <w:lang w:eastAsia="zh-CN"/>
        </w:rPr>
        <w:br/>
      </w:r>
      <w:r>
        <w:rPr>
          <w:lang w:eastAsia="zh-CN"/>
        </w:rPr>
        <w:t>　　11、通过实践活动体验数学和日常生活的密切联系。</w:t>
      </w:r>
      <w:r>
        <w:rPr>
          <w:lang w:eastAsia="zh-CN"/>
        </w:rPr>
        <w:br/>
      </w:r>
      <w:r>
        <w:rPr>
          <w:lang w:eastAsia="zh-CN"/>
        </w:rPr>
        <w:t>　　三、教学措施</w:t>
      </w:r>
      <w:r>
        <w:rPr>
          <w:lang w:eastAsia="zh-CN"/>
        </w:rPr>
        <w:br/>
      </w:r>
      <w:r>
        <w:rPr>
          <w:lang w:eastAsia="zh-CN"/>
        </w:rPr>
        <w:t>　　1、加强学生的口算能力。采取课前速算、听算、对手互考等形式。</w:t>
      </w:r>
      <w:r>
        <w:rPr>
          <w:lang w:eastAsia="zh-CN"/>
        </w:rPr>
        <w:br/>
      </w:r>
      <w:r>
        <w:rPr>
          <w:lang w:eastAsia="zh-CN"/>
        </w:rPr>
        <w:t>　　2、充分利用学生的生活经验，让学生在具体生动的情境中学数学，设计生动有趣、直观形象的数学活动，如游戏、讲故事、直观表演、模拟表演等，激发学生的学习兴趣，让学生在生动有趣的情景中理解和认识数学知识；同时充分利用学具，培养学生的动手操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尊重学生，发挥学生的主体地位，引导学生独立思考与合作交流，帮助学生积累参加数学活动的经验。在具体的数学活动中，鼓励学生独立思考、勇于发表自己的意见，善于倾听别人的意见，与同伴进行交流。同时引导学生在小组内进行分工合作，以提高数学活动的纪律。</w:t>
      </w:r>
      <w:r>
        <w:rPr>
          <w:lang w:eastAsia="zh-CN"/>
        </w:rPr>
        <w:br/>
      </w:r>
      <w:r>
        <w:rPr>
          <w:lang w:eastAsia="zh-CN"/>
        </w:rPr>
        <w:t>　　4、在课堂中通过寻找生活中的数学知识，激发学生的兴趣，培养学以致用的意识。提高学生提出问题和解决问题的能力。本册教材提供了很多要运用所学的知识去解决的实际问题，在教学中充分利用这些素材培养学生的应用意识。教材中还安排了一些实践活动，如“找一找生活中哪些问题可以用乘法解决，哪些问题可以用除法解决，并与同伴说一说”，培养学生提出问题和解决问题的能力，使学生体会到数学与现实生活的联系。</w:t>
      </w:r>
      <w:r>
        <w:rPr>
          <w:lang w:eastAsia="zh-CN"/>
        </w:rPr>
        <w:br/>
      </w:r>
      <w:r>
        <w:rPr>
          <w:lang w:eastAsia="zh-CN"/>
        </w:rPr>
        <w:t>　　5、注重数学思想方法的渗透。根据学科特点，结合具体的教学内容有机地进行思想品德教学和相关思想的渗透。</w:t>
      </w:r>
      <w:r>
        <w:rPr>
          <w:lang w:eastAsia="zh-CN"/>
        </w:rPr>
        <w:br/>
      </w:r>
      <w:r>
        <w:rPr>
          <w:lang w:eastAsia="zh-CN"/>
        </w:rPr>
        <w:t>　　6、进一步培养学生学习数学的兴趣和良好的学习习惯充分挖掘各种网上教学资源，用好各种教学媒体，组织学生开展丰富多彩的学习活动，首先从学习的内容和形式上吸引学生。引导学生养成独立思考、敢于提问、善于倾听、乐于表达的内在品质。</w:t>
      </w:r>
      <w:r>
        <w:rPr>
          <w:lang w:eastAsia="zh-CN"/>
        </w:rPr>
        <w:br/>
      </w:r>
      <w:r>
        <w:rPr>
          <w:lang w:eastAsia="zh-CN"/>
        </w:rPr>
        <w:t>　　7、对学有余力的学生在掌握所学的基础知识的基础上，进一步提高、拓展。在教学中，结合课后练习的一些带思考性的题目，引导学生启动思维思考问题，独立解决问题，掌握科学、灵活的方法。布置一些比较有趣的作业，比如动手的作业，少一些呆板的练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8、教学任务在课内完成，作业本尽量在课堂完成，当场批改。对学习有困难的学生，要多给关注，多给发言机会，激发其参与热情。确保课堂教学质量。</w:t>
      </w:r>
      <w:r>
        <w:rPr>
          <w:lang w:eastAsia="zh-CN"/>
        </w:rPr>
        <w:br/>
      </w:r>
      <w:r>
        <w:rPr>
          <w:lang w:eastAsia="zh-CN"/>
        </w:rPr>
        <w:t>　　9、加强家庭教育与学校教育的联系，与家长进行适时沟通，让家长用正确、适当的方法指导孩子学习。</w:t>
      </w:r>
      <w:r>
        <w:rPr>
          <w:lang w:eastAsia="zh-CN"/>
        </w:rPr>
        <w:br/>
      </w:r>
      <w:r>
        <w:rPr>
          <w:lang w:eastAsia="zh-CN"/>
        </w:rPr>
        <w:t xml:space="preserve">    二年级下学期数学教师工作计划 篇3 </w:t>
      </w:r>
      <w:r>
        <w:rPr>
          <w:lang w:eastAsia="zh-CN"/>
        </w:rPr>
        <w:br/>
      </w:r>
      <w:r>
        <w:rPr>
          <w:lang w:eastAsia="zh-CN"/>
        </w:rPr>
        <w:t>　　本学期，我担任二(2)、(5)班数学教学工作。本学期我根据学生的实际情况结合本校的实际条件，采取有效措施，激发学生的学习兴趣，培养学生的学习习惯，引导学生参与学习全过程，使教学工作有计划、有组织、有步骤地开展。立足现在，放眼未来，为使今后的工作取得更大的进步，现对本学期的教学工作总结如下，希望能发扬优点，克服不足，总结经验教训，以促进以后的工作更上一层楼。在教学过程中主要做到以下几点：</w:t>
      </w:r>
      <w:r>
        <w:rPr>
          <w:lang w:eastAsia="zh-CN"/>
        </w:rPr>
        <w:br/>
      </w:r>
      <w:r>
        <w:rPr>
          <w:lang w:eastAsia="zh-CN"/>
        </w:rPr>
        <w:t>　　一、精心备课。</w:t>
      </w:r>
      <w:r>
        <w:rPr>
          <w:lang w:eastAsia="zh-CN"/>
        </w:rPr>
        <w:br/>
      </w:r>
      <w:r>
        <w:rPr>
          <w:lang w:eastAsia="zh-CN"/>
        </w:rPr>
        <w:t>　　认真备好课是上好一堂课的重要前提，在备课时我严格遵循以下几点：</w:t>
      </w:r>
      <w:r>
        <w:rPr>
          <w:lang w:eastAsia="zh-CN"/>
        </w:rPr>
        <w:br/>
      </w:r>
      <w:r>
        <w:rPr>
          <w:lang w:eastAsia="zh-CN"/>
        </w:rPr>
        <w:t>　　1、认真钻研了《数学课程标准》、教材、教参，对学期教学的内容做到心中有数。</w:t>
      </w:r>
      <w:r>
        <w:rPr>
          <w:lang w:eastAsia="zh-CN"/>
        </w:rPr>
        <w:br/>
      </w:r>
      <w:r>
        <w:rPr>
          <w:lang w:eastAsia="zh-CN"/>
        </w:rPr>
        <w:t>　　2、努力研究知识结构，掌握每一部分知识在单元中、在整册书中的地位、作用，同时遵循儿童的认知规律，找准每一节课的切入点，思考学生怎样学习，学生将会产生什么疑难，该怎样解决。</w:t>
      </w:r>
      <w:r>
        <w:rPr>
          <w:lang w:eastAsia="zh-CN"/>
        </w:rPr>
        <w:br/>
      </w:r>
      <w:r>
        <w:rPr>
          <w:lang w:eastAsia="zh-CN"/>
        </w:rPr>
        <w:t>　　3、研究重点与难点突破方法，确定具体教学方法，设计好练习。力求做到“多备”(备教材、备教法、备学生等)。</w:t>
      </w:r>
      <w:r>
        <w:rPr>
          <w:lang w:eastAsia="zh-CN"/>
        </w:rPr>
        <w:br/>
      </w:r>
      <w:r>
        <w:rPr>
          <w:lang w:eastAsia="zh-CN"/>
        </w:rPr>
        <w:t>　　二、用心上课。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创设各种情境，调动学生多种感官参与学习，挖掘学生学习数学的内在动力，激发学生的学习兴趣，让学生在自主探索中通过动手、动口、动眼、动脑学得容易、学得轻松，学得愉快，巩固知识，发展思维，形成能力。</w:t>
      </w:r>
      <w:r>
        <w:rPr>
          <w:lang w:eastAsia="zh-CN"/>
        </w:rPr>
        <w:br/>
      </w:r>
      <w:r>
        <w:rPr>
          <w:lang w:eastAsia="zh-CN"/>
        </w:rPr>
        <w:t>　　2、及时复习巩固。根据学生记忆力的特点，新授知识我努力做到当天复习或第二天复习，或根据学生掌握的情况不定时复习，以防止遗忘。同时逐步培养学生良好的学习习惯：课前预习，课时认真探究，课后及时复习。</w:t>
      </w:r>
      <w:r>
        <w:rPr>
          <w:lang w:eastAsia="zh-CN"/>
        </w:rPr>
        <w:br/>
      </w:r>
      <w:r>
        <w:rPr>
          <w:lang w:eastAsia="zh-CN"/>
        </w:rPr>
        <w:t>　　3、做到“每小节一整理每单元测试以及时了解学生弱点好填补漏洞”，让各个层次的学生都得到提高。</w:t>
      </w:r>
      <w:r>
        <w:rPr>
          <w:lang w:eastAsia="zh-CN"/>
        </w:rPr>
        <w:br/>
      </w:r>
      <w:r>
        <w:rPr>
          <w:lang w:eastAsia="zh-CN"/>
        </w:rPr>
        <w:t>　　4、重视培养学生的动手操作能力，通过学生做一做、摆一摆、分一分等数学实践活动，培养学生自主探究解决问题的能力。</w:t>
      </w:r>
      <w:r>
        <w:rPr>
          <w:lang w:eastAsia="zh-CN"/>
        </w:rPr>
        <w:br/>
      </w:r>
      <w:r>
        <w:rPr>
          <w:lang w:eastAsia="zh-CN"/>
        </w:rPr>
        <w:t>　　三、及时巩固与定期复习相结合。</w:t>
      </w:r>
      <w:r>
        <w:rPr>
          <w:lang w:eastAsia="zh-CN"/>
        </w:rPr>
        <w:br/>
      </w:r>
      <w:r>
        <w:rPr>
          <w:lang w:eastAsia="zh-CN"/>
        </w:rPr>
        <w:t>　　每节课新授知识都会在当时当天及时巩固，第二天进行适当复习，一段时间后进行第二次复习，提高复习效率。本册教材除了10个课时的小单元教学，其余全是数与代数的知识，其中计算是教学的重点，为了帮助孩子提高计算速度，每节课课前花1分钟时间让学生诵读乘法口诀和20以内进位加与退位减口算题，通过一学期的坚持，效果显著。</w:t>
      </w:r>
      <w:r>
        <w:rPr>
          <w:lang w:eastAsia="zh-CN"/>
        </w:rPr>
        <w:br/>
      </w:r>
      <w:r>
        <w:rPr>
          <w:lang w:eastAsia="zh-CN"/>
        </w:rPr>
        <w:t>　　四、灵活批改作业。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进行“二次批改”。布置作业做到精读精练。对学生的作业批改及时、认真。点出错题、错处但不能打“_”，而是让学生自己分析查找错误，再进行第二次批改，针对不同的错误分别采取个别辅导和集体讲评的方式及时补救。我发现这方法很有效，学生可以及时修正学习上的缺口，教师也可以具体根据情况及时改进教学方法。</w:t>
      </w:r>
      <w:r>
        <w:rPr>
          <w:lang w:eastAsia="zh-CN"/>
        </w:rPr>
        <w:br/>
      </w:r>
      <w:r>
        <w:rPr>
          <w:lang w:eastAsia="zh-CN"/>
        </w:rPr>
        <w:t>　　五、对后进生分层次要求，对于后进生不能只用唯一的标准来衡量。</w:t>
      </w:r>
      <w:r>
        <w:rPr>
          <w:lang w:eastAsia="zh-CN"/>
        </w:rPr>
        <w:br/>
      </w:r>
      <w:r>
        <w:rPr>
          <w:lang w:eastAsia="zh-CN"/>
        </w:rPr>
        <w:t>　　在教学中我注意降低难度、允许他们用自己的方法慢速度学习，注重各方面能力的培养，不能一味的只看学生成绩如何，更重要的是了解学生学习的心理，作为改进教学的依据。把他积极落实新课程教育理念，总结教学经验，改进教学方法，提高教育教学质量，让他们体会到学习的快乐。</w:t>
      </w:r>
      <w:r>
        <w:rPr>
          <w:lang w:eastAsia="zh-CN"/>
        </w:rPr>
        <w:br/>
      </w:r>
      <w:r>
        <w:rPr>
          <w:lang w:eastAsia="zh-CN"/>
        </w:rPr>
        <w:t>　　六、勤与家长沟通，实现共同教育。</w:t>
      </w:r>
      <w:r>
        <w:rPr>
          <w:lang w:eastAsia="zh-CN"/>
        </w:rPr>
        <w:br/>
      </w:r>
      <w:r>
        <w:rPr>
          <w:lang w:eastAsia="zh-CN"/>
        </w:rPr>
        <w:t>　　常与家长联系，搭建良好的沟通桥梁，让家长及时了解孩子在校的学习生活情况，同时，也能加深对学生个性的了解，对教师“因材施教”起到很好的作用。</w:t>
      </w:r>
      <w:r>
        <w:rPr>
          <w:lang w:eastAsia="zh-CN"/>
        </w:rPr>
        <w:br/>
      </w:r>
      <w:r>
        <w:rPr>
          <w:lang w:eastAsia="zh-CN"/>
        </w:rPr>
        <w:t>　　经过一个学期的努力，取得一定的成绩，大多数的学生由学会到会学的的转变，在本次期末考试中，每个学生都在原来的起点上有较大辐度的提高，虽然说分数不能作为衡量学生的唯一标准，但从中也可以折射出学生审题、计算等各方面能力的提高。不足之处，主要表现在以下几方面</w:t>
      </w:r>
      <w:r>
        <w:rPr>
          <w:lang w:eastAsia="zh-CN"/>
        </w:rPr>
        <w:br/>
      </w:r>
      <w:r>
        <w:rPr>
          <w:lang w:eastAsia="zh-CN"/>
        </w:rPr>
        <w:t>　　1、少数学生的基础没打好，难以跟上新内容的教学步骤，导致造成接受能力上受影响。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2、没有良好的学习习惯。由于学生之前没有养成良好的预习、审题、做题等习惯，造成部分学生学习自觉性较差，接受能力弱。</w:t>
      </w:r>
      <w:r>
        <w:rPr>
          <w:lang w:eastAsia="zh-CN"/>
        </w:rPr>
        <w:br/>
      </w:r>
      <w:r>
        <w:rPr>
          <w:lang w:eastAsia="zh-CN"/>
        </w:rPr>
        <w:t>　　以后教学中需要改进以下几个方面;</w:t>
      </w:r>
      <w:r>
        <w:rPr>
          <w:lang w:eastAsia="zh-CN"/>
        </w:rPr>
        <w:br/>
      </w:r>
      <w:r>
        <w:rPr>
          <w:lang w:eastAsia="zh-CN"/>
        </w:rPr>
        <w:t>　　1、从基础上培养学生良好的学习习惯。</w:t>
      </w:r>
      <w:r>
        <w:rPr>
          <w:lang w:eastAsia="zh-CN"/>
        </w:rPr>
        <w:br/>
      </w:r>
      <w:r>
        <w:rPr>
          <w:lang w:eastAsia="zh-CN"/>
        </w:rPr>
        <w:t>　　2、培养学生良好的做题习惯、答题习惯。</w:t>
      </w:r>
      <w:r>
        <w:rPr>
          <w:lang w:eastAsia="zh-CN"/>
        </w:rPr>
        <w:br/>
      </w:r>
      <w:r>
        <w:rPr>
          <w:lang w:eastAsia="zh-CN"/>
        </w:rPr>
        <w:t>　　3、充分发挥学生的主体作用，师少说生多说多做。</w:t>
      </w:r>
      <w:r>
        <w:rPr>
          <w:lang w:eastAsia="zh-CN"/>
        </w:rPr>
        <w:br/>
      </w:r>
      <w:r>
        <w:rPr>
          <w:lang w:eastAsia="zh-CN"/>
        </w:rPr>
        <w:t>　　4、坚持“扶好优秀生，抓好中等生，拯救后进生。”的辅导思想原则。</w:t>
      </w:r>
      <w:r>
        <w:rPr>
          <w:lang w:eastAsia="zh-CN"/>
        </w:rPr>
        <w:br/>
      </w:r>
      <w:r>
        <w:rPr>
          <w:lang w:eastAsia="zh-CN"/>
        </w:rPr>
        <w:t xml:space="preserve">    二年级下学期数学教师工作计划 篇4 </w:t>
      </w:r>
      <w:r>
        <w:rPr>
          <w:lang w:eastAsia="zh-CN"/>
        </w:rPr>
        <w:br/>
      </w:r>
      <w:r>
        <w:rPr>
          <w:lang w:eastAsia="zh-CN"/>
        </w:rPr>
        <w:t>　　一、教材分析</w:t>
      </w:r>
      <w:r>
        <w:rPr>
          <w:lang w:eastAsia="zh-CN"/>
        </w:rPr>
        <w:br/>
      </w:r>
      <w:r>
        <w:rPr>
          <w:lang w:eastAsia="zh-CN"/>
        </w:rPr>
        <w:t>　　本册包括以下内容：</w:t>
      </w:r>
      <w:r>
        <w:rPr>
          <w:lang w:eastAsia="zh-CN"/>
        </w:rPr>
        <w:br/>
      </w:r>
      <w:r>
        <w:rPr>
          <w:lang w:eastAsia="zh-CN"/>
        </w:rPr>
        <w:t>　　1、有余数的除法</w:t>
      </w:r>
      <w:r>
        <w:rPr>
          <w:lang w:eastAsia="zh-CN"/>
        </w:rPr>
        <w:br/>
      </w:r>
      <w:r>
        <w:rPr>
          <w:lang w:eastAsia="zh-CN"/>
        </w:rPr>
        <w:t>　　2、时、分、秒</w:t>
      </w:r>
      <w:r>
        <w:rPr>
          <w:lang w:eastAsia="zh-CN"/>
        </w:rPr>
        <w:br/>
      </w:r>
      <w:r>
        <w:rPr>
          <w:lang w:eastAsia="zh-CN"/>
        </w:rPr>
        <w:t>　　3、认识方向、测定方向</w:t>
      </w:r>
      <w:r>
        <w:rPr>
          <w:lang w:eastAsia="zh-CN"/>
        </w:rPr>
        <w:br/>
      </w:r>
      <w:r>
        <w:rPr>
          <w:lang w:eastAsia="zh-CN"/>
        </w:rPr>
        <w:t>　　4、认识万以内的数</w:t>
      </w:r>
      <w:r>
        <w:rPr>
          <w:lang w:eastAsia="zh-CN"/>
        </w:rPr>
        <w:br/>
      </w:r>
      <w:r>
        <w:rPr>
          <w:lang w:eastAsia="zh-CN"/>
        </w:rPr>
        <w:t>　　5、分米和毫米</w:t>
      </w:r>
      <w:r>
        <w:rPr>
          <w:lang w:eastAsia="zh-CN"/>
        </w:rPr>
        <w:br/>
      </w:r>
      <w:r>
        <w:rPr>
          <w:lang w:eastAsia="zh-CN"/>
        </w:rPr>
        <w:t>　　6、两、三位时的加法和减法</w:t>
      </w:r>
      <w:r>
        <w:rPr>
          <w:lang w:eastAsia="zh-CN"/>
        </w:rPr>
        <w:br/>
      </w:r>
      <w:r>
        <w:rPr>
          <w:lang w:eastAsia="zh-CN"/>
        </w:rPr>
        <w:t>　　7、角的初步认识</w:t>
      </w:r>
      <w:r>
        <w:rPr>
          <w:lang w:eastAsia="zh-CN"/>
        </w:rPr>
        <w:br/>
      </w:r>
      <w:r>
        <w:rPr>
          <w:lang w:eastAsia="zh-CN"/>
        </w:rPr>
        <w:t>　　8、数据的收集和整理、了解你的好朋友</w:t>
      </w:r>
      <w:r>
        <w:rPr>
          <w:lang w:eastAsia="zh-CN"/>
        </w:rPr>
        <w:br/>
      </w:r>
      <w:r>
        <w:rPr>
          <w:lang w:eastAsia="zh-CN"/>
        </w:rPr>
        <w:t>　　9、期末复习。</w:t>
      </w:r>
      <w:r>
        <w:rPr>
          <w:lang w:eastAsia="zh-CN"/>
        </w:rPr>
        <w:br/>
      </w:r>
      <w:r>
        <w:rPr>
          <w:lang w:eastAsia="zh-CN"/>
        </w:rPr>
        <w:t>　　二、班级情况分析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班大部分学生的学习习惯较好，上课认真听讲、积极动脑，能认真完成作业，对于他们来说，学习是一件轻松愉快的事情。也有一些学生上课纪律欠缺，他们上课不愿意动脑，不举手发言，作业质量也不尽如人意，成为班级中的后进生，对于这些学生，改正他们的学习习惯是关键。</w:t>
      </w:r>
      <w:r>
        <w:rPr>
          <w:lang w:eastAsia="zh-CN"/>
        </w:rPr>
        <w:br/>
      </w:r>
      <w:r>
        <w:rPr>
          <w:lang w:eastAsia="zh-CN"/>
        </w:rPr>
        <w:t>　　对于上学期的知识掌握尚可，同时也存在着个别人计算不过关、走进生活题说理不清、变化题不懂思考方法等问题。通过本册知识的学习，锻炼他们的思维、口头叙述的能力、动手操作的能力是一个重要的时刻。</w:t>
      </w:r>
      <w:r>
        <w:rPr>
          <w:lang w:eastAsia="zh-CN"/>
        </w:rPr>
        <w:br/>
      </w:r>
      <w:r>
        <w:rPr>
          <w:lang w:eastAsia="zh-CN"/>
        </w:rPr>
        <w:t>　　三、教学目标</w:t>
      </w:r>
      <w:r>
        <w:rPr>
          <w:lang w:eastAsia="zh-CN"/>
        </w:rPr>
        <w:br/>
      </w:r>
      <w:r>
        <w:rPr>
          <w:lang w:eastAsia="zh-CN"/>
        </w:rPr>
        <w:t>　　（一）知识与技能方面</w:t>
      </w:r>
      <w:r>
        <w:rPr>
          <w:lang w:eastAsia="zh-CN"/>
        </w:rPr>
        <w:br/>
      </w:r>
      <w:r>
        <w:rPr>
          <w:lang w:eastAsia="zh-CN"/>
        </w:rPr>
        <w:t>　　1、通过把一些物体进行平均分的操作活动，体会余数产生的过程，初步理解余数的含义；探索并掌握有余数除法的求商方法，知道余数一定比除数小，会用竖式计算除数和商都是一位数的有余数除法的式题，会用有余数除法解决简单的实际问题。</w:t>
      </w:r>
      <w:r>
        <w:rPr>
          <w:lang w:eastAsia="zh-CN"/>
        </w:rPr>
        <w:br/>
      </w:r>
      <w:r>
        <w:rPr>
          <w:lang w:eastAsia="zh-CN"/>
        </w:rPr>
        <w:t>　　2、通过对钟面的观察，认识时间的单位：时、分、秒，知道1时=60分，1分=60秒，并能说出钟面上所显示的时刻，初步建立时间观念，体验数学与生活的联系。</w:t>
      </w:r>
      <w:r>
        <w:rPr>
          <w:lang w:eastAsia="zh-CN"/>
        </w:rPr>
        <w:br/>
      </w:r>
      <w:r>
        <w:rPr>
          <w:lang w:eastAsia="zh-CN"/>
        </w:rPr>
        <w:t>　　3、通过学具操作，认识1000以内的数，知道千以内的数位顺序，知道千以内数的计数单位以及相邻单位间的进率；会读、写千以内的数，会比较千以内数的大小；能根据数的意义口算整百数加整百数（和在1000以内）以及相应的减法，整百数加整十数以及相应的减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通过自主探索，掌握三位数加、减三位数的笔算方法，会用竖式计算和在1000以内的加法以及相应的减法式题，会口算整十数加整十数（和超过100）以及相应的减法，会估算一些三位数加、减三位数的式题，会对加、减法的计算进行验算。</w:t>
      </w:r>
      <w:r>
        <w:rPr>
          <w:lang w:eastAsia="zh-CN"/>
        </w:rPr>
        <w:br/>
      </w:r>
      <w:r>
        <w:rPr>
          <w:lang w:eastAsia="zh-CN"/>
        </w:rPr>
        <w:t>　　5、在现实情境中，进一步理解数量之间的相差关系，能应用加、减法正确解答“求比一个数多（少）几的数是多少”的简单实际问题。</w:t>
      </w:r>
      <w:r>
        <w:rPr>
          <w:lang w:eastAsia="zh-CN"/>
        </w:rPr>
        <w:br/>
      </w:r>
      <w:r>
        <w:rPr>
          <w:lang w:eastAsia="zh-CN"/>
        </w:rPr>
        <w:t>　　6、联系乘法含义，理解“倍”的概念，会解答“求一个数是另一个数的几倍”以及“求一个数的几倍是多少”的简单实际问题。</w:t>
      </w:r>
      <w:r>
        <w:rPr>
          <w:lang w:eastAsia="zh-CN"/>
        </w:rPr>
        <w:br/>
      </w:r>
      <w:r>
        <w:rPr>
          <w:lang w:eastAsia="zh-CN"/>
        </w:rPr>
        <w:t>　　7、在现实情境中，初步掌握分析数量关系的方法，能运用乘法和加（减）法正确解答一些两步计算的实际问题。</w:t>
      </w:r>
      <w:r>
        <w:rPr>
          <w:lang w:eastAsia="zh-CN"/>
        </w:rPr>
        <w:br/>
      </w:r>
      <w:r>
        <w:rPr>
          <w:lang w:eastAsia="zh-CN"/>
        </w:rPr>
        <w:t>　　8、联系生活经验，在观察和操作活动中认识分米和毫米，知道分米、毫米与米、厘米之间的关系，会进行一些长度单位之间的简单换算，会选择合适的长度单位测量并描述物体的长度。</w:t>
      </w:r>
      <w:r>
        <w:rPr>
          <w:lang w:eastAsia="zh-CN"/>
        </w:rPr>
        <w:br/>
      </w:r>
      <w:r>
        <w:rPr>
          <w:lang w:eastAsia="zh-CN"/>
        </w:rPr>
        <w:t>　　9、联系对东、南、西、北的已有认识，进一步认识东南、东北、西南、西北，能运用学过的方位词合理描述现实情境或简单平面图上物体之间的位置关系；能看懂简单的路线图，并能根据要求描述简单的行走路线。</w:t>
      </w:r>
      <w:r>
        <w:rPr>
          <w:lang w:eastAsia="zh-CN"/>
        </w:rPr>
        <w:br/>
      </w:r>
      <w:r>
        <w:rPr>
          <w:lang w:eastAsia="zh-CN"/>
        </w:rPr>
        <w:t>　　10、联系一些典型物体的面，初步认识角和直角，知道角有顶点和边，知道角是有大小的，会辨认直角、锐角和钝角，会在方格纸上画出角。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11、会对同一组数据按照不同的标准分类。知道填表格和描方块都是呈现统计结果的方法，会利用统计结果进行简单的判断、联想和预测。</w:t>
      </w:r>
      <w:r>
        <w:rPr>
          <w:lang w:eastAsia="zh-CN"/>
        </w:rPr>
        <w:br/>
      </w:r>
      <w:r>
        <w:rPr>
          <w:lang w:eastAsia="zh-CN"/>
        </w:rPr>
        <w:t>　　（二）情感与态度方面。</w:t>
      </w:r>
      <w:r>
        <w:rPr>
          <w:lang w:eastAsia="zh-CN"/>
        </w:rPr>
        <w:br/>
      </w:r>
      <w:r>
        <w:rPr>
          <w:lang w:eastAsia="zh-CN"/>
        </w:rPr>
        <w:t>　　1、进一步感受数学与生活的密切联系，感受数学的意义与作用。在教师的组织下，能积极参与数学学习活动，积累对数学的兴趣和求知欲。</w:t>
      </w:r>
      <w:r>
        <w:rPr>
          <w:lang w:eastAsia="zh-CN"/>
        </w:rPr>
        <w:br/>
      </w:r>
      <w:r>
        <w:rPr>
          <w:lang w:eastAsia="zh-CN"/>
        </w:rPr>
        <w:t>　　2、初步具有认真思考的习惯，在教师、同学的鼓励帮助下，努力克服数学活动中遇到的困难，获得成功的体验，有学好数学的自信心。</w:t>
      </w:r>
      <w:r>
        <w:rPr>
          <w:lang w:eastAsia="zh-CN"/>
        </w:rPr>
        <w:br/>
      </w:r>
      <w:r>
        <w:rPr>
          <w:lang w:eastAsia="zh-CN"/>
        </w:rPr>
        <w:t>　　四、教学重点、难点</w:t>
      </w:r>
      <w:r>
        <w:rPr>
          <w:lang w:eastAsia="zh-CN"/>
        </w:rPr>
        <w:br/>
      </w:r>
      <w:r>
        <w:rPr>
          <w:lang w:eastAsia="zh-CN"/>
        </w:rPr>
        <w:t>　　重点：</w:t>
      </w:r>
      <w:r>
        <w:rPr>
          <w:lang w:eastAsia="zh-CN"/>
        </w:rPr>
        <w:br/>
      </w:r>
      <w:r>
        <w:rPr>
          <w:lang w:eastAsia="zh-CN"/>
        </w:rPr>
        <w:t>　　1、理解有余数除法的含义，掌握有余数除法的基本求商方法。</w:t>
      </w:r>
      <w:r>
        <w:rPr>
          <w:lang w:eastAsia="zh-CN"/>
        </w:rPr>
        <w:br/>
      </w:r>
      <w:r>
        <w:rPr>
          <w:lang w:eastAsia="zh-CN"/>
        </w:rPr>
        <w:t>　　2、掌握三位数减三位数的计算及验算方法，发展估算的策略。</w:t>
      </w:r>
      <w:r>
        <w:rPr>
          <w:lang w:eastAsia="zh-CN"/>
        </w:rPr>
        <w:br/>
      </w:r>
      <w:r>
        <w:rPr>
          <w:lang w:eastAsia="zh-CN"/>
        </w:rPr>
        <w:t>　　3、让学生在实践操作中逐步建立分米和毫米的表象</w:t>
      </w:r>
      <w:r>
        <w:rPr>
          <w:lang w:eastAsia="zh-CN"/>
        </w:rPr>
        <w:br/>
      </w:r>
      <w:r>
        <w:rPr>
          <w:lang w:eastAsia="zh-CN"/>
        </w:rPr>
        <w:t>　　难点：</w:t>
      </w:r>
      <w:r>
        <w:rPr>
          <w:lang w:eastAsia="zh-CN"/>
        </w:rPr>
        <w:br/>
      </w:r>
      <w:r>
        <w:rPr>
          <w:lang w:eastAsia="zh-CN"/>
        </w:rPr>
        <w:t>　　1、理解和掌握有余数除法的试商方法。</w:t>
      </w:r>
      <w:r>
        <w:rPr>
          <w:lang w:eastAsia="zh-CN"/>
        </w:rPr>
        <w:br/>
      </w:r>
      <w:r>
        <w:rPr>
          <w:lang w:eastAsia="zh-CN"/>
        </w:rPr>
        <w:t>　　2、能认、读、写千以内的数，会比较千以内数的大小，会口算整百数加、减整百数，整百数加整十数及相应的减法，培养学生的估算意识。</w:t>
      </w:r>
      <w:r>
        <w:rPr>
          <w:lang w:eastAsia="zh-CN"/>
        </w:rPr>
        <w:br/>
      </w:r>
      <w:r>
        <w:rPr>
          <w:lang w:eastAsia="zh-CN"/>
        </w:rPr>
        <w:t>　　3、比较角的大小</w:t>
      </w:r>
      <w:r>
        <w:rPr>
          <w:lang w:eastAsia="zh-CN"/>
        </w:rPr>
        <w:br/>
      </w:r>
      <w:r>
        <w:rPr>
          <w:lang w:eastAsia="zh-CN"/>
        </w:rPr>
        <w:t>　　五、教学措施</w:t>
      </w:r>
      <w:r>
        <w:rPr>
          <w:lang w:eastAsia="zh-CN"/>
        </w:rPr>
        <w:br/>
      </w:r>
      <w:r>
        <w:rPr>
          <w:lang w:eastAsia="zh-CN"/>
        </w:rPr>
        <w:t>　　1、创造性地使用教材，吃透教材，学习资料，更好地发挥教材的作用。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2、用学生喜闻乐见的儿歌形式教学乘法口诀，从编儿歌再编口诀，降低口诀的难度。</w:t>
      </w:r>
      <w:r>
        <w:rPr>
          <w:lang w:eastAsia="zh-CN"/>
        </w:rPr>
        <w:br/>
      </w:r>
      <w:r>
        <w:rPr>
          <w:lang w:eastAsia="zh-CN"/>
        </w:rPr>
        <w:t>　　3、在课堂中适当穿插一些数学日记，通过寻找其中的数学知识，激发学生的兴趣，培养学以致用的意识。</w:t>
      </w:r>
      <w:r>
        <w:rPr>
          <w:lang w:eastAsia="zh-CN"/>
        </w:rPr>
        <w:br/>
      </w:r>
      <w:r>
        <w:rPr>
          <w:lang w:eastAsia="zh-CN"/>
        </w:rPr>
        <w:t>　　4、尊重学生，发挥学生的主体地位，在教师的指导下，争取做到自己能学懂的知识，让他们自己学，把课堂中更多的时间留给学生探索、交流和练习，培养学生解决问题的能力。</w:t>
      </w:r>
      <w:r>
        <w:rPr>
          <w:lang w:eastAsia="zh-CN"/>
        </w:rPr>
        <w:br/>
      </w:r>
      <w:r>
        <w:rPr>
          <w:lang w:eastAsia="zh-CN"/>
        </w:rPr>
        <w:t>　　5、在具体教学时，要注意教学的开放性，引导学生暴露思维过程，鼓励学生多角度思考问题。充分利用思考题，培养学生灵活运用知识的能力，激发学生动脑筋钻研问题的兴趣，对学有余力的学生在开发智力上有促进作用。</w:t>
      </w:r>
      <w:r>
        <w:rPr>
          <w:lang w:eastAsia="zh-CN"/>
        </w:rPr>
        <w:br/>
      </w:r>
      <w:r>
        <w:rPr>
          <w:lang w:eastAsia="zh-CN"/>
        </w:rPr>
        <w:t>　　六、课时安排共计62课时，各单元课时安排如下：</w:t>
      </w:r>
      <w:r>
        <w:rPr>
          <w:lang w:eastAsia="zh-CN"/>
        </w:rPr>
        <w:br/>
      </w:r>
      <w:r>
        <w:rPr>
          <w:lang w:eastAsia="zh-CN"/>
        </w:rPr>
        <w:t>　　1、余数的除法——5课时</w:t>
      </w:r>
      <w:r>
        <w:rPr>
          <w:lang w:eastAsia="zh-CN"/>
        </w:rPr>
        <w:br/>
      </w:r>
      <w:r>
        <w:rPr>
          <w:lang w:eastAsia="zh-CN"/>
        </w:rPr>
        <w:t>　　2、时、分、秒—————8课时</w:t>
      </w:r>
      <w:r>
        <w:rPr>
          <w:lang w:eastAsia="zh-CN"/>
        </w:rPr>
        <w:br/>
      </w:r>
      <w:r>
        <w:rPr>
          <w:lang w:eastAsia="zh-CN"/>
        </w:rPr>
        <w:t>　　3、认识方向———2课时</w:t>
      </w:r>
      <w:r>
        <w:rPr>
          <w:lang w:eastAsia="zh-CN"/>
        </w:rPr>
        <w:br/>
      </w:r>
      <w:r>
        <w:rPr>
          <w:lang w:eastAsia="zh-CN"/>
        </w:rPr>
        <w:t>　　测定方向————1课时</w:t>
      </w:r>
      <w:r>
        <w:rPr>
          <w:lang w:eastAsia="zh-CN"/>
        </w:rPr>
        <w:br/>
      </w:r>
      <w:r>
        <w:rPr>
          <w:lang w:eastAsia="zh-CN"/>
        </w:rPr>
        <w:t>　　4、认识万以内的数——7课时</w:t>
      </w:r>
      <w:r>
        <w:rPr>
          <w:lang w:eastAsia="zh-CN"/>
        </w:rPr>
        <w:br/>
      </w:r>
      <w:r>
        <w:rPr>
          <w:lang w:eastAsia="zh-CN"/>
        </w:rPr>
        <w:t>　　5、分米和毫米———3课时</w:t>
      </w:r>
      <w:r>
        <w:rPr>
          <w:lang w:eastAsia="zh-CN"/>
        </w:rPr>
        <w:br/>
      </w:r>
      <w:r>
        <w:rPr>
          <w:lang w:eastAsia="zh-CN"/>
        </w:rPr>
        <w:t>　　6、两、三位数的加法和减法——12课时</w:t>
      </w:r>
      <w:r>
        <w:rPr>
          <w:lang w:eastAsia="zh-CN"/>
        </w:rPr>
        <w:br/>
      </w:r>
      <w:r>
        <w:rPr>
          <w:lang w:eastAsia="zh-CN"/>
        </w:rPr>
        <w:t>　　7、角的初步认识———2课时</w:t>
      </w:r>
      <w:r>
        <w:rPr>
          <w:lang w:eastAsia="zh-CN"/>
        </w:rPr>
        <w:br/>
      </w:r>
      <w:r>
        <w:rPr>
          <w:lang w:eastAsia="zh-CN"/>
        </w:rPr>
        <w:t>　　8、数据的收集和整理（一）——11课时</w:t>
      </w:r>
      <w:r>
        <w:rPr>
          <w:lang w:eastAsia="zh-CN"/>
        </w:rPr>
        <w:br/>
      </w:r>
      <w:r>
        <w:rPr>
          <w:lang w:eastAsia="zh-CN"/>
        </w:rPr>
        <w:t xml:space="preserve">    二年级下学期数学教师工作计划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一、指导思想</w:t>
      </w:r>
      <w:r>
        <w:rPr>
          <w:lang w:eastAsia="zh-CN"/>
        </w:rPr>
        <w:br/>
      </w:r>
      <w:r>
        <w:rPr>
          <w:lang w:eastAsia="zh-CN"/>
        </w:rPr>
        <w:t>　　以小学数学新课程标准为指导，培养学生的实践能力和创新意识，提高学生的数学应用能力，让每一个学生都能愉快地学习数学。</w:t>
      </w:r>
      <w:r>
        <w:rPr>
          <w:lang w:eastAsia="zh-CN"/>
        </w:rPr>
        <w:br/>
      </w:r>
      <w:r>
        <w:rPr>
          <w:lang w:eastAsia="zh-CN"/>
        </w:rPr>
        <w:t>　　二、学生分析</w:t>
      </w:r>
      <w:r>
        <w:rPr>
          <w:lang w:eastAsia="zh-CN"/>
        </w:rPr>
        <w:br/>
      </w:r>
      <w:r>
        <w:rPr>
          <w:lang w:eastAsia="zh-CN"/>
        </w:rPr>
        <w:t>　　学生经过一年半的数学学习，基本上具备一定的数学意识、数学理解能力及应用数学知识解决生活中实际问题的能力；大多数学生具备良好的学习习惯，有较强的自律性，学习数学的积极性高，兴趣浓；大部分学生对计算比较熟练，个别在计算速度上存在一定差异。因此，本学期重点要抓学习习惯的巩固，继续培养学生“倾听”、“合作”、“交流”等能力和习惯，养成认真做作业、书写整洁的良好习惯。其次，要使学生在获得数学基本知识和基本技能的同时，发展数学能力，培养创新意识和实践能力，体会数学与生活的密切联系，建立学习数学和应用数学的兴趣和信心。</w:t>
      </w:r>
      <w:r>
        <w:rPr>
          <w:lang w:eastAsia="zh-CN"/>
        </w:rPr>
        <w:br/>
      </w:r>
      <w:r>
        <w:rPr>
          <w:lang w:eastAsia="zh-CN"/>
        </w:rPr>
        <w:t>　　三、教材分析</w:t>
      </w:r>
      <w:r>
        <w:rPr>
          <w:lang w:eastAsia="zh-CN"/>
        </w:rPr>
        <w:br/>
      </w:r>
      <w:r>
        <w:rPr>
          <w:lang w:eastAsia="zh-CN"/>
        </w:rPr>
        <w:t>　　1、教材内容</w:t>
      </w:r>
      <w:r>
        <w:rPr>
          <w:lang w:eastAsia="zh-CN"/>
        </w:rPr>
        <w:br/>
      </w:r>
      <w:r>
        <w:rPr>
          <w:lang w:eastAsia="zh-CN"/>
        </w:rPr>
        <w:t>　　这一册教材包括：数据收集整理，表内除法（一），图形的运动，表内除法（二），混合运算，有余数的除法，万以内数的认识，克和千克，数学广角—推理，用数学解决问题和数学实践活动小小设计师等。</w:t>
      </w:r>
      <w:r>
        <w:rPr>
          <w:lang w:eastAsia="zh-CN"/>
        </w:rPr>
        <w:br/>
      </w:r>
      <w:r>
        <w:rPr>
          <w:lang w:eastAsia="zh-CN"/>
        </w:rPr>
        <w:t>　　2、教学要求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认识计数单位“百”和“千”，知道相邻两个计数单位之间的十进关系；掌握万以内的数为顺序，会读写万以内的数；知道万以内的数的组成，会比较万以内数的大小，能用符号和词语描述万以内的数的大小；理解并认识万以内的近似数；初步掌握含有两级运算的两步式题的运算顺序；</w:t>
      </w:r>
      <w:r>
        <w:rPr>
          <w:lang w:eastAsia="zh-CN"/>
        </w:rPr>
        <w:br/>
      </w:r>
      <w:r>
        <w:rPr>
          <w:lang w:eastAsia="zh-CN"/>
        </w:rPr>
        <w:t>　　（2）知道除法的含义、除法算式中各部分名称、乘法和除法的关系，能够熟练地用乘法口诀求商，能熟练地计算除数是一位数、商是一位数的有余数除法；</w:t>
      </w:r>
      <w:r>
        <w:rPr>
          <w:lang w:eastAsia="zh-CN"/>
        </w:rPr>
        <w:br/>
      </w:r>
      <w:r>
        <w:rPr>
          <w:lang w:eastAsia="zh-CN"/>
        </w:rPr>
        <w:t>　　（3）初步认识轴对称现象，初步感知平移、旋转现象；</w:t>
      </w:r>
      <w:r>
        <w:rPr>
          <w:lang w:eastAsia="zh-CN"/>
        </w:rPr>
        <w:br/>
      </w:r>
      <w:r>
        <w:rPr>
          <w:lang w:eastAsia="zh-CN"/>
        </w:rPr>
        <w:t>　　认识质量单位克和千克，初步建立1克和1千克的质量概念，知道1千克=1000克；</w:t>
      </w:r>
      <w:r>
        <w:rPr>
          <w:lang w:eastAsia="zh-CN"/>
        </w:rPr>
        <w:br/>
      </w:r>
      <w:r>
        <w:rPr>
          <w:lang w:eastAsia="zh-CN"/>
        </w:rPr>
        <w:t>　　（4）初步了解统计的意义，体验数据的收集、整理、描述和分析的过程；会用简单的方法收集和整理数据，认识简单的统计表；能根据统计表中的数据回答简单的问题，并能够进行简单的分析。</w:t>
      </w:r>
      <w:r>
        <w:rPr>
          <w:lang w:eastAsia="zh-CN"/>
        </w:rPr>
        <w:br/>
      </w:r>
      <w:r>
        <w:rPr>
          <w:lang w:eastAsia="zh-CN"/>
        </w:rPr>
        <w:t>　　初步形成观察、分析及推理的能力；</w:t>
      </w:r>
      <w:r>
        <w:rPr>
          <w:lang w:eastAsia="zh-CN"/>
        </w:rPr>
        <w:br/>
      </w:r>
      <w:r>
        <w:rPr>
          <w:lang w:eastAsia="zh-CN"/>
        </w:rPr>
        <w:t>　　（5）体会学习数学的乐趣，提高学习数学的兴趣，建立学好数学的信心；</w:t>
      </w:r>
      <w:r>
        <w:rPr>
          <w:lang w:eastAsia="zh-CN"/>
        </w:rPr>
        <w:br/>
      </w:r>
      <w:r>
        <w:rPr>
          <w:lang w:eastAsia="zh-CN"/>
        </w:rPr>
        <w:t>　　（6）养成认真作业、书写整洁的良好习惯；</w:t>
      </w:r>
      <w:r>
        <w:rPr>
          <w:lang w:eastAsia="zh-CN"/>
        </w:rPr>
        <w:br/>
      </w:r>
      <w:r>
        <w:rPr>
          <w:lang w:eastAsia="zh-CN"/>
        </w:rPr>
        <w:t>　　（7）通过实践活动，经历自主探究、合作交流的过程，体验数学与日常生活的密切联系。</w:t>
      </w:r>
      <w:r>
        <w:rPr>
          <w:lang w:eastAsia="zh-CN"/>
        </w:rPr>
        <w:br/>
      </w:r>
      <w:r>
        <w:rPr>
          <w:lang w:eastAsia="zh-CN"/>
        </w:rPr>
        <w:t>　　3、教学重、难点</w:t>
      </w:r>
      <w:r>
        <w:rPr>
          <w:lang w:eastAsia="zh-CN"/>
        </w:rPr>
        <w:br/>
      </w:r>
      <w:r>
        <w:rPr>
          <w:lang w:eastAsia="zh-CN"/>
        </w:rPr>
        <w:t>　　表内除法、万以内数的加法和减法、以及克和千克。</w:t>
      </w:r>
      <w:r>
        <w:rPr>
          <w:lang w:eastAsia="zh-CN"/>
        </w:rPr>
        <w:br/>
      </w:r>
      <w:r>
        <w:rPr>
          <w:lang w:eastAsia="zh-CN"/>
        </w:rPr>
        <w:t>　　4、课时进度安排</w:t>
      </w:r>
      <w:r>
        <w:rPr>
          <w:lang w:eastAsia="zh-CN"/>
        </w:rPr>
        <w:br/>
      </w:r>
      <w:r>
        <w:rPr>
          <w:lang w:eastAsia="zh-CN"/>
        </w:rPr>
        <w:t>　　四、教学措施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1、认真学习研究《新课标》，研读教材并创造性的使用教材，认真备课、上课，向课堂教学要质量……</w:t>
      </w:r>
      <w:r>
        <w:rPr>
          <w:lang w:eastAsia="zh-CN"/>
        </w:rPr>
        <w:br/>
      </w:r>
      <w:r>
        <w:rPr>
          <w:lang w:eastAsia="zh-CN"/>
        </w:rPr>
        <w:t>　　2、积极参加学校组织的各项业务学习活动，并能与教学相结合。加强新教学方法的研究，向40分钟要效率，面向全体学生，给学生以充分地关怀，使他们体会到学数学的乐趣。</w:t>
      </w:r>
      <w:r>
        <w:rPr>
          <w:lang w:eastAsia="zh-CN"/>
        </w:rPr>
        <w:br/>
      </w:r>
      <w:r>
        <w:rPr>
          <w:lang w:eastAsia="zh-CN"/>
        </w:rPr>
        <w:t>　　3、加强口算练习，鼓励算法多样性。</w:t>
      </w:r>
      <w:r>
        <w:rPr>
          <w:lang w:eastAsia="zh-CN"/>
        </w:rPr>
        <w:br/>
      </w:r>
      <w:r>
        <w:rPr>
          <w:lang w:eastAsia="zh-CN"/>
        </w:rPr>
        <w:t>　　4、结合教材和生活实际培养学生初步的提出问题和解决问题的能力。养成独立思考、克服困难的精神。</w:t>
      </w:r>
      <w:r>
        <w:rPr>
          <w:lang w:eastAsia="zh-CN"/>
        </w:rPr>
        <w:br/>
      </w:r>
      <w:r>
        <w:rPr>
          <w:lang w:eastAsia="zh-CN"/>
        </w:rPr>
        <w:t>　　5、因材施教，使不同的学生在数学上得到不同的发展。重点抓好学困生的辅导工作</w:t>
      </w:r>
      <w:r>
        <w:rPr>
          <w:lang w:eastAsia="zh-CN"/>
        </w:rPr>
        <w:br/>
      </w:r>
      <w:r>
        <w:rPr>
          <w:lang w:eastAsia="zh-CN"/>
        </w:rPr>
        <w:t>　　6、定期进行测试，及时反馈总结。</w:t>
      </w:r>
      <w:r>
        <w:rPr>
          <w:lang w:eastAsia="zh-CN"/>
        </w:rPr>
        <w:br/>
      </w:r>
      <w:r>
        <w:rPr>
          <w:lang w:eastAsia="zh-CN"/>
        </w:rPr>
        <w:t>　　7、长期抓学生认真作业，书写整洁的良好习惯。</w:t>
      </w:r>
      <w:r>
        <w:rPr>
          <w:lang w:eastAsia="zh-CN"/>
        </w:rPr>
        <w:br/>
      </w:r>
      <w:r>
        <w:rPr>
          <w:lang w:eastAsia="zh-CN"/>
        </w:rPr>
        <w:t xml:space="preserve">    二年级下学期数学教师工作计划 篇6 </w:t>
      </w:r>
      <w:r>
        <w:rPr>
          <w:lang w:eastAsia="zh-CN"/>
        </w:rPr>
        <w:br/>
      </w:r>
      <w:r>
        <w:rPr>
          <w:lang w:eastAsia="zh-CN"/>
        </w:rPr>
        <w:t>　　一、建立学生一日常规，培养学生自理能力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教育就是帮助人养成良好的习惯，良好的习惯是终身享用不尽的财富。为培养学生良好的行为习惯，我会利用班队课和晨会时间让学生学习我校提出的每月一事“习惯主题训练和综合素养培养”的内容，结合学生年龄特点，开展文明语言、文明行为等活动。通过学习教育学生从身边小事做起，养成文明、有礼貌、爱师长、爱学习、互相友爱等行为习惯，树立人人争做合格小学生的意识。加强学生队伍的管理，包括排队做操、排队上、下楼、排队放学、排队集会等。培养学生良好的学习习惯，包括课前的准备、上课集中精神听讲、自觉完成作业等。</w:t>
      </w:r>
      <w:r>
        <w:rPr>
          <w:lang w:eastAsia="zh-CN"/>
        </w:rPr>
        <w:br/>
      </w:r>
      <w:r>
        <w:rPr>
          <w:lang w:eastAsia="zh-CN"/>
        </w:rPr>
        <w:t>　　二、循循善诱，做好问题生的转化工作</w:t>
      </w:r>
      <w:r>
        <w:rPr>
          <w:lang w:eastAsia="zh-CN"/>
        </w:rPr>
        <w:br/>
      </w:r>
      <w:r>
        <w:rPr>
          <w:lang w:eastAsia="zh-CN"/>
        </w:rPr>
        <w:t>　　由于“问题生”往往和老师有隔膜，存在抵触或逆反心理，所以一定要注意技巧，我认为以下几点很重要：</w:t>
      </w:r>
      <w:r>
        <w:rPr>
          <w:lang w:eastAsia="zh-CN"/>
        </w:rPr>
        <w:br/>
      </w:r>
      <w:r>
        <w:rPr>
          <w:lang w:eastAsia="zh-CN"/>
        </w:rPr>
        <w:t>　　(一)充分尊重爱护学生，不能伤害学生的自尊和自信，因为只有对学生发自内心真挚的爱，才能给他们以鼓舞，才能使他们感到无比的温暖，才能点燃学生追求上进、成为优秀生的希望之火。</w:t>
      </w:r>
      <w:r>
        <w:rPr>
          <w:lang w:eastAsia="zh-CN"/>
        </w:rPr>
        <w:br/>
      </w:r>
      <w:r>
        <w:rPr>
          <w:lang w:eastAsia="zh-CN"/>
        </w:rPr>
        <w:t>　　(二)要注意表扬和批评的艺术。对学生宽容但不放纵，严格但不苛刻，这很重要，学习能力差的孩子，他们往往看不到自己的优点和长处，容易自卑，孤立封闭自我。这就要求我们善于抓住他们的闪光点，让学生体会愉悦成功感和被人尊重的感觉，从而产生上进的源动力。</w:t>
      </w:r>
      <w:r>
        <w:rPr>
          <w:lang w:eastAsia="zh-CN"/>
        </w:rPr>
        <w:br/>
      </w:r>
      <w:r>
        <w:rPr>
          <w:lang w:eastAsia="zh-CN"/>
        </w:rPr>
        <w:t>　　(三)要为学习能力差的孩子创造良好的环境和氛围。可以和班内任课老师及一些优秀生协调配合，让他们多关心、指导，帮助他们战胜自我、突破自我、重塑自我。同时，取得家长的理解、信任和支持，做好坚强的后盾。</w:t>
      </w:r>
      <w:r>
        <w:rPr>
          <w:lang w:eastAsia="zh-CN"/>
        </w:rPr>
        <w:br/>
      </w:r>
      <w:r>
        <w:rPr>
          <w:lang w:eastAsia="zh-CN"/>
        </w:rPr>
        <w:t>　　三、认真上好每一节德育课</w:t>
      </w:r>
      <w:r>
        <w:rPr>
          <w:lang w:eastAsia="zh-CN"/>
        </w:rPr>
        <w:br/>
      </w:r>
      <w:r>
        <w:rPr>
          <w:lang w:eastAsia="zh-CN"/>
        </w:rPr>
        <w:t>　　积极参加每星期的德育教研活动，精心设计好每一个主题班队会，上好每一节德育课，让学生在具体的情景、真实的活动过程中，潜移默化地自我教育，自我管理，自我规范，以达到良好的效果。</w:t>
      </w:r>
      <w:r>
        <w:rPr>
          <w:lang w:eastAsia="zh-CN"/>
        </w:rPr>
        <w:br/>
      </w:r>
      <w:r>
        <w:rPr>
          <w:lang w:eastAsia="zh-CN"/>
        </w:rPr>
        <w:t>　　四、协调与家长的关系，开好家长会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孩子的进步，集体的成长，离不开教师，也离不开家长。在校外，我会经常和家长联系，交流学生的思想和学习情况。对学生的优缺点不夸大，也不缩小，采取与家长共同研究和商讨的态度，争取和家长配合，推动家庭和校外教育，促进学生德、智、体全面发展。在家长会中与家长可以教育的心得、心中的疑惑，学生也可以说说自己学习的心得、自己的感受，做到人人互动。</w:t>
      </w:r>
      <w:r>
        <w:rPr>
          <w:lang w:eastAsia="zh-CN"/>
        </w:rPr>
        <w:br/>
      </w:r>
      <w:r>
        <w:rPr>
          <w:lang w:eastAsia="zh-CN"/>
        </w:rPr>
        <w:t>　　五、确立班集体的奋斗目标</w:t>
      </w:r>
      <w:r>
        <w:rPr>
          <w:lang w:eastAsia="zh-CN"/>
        </w:rPr>
        <w:br/>
      </w:r>
      <w:r>
        <w:rPr>
          <w:lang w:eastAsia="zh-CN"/>
        </w:rPr>
        <w:t>　　班集体的共同奋斗目标，是班集体的理想和前进的方向，班集体如果没有共同追求的奋斗目标，就会失去前进的动力。所以，一个良好的班集体应该有一个集体的奋斗目标。本学期我班的目标就是争做“阳光班级”。因为我班是七色光中队，所以我会努力使班级里的每一名孩子都成为有爱心，责任心，互助心的“阳光天使”。努力将“一班一品”变成为我们二年一班的品牌。</w:t>
      </w:r>
      <w:r>
        <w:rPr>
          <w:lang w:eastAsia="zh-CN"/>
        </w:rPr>
        <w:br/>
      </w:r>
      <w:r>
        <w:rPr>
          <w:lang w:eastAsia="zh-CN"/>
        </w:rPr>
        <w:t>　　六、加强班干部的培养</w:t>
      </w:r>
      <w:r>
        <w:rPr>
          <w:lang w:eastAsia="zh-CN"/>
        </w:rPr>
        <w:br/>
      </w:r>
      <w:r>
        <w:rPr>
          <w:lang w:eastAsia="zh-CN"/>
        </w:rPr>
        <w:t>　　班级管理光靠班主任一人来管理是不够的,而班干部却是班级管理的小助手.这学期我仍将采取班干部竞争上岗，让每个班干的潜能都得到充分的挖掘,培养做事认真有责任性的人,使他们学会学习,学会生活,学会合作和学会管理。齐心协力搞好工作，建立一个积极向上，朝气蓬勃的班集体。</w:t>
      </w:r>
      <w:r>
        <w:rPr>
          <w:lang w:eastAsia="zh-CN"/>
        </w:rPr>
        <w:br/>
      </w:r>
      <w:r>
        <w:rPr>
          <w:lang w:eastAsia="zh-CN"/>
        </w:rPr>
        <w:t>　　七、其他方面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班级管理中还应注重个体的发展。所以本学期我会在各项活动中挖掘各种人才及学生的潜力,使班上的每个同学都能在某一方面得到进一步的发展.因此,要在班级继续开展各种活动,大力推出新人,新作,让每个孩子都敢于面对大家展示自我,充分锻炼自己,提高学生的自信心。</w:t>
      </w:r>
      <w:r>
        <w:rPr>
          <w:lang w:eastAsia="zh-CN"/>
        </w:rPr>
        <w:br/>
      </w:r>
      <w:r>
        <w:rPr>
          <w:lang w:eastAsia="zh-CN"/>
        </w:rPr>
        <w:t xml:space="preserve">    二年级下学期数学教师工作计划 篇7 </w:t>
      </w:r>
      <w:r>
        <w:rPr>
          <w:lang w:eastAsia="zh-CN"/>
        </w:rPr>
        <w:br/>
      </w:r>
      <w:r>
        <w:rPr>
          <w:lang w:eastAsia="zh-CN"/>
        </w:rPr>
        <w:t>　　上学期根据《新课程标准》的教学要求，合理制定了教学计划；认真备课、上课。在师生的共同努力下，圆满的完成了上学年教学任务。为更好的完成本学期的教学任务特制定教学计划如下：</w:t>
      </w:r>
      <w:r>
        <w:rPr>
          <w:lang w:eastAsia="zh-CN"/>
        </w:rPr>
        <w:br/>
      </w:r>
      <w:r>
        <w:rPr>
          <w:lang w:eastAsia="zh-CN"/>
        </w:rPr>
        <w:t>　　一、教学条件分析：</w:t>
      </w:r>
      <w:r>
        <w:rPr>
          <w:lang w:eastAsia="zh-CN"/>
        </w:rPr>
        <w:br/>
      </w:r>
      <w:r>
        <w:rPr>
          <w:lang w:eastAsia="zh-CN"/>
        </w:rPr>
        <w:t>　　二年级学生经过去年美术学习，对美术有了一定的认识，知道美术不止是画画，还包括制作、欣赏。学生对美术有一定的兴趣，学生比较活跃。由于学生的年龄小耐性较差，因此对待作业的态度不够仔细。</w:t>
      </w:r>
      <w:r>
        <w:rPr>
          <w:lang w:eastAsia="zh-CN"/>
        </w:rPr>
        <w:br/>
      </w:r>
      <w:r>
        <w:rPr>
          <w:lang w:eastAsia="zh-CN"/>
        </w:rPr>
        <w:t>　　二、教学内容分析：</w:t>
      </w:r>
      <w:r>
        <w:rPr>
          <w:lang w:eastAsia="zh-CN"/>
        </w:rPr>
        <w:br/>
      </w:r>
      <w:r>
        <w:rPr>
          <w:lang w:eastAsia="zh-CN"/>
        </w:rPr>
        <w:t>　　第四册美术教材共有20课，分造型与表现、设计与应用、欣赏与评述、综合与探索等课型，其中造型与表现课比重较大，主要来培养学生综合能力和绘画、手工制作技能的探索。</w:t>
      </w:r>
      <w:r>
        <w:rPr>
          <w:lang w:eastAsia="zh-CN"/>
        </w:rPr>
        <w:br/>
      </w:r>
      <w:r>
        <w:rPr>
          <w:lang w:eastAsia="zh-CN"/>
        </w:rPr>
        <w:t>　　三、任务目标：</w:t>
      </w:r>
      <w:r>
        <w:rPr>
          <w:lang w:eastAsia="zh-CN"/>
        </w:rPr>
        <w:br/>
      </w:r>
      <w:r>
        <w:rPr>
          <w:lang w:eastAsia="zh-CN"/>
        </w:rPr>
        <w:t>　　1、认知目标：通过轻松的教学游戏，让学生认识和了解形形色色的作画方法；认识和了解绘画基础知识。</w:t>
      </w:r>
      <w:r>
        <w:rPr>
          <w:lang w:eastAsia="zh-CN"/>
        </w:rPr>
        <w:br/>
      </w:r>
      <w:r>
        <w:rPr>
          <w:lang w:eastAsia="zh-CN"/>
        </w:rPr>
        <w:t>　　2、智力能力目标：培养学生造型技能；培养学生的创造性思维；培养学生对美好事物的感知能力。</w:t>
      </w:r>
      <w:r>
        <w:rPr>
          <w:lang w:eastAsia="zh-CN"/>
        </w:rPr>
        <w:br/>
      </w:r>
      <w:r>
        <w:rPr>
          <w:lang w:eastAsia="zh-CN"/>
        </w:rPr>
        <w:t>　　3、思想品德目标：培养学生健康的审美情趣，用美学的眼光去观察事物；进一步培养学生对美术的兴趣。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册的重点在于促进学生学习主体性的发挥和个性的张扬。难点是以激发学生学习兴趣为前提兼顾学生个性发展和知识技能两方面的需要，循序渐进的传授基础知识和基本技能。提高学生的生活技能，直接参与并亲身经历各种社会实践活动，鼓励学生寻找各种材料，表达自己丰富多彩的想象。</w:t>
      </w:r>
      <w:r>
        <w:rPr>
          <w:lang w:eastAsia="zh-CN"/>
        </w:rPr>
        <w:br/>
      </w:r>
      <w:r>
        <w:rPr>
          <w:lang w:eastAsia="zh-CN"/>
        </w:rPr>
        <w:t>　　四、方法措施：</w:t>
      </w:r>
      <w:r>
        <w:rPr>
          <w:lang w:eastAsia="zh-CN"/>
        </w:rPr>
        <w:br/>
      </w:r>
      <w:r>
        <w:rPr>
          <w:lang w:eastAsia="zh-CN"/>
        </w:rPr>
        <w:t>　　1、应将学习内容与生活经验紧密联系起来，强调知识和技能在帮助学生美术生活方面的作用，使学生在实际生活中领悟美术的独特价值。</w:t>
      </w:r>
      <w:r>
        <w:rPr>
          <w:lang w:eastAsia="zh-CN"/>
        </w:rPr>
        <w:br/>
      </w:r>
      <w:r>
        <w:rPr>
          <w:lang w:eastAsia="zh-CN"/>
        </w:rPr>
        <w:t>　　2、多种形式，组织学生认识人的.情感、态度、价值观的差异性，人类社会的丰富性，并在一种广泛的文化情境中，认识美术的特征、美术表现的多样性以及美术对社会生活的贡献。同时，培养学生对祖国优秀文化的热爱，对世界多元文化教育的宽容和尊重。</w:t>
      </w:r>
      <w:r>
        <w:rPr>
          <w:lang w:eastAsia="zh-CN"/>
        </w:rPr>
        <w:br/>
      </w:r>
      <w:r>
        <w:rPr>
          <w:lang w:eastAsia="zh-CN"/>
        </w:rPr>
        <w:t>　　3、采用多种办法，使学生思维的流畅性、灵活性和独特性得以发展，最大限度地开发学生的创造潜能，并重视实践能力的培养，使学生具有将创新意识转化为具体成果的能力。通过综合学习和探究学习，引导学生在具体情境中探究与发现，找到不同知识之间的关联，培养学生的创新意识与解决问题的能力。</w:t>
      </w:r>
      <w:r>
        <w:rPr>
          <w:lang w:eastAsia="zh-CN"/>
        </w:rPr>
        <w:br/>
      </w:r>
      <w:r>
        <w:rPr>
          <w:lang w:eastAsia="zh-CN"/>
        </w:rPr>
        <w:t>　　4、教师的评价要体现多维性和多级性，适应不同个性和能力的学生的美术学习状况。</w:t>
      </w:r>
      <w:r>
        <w:rPr>
          <w:lang w:eastAsia="zh-CN"/>
        </w:rPr>
        <w:br/>
      </w:r>
      <w:r>
        <w:rPr>
          <w:lang w:eastAsia="zh-CN"/>
        </w:rPr>
        <w:t>　　五、教学进度表：</w:t>
      </w:r>
      <w:r>
        <w:rPr>
          <w:lang w:eastAsia="zh-CN"/>
        </w:rPr>
        <w:br/>
      </w:r>
      <w:r>
        <w:rPr>
          <w:lang w:eastAsia="zh-CN"/>
        </w:rPr>
        <w:t>　　时 间 计划进度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二月份 第1至5课</w:t>
      </w:r>
      <w:r>
        <w:rPr>
          <w:lang w:eastAsia="zh-CN"/>
        </w:rPr>
        <w:br/>
      </w:r>
      <w:r>
        <w:rPr>
          <w:lang w:eastAsia="zh-CN"/>
        </w:rPr>
        <w:t>　　三月份 第6至10课</w:t>
      </w:r>
      <w:r>
        <w:rPr>
          <w:lang w:eastAsia="zh-CN"/>
        </w:rPr>
        <w:br/>
      </w:r>
      <w:r>
        <w:rPr>
          <w:lang w:eastAsia="zh-CN"/>
        </w:rPr>
        <w:t>　　四月份 第11至15课</w:t>
      </w:r>
      <w:r>
        <w:rPr>
          <w:lang w:eastAsia="zh-CN"/>
        </w:rPr>
        <w:br/>
      </w:r>
      <w:r>
        <w:rPr>
          <w:lang w:eastAsia="zh-CN"/>
        </w:rPr>
        <w:t>　　五月份 第16至20课</w:t>
      </w:r>
      <w:r>
        <w:rPr>
          <w:lang w:eastAsia="zh-CN"/>
        </w:rPr>
        <w:br/>
      </w:r>
      <w:r>
        <w:rPr>
          <w:lang w:eastAsia="zh-CN"/>
        </w:rPr>
        <w:t>　　六月份 第20至25课</w:t>
      </w:r>
      <w:r>
        <w:rPr>
          <w:lang w:eastAsia="zh-CN"/>
        </w:rPr>
        <w:br/>
      </w:r>
      <w:r>
        <w:rPr>
          <w:lang w:eastAsia="zh-CN"/>
        </w:rPr>
        <w:t>　　七月份 期末检测</w:t>
      </w:r>
      <w:r>
        <w:rPr>
          <w:lang w:eastAsia="zh-CN"/>
        </w:rPr>
        <w:br/>
      </w:r>
      <w:r>
        <w:rPr>
          <w:lang w:eastAsia="zh-CN"/>
        </w:rPr>
        <w:t>　　二年级音乐下学期教学计划2</w:t>
      </w:r>
      <w:r>
        <w:rPr>
          <w:lang w:eastAsia="zh-CN"/>
        </w:rPr>
        <w:br/>
      </w:r>
      <w:r>
        <w:rPr>
          <w:lang w:eastAsia="zh-CN"/>
        </w:rPr>
        <w:t>　　到郊外去</w:t>
      </w:r>
      <w:r>
        <w:rPr>
          <w:lang w:eastAsia="zh-CN"/>
        </w:rPr>
        <w:br/>
      </w:r>
      <w:r>
        <w:rPr>
          <w:lang w:eastAsia="zh-CN"/>
        </w:rPr>
        <w:t>　　欣赏出发</w:t>
      </w:r>
      <w:r>
        <w:rPr>
          <w:lang w:eastAsia="zh-CN"/>
        </w:rPr>
        <w:br/>
      </w:r>
      <w:r>
        <w:rPr>
          <w:lang w:eastAsia="zh-CN"/>
        </w:rPr>
        <w:t>　　唱歌郊游</w:t>
      </w:r>
      <w:r>
        <w:rPr>
          <w:lang w:eastAsia="zh-CN"/>
        </w:rPr>
        <w:br/>
      </w:r>
      <w:r>
        <w:rPr>
          <w:lang w:eastAsia="zh-CN"/>
        </w:rPr>
        <w:t>　　唱歌山谷回音真好听</w:t>
      </w:r>
      <w:r>
        <w:rPr>
          <w:lang w:eastAsia="zh-CN"/>
        </w:rPr>
        <w:br/>
      </w:r>
      <w:r>
        <w:rPr>
          <w:lang w:eastAsia="zh-CN"/>
        </w:rPr>
        <w:t>　　创编山谷回音</w:t>
      </w:r>
      <w:r>
        <w:rPr>
          <w:lang w:eastAsia="zh-CN"/>
        </w:rPr>
        <w:br/>
      </w:r>
      <w:r>
        <w:rPr>
          <w:lang w:eastAsia="zh-CN"/>
        </w:rPr>
        <w:t>　　欣赏火车咔咔咔</w:t>
      </w:r>
      <w:r>
        <w:rPr>
          <w:lang w:eastAsia="zh-CN"/>
        </w:rPr>
        <w:br/>
      </w:r>
      <w:r>
        <w:rPr>
          <w:lang w:eastAsia="zh-CN"/>
        </w:rPr>
        <w:t>　　编创开火车</w:t>
      </w:r>
      <w:r>
        <w:rPr>
          <w:lang w:eastAsia="zh-CN"/>
        </w:rPr>
        <w:br/>
      </w:r>
      <w:r>
        <w:rPr>
          <w:lang w:eastAsia="zh-CN"/>
        </w:rPr>
        <w:t>　　健康歌</w:t>
      </w:r>
      <w:r>
        <w:rPr>
          <w:lang w:eastAsia="zh-CN"/>
        </w:rPr>
        <w:br/>
      </w:r>
      <w:r>
        <w:rPr>
          <w:lang w:eastAsia="zh-CN"/>
        </w:rPr>
        <w:t>　　歌表演健康歌</w:t>
      </w:r>
      <w:r>
        <w:rPr>
          <w:lang w:eastAsia="zh-CN"/>
        </w:rPr>
        <w:br/>
      </w:r>
      <w:r>
        <w:rPr>
          <w:lang w:eastAsia="zh-CN"/>
        </w:rPr>
        <w:t>　　唱歌小雪橇</w:t>
      </w:r>
      <w:r>
        <w:rPr>
          <w:lang w:eastAsia="zh-CN"/>
        </w:rPr>
        <w:br/>
      </w:r>
      <w:r>
        <w:rPr>
          <w:lang w:eastAsia="zh-CN"/>
        </w:rPr>
        <w:t>　　欣赏乒乓变奏曲</w:t>
      </w:r>
      <w:r>
        <w:rPr>
          <w:lang w:eastAsia="zh-CN"/>
        </w:rPr>
        <w:br/>
      </w:r>
      <w:r>
        <w:rPr>
          <w:lang w:eastAsia="zh-CN"/>
        </w:rPr>
        <w:t>　　欣赏踢毽子</w:t>
      </w:r>
      <w:r>
        <w:rPr>
          <w:lang w:eastAsia="zh-CN"/>
        </w:rPr>
        <w:br/>
      </w:r>
      <w:r>
        <w:rPr>
          <w:lang w:eastAsia="zh-CN"/>
        </w:rPr>
        <w:t>　　哦，十分钟</w:t>
      </w:r>
      <w:r>
        <w:rPr>
          <w:lang w:eastAsia="zh-CN"/>
        </w:rPr>
        <w:br/>
      </w:r>
      <w:r>
        <w:rPr>
          <w:lang w:eastAsia="zh-CN"/>
        </w:rPr>
        <w:t>　　歌表演请来看看我们的村庄</w:t>
      </w:r>
      <w:r>
        <w:rPr>
          <w:lang w:eastAsia="zh-CN"/>
        </w:rPr>
        <w:br/>
      </w:r>
      <w:r>
        <w:rPr>
          <w:lang w:eastAsia="zh-CN"/>
        </w:rPr>
        <w:t>　　欣赏口哨与小狗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唱歌螃蟹歌</w:t>
      </w:r>
      <w:r>
        <w:rPr>
          <w:lang w:eastAsia="zh-CN"/>
        </w:rPr>
        <w:br/>
      </w:r>
      <w:r>
        <w:rPr>
          <w:lang w:eastAsia="zh-CN"/>
        </w:rPr>
        <w:t>　　欣赏杜鹃圆舞曲</w:t>
      </w:r>
      <w:r>
        <w:rPr>
          <w:lang w:eastAsia="zh-CN"/>
        </w:rPr>
        <w:br/>
      </w:r>
      <w:r>
        <w:rPr>
          <w:lang w:eastAsia="zh-CN"/>
        </w:rPr>
        <w:t>　　唱歌老牛和小样</w:t>
      </w:r>
      <w:r>
        <w:rPr>
          <w:lang w:eastAsia="zh-CN"/>
        </w:rPr>
        <w:br/>
      </w:r>
      <w:r>
        <w:rPr>
          <w:lang w:eastAsia="zh-CN"/>
        </w:rPr>
        <w:t>　　活动动物联欢会</w:t>
      </w:r>
      <w:r>
        <w:rPr>
          <w:lang w:eastAsia="zh-CN"/>
        </w:rPr>
        <w:br/>
      </w:r>
      <w:r>
        <w:rPr>
          <w:lang w:eastAsia="zh-CN"/>
        </w:rPr>
        <w:t>　　五十六朵花</w:t>
      </w:r>
      <w:r>
        <w:rPr>
          <w:lang w:eastAsia="zh-CN"/>
        </w:rPr>
        <w:br/>
      </w:r>
      <w:r>
        <w:rPr>
          <w:lang w:eastAsia="zh-CN"/>
        </w:rPr>
        <w:t>　　唱歌阿西里西</w:t>
      </w:r>
      <w:r>
        <w:rPr>
          <w:lang w:eastAsia="zh-CN"/>
        </w:rPr>
        <w:br/>
      </w:r>
      <w:r>
        <w:rPr>
          <w:lang w:eastAsia="zh-CN"/>
        </w:rPr>
        <w:t>　　欣赏快乐的牧羊人</w:t>
      </w:r>
      <w:r>
        <w:rPr>
          <w:lang w:eastAsia="zh-CN"/>
        </w:rPr>
        <w:br/>
      </w:r>
      <w:r>
        <w:rPr>
          <w:lang w:eastAsia="zh-CN"/>
        </w:rPr>
        <w:t>　　欣赏宜兰童谣(片段)</w:t>
      </w:r>
      <w:r>
        <w:rPr>
          <w:lang w:eastAsia="zh-CN"/>
        </w:rPr>
        <w:br/>
      </w:r>
      <w:r>
        <w:rPr>
          <w:lang w:eastAsia="zh-CN"/>
        </w:rPr>
        <w:t>　　欣赏滚核桃</w:t>
      </w:r>
      <w:r>
        <w:rPr>
          <w:lang w:eastAsia="zh-CN"/>
        </w:rPr>
        <w:br/>
      </w:r>
      <w:r>
        <w:rPr>
          <w:lang w:eastAsia="zh-CN"/>
        </w:rPr>
        <w:t>　　编创小羊过桥</w:t>
      </w:r>
      <w:r>
        <w:rPr>
          <w:lang w:eastAsia="zh-CN"/>
        </w:rPr>
        <w:br/>
      </w:r>
      <w:r>
        <w:rPr>
          <w:lang w:eastAsia="zh-CN"/>
        </w:rPr>
        <w:t>　　歌表演我的家在日喀则</w:t>
      </w:r>
      <w:r>
        <w:rPr>
          <w:lang w:eastAsia="zh-CN"/>
        </w:rPr>
        <w:br/>
      </w:r>
      <w:r>
        <w:rPr>
          <w:lang w:eastAsia="zh-CN"/>
        </w:rPr>
        <w:t>　　调皮的小闹钟</w:t>
      </w:r>
      <w:r>
        <w:rPr>
          <w:lang w:eastAsia="zh-CN"/>
        </w:rPr>
        <w:br/>
      </w:r>
      <w:r>
        <w:rPr>
          <w:lang w:eastAsia="zh-CN"/>
        </w:rPr>
        <w:t>　　唱歌每天</w:t>
      </w:r>
      <w:r>
        <w:rPr>
          <w:lang w:eastAsia="zh-CN"/>
        </w:rPr>
        <w:br/>
      </w:r>
      <w:r>
        <w:rPr>
          <w:lang w:eastAsia="zh-CN"/>
        </w:rPr>
        <w:t>　　欣赏调皮的小闹钟</w:t>
      </w:r>
      <w:r>
        <w:rPr>
          <w:lang w:eastAsia="zh-CN"/>
        </w:rPr>
        <w:br/>
      </w:r>
      <w:r>
        <w:rPr>
          <w:lang w:eastAsia="zh-CN"/>
        </w:rPr>
        <w:t>　　唱歌时间像小马车</w:t>
      </w:r>
      <w:r>
        <w:rPr>
          <w:lang w:eastAsia="zh-CN"/>
        </w:rPr>
        <w:br/>
      </w:r>
      <w:r>
        <w:rPr>
          <w:lang w:eastAsia="zh-CN"/>
        </w:rPr>
        <w:t>　　欣赏在钟表店里</w:t>
      </w:r>
      <w:r>
        <w:rPr>
          <w:lang w:eastAsia="zh-CN"/>
        </w:rPr>
        <w:br/>
      </w:r>
      <w:r>
        <w:rPr>
          <w:lang w:eastAsia="zh-CN"/>
        </w:rPr>
        <w:t>　　唱歌大钟和小钟</w:t>
      </w:r>
      <w:r>
        <w:rPr>
          <w:lang w:eastAsia="zh-CN"/>
        </w:rPr>
        <w:br/>
      </w:r>
      <w:r>
        <w:rPr>
          <w:lang w:eastAsia="zh-CN"/>
        </w:rPr>
        <w:t>　　编创大钟小钟一起响</w:t>
      </w:r>
      <w:r>
        <w:rPr>
          <w:lang w:eastAsia="zh-CN"/>
        </w:rPr>
        <w:br/>
      </w:r>
      <w:r>
        <w:rPr>
          <w:lang w:eastAsia="zh-CN"/>
        </w:rPr>
        <w:t>　　童年的游戏</w:t>
      </w:r>
      <w:r>
        <w:rPr>
          <w:lang w:eastAsia="zh-CN"/>
        </w:rPr>
        <w:br/>
      </w:r>
      <w:r>
        <w:rPr>
          <w:lang w:eastAsia="zh-CN"/>
        </w:rPr>
        <w:t>　　唱歌打花巴掌</w:t>
      </w:r>
      <w:r>
        <w:rPr>
          <w:lang w:eastAsia="zh-CN"/>
        </w:rPr>
        <w:br/>
      </w:r>
      <w:r>
        <w:rPr>
          <w:lang w:eastAsia="zh-CN"/>
        </w:rPr>
        <w:t>　　陀螺</w:t>
      </w:r>
      <w:r>
        <w:rPr>
          <w:lang w:eastAsia="zh-CN"/>
        </w:rPr>
        <w:br/>
      </w:r>
      <w:r>
        <w:rPr>
          <w:lang w:eastAsia="zh-CN"/>
        </w:rPr>
        <w:t>　　交响曲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幸福拍手歌</w:t>
      </w:r>
      <w:r>
        <w:rPr>
          <w:lang w:eastAsia="zh-CN"/>
        </w:rPr>
        <w:br/>
      </w:r>
      <w:r>
        <w:rPr>
          <w:lang w:eastAsia="zh-CN"/>
        </w:rPr>
        <w:t xml:space="preserve">    二年级下学期数学教师工作计划 篇8 </w:t>
      </w:r>
      <w:r>
        <w:rPr>
          <w:lang w:eastAsia="zh-CN"/>
        </w:rPr>
        <w:br/>
      </w:r>
      <w:r>
        <w:rPr>
          <w:lang w:eastAsia="zh-CN"/>
        </w:rPr>
        <w:t>　　一、教材分析</w:t>
      </w:r>
      <w:r>
        <w:rPr>
          <w:lang w:eastAsia="zh-CN"/>
        </w:rPr>
        <w:br/>
      </w:r>
      <w:r>
        <w:rPr>
          <w:lang w:eastAsia="zh-CN"/>
        </w:rPr>
        <w:t>　　这套书是以审美为中心，以音乐文化为主线，以音乐学科为基点，加强实践与创造，加强综合与渗透把激发学生学习音乐的兴趣贯穿始终。</w:t>
      </w:r>
      <w:r>
        <w:rPr>
          <w:lang w:eastAsia="zh-CN"/>
        </w:rPr>
        <w:br/>
      </w:r>
      <w:r>
        <w:rPr>
          <w:lang w:eastAsia="zh-CN"/>
        </w:rPr>
        <w:t>　　音乐教育的本质是审美教育，离开了审美为中心的音乐教育将是一潭死水。美的感染必须通过自身的体验才能获得，因此，音乐审美教育不仅要完整地体现在课程中，更要体现在音乐教学活动中。</w:t>
      </w:r>
      <w:r>
        <w:rPr>
          <w:lang w:eastAsia="zh-CN"/>
        </w:rPr>
        <w:br/>
      </w:r>
      <w:r>
        <w:rPr>
          <w:lang w:eastAsia="zh-CN"/>
        </w:rPr>
        <w:t>　　二、教学内容和基本要求</w:t>
      </w:r>
      <w:r>
        <w:rPr>
          <w:lang w:eastAsia="zh-CN"/>
        </w:rPr>
        <w:br/>
      </w:r>
      <w:r>
        <w:rPr>
          <w:lang w:eastAsia="zh-CN"/>
        </w:rPr>
        <w:t>　　1、知道演唱的正确姿势。能够对指挥动作及前奏作出反应。</w:t>
      </w:r>
      <w:r>
        <w:rPr>
          <w:lang w:eastAsia="zh-CN"/>
        </w:rPr>
        <w:br/>
      </w:r>
      <w:r>
        <w:rPr>
          <w:lang w:eastAsia="zh-CN"/>
        </w:rPr>
        <w:t>　　2、参与各种演唱活动。</w:t>
      </w:r>
      <w:r>
        <w:rPr>
          <w:lang w:eastAsia="zh-CN"/>
        </w:rPr>
        <w:br/>
      </w:r>
      <w:r>
        <w:rPr>
          <w:lang w:eastAsia="zh-CN"/>
        </w:rPr>
        <w:t>　　3、能够用自然的声音，按照节奏有表情地独唱或参与齐唱。</w:t>
      </w:r>
      <w:r>
        <w:rPr>
          <w:lang w:eastAsia="zh-CN"/>
        </w:rPr>
        <w:br/>
      </w:r>
      <w:r>
        <w:rPr>
          <w:lang w:eastAsia="zh-CN"/>
        </w:rPr>
        <w:t>　　4、能采用不同的力度、速度表现歌曲的情绪。</w:t>
      </w:r>
      <w:r>
        <w:rPr>
          <w:lang w:eastAsia="zh-CN"/>
        </w:rPr>
        <w:br/>
      </w:r>
      <w:r>
        <w:rPr>
          <w:lang w:eastAsia="zh-CN"/>
        </w:rPr>
        <w:t>　　5、能够背唱4~~6首歌曲。</w:t>
      </w:r>
      <w:r>
        <w:rPr>
          <w:lang w:eastAsia="zh-CN"/>
        </w:rPr>
        <w:br/>
      </w:r>
      <w:r>
        <w:rPr>
          <w:lang w:eastAsia="zh-CN"/>
        </w:rPr>
        <w:t>　　三、教学目的</w:t>
      </w:r>
      <w:r>
        <w:rPr>
          <w:lang w:eastAsia="zh-CN"/>
        </w:rPr>
        <w:br/>
      </w:r>
      <w:r>
        <w:rPr>
          <w:lang w:eastAsia="zh-CN"/>
        </w:rPr>
        <w:t>　　1、培养学生对音乐的兴趣、爱好和对祖国音乐艺术的感情，引导学生积极参与音乐实践活动。</w:t>
      </w:r>
      <w:r>
        <w:rPr>
          <w:lang w:eastAsia="zh-CN"/>
        </w:rPr>
        <w:br/>
      </w:r>
      <w:r>
        <w:rPr>
          <w:lang w:eastAsia="zh-CN"/>
        </w:rPr>
        <w:t>　　2、通过音乐实践活动，丰富情感体验，培养审美情趣，促进个性的和谐发展。使学生具有初步的感受音乐、表现音乐的能力。</w:t>
      </w:r>
      <w:r>
        <w:rPr>
          <w:lang w:eastAsia="zh-CN"/>
        </w:rPr>
        <w:br/>
      </w:r>
      <w:r>
        <w:rPr>
          <w:lang w:eastAsia="zh-CN"/>
        </w:rPr>
        <w:t>　　3、学习我国优秀的民族民间音乐，接触外国优秀音乐作品，扩大文化视野。掌握浅显的音乐基础知识和简单的音乐技能。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4、突出音乐学科的特点，把爱国主义、集体主义精神的培养渗透到音乐教育中。启迪智慧，培养合作意识和乐观向上的生活态度。</w:t>
      </w:r>
      <w:r>
        <w:rPr>
          <w:lang w:eastAsia="zh-CN"/>
        </w:rPr>
        <w:br/>
      </w:r>
      <w:r>
        <w:rPr>
          <w:lang w:eastAsia="zh-CN"/>
        </w:rPr>
        <w:t>　　四、教学重点难点</w:t>
      </w:r>
      <w:r>
        <w:rPr>
          <w:lang w:eastAsia="zh-CN"/>
        </w:rPr>
        <w:br/>
      </w:r>
      <w:r>
        <w:rPr>
          <w:lang w:eastAsia="zh-CN"/>
        </w:rPr>
        <w:t>　　1、能够参与综合性艺术表演活动。</w:t>
      </w:r>
      <w:r>
        <w:rPr>
          <w:lang w:eastAsia="zh-CN"/>
        </w:rPr>
        <w:br/>
      </w:r>
      <w:r>
        <w:rPr>
          <w:lang w:eastAsia="zh-CN"/>
        </w:rPr>
        <w:t>　　2、能够配合歌曲、音乐用身体做动作。</w:t>
      </w:r>
      <w:r>
        <w:rPr>
          <w:lang w:eastAsia="zh-CN"/>
        </w:rPr>
        <w:br/>
      </w:r>
      <w:r>
        <w:rPr>
          <w:lang w:eastAsia="zh-CN"/>
        </w:rPr>
        <w:t>　　3、能够在律动、音乐游戏、歌表演等活动中与他人合作。</w:t>
      </w:r>
      <w:r>
        <w:rPr>
          <w:lang w:eastAsia="zh-CN"/>
        </w:rPr>
        <w:br/>
      </w:r>
      <w:r>
        <w:rPr>
          <w:lang w:eastAsia="zh-CN"/>
        </w:rPr>
        <w:t>　　4、识读乐谱</w:t>
      </w:r>
      <w:r>
        <w:rPr>
          <w:lang w:eastAsia="zh-CN"/>
        </w:rPr>
        <w:br/>
      </w:r>
      <w:r>
        <w:rPr>
          <w:lang w:eastAsia="zh-CN"/>
        </w:rPr>
        <w:t>　　（1）认识简单的节奏符号。</w:t>
      </w:r>
      <w:r>
        <w:rPr>
          <w:lang w:eastAsia="zh-CN"/>
        </w:rPr>
        <w:br/>
      </w:r>
      <w:r>
        <w:rPr>
          <w:lang w:eastAsia="zh-CN"/>
        </w:rPr>
        <w:t>　　（2）能够用声音、语言、身体动作表现简单的节奏。</w:t>
      </w:r>
      <w:r>
        <w:rPr>
          <w:lang w:eastAsia="zh-CN"/>
        </w:rPr>
        <w:br/>
      </w:r>
      <w:r>
        <w:rPr>
          <w:lang w:eastAsia="zh-CN"/>
        </w:rPr>
        <w:t>　　（3）能够用唱名模唱简单乐谱。</w:t>
      </w:r>
      <w:r>
        <w:rPr>
          <w:lang w:eastAsia="zh-CN"/>
        </w:rPr>
        <w:br/>
      </w:r>
      <w:r>
        <w:rPr>
          <w:lang w:eastAsia="zh-CN"/>
        </w:rPr>
        <w:t>　　五、教学进度安排</w:t>
      </w:r>
      <w:r>
        <w:rPr>
          <w:lang w:eastAsia="zh-CN"/>
        </w:rPr>
        <w:br/>
      </w:r>
      <w:r>
        <w:rPr>
          <w:lang w:eastAsia="zh-CN"/>
        </w:rPr>
        <w:t>　　课题课时数</w:t>
      </w:r>
      <w:r>
        <w:rPr>
          <w:lang w:eastAsia="zh-CN"/>
        </w:rPr>
        <w:br/>
      </w:r>
      <w:r>
        <w:rPr>
          <w:lang w:eastAsia="zh-CN"/>
        </w:rPr>
        <w:t>　　第一单元到郊外去4课时</w:t>
      </w:r>
      <w:r>
        <w:rPr>
          <w:lang w:eastAsia="zh-CN"/>
        </w:rPr>
        <w:br/>
      </w:r>
      <w:r>
        <w:rPr>
          <w:lang w:eastAsia="zh-CN"/>
        </w:rPr>
        <w:t>　　第二单元健康歌3课时</w:t>
      </w:r>
      <w:r>
        <w:rPr>
          <w:lang w:eastAsia="zh-CN"/>
        </w:rPr>
        <w:br/>
      </w:r>
      <w:r>
        <w:rPr>
          <w:lang w:eastAsia="zh-CN"/>
        </w:rPr>
        <w:t>　　第三单元音乐中的动物5课时</w:t>
      </w:r>
      <w:r>
        <w:rPr>
          <w:lang w:eastAsia="zh-CN"/>
        </w:rPr>
        <w:br/>
      </w:r>
      <w:r>
        <w:rPr>
          <w:lang w:eastAsia="zh-CN"/>
        </w:rPr>
        <w:t>　　第四单元五十六朵花4课时</w:t>
      </w:r>
      <w:r>
        <w:rPr>
          <w:lang w:eastAsia="zh-CN"/>
        </w:rPr>
        <w:br/>
      </w:r>
      <w:r>
        <w:rPr>
          <w:lang w:eastAsia="zh-CN"/>
        </w:rPr>
        <w:t>　　第五单元调皮的`小闹钟4课时</w:t>
      </w:r>
      <w:r>
        <w:rPr>
          <w:lang w:eastAsia="zh-CN"/>
        </w:rPr>
        <w:br/>
      </w:r>
      <w:r>
        <w:rPr>
          <w:lang w:eastAsia="zh-CN"/>
        </w:rPr>
        <w:t>　　第六单元童年的游戏4课时</w:t>
      </w:r>
      <w:r>
        <w:rPr>
          <w:lang w:eastAsia="zh-CN"/>
        </w:rPr>
        <w:br/>
      </w:r>
      <w:r>
        <w:rPr>
          <w:lang w:eastAsia="zh-CN"/>
        </w:rPr>
        <w:t>　　到郊外去</w:t>
      </w:r>
      <w:r>
        <w:rPr>
          <w:lang w:eastAsia="zh-CN"/>
        </w:rPr>
        <w:br/>
      </w:r>
      <w:r>
        <w:rPr>
          <w:lang w:eastAsia="zh-CN"/>
        </w:rPr>
        <w:t>　　欣赏出发</w:t>
      </w:r>
      <w:r>
        <w:rPr>
          <w:lang w:eastAsia="zh-CN"/>
        </w:rPr>
        <w:br/>
      </w:r>
      <w:r>
        <w:rPr>
          <w:lang w:eastAsia="zh-CN"/>
        </w:rPr>
        <w:t>　　唱歌郊游</w:t>
      </w:r>
      <w:r>
        <w:rPr>
          <w:lang w:eastAsia="zh-CN"/>
        </w:rPr>
        <w:br/>
      </w:r>
      <w:r>
        <w:rPr>
          <w:lang w:eastAsia="zh-CN"/>
        </w:rPr>
        <w:t>　　唱歌山谷回音真好听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创编山谷回音</w:t>
      </w:r>
      <w:r>
        <w:rPr>
          <w:lang w:eastAsia="zh-CN"/>
        </w:rPr>
        <w:br/>
      </w:r>
      <w:r>
        <w:rPr>
          <w:lang w:eastAsia="zh-CN"/>
        </w:rPr>
        <w:t>　　欣赏火车咔咔咔</w:t>
      </w:r>
      <w:r>
        <w:rPr>
          <w:lang w:eastAsia="zh-CN"/>
        </w:rPr>
        <w:br/>
      </w:r>
      <w:r>
        <w:rPr>
          <w:lang w:eastAsia="zh-CN"/>
        </w:rPr>
        <w:t>　　编创开火车</w:t>
      </w:r>
      <w:r>
        <w:rPr>
          <w:lang w:eastAsia="zh-CN"/>
        </w:rPr>
        <w:br/>
      </w:r>
      <w:r>
        <w:rPr>
          <w:lang w:eastAsia="zh-CN"/>
        </w:rPr>
        <w:t>　　健康歌</w:t>
      </w:r>
      <w:r>
        <w:rPr>
          <w:lang w:eastAsia="zh-CN"/>
        </w:rPr>
        <w:br/>
      </w:r>
      <w:r>
        <w:rPr>
          <w:lang w:eastAsia="zh-CN"/>
        </w:rPr>
        <w:t>　　歌表演健康歌</w:t>
      </w:r>
      <w:r>
        <w:rPr>
          <w:lang w:eastAsia="zh-CN"/>
        </w:rPr>
        <w:br/>
      </w:r>
      <w:r>
        <w:rPr>
          <w:lang w:eastAsia="zh-CN"/>
        </w:rPr>
        <w:t>　　唱歌小雪橇</w:t>
      </w:r>
      <w:r>
        <w:rPr>
          <w:lang w:eastAsia="zh-CN"/>
        </w:rPr>
        <w:br/>
      </w:r>
      <w:r>
        <w:rPr>
          <w:lang w:eastAsia="zh-CN"/>
        </w:rPr>
        <w:t>　　欣赏乒乓变奏曲</w:t>
      </w:r>
      <w:r>
        <w:rPr>
          <w:lang w:eastAsia="zh-CN"/>
        </w:rPr>
        <w:br/>
      </w:r>
      <w:r>
        <w:rPr>
          <w:lang w:eastAsia="zh-CN"/>
        </w:rPr>
        <w:t>　　欣赏踢毽子</w:t>
      </w:r>
      <w:r>
        <w:rPr>
          <w:lang w:eastAsia="zh-CN"/>
        </w:rPr>
        <w:br/>
      </w:r>
      <w:r>
        <w:rPr>
          <w:lang w:eastAsia="zh-CN"/>
        </w:rPr>
        <w:t>　　哦，十分钟</w:t>
      </w:r>
      <w:r>
        <w:rPr>
          <w:lang w:eastAsia="zh-CN"/>
        </w:rPr>
        <w:br/>
      </w:r>
      <w:r>
        <w:rPr>
          <w:lang w:eastAsia="zh-CN"/>
        </w:rPr>
        <w:t>　　歌表演请来看看我们的村庄</w:t>
      </w:r>
      <w:r>
        <w:rPr>
          <w:lang w:eastAsia="zh-CN"/>
        </w:rPr>
        <w:br/>
      </w:r>
      <w:r>
        <w:rPr>
          <w:lang w:eastAsia="zh-CN"/>
        </w:rPr>
        <w:t>　　欣赏口哨与小狗</w:t>
      </w:r>
      <w:r>
        <w:rPr>
          <w:lang w:eastAsia="zh-CN"/>
        </w:rPr>
        <w:br/>
      </w:r>
      <w:r>
        <w:rPr>
          <w:lang w:eastAsia="zh-CN"/>
        </w:rPr>
        <w:t>　　唱歌螃蟹歌</w:t>
      </w:r>
      <w:r>
        <w:rPr>
          <w:lang w:eastAsia="zh-CN"/>
        </w:rPr>
        <w:br/>
      </w:r>
      <w:r>
        <w:rPr>
          <w:lang w:eastAsia="zh-CN"/>
        </w:rPr>
        <w:t>　　欣赏杜鹃圆舞曲</w:t>
      </w:r>
      <w:r>
        <w:rPr>
          <w:lang w:eastAsia="zh-CN"/>
        </w:rPr>
        <w:br/>
      </w:r>
      <w:r>
        <w:rPr>
          <w:lang w:eastAsia="zh-CN"/>
        </w:rPr>
        <w:t>　　唱歌老牛和小样</w:t>
      </w:r>
      <w:r>
        <w:rPr>
          <w:lang w:eastAsia="zh-CN"/>
        </w:rPr>
        <w:br/>
      </w:r>
      <w:r>
        <w:rPr>
          <w:lang w:eastAsia="zh-CN"/>
        </w:rPr>
        <w:t>　　活动动物联欢会</w:t>
      </w:r>
      <w:r>
        <w:rPr>
          <w:lang w:eastAsia="zh-CN"/>
        </w:rPr>
        <w:br/>
      </w:r>
      <w:r>
        <w:rPr>
          <w:lang w:eastAsia="zh-CN"/>
        </w:rPr>
        <w:t>　　五十六朵花</w:t>
      </w:r>
      <w:r>
        <w:rPr>
          <w:lang w:eastAsia="zh-CN"/>
        </w:rPr>
        <w:br/>
      </w:r>
      <w:r>
        <w:rPr>
          <w:lang w:eastAsia="zh-CN"/>
        </w:rPr>
        <w:t>　　唱歌阿西里西</w:t>
      </w:r>
      <w:r>
        <w:rPr>
          <w:lang w:eastAsia="zh-CN"/>
        </w:rPr>
        <w:br/>
      </w:r>
      <w:r>
        <w:rPr>
          <w:lang w:eastAsia="zh-CN"/>
        </w:rPr>
        <w:t>　　欣赏快乐的牧羊人</w:t>
      </w:r>
      <w:r>
        <w:rPr>
          <w:lang w:eastAsia="zh-CN"/>
        </w:rPr>
        <w:br/>
      </w:r>
      <w:r>
        <w:rPr>
          <w:lang w:eastAsia="zh-CN"/>
        </w:rPr>
        <w:t>　　欣赏宜兰童谣(片段)</w:t>
      </w:r>
      <w:r>
        <w:rPr>
          <w:lang w:eastAsia="zh-CN"/>
        </w:rPr>
        <w:br/>
      </w:r>
      <w:r>
        <w:rPr>
          <w:lang w:eastAsia="zh-CN"/>
        </w:rPr>
        <w:t>　　欣赏滚核桃</w:t>
      </w:r>
      <w:r>
        <w:rPr>
          <w:lang w:eastAsia="zh-CN"/>
        </w:rPr>
        <w:br/>
      </w:r>
      <w:r>
        <w:rPr>
          <w:lang w:eastAsia="zh-CN"/>
        </w:rPr>
        <w:t>　　编创小羊过桥</w:t>
      </w:r>
      <w:r>
        <w:rPr>
          <w:lang w:eastAsia="zh-CN"/>
        </w:rPr>
        <w:br/>
      </w:r>
      <w:r>
        <w:rPr>
          <w:lang w:eastAsia="zh-CN"/>
        </w:rPr>
        <w:t>　　歌表演我的家在日喀则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调皮的小闹钟</w:t>
      </w:r>
      <w:r>
        <w:rPr>
          <w:lang w:eastAsia="zh-CN"/>
        </w:rPr>
        <w:br/>
      </w:r>
      <w:r>
        <w:rPr>
          <w:lang w:eastAsia="zh-CN"/>
        </w:rPr>
        <w:t>　　唱歌每天</w:t>
      </w:r>
      <w:r>
        <w:rPr>
          <w:lang w:eastAsia="zh-CN"/>
        </w:rPr>
        <w:br/>
      </w:r>
      <w:r>
        <w:rPr>
          <w:lang w:eastAsia="zh-CN"/>
        </w:rPr>
        <w:t>　　欣赏调皮的小闹钟</w:t>
      </w:r>
      <w:r>
        <w:rPr>
          <w:lang w:eastAsia="zh-CN"/>
        </w:rPr>
        <w:br/>
      </w:r>
      <w:r>
        <w:rPr>
          <w:lang w:eastAsia="zh-CN"/>
        </w:rPr>
        <w:t>　　唱歌时间像小马车</w:t>
      </w:r>
      <w:r>
        <w:rPr>
          <w:lang w:eastAsia="zh-CN"/>
        </w:rPr>
        <w:br/>
      </w:r>
      <w:r>
        <w:rPr>
          <w:lang w:eastAsia="zh-CN"/>
        </w:rPr>
        <w:t>　　欣赏在钟表店里</w:t>
      </w:r>
      <w:r>
        <w:rPr>
          <w:lang w:eastAsia="zh-CN"/>
        </w:rPr>
        <w:br/>
      </w:r>
      <w:r>
        <w:rPr>
          <w:lang w:eastAsia="zh-CN"/>
        </w:rPr>
        <w:t>　　唱歌大钟和小钟</w:t>
      </w:r>
      <w:r>
        <w:rPr>
          <w:lang w:eastAsia="zh-CN"/>
        </w:rPr>
        <w:br/>
      </w:r>
      <w:r>
        <w:rPr>
          <w:lang w:eastAsia="zh-CN"/>
        </w:rPr>
        <w:t>　　编创大钟小钟一起响</w:t>
      </w:r>
      <w:r>
        <w:rPr>
          <w:lang w:eastAsia="zh-CN"/>
        </w:rPr>
        <w:br/>
      </w:r>
      <w:r>
        <w:rPr>
          <w:lang w:eastAsia="zh-CN"/>
        </w:rPr>
        <w:t>　　童年的游戏</w:t>
      </w:r>
      <w:r>
        <w:rPr>
          <w:lang w:eastAsia="zh-CN"/>
        </w:rPr>
        <w:br/>
      </w:r>
      <w:r>
        <w:rPr>
          <w:lang w:eastAsia="zh-CN"/>
        </w:rPr>
        <w:t>　　唱歌打花巴掌</w:t>
      </w:r>
      <w:r>
        <w:rPr>
          <w:lang w:eastAsia="zh-CN"/>
        </w:rPr>
        <w:br/>
      </w:r>
      <w:r>
        <w:rPr>
          <w:lang w:eastAsia="zh-CN"/>
        </w:rPr>
        <w:t>　　陀螺</w:t>
      </w:r>
      <w:r>
        <w:rPr>
          <w:lang w:eastAsia="zh-CN"/>
        </w:rPr>
        <w:br/>
      </w:r>
      <w:r>
        <w:rPr>
          <w:lang w:eastAsia="zh-CN"/>
        </w:rPr>
        <w:t>　　交响曲</w:t>
      </w:r>
      <w:r>
        <w:rPr>
          <w:lang w:eastAsia="zh-CN"/>
        </w:rPr>
        <w:br/>
      </w:r>
      <w:r>
        <w:rPr>
          <w:lang w:eastAsia="zh-CN"/>
        </w:rPr>
        <w:t>　　幸福拍手歌　</w:t>
      </w:r>
      <w:r>
        <w:rPr>
          <w:lang w:eastAsia="zh-CN"/>
        </w:rPr>
        <w:br/>
      </w:r>
      <w:r>
        <w:rPr>
          <w:lang w:eastAsia="zh-CN"/>
        </w:rPr>
        <w:t xml:space="preserve">    二年级下学期数学教师工作计划 篇9 </w:t>
      </w:r>
      <w:r>
        <w:rPr>
          <w:lang w:eastAsia="zh-CN"/>
        </w:rPr>
        <w:br/>
      </w:r>
      <w:r>
        <w:rPr>
          <w:lang w:eastAsia="zh-CN"/>
        </w:rPr>
        <w:t>　　一个好班主任就是一个好班群众.为了让班级充满活力与创新，为了能更好地塑造孩子们的心灵，让他们得到全面的发展，也为了使新学期班级上能有更新的气息，特制班主任工作计划如下：</w:t>
      </w:r>
      <w:r>
        <w:rPr>
          <w:lang w:eastAsia="zh-CN"/>
        </w:rPr>
        <w:br/>
      </w:r>
      <w:r>
        <w:rPr>
          <w:lang w:eastAsia="zh-CN"/>
        </w:rPr>
        <w:t>　　一、常规教育方面</w:t>
      </w:r>
      <w:r>
        <w:rPr>
          <w:lang w:eastAsia="zh-CN"/>
        </w:rPr>
        <w:br/>
      </w:r>
      <w:r>
        <w:rPr>
          <w:lang w:eastAsia="zh-CN"/>
        </w:rPr>
        <w:t>　　从热闹的假期踏入新学期，学生的心神松散，为了使学生能够及早进入主角，再次适应学校紧张而又丰富多彩的生活，这就要班主任在日常生活中能有序的引导，时时处处向学生进行有针对性的常规教育.因此，我决定从以下几点入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充分利用每一天的作业辅导和队会时间学习对学生进行教育，并在日常学习的过程中让学生明白什么行为是对的，什么是不对的，使学生养成良好的学习和生活习惯.如：见师长热情问好，上下楼梯学会礼让。教给学生待人接物的基本礼仪。</w:t>
      </w:r>
      <w:r>
        <w:rPr>
          <w:lang w:eastAsia="zh-CN"/>
        </w:rPr>
        <w:br/>
      </w:r>
      <w:r>
        <w:rPr>
          <w:lang w:eastAsia="zh-CN"/>
        </w:rPr>
        <w:t>　　2、充分发挥各项活动中的教育阵地的作用，增强学生的荣誉感，使学生心中有他人，有群众.比如:能够利用每周模范班级的评比活动，对学生进行思想行为教育.另外，还要进一步规范学生的行为习惯。</w:t>
      </w:r>
      <w:r>
        <w:rPr>
          <w:lang w:eastAsia="zh-CN"/>
        </w:rPr>
        <w:br/>
      </w:r>
      <w:r>
        <w:rPr>
          <w:lang w:eastAsia="zh-CN"/>
        </w:rPr>
        <w:t>　　二、班级纪律方面</w:t>
      </w:r>
      <w:r>
        <w:rPr>
          <w:lang w:eastAsia="zh-CN"/>
        </w:rPr>
        <w:br/>
      </w:r>
      <w:r>
        <w:rPr>
          <w:lang w:eastAsia="zh-CN"/>
        </w:rPr>
        <w:t>　　一个班级，要想有良好的班风，务必要有良好的纪律才行，因而，我从以下几点入手:</w:t>
      </w:r>
      <w:r>
        <w:rPr>
          <w:lang w:eastAsia="zh-CN"/>
        </w:rPr>
        <w:br/>
      </w:r>
      <w:r>
        <w:rPr>
          <w:lang w:eastAsia="zh-CN"/>
        </w:rPr>
        <w:t>　　1、课堂纪律</w:t>
      </w:r>
      <w:r>
        <w:rPr>
          <w:lang w:eastAsia="zh-CN"/>
        </w:rPr>
        <w:br/>
      </w:r>
      <w:r>
        <w:rPr>
          <w:lang w:eastAsia="zh-CN"/>
        </w:rPr>
        <w:t>　　首先师生共同制定班规班纪，并制定相应的奖惩办法.这样学生既感到有努力目标，又有约束力，而且能够在不知不觉中遵守纪律.由于是孩子们自己制定的，这样变被动的各种要求为主动的行为，有助于学生将文字内化为行为.我们班的宗旨是"说到做到，言行一致。"</w:t>
      </w:r>
      <w:r>
        <w:rPr>
          <w:lang w:eastAsia="zh-CN"/>
        </w:rPr>
        <w:br/>
      </w:r>
      <w:r>
        <w:rPr>
          <w:lang w:eastAsia="zh-CN"/>
        </w:rPr>
        <w:t>　　2、课间纪律</w:t>
      </w:r>
      <w:r>
        <w:rPr>
          <w:lang w:eastAsia="zh-CN"/>
        </w:rPr>
        <w:br/>
      </w:r>
      <w:r>
        <w:rPr>
          <w:lang w:eastAsia="zh-CN"/>
        </w:rPr>
        <w:t>　　课间是学生简单休息的时间，良好的课间纪律将会给整个校园带来活跃而简单的气氛.然而，丰富多彩的课间活动，就是解决课间纪律乱的法宝.我将针对学生的年龄特点，引导学生开展有好处的活动，使学生既健体又受教育，同时，随时提醒学生要注意礼貌活动，寓教于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3、路队纪律</w:t>
      </w:r>
      <w:r>
        <w:rPr>
          <w:lang w:eastAsia="zh-CN"/>
        </w:rPr>
        <w:br/>
      </w:r>
      <w:r>
        <w:rPr>
          <w:lang w:eastAsia="zh-CN"/>
        </w:rPr>
        <w:t>　　为了让学生养成良好的行为习惯，适应群众生活，要求学生做到不仅仅做到快，齐，静，而且能够进行自主管理.做到高高兴兴来上学，平平安安回家去。</w:t>
      </w:r>
      <w:r>
        <w:rPr>
          <w:lang w:eastAsia="zh-CN"/>
        </w:rPr>
        <w:br/>
      </w:r>
      <w:r>
        <w:rPr>
          <w:lang w:eastAsia="zh-CN"/>
        </w:rPr>
        <w:t>　　三、班干部的培养方面</w:t>
      </w:r>
      <w:r>
        <w:rPr>
          <w:lang w:eastAsia="zh-CN"/>
        </w:rPr>
        <w:br/>
      </w:r>
      <w:r>
        <w:rPr>
          <w:lang w:eastAsia="zh-CN"/>
        </w:rPr>
        <w:t>　　班级管理光靠班主任一人来管理是不够的，而班干部却是班级管理的小助手.这学期我仍将培养做事认真有职责性的人，使他们学会学习，学会生活，学会合作和学会管理。齐心协力搞好工作，建立一个用心向上，朝气蓬勃的班群众。</w:t>
      </w:r>
      <w:r>
        <w:rPr>
          <w:lang w:eastAsia="zh-CN"/>
        </w:rPr>
        <w:br/>
      </w:r>
      <w:r>
        <w:rPr>
          <w:lang w:eastAsia="zh-CN"/>
        </w:rPr>
        <w:t>　　四、其他方面</w:t>
      </w:r>
      <w:r>
        <w:rPr>
          <w:lang w:eastAsia="zh-CN"/>
        </w:rPr>
        <w:br/>
      </w:r>
      <w:r>
        <w:rPr>
          <w:lang w:eastAsia="zh-CN"/>
        </w:rPr>
        <w:t>　　班级管理中还应注重个体的发展，在各项活动中挖掘各种人才及学生的潜力，使班上的每个同学都能在某一方面得到进一步的发展.因此，在班级继续开展各种活动.如:礼貌小标兵评选，小书法家，小小故事家，小作家，数学小状元等各种评比活动.在这些活动中，让每个孩子都敢于应对大家展示自我，充分锻炼自己，提高学生的自信心，还给孩子们一个金色的童年。</w:t>
      </w:r>
      <w:r>
        <w:rPr>
          <w:lang w:eastAsia="zh-CN"/>
        </w:rPr>
        <w:br/>
      </w:r>
      <w:r>
        <w:rPr>
          <w:lang w:eastAsia="zh-CN"/>
        </w:rPr>
        <w:t>　　这学期，我将会用心去和学生交流，用欣赏的眼光寻找孩子身上的每一处闪光点.我相信，只要关爱孩子，尊重孩子，宽容孩子，我们就能找到开启学生心灵的钥匙.上述措施只是我对班级本学期的初步打算，在今后的工作中，我将不断地加以改善.若有不足之处，发现后会及时纠正。</w:t>
      </w:r>
      <w:r>
        <w:rPr>
          <w:lang w:eastAsia="zh-CN"/>
        </w:rPr>
        <w:br/>
      </w:r>
      <w:r>
        <w:rPr>
          <w:lang w:eastAsia="zh-CN"/>
        </w:rPr>
        <w:t xml:space="preserve">    二年级下学期数学教师工作计划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一、学生基本情况分析</w:t>
      </w:r>
      <w:r>
        <w:rPr>
          <w:lang w:eastAsia="zh-CN"/>
        </w:rPr>
        <w:br/>
      </w:r>
      <w:r>
        <w:rPr>
          <w:lang w:eastAsia="zh-CN"/>
        </w:rPr>
        <w:t>　　本班共有学生48人，男女生均是24人。其中大部分学生平时上课都比较认真。学生们平时活泼好动，具有爱集体，爱劳动，团结友爱等特点。但也有一些同学上课不敢大胆发言，学习主动性不强，贪玩又粗心，再加上父母的娇生惯养，因此学生的自觉性差，没有良好的生活习惯。所以，我们应该加强班干部的管理力度，并开展一些活动帮助那些学习成绩不好的同学如：（吴艳、田浪等同学）开展以“一帮一，多帮一”等活动，让他们把学习成绩提上去。</w:t>
      </w:r>
      <w:r>
        <w:rPr>
          <w:lang w:eastAsia="zh-CN"/>
        </w:rPr>
        <w:br/>
      </w:r>
      <w:r>
        <w:rPr>
          <w:lang w:eastAsia="zh-CN"/>
        </w:rPr>
        <w:t>　　二、指导思想</w:t>
      </w:r>
      <w:r>
        <w:rPr>
          <w:lang w:eastAsia="zh-CN"/>
        </w:rPr>
        <w:br/>
      </w:r>
      <w:r>
        <w:rPr>
          <w:lang w:eastAsia="zh-CN"/>
        </w:rPr>
        <w:t>　　端正学习态度，建立一个团结、文明、守纪、刻苦、勤奋、互助的班集体，使学生全面、健康的发展。</w:t>
      </w:r>
      <w:r>
        <w:rPr>
          <w:lang w:eastAsia="zh-CN"/>
        </w:rPr>
        <w:br/>
      </w:r>
      <w:r>
        <w:rPr>
          <w:lang w:eastAsia="zh-CN"/>
        </w:rPr>
        <w:t>　　三、工作目标</w:t>
      </w:r>
      <w:r>
        <w:rPr>
          <w:lang w:eastAsia="zh-CN"/>
        </w:rPr>
        <w:br/>
      </w:r>
      <w:r>
        <w:rPr>
          <w:lang w:eastAsia="zh-CN"/>
        </w:rPr>
        <w:t>　　本学期重点是对学生进行常规训练，讲文明，懂礼貌，学会宽容，学会与他人合作，营造良好的班内氛围，养成良好的学习习惯，成为一名优秀的'、合格的小学生。</w:t>
      </w:r>
      <w:r>
        <w:rPr>
          <w:lang w:eastAsia="zh-CN"/>
        </w:rPr>
        <w:br/>
      </w:r>
      <w:r>
        <w:rPr>
          <w:lang w:eastAsia="zh-CN"/>
        </w:rPr>
        <w:t>　　四、工作重点及措施</w:t>
      </w:r>
      <w:r>
        <w:rPr>
          <w:lang w:eastAsia="zh-CN"/>
        </w:rPr>
        <w:br/>
      </w:r>
      <w:r>
        <w:rPr>
          <w:lang w:eastAsia="zh-CN"/>
        </w:rPr>
        <w:t>　　（一）常规教育方面</w:t>
      </w:r>
      <w:r>
        <w:rPr>
          <w:lang w:eastAsia="zh-CN"/>
        </w:rPr>
        <w:br/>
      </w:r>
      <w:r>
        <w:rPr>
          <w:lang w:eastAsia="zh-CN"/>
        </w:rPr>
        <w:t>　　1、充分利用班队会及晨会的时间学习《一日常规》，《小学生守则》和《小学生日常行为规范》，并在日常学习的过程中让学生知道什么行为是对的，什么是不对的，使学生养成良好的学习和生活习惯。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2、合理利用升旗仪式，重大节日，加强学生的德育教育。这学期利用教师节、国庆节、少先队建队日和元旦等重大活动举行一些有意义的主题班队会，使学生懂得做人的道理，培养其爱国主义情感。</w:t>
      </w:r>
      <w:r>
        <w:rPr>
          <w:lang w:eastAsia="zh-CN"/>
        </w:rPr>
        <w:br/>
      </w:r>
      <w:r>
        <w:rPr>
          <w:lang w:eastAsia="zh-CN"/>
        </w:rPr>
        <w:t>　　3、充分发挥各项活动中的教育阵地的作用，增强学生的荣誉感，使学生心中有他人、有集体。对于学生的学习（书写、读的姿势、作业的完成、书写的工整等），我将采用“谁的苹果变红了”的活动进行监督，并在随时提醒与帮助。</w:t>
      </w:r>
      <w:r>
        <w:rPr>
          <w:lang w:eastAsia="zh-CN"/>
        </w:rPr>
        <w:br/>
      </w:r>
      <w:r>
        <w:rPr>
          <w:lang w:eastAsia="zh-CN"/>
        </w:rPr>
        <w:t>　　（二）班级纪律方面</w:t>
      </w:r>
      <w:r>
        <w:rPr>
          <w:lang w:eastAsia="zh-CN"/>
        </w:rPr>
        <w:br/>
      </w:r>
      <w:r>
        <w:rPr>
          <w:lang w:eastAsia="zh-CN"/>
        </w:rPr>
        <w:t>　　一个班级，要想有良好的班风，必须要有良好的纪律才行。因而，我从以下几点入手：</w:t>
      </w:r>
      <w:r>
        <w:rPr>
          <w:lang w:eastAsia="zh-CN"/>
        </w:rPr>
        <w:br/>
      </w:r>
      <w:r>
        <w:rPr>
          <w:lang w:eastAsia="zh-CN"/>
        </w:rPr>
        <w:t>　　1、课堂纪律</w:t>
      </w:r>
      <w:r>
        <w:rPr>
          <w:lang w:eastAsia="zh-CN"/>
        </w:rPr>
        <w:br/>
      </w:r>
      <w:r>
        <w:rPr>
          <w:lang w:eastAsia="zh-CN"/>
        </w:rPr>
        <w:t>　　首先师生共同制定班规班纪，并制定相应的奖惩办法，这样学生既感到有趣，又有动力，而且可以在不知不觉中遵守纪律。我们班的宗旨“"说到就要做到”。</w:t>
      </w:r>
      <w:r>
        <w:rPr>
          <w:lang w:eastAsia="zh-CN"/>
        </w:rPr>
        <w:br/>
      </w:r>
      <w:r>
        <w:rPr>
          <w:lang w:eastAsia="zh-CN"/>
        </w:rPr>
        <w:t>　　2、课间纪律</w:t>
      </w:r>
      <w:r>
        <w:rPr>
          <w:lang w:eastAsia="zh-CN"/>
        </w:rPr>
        <w:br/>
      </w:r>
      <w:r>
        <w:rPr>
          <w:lang w:eastAsia="zh-CN"/>
        </w:rPr>
        <w:t>　　课间是学生轻松休息的时间，良好的课间纪律将会给整个校园带来活跃而轻松的气氛。我将针对学生的年龄特点，采用师生共同参与的方式，开展“跳绳、做游戏、拍球”等活动，使学生既健体又受教育，还能增进师生之间的感情，扩大交流的空间。</w:t>
      </w:r>
      <w:r>
        <w:rPr>
          <w:lang w:eastAsia="zh-CN"/>
        </w:rPr>
        <w:br/>
      </w:r>
      <w:r>
        <w:rPr>
          <w:lang w:eastAsia="zh-CN"/>
        </w:rPr>
        <w:t>　　3、路队纪律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为了让学生养成良好的行为习惯。适应集体生活，将在班级开展“路队小标兵”评比活动，使学生不仅做到快、齐、静，而且能够进行自主管理。</w:t>
      </w:r>
      <w:r>
        <w:rPr>
          <w:lang w:eastAsia="zh-CN"/>
        </w:rPr>
        <w:br/>
      </w:r>
      <w:r>
        <w:rPr>
          <w:lang w:eastAsia="zh-CN"/>
        </w:rPr>
        <w:t>　　（三）卫生方面</w:t>
      </w:r>
      <w:r>
        <w:rPr>
          <w:lang w:eastAsia="zh-CN"/>
        </w:rPr>
        <w:br/>
      </w:r>
      <w:r>
        <w:rPr>
          <w:lang w:eastAsia="zh-CN"/>
        </w:rPr>
        <w:t>　　讲究卫生很重要，俗话说“病从口入”，收拾好卫生，既能使身体健康，又能养成良好的生活习惯，还能创设一个良好的学习环境。</w:t>
      </w:r>
      <w:r>
        <w:rPr>
          <w:lang w:eastAsia="zh-CN"/>
        </w:rPr>
        <w:br/>
      </w:r>
      <w:r>
        <w:rPr>
          <w:lang w:eastAsia="zh-CN"/>
        </w:rPr>
        <w:t>　　1、个人卫生：要求衣着整洁，端正，做好“三勤”：桌箱勤清、物品勤摆、两操勤做。</w:t>
      </w:r>
      <w:r>
        <w:rPr>
          <w:lang w:eastAsia="zh-CN"/>
        </w:rPr>
        <w:br/>
      </w:r>
      <w:r>
        <w:rPr>
          <w:lang w:eastAsia="zh-CN"/>
        </w:rPr>
        <w:t>　　2、班级卫生：每天早、中、晚分派值日生清扫，设立卫生监督岗，进行检查与监督。</w:t>
      </w:r>
      <w:r>
        <w:rPr>
          <w:lang w:eastAsia="zh-CN"/>
        </w:rPr>
        <w:br/>
      </w:r>
      <w:r>
        <w:rPr>
          <w:lang w:eastAsia="zh-CN"/>
        </w:rPr>
        <w:t>　　五、主要活动安排</w:t>
      </w:r>
      <w:r>
        <w:rPr>
          <w:lang w:eastAsia="zh-CN"/>
        </w:rPr>
        <w:br/>
      </w:r>
      <w:r>
        <w:rPr>
          <w:lang w:eastAsia="zh-CN"/>
        </w:rPr>
        <w:t>　　九月份</w:t>
      </w:r>
      <w:r>
        <w:rPr>
          <w:lang w:eastAsia="zh-CN"/>
        </w:rPr>
        <w:br/>
      </w:r>
      <w:r>
        <w:rPr>
          <w:lang w:eastAsia="zh-CN"/>
        </w:rPr>
        <w:t>　　1、制订班队工作计划。</w:t>
      </w:r>
      <w:r>
        <w:rPr>
          <w:lang w:eastAsia="zh-CN"/>
        </w:rPr>
        <w:br/>
      </w:r>
      <w:r>
        <w:rPr>
          <w:lang w:eastAsia="zh-CN"/>
        </w:rPr>
        <w:t>　　2、净化教室，布置班容。</w:t>
      </w:r>
      <w:r>
        <w:rPr>
          <w:lang w:eastAsia="zh-CN"/>
        </w:rPr>
        <w:br/>
      </w:r>
      <w:r>
        <w:rPr>
          <w:lang w:eastAsia="zh-CN"/>
        </w:rPr>
        <w:t>　　3、调动班干部的积极性，紧抓常规教育。</w:t>
      </w:r>
      <w:r>
        <w:rPr>
          <w:lang w:eastAsia="zh-CN"/>
        </w:rPr>
        <w:br/>
      </w:r>
      <w:r>
        <w:rPr>
          <w:lang w:eastAsia="zh-CN"/>
        </w:rPr>
        <w:t>　　十月份</w:t>
      </w:r>
      <w:r>
        <w:rPr>
          <w:lang w:eastAsia="zh-CN"/>
        </w:rPr>
        <w:br/>
      </w:r>
      <w:r>
        <w:rPr>
          <w:lang w:eastAsia="zh-CN"/>
        </w:rPr>
        <w:t>　　1、建立班级“一帮一”的互助活动。</w:t>
      </w:r>
      <w:r>
        <w:rPr>
          <w:lang w:eastAsia="zh-CN"/>
        </w:rPr>
        <w:br/>
      </w:r>
      <w:r>
        <w:rPr>
          <w:lang w:eastAsia="zh-CN"/>
        </w:rPr>
        <w:t>　　2、帮助十名后进生。</w:t>
      </w:r>
      <w:r>
        <w:rPr>
          <w:lang w:eastAsia="zh-CN"/>
        </w:rPr>
        <w:br/>
      </w:r>
      <w:r>
        <w:rPr>
          <w:lang w:eastAsia="zh-CN"/>
        </w:rPr>
        <w:t>　　3、确定安全教育周，狠抓安全教育。</w:t>
      </w:r>
      <w:r>
        <w:rPr>
          <w:lang w:eastAsia="zh-CN"/>
        </w:rPr>
        <w:br/>
      </w:r>
      <w:r>
        <w:rPr>
          <w:lang w:eastAsia="zh-CN"/>
        </w:rPr>
        <w:t>　　十一月份</w:t>
      </w:r>
      <w:r>
        <w:rPr>
          <w:lang w:eastAsia="zh-CN"/>
        </w:rPr>
        <w:br/>
      </w:r>
      <w:r>
        <w:rPr>
          <w:lang w:eastAsia="zh-CN"/>
        </w:rPr>
        <w:t>　　1、开展丰富多彩的体育活动。</w:t>
      </w:r>
      <w:r>
        <w:rPr>
          <w:lang w:eastAsia="zh-CN"/>
        </w:rPr>
        <w:br/>
      </w:r>
      <w:r>
        <w:rPr>
          <w:lang w:eastAsia="zh-CN"/>
        </w:rPr>
        <w:t>　　2、开展一次拍球比赛。</w:t>
      </w:r>
      <w:r>
        <w:rPr>
          <w:lang w:eastAsia="zh-CN"/>
        </w:rPr>
        <w:br/>
      </w:r>
      <w:r>
        <w:rPr>
          <w:lang w:eastAsia="zh-CN"/>
        </w:rPr>
        <w:t>　　十二月份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1、劳动节“我为学校做件事”的活动。</w:t>
      </w:r>
      <w:r>
        <w:rPr>
          <w:lang w:eastAsia="zh-CN"/>
        </w:rPr>
        <w:br/>
      </w:r>
      <w:r>
        <w:rPr>
          <w:lang w:eastAsia="zh-CN"/>
        </w:rPr>
        <w:t>　　2、开展“我帮妈妈做家务”的活动。</w:t>
      </w:r>
      <w:r>
        <w:rPr>
          <w:lang w:eastAsia="zh-CN"/>
        </w:rPr>
        <w:br/>
      </w:r>
      <w:r>
        <w:rPr>
          <w:lang w:eastAsia="zh-CN"/>
        </w:rPr>
        <w:t xml:space="preserve">    二年级下学期数学教师工作计划 篇11 </w:t>
      </w:r>
      <w:r>
        <w:rPr>
          <w:lang w:eastAsia="zh-CN"/>
        </w:rPr>
        <w:br/>
      </w:r>
      <w:r>
        <w:rPr>
          <w:lang w:eastAsia="zh-CN"/>
        </w:rPr>
        <w:t>　　一、基本情况：</w:t>
      </w:r>
      <w:r>
        <w:rPr>
          <w:lang w:eastAsia="zh-CN"/>
        </w:rPr>
        <w:br/>
      </w:r>
      <w:r>
        <w:rPr>
          <w:lang w:eastAsia="zh-CN"/>
        </w:rPr>
        <w:t>　　二年级数学教研组有6个教学班，由3位教学经验丰富的教师组成。数学教研组工作有一定特色和活力，教研教学工作力度较强，并取得一定的成效。</w:t>
      </w:r>
      <w:r>
        <w:rPr>
          <w:lang w:eastAsia="zh-CN"/>
        </w:rPr>
        <w:br/>
      </w:r>
      <w:r>
        <w:rPr>
          <w:lang w:eastAsia="zh-CN"/>
        </w:rPr>
        <w:t>　　二、指导思想：</w:t>
      </w:r>
      <w:r>
        <w:rPr>
          <w:lang w:eastAsia="zh-CN"/>
        </w:rPr>
        <w:br/>
      </w:r>
      <w:r>
        <w:rPr>
          <w:lang w:eastAsia="zh-CN"/>
        </w:rPr>
        <w:t>　　学习《数学课程标准》，更新观念，确立新课程标准的基本理念，坚定不移地实施以培养学生创新意识，探索意识和实践能力为重心的素质教育，转变教研理念，改进教研方法，优化教研模式，积极探索在新课程改革背景下小学数学教研工作新体系。推动以培养学生创新精神和实践能力为重点的素质教育在课堂教学中的实施,推进课堂教学素质化，进一步提高我校的数学教学质量，促进学生和谐发展。</w:t>
      </w:r>
      <w:r>
        <w:rPr>
          <w:lang w:eastAsia="zh-CN"/>
        </w:rPr>
        <w:br/>
      </w:r>
      <w:r>
        <w:rPr>
          <w:lang w:eastAsia="zh-CN"/>
        </w:rPr>
        <w:t>　　三、目标任务：</w:t>
      </w:r>
      <w:r>
        <w:rPr>
          <w:lang w:eastAsia="zh-CN"/>
        </w:rPr>
        <w:br/>
      </w:r>
      <w:r>
        <w:rPr>
          <w:lang w:eastAsia="zh-CN"/>
        </w:rPr>
        <w:t>　　1、配合数学课改建设，进一步深化课程改革研究，努力转变教学观念与手段，提高教学质量。让本组教师成为一支思想素质、业务素质过硬，成适应新课标要求的数学教师队伍。</w:t>
      </w:r>
      <w:r>
        <w:rPr>
          <w:lang w:eastAsia="zh-CN"/>
        </w:rPr>
        <w:br/>
      </w:r>
      <w:r>
        <w:rPr>
          <w:lang w:eastAsia="zh-CN"/>
        </w:rPr>
        <w:t>　　2、在数学学科教研教改中注重素质教育，充分发挥现代教学设备，采用先进教学技术，开展教科研研究，促进教学质量的提高。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3、狠抓“双基”教育，加强数学课堂改革力度，积极开展教学研讨活动，提高现代教学水平，切实优化数学课堂教学，充分发挥多媒体教学手段，促进教学质量的提高。</w:t>
      </w:r>
      <w:r>
        <w:rPr>
          <w:lang w:eastAsia="zh-CN"/>
        </w:rPr>
        <w:br/>
      </w:r>
      <w:r>
        <w:rPr>
          <w:lang w:eastAsia="zh-CN"/>
        </w:rPr>
        <w:t>　　4、以数学组为单位，开展业务学习活动，在全组形成教研之风、互学之风、创新教育之风，共同提高教育教学水平。</w:t>
      </w:r>
      <w:r>
        <w:rPr>
          <w:lang w:eastAsia="zh-CN"/>
        </w:rPr>
        <w:br/>
      </w:r>
      <w:r>
        <w:rPr>
          <w:lang w:eastAsia="zh-CN"/>
        </w:rPr>
        <w:t>　　四、主要分工：</w:t>
      </w:r>
      <w:r>
        <w:rPr>
          <w:lang w:eastAsia="zh-CN"/>
        </w:rPr>
        <w:br/>
      </w:r>
      <w:r>
        <w:rPr>
          <w:lang w:eastAsia="zh-CN"/>
        </w:rPr>
        <w:t>　　1、承担对二年级数学教学的指导和管理，以抓“课堂常规与评价相结合”为突破口，做好数学教学各项常规工作。</w:t>
      </w:r>
      <w:r>
        <w:rPr>
          <w:lang w:eastAsia="zh-CN"/>
        </w:rPr>
        <w:br/>
      </w:r>
      <w:r>
        <w:rPr>
          <w:lang w:eastAsia="zh-CN"/>
        </w:rPr>
        <w:t>　　2、在日常教学中深入进行课改实践与研究，有计划开展课改的各项研讨工作，由王瑞鸽负责每次的教研记录。</w:t>
      </w:r>
      <w:r>
        <w:rPr>
          <w:lang w:eastAsia="zh-CN"/>
        </w:rPr>
        <w:br/>
      </w:r>
      <w:r>
        <w:rPr>
          <w:lang w:eastAsia="zh-CN"/>
        </w:rPr>
        <w:t>　　3、负责开学第一课的的展示。</w:t>
      </w:r>
      <w:r>
        <w:rPr>
          <w:lang w:eastAsia="zh-CN"/>
        </w:rPr>
        <w:br/>
      </w:r>
      <w:r>
        <w:rPr>
          <w:lang w:eastAsia="zh-CN"/>
        </w:rPr>
        <w:t>　　4、拟定教学计划和教研情况进行总结和展示，以及辅导学数学用数学数学活动的组织与展示汇报。</w:t>
      </w:r>
      <w:r>
        <w:rPr>
          <w:lang w:eastAsia="zh-CN"/>
        </w:rPr>
        <w:br/>
      </w:r>
      <w:r>
        <w:rPr>
          <w:lang w:eastAsia="zh-CN"/>
        </w:rPr>
        <w:t>　　5、代表二年级组进行汇报课的课堂教学展示。</w:t>
      </w:r>
      <w:r>
        <w:rPr>
          <w:lang w:eastAsia="zh-CN"/>
        </w:rPr>
        <w:br/>
      </w:r>
      <w:r>
        <w:rPr>
          <w:lang w:eastAsia="zh-CN"/>
        </w:rPr>
        <w:t>　　6、负责组织二年级组的期末评价的计划与实施，全组教师配合并总结。</w:t>
      </w:r>
      <w:r>
        <w:rPr>
          <w:lang w:eastAsia="zh-CN"/>
        </w:rPr>
        <w:br/>
      </w:r>
      <w:r>
        <w:rPr>
          <w:lang w:eastAsia="zh-CN"/>
        </w:rPr>
        <w:t xml:space="preserve">    二年级下学期数学教师工作计划 篇12 </w:t>
      </w:r>
      <w:r>
        <w:rPr>
          <w:lang w:eastAsia="zh-CN"/>
        </w:rPr>
        <w:br/>
      </w:r>
      <w:r>
        <w:rPr>
          <w:lang w:eastAsia="zh-CN"/>
        </w:rPr>
        <w:t>　　一、学生情况分析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学生经过一年半的数学学习，基本上具备一定的数学意识、数学理解能力及应用数学知识解决生活中实际问题的能力;大多数学生具备良好的学习习惯，有较强的自律性，学习数学的积极性高，兴趣浓;大部分学生对计算比较熟练，个别在计算速度上存在一定差异。但由于新教材“解决问题”等教材编排的特殊性，大多数学生对如何运用数学知识来解决实际问题和分析问题上存在欠缺。但在解决简单问题上，学生初步形成数学意识，能发现生活中简单的数学问题，并进行分析和解决，具有初步解决问题的能力。通过一年多的学习，他们的学习习惯初步形成。因此，本学期重点要抓学习习惯的巩固，继续培养学生“倾听”、“合作”、“交流”等能力和习惯，养成认真做作业、书写整洁的良好习惯。其次，要使学生在获得数学基本知识和基本技能的同时，发展数学能力，培养创新意识和实践能力，体会数学与生活的密切联系，建立学习数学和应用数学的兴趣和信心。</w:t>
      </w:r>
      <w:r>
        <w:rPr>
          <w:lang w:eastAsia="zh-CN"/>
        </w:rPr>
        <w:br/>
      </w:r>
      <w:r>
        <w:rPr>
          <w:lang w:eastAsia="zh-CN"/>
        </w:rPr>
        <w:t>　　二、教材分析</w:t>
      </w:r>
      <w:r>
        <w:rPr>
          <w:lang w:eastAsia="zh-CN"/>
        </w:rPr>
        <w:br/>
      </w:r>
      <w:r>
        <w:rPr>
          <w:lang w:eastAsia="zh-CN"/>
        </w:rPr>
        <w:t>　　(一)内容变动情况</w:t>
      </w:r>
      <w:r>
        <w:rPr>
          <w:lang w:eastAsia="zh-CN"/>
        </w:rPr>
        <w:br/>
      </w:r>
      <w:r>
        <w:rPr>
          <w:lang w:eastAsia="zh-CN"/>
        </w:rPr>
        <w:t>　　1.降低了难度。主要体现在第一单元和第三单元内容的变化上。第一单元是统计的内容，原来二年级下册主要是教学复式统计表以及以1当5的条形统计图，现在重点学习调查的方法和记录整理数据的方法。第三单元是图形的运动，现在只让学生直观认识轴对称图形、平移现象和旋转现象，删掉了原来要求画轴对称图形的另一半以及在方格纸上辨认图形平移了多少格的内容。</w:t>
      </w:r>
      <w:r>
        <w:rPr>
          <w:lang w:eastAsia="zh-CN"/>
        </w:rPr>
        <w:br/>
      </w:r>
      <w:r>
        <w:rPr>
          <w:lang w:eastAsia="zh-CN"/>
        </w:rPr>
        <w:t>　　2.完善结构体系。主要体现在第五、六单元内容的变化上。首先及时安排了混合运算单元，其次是将“有余数的除法”这一单元从三年级上册移到了二年级下册，这样安排更能突出“有余数的除法”和“表内除法”的联系。</w:t>
      </w:r>
      <w:r>
        <w:rPr>
          <w:lang w:eastAsia="zh-CN"/>
        </w:rPr>
        <w:br/>
      </w:r>
      <w:r>
        <w:rPr>
          <w:lang w:eastAsia="zh-CN"/>
        </w:rPr>
        <w:t>　　(二)教学内容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这一册教材包括：数据收集整理，表内除法(一)，图形的运动，表内除法(二)，混合运算，有余数的除法，万以内数的认识，克和千克，简单的推理，用数学解决问题和数学实践活动小小设计师等。</w:t>
      </w:r>
      <w:r>
        <w:rPr>
          <w:lang w:eastAsia="zh-CN"/>
        </w:rPr>
        <w:br/>
      </w:r>
      <w:r>
        <w:rPr>
          <w:lang w:eastAsia="zh-CN"/>
        </w:rPr>
        <w:t>　　(三)编排特点</w:t>
      </w:r>
      <w:r>
        <w:rPr>
          <w:lang w:eastAsia="zh-CN"/>
        </w:rPr>
        <w:br/>
      </w:r>
      <w:r>
        <w:rPr>
          <w:lang w:eastAsia="zh-CN"/>
        </w:rPr>
        <w:t>　　1.各领域内容穿插编排，互相搭配。</w:t>
      </w:r>
      <w:r>
        <w:rPr>
          <w:lang w:eastAsia="zh-CN"/>
        </w:rPr>
        <w:br/>
      </w:r>
      <w:r>
        <w:rPr>
          <w:lang w:eastAsia="zh-CN"/>
        </w:rPr>
        <w:t>　　2.继续加强学生对知识整理能力的培养。</w:t>
      </w:r>
      <w:r>
        <w:rPr>
          <w:lang w:eastAsia="zh-CN"/>
        </w:rPr>
        <w:br/>
      </w:r>
      <w:r>
        <w:rPr>
          <w:lang w:eastAsia="zh-CN"/>
        </w:rPr>
        <w:t>　　3.继续注重体现数学背景知识。</w:t>
      </w:r>
      <w:r>
        <w:rPr>
          <w:lang w:eastAsia="zh-CN"/>
        </w:rPr>
        <w:br/>
      </w:r>
      <w:r>
        <w:rPr>
          <w:lang w:eastAsia="zh-CN"/>
        </w:rPr>
        <w:t>　　4.在完整的过程中培养解决问题的能力。</w:t>
      </w:r>
      <w:r>
        <w:rPr>
          <w:lang w:eastAsia="zh-CN"/>
        </w:rPr>
        <w:br/>
      </w:r>
      <w:r>
        <w:rPr>
          <w:lang w:eastAsia="zh-CN"/>
        </w:rPr>
        <w:t>　　5.练习的层次、功能分明。</w:t>
      </w:r>
      <w:r>
        <w:rPr>
          <w:lang w:eastAsia="zh-CN"/>
        </w:rPr>
        <w:br/>
      </w:r>
      <w:r>
        <w:rPr>
          <w:lang w:eastAsia="zh-CN"/>
        </w:rPr>
        <w:t>　　6.为教学评价提供线索。</w:t>
      </w:r>
      <w:r>
        <w:rPr>
          <w:lang w:eastAsia="zh-CN"/>
        </w:rPr>
        <w:br/>
      </w:r>
      <w:r>
        <w:rPr>
          <w:lang w:eastAsia="zh-CN"/>
        </w:rPr>
        <w:t>　　三、教学目标</w:t>
      </w:r>
      <w:r>
        <w:rPr>
          <w:lang w:eastAsia="zh-CN"/>
        </w:rPr>
        <w:br/>
      </w:r>
      <w:r>
        <w:rPr>
          <w:lang w:eastAsia="zh-CN"/>
        </w:rPr>
        <w:t>　　1.了解统计的意义，学会用简单的方法收集和整理数据。</w:t>
      </w:r>
      <w:r>
        <w:rPr>
          <w:lang w:eastAsia="zh-CN"/>
        </w:rPr>
        <w:br/>
      </w:r>
      <w:r>
        <w:rPr>
          <w:lang w:eastAsia="zh-CN"/>
        </w:rPr>
        <w:t>　　2.让学生在具体情境中体会除法运算的含义。会读、写除法算式.知道除法算式各部分的名称。能够比较熟练地用2～6的乘法口诀求商，使同学们初步认识乘、除法之间的关系。使同学们初步学会根据除法的意义解决一些简单的实际问题。</w:t>
      </w:r>
      <w:r>
        <w:rPr>
          <w:lang w:eastAsia="zh-CN"/>
        </w:rPr>
        <w:br/>
      </w:r>
      <w:r>
        <w:rPr>
          <w:lang w:eastAsia="zh-CN"/>
        </w:rPr>
        <w:t>　　3.使学生学会辨认轴对称图形;结合实例，初步感知平移、旋转现象。</w:t>
      </w:r>
      <w:r>
        <w:rPr>
          <w:lang w:eastAsia="zh-CN"/>
        </w:rPr>
        <w:br/>
      </w:r>
      <w:r>
        <w:rPr>
          <w:lang w:eastAsia="zh-CN"/>
        </w:rPr>
        <w:t xml:space="preserve">    二年级下学期数学教师工作计划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班主任是一个班集体的组织者，领导者和教育者。为使一个班形成坚强的集体，学生能按照培养目标，成长为德、智、体全面发展的一代新人，在班主任工作中，我将会不断学习、探索，创造性的开展工作。</w:t>
      </w:r>
      <w:r>
        <w:rPr>
          <w:lang w:eastAsia="zh-CN"/>
        </w:rPr>
        <w:br/>
      </w:r>
      <w:r>
        <w:rPr>
          <w:lang w:eastAsia="zh-CN"/>
        </w:rPr>
        <w:t>　　一、建立学生一日常规，培养学生自理能力</w:t>
      </w:r>
      <w:r>
        <w:rPr>
          <w:lang w:eastAsia="zh-CN"/>
        </w:rPr>
        <w:br/>
      </w:r>
      <w:r>
        <w:rPr>
          <w:lang w:eastAsia="zh-CN"/>
        </w:rPr>
        <w:t>　　教育就是帮助学生养成良好的习惯，良好的习惯是终身享用不尽的财富。为培养学生良好的行为习惯，我会利用班会课和晨会时间结合学校团支部工作，向学生讲一些基本日常行为，结合学生年龄特点，开展文明语言、文明行为等活动。通过学习教育学生从身边小事做起，养成文明、有礼貌、爱师长、爱学习、互相友爱等行为习惯，树立人人争做合格小学生的意识。加强学生队伍的管理，包括排队做操、排队上、下楼、排队吃饭、排队放学、排队集会等。培养学生良好的学习习惯，包括课前的准备、上课集中精神听讲、自觉完成作业等。</w:t>
      </w:r>
      <w:r>
        <w:rPr>
          <w:lang w:eastAsia="zh-CN"/>
        </w:rPr>
        <w:br/>
      </w:r>
      <w:r>
        <w:rPr>
          <w:lang w:eastAsia="zh-CN"/>
        </w:rPr>
        <w:t>　　二、循循善诱，做好问题生的转化工作</w:t>
      </w:r>
      <w:r>
        <w:rPr>
          <w:lang w:eastAsia="zh-CN"/>
        </w:rPr>
        <w:br/>
      </w:r>
      <w:r>
        <w:rPr>
          <w:lang w:eastAsia="zh-CN"/>
        </w:rPr>
        <w:t>　　由于“问题生”往往和老师有隔膜，存在抵触或逆反心理，所以一定要注意技巧，我认为以下几点很重要：</w:t>
      </w:r>
      <w:r>
        <w:rPr>
          <w:lang w:eastAsia="zh-CN"/>
        </w:rPr>
        <w:br/>
      </w:r>
      <w:r>
        <w:rPr>
          <w:lang w:eastAsia="zh-CN"/>
        </w:rPr>
        <w:t>　　第一，充分尊重爱护学生，不能伤害学生的自尊和自信，因为只有对学生发自内心真挚的爱，才能给他们以鼓舞，才能使他们感到无比的温暖，才能点燃学生追求上进、成为优秀生的希望之火。</w:t>
      </w:r>
      <w:r>
        <w:rPr>
          <w:lang w:eastAsia="zh-CN"/>
        </w:rPr>
        <w:br/>
      </w:r>
      <w:r>
        <w:rPr>
          <w:lang w:eastAsia="zh-CN"/>
        </w:rPr>
        <w:t>　　第二，要注意表扬和批评的艺术。对学生宽容但不放纵，严格但不苛刻，这很重要，学习能力差的孩子，他们往往看不到自己的优点和长处，容易自卑，孤立封闭自我。这就要求我们善于抓住他们的闪光点，让学生体会愉悦成功感和被人尊重的感觉，从而产生上进的源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第三，要为学习能力差的孩子创造良好的环境和氛围。可以和班内任课老师及一些优秀生协调配合，让他们多关心、指导，帮助他们战胜自我、突破自我、重塑自我。同时，取得家长的理解、信任和支持，做好坚强的后盾。</w:t>
      </w:r>
      <w:r>
        <w:rPr>
          <w:lang w:eastAsia="zh-CN"/>
        </w:rPr>
        <w:br/>
      </w:r>
      <w:r>
        <w:rPr>
          <w:lang w:eastAsia="zh-CN"/>
        </w:rPr>
        <w:t>　　三、认真上好每一节德育课</w:t>
      </w:r>
      <w:r>
        <w:rPr>
          <w:lang w:eastAsia="zh-CN"/>
        </w:rPr>
        <w:br/>
      </w:r>
      <w:r>
        <w:rPr>
          <w:lang w:eastAsia="zh-CN"/>
        </w:rPr>
        <w:t>　　积极参加每星期的德育教研活动，精心设计好每一个主题班队会，上好每一节德育课，让学生在具体的情景、真实的活动过程中，潜移默化地自我教育，自我管理，自我规范，以达到良好的效果。</w:t>
      </w:r>
      <w:r>
        <w:rPr>
          <w:lang w:eastAsia="zh-CN"/>
        </w:rPr>
        <w:br/>
      </w:r>
      <w:r>
        <w:rPr>
          <w:lang w:eastAsia="zh-CN"/>
        </w:rPr>
        <w:t>　　四、协调与家长的关系，开好家长会</w:t>
      </w:r>
      <w:r>
        <w:rPr>
          <w:lang w:eastAsia="zh-CN"/>
        </w:rPr>
        <w:br/>
      </w:r>
      <w:r>
        <w:rPr>
          <w:lang w:eastAsia="zh-CN"/>
        </w:rPr>
        <w:t>　　孩子的进步，集体的成长，离不开教师，也离不开家长。在校外，我会经常和家长联系，交流学生的思想和学习情况，</w:t>
      </w:r>
      <w:r>
        <w:rPr>
          <w:lang w:eastAsia="zh-CN"/>
        </w:rPr>
        <w:br/>
      </w:r>
      <w:r>
        <w:rPr>
          <w:lang w:eastAsia="zh-CN"/>
        </w:rPr>
        <w:t>　　对学生的优缺点不夸大，也不缩小，采取与家长共同研究和商讨的态度，争取和家长配合，推动家庭和校外教育，促进学生德、智、体全面发展。在家长会中可以打破以前老师说学生听的模式，家长可以谈谈教育的心得、心中的疑惑，学生也可以说说自己学习的心得、自己的感受，做到人人互动。</w:t>
      </w:r>
      <w:r>
        <w:rPr>
          <w:lang w:eastAsia="zh-CN"/>
        </w:rPr>
        <w:br/>
      </w:r>
      <w:r>
        <w:rPr>
          <w:lang w:eastAsia="zh-CN"/>
        </w:rPr>
        <w:t>　　五、确立班集体的奋斗目标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班集体的共同奋斗目标，是班集体的理想和前进的方向，班集体如果没有共同追求的奋斗目标，就会失去前进的动力。所以，一个良好的班集体应该有一个集体的奋斗目标，这个目标应是远期、中期、近期的结合，逐步实现目标的过程会产生激励效应，形成强大的班级凝聚力。作为班级组织者的班主任应结合本班学生思想、学习、生活实际，制定出本班的奋斗目标。在实现班集体奋斗目标的过程中，要充分发挥集体每个成员的积极性，使实现目标的过程成为教育与自我教育的过程，每一集体目标的实现，都是全体成员共同努力的结果，要让他们分享集体的欢乐和幸福，从而形成集体的荣誉感和责任感。</w:t>
      </w:r>
      <w:r>
        <w:rPr>
          <w:lang w:eastAsia="zh-CN"/>
        </w:rPr>
        <w:br/>
      </w:r>
      <w:r>
        <w:rPr>
          <w:lang w:eastAsia="zh-CN"/>
        </w:rPr>
        <w:t>　　六、加强班干部的培养</w:t>
      </w:r>
      <w:r>
        <w:rPr>
          <w:lang w:eastAsia="zh-CN"/>
        </w:rPr>
        <w:br/>
      </w:r>
      <w:r>
        <w:rPr>
          <w:lang w:eastAsia="zh-CN"/>
        </w:rPr>
        <w:t>　　培养班干部是班主任工作的一项十分重要的工作，我会经常研究班干部状况，对只有热情但不会工作的，就既交给工作又教给方法，对有工作能力，但怕耽误学习，影响关系的，就对他们进行为同学服务的思想教育，对骄傲自满，办事不和同学商量，就对他们进行平易近人方面的思想教育，使他们不脱离同学。</w:t>
      </w:r>
      <w:r>
        <w:rPr>
          <w:lang w:eastAsia="zh-CN"/>
        </w:rPr>
        <w:br/>
      </w:r>
      <w:r>
        <w:rPr>
          <w:lang w:eastAsia="zh-CN"/>
        </w:rPr>
        <w:t xml:space="preserve">    二年级下学期数学教师工作计划 篇14 </w:t>
      </w:r>
      <w:r>
        <w:rPr>
          <w:lang w:eastAsia="zh-CN"/>
        </w:rPr>
        <w:br/>
      </w:r>
      <w:r>
        <w:rPr>
          <w:lang w:eastAsia="zh-CN"/>
        </w:rPr>
        <w:t>　　一、教材分析</w:t>
      </w:r>
      <w:r>
        <w:rPr>
          <w:lang w:eastAsia="zh-CN"/>
        </w:rPr>
        <w:br/>
      </w:r>
      <w:r>
        <w:rPr>
          <w:lang w:eastAsia="zh-CN"/>
        </w:rPr>
        <w:t>　　这套书是以审美为中心，以音乐文化为主线，以音乐学科为基点，加强实践与创造，加强综合与渗透把激发学生学习音乐的兴趣贯穿始终。</w:t>
      </w:r>
      <w:r>
        <w:rPr>
          <w:lang w:eastAsia="zh-CN"/>
        </w:rPr>
        <w:br/>
      </w:r>
      <w:r>
        <w:rPr>
          <w:lang w:eastAsia="zh-CN"/>
        </w:rPr>
        <w:t>　　音乐教育的本质是审美教育，离开了审美为中心的音乐教育将是一潭死水。美的感染必须通过自身的体验才能获得，因此，音乐审美教育不仅要完整地体现在课程中，更要体现在音乐教学活动中。</w:t>
      </w:r>
      <w:r>
        <w:rPr>
          <w:lang w:eastAsia="zh-CN"/>
        </w:rPr>
        <w:br/>
      </w:r>
      <w:r>
        <w:rPr>
          <w:lang w:eastAsia="zh-CN"/>
        </w:rPr>
        <w:t>　　二、教学内容和基本要求</w:t>
      </w:r>
      <w:r>
        <w:rPr>
          <w:lang w:eastAsia="zh-CN"/>
        </w:rPr>
        <w:br/>
      </w:r>
      <w:r>
        <w:rPr>
          <w:lang w:eastAsia="zh-CN"/>
        </w:rPr>
        <w:t>　　1、知道演唱的正确姿势。能够对指挥动作及前奏作出反应。</w:t>
      </w:r>
      <w:r>
        <w:rPr>
          <w:lang w:eastAsia="zh-CN"/>
        </w:rPr>
        <w:br/>
      </w:r>
      <w:r>
        <w:rPr>
          <w:lang w:eastAsia="zh-CN"/>
        </w:rPr>
        <w:t>　　2、参与各种演唱活动。</w:t>
      </w:r>
      <w:r>
        <w:rPr>
          <w:lang w:eastAsia="zh-CN"/>
        </w:rPr>
        <w:br/>
      </w:r>
    </w:p>
    <w:p w:rsidR="001B1F19" w14:textId="27C3F48A">
      <w:pPr>
        <w:rPr>
          <w:rFonts w:hint="eastAsia"/>
          <w:lang w:eastAsia="zh-CN"/>
        </w:rPr>
      </w:pPr>
      <w:r>
        <w:rPr>
          <w:lang w:eastAsia="zh-CN"/>
        </w:rPr>
        <w:t>　　3、能够用自然的声音，按照节奏有表情地独唱或参与齐唱。</w:t>
      </w:r>
      <w:r>
        <w:rPr>
          <w:lang w:eastAsia="zh-CN"/>
        </w:rPr>
        <w:br/>
      </w:r>
      <w:r>
        <w:rPr>
          <w:lang w:eastAsia="zh-CN"/>
        </w:rPr>
        <w:t>　　4、能采用不同的力度、速度表现歌曲的情绪。</w:t>
      </w:r>
      <w:r>
        <w:rPr>
          <w:lang w:eastAsia="zh-CN"/>
        </w:rPr>
        <w:br/>
      </w:r>
      <w:r>
        <w:rPr>
          <w:lang w:eastAsia="zh-CN"/>
        </w:rPr>
        <w:t>　　5、能够背唱4~~6首歌曲。</w:t>
      </w:r>
      <w:r>
        <w:rPr>
          <w:lang w:eastAsia="zh-CN"/>
        </w:rPr>
        <w:br/>
      </w:r>
      <w:r>
        <w:rPr>
          <w:lang w:eastAsia="zh-CN"/>
        </w:rPr>
        <w:t>　　三、教学目的</w:t>
      </w:r>
      <w:r>
        <w:rPr>
          <w:lang w:eastAsia="zh-CN"/>
        </w:rPr>
        <w:br/>
      </w:r>
      <w:r>
        <w:rPr>
          <w:lang w:eastAsia="zh-CN"/>
        </w:rPr>
        <w:t>　　1、培养学生对音乐的兴趣、爱好和对祖国音乐艺术的感情，引导学生积极参与音乐实践活动。</w:t>
      </w:r>
      <w:r>
        <w:rPr>
          <w:lang w:eastAsia="zh-CN"/>
        </w:rPr>
        <w:br/>
      </w:r>
      <w:r>
        <w:rPr>
          <w:lang w:eastAsia="zh-CN"/>
        </w:rPr>
        <w:t>　　2、通过音乐实践活动，丰富情感体验，培养审美情趣，促进个性的和谐发展。使学生具有初步的感受音乐、表现音乐的能力。</w:t>
      </w:r>
      <w:r>
        <w:rPr>
          <w:lang w:eastAsia="zh-CN"/>
        </w:rPr>
        <w:br/>
      </w:r>
      <w:r>
        <w:rPr>
          <w:lang w:eastAsia="zh-CN"/>
        </w:rPr>
        <w:t>　　3、学习我国优秀的民族民间音乐，接触外国优秀音乐作品，扩大文化视野。掌握浅显的音乐基础知识和简单的音乐技能。</w:t>
      </w:r>
      <w:r>
        <w:rPr>
          <w:lang w:eastAsia="zh-CN"/>
        </w:rPr>
        <w:br/>
      </w:r>
      <w:r>
        <w:rPr>
          <w:lang w:eastAsia="zh-CN"/>
        </w:rPr>
        <w:t>　　4、突出音乐学科的特点，把爱国主义、集体主义精神的培养渗透到音乐教育中。启迪智慧，培养合作意识和乐观向上的生活态度。</w:t>
      </w:r>
      <w:r>
        <w:rPr>
          <w:lang w:eastAsia="zh-CN"/>
        </w:rPr>
        <w:br/>
      </w:r>
      <w:r>
        <w:rPr>
          <w:lang w:eastAsia="zh-CN"/>
        </w:rPr>
        <w:t>　　四、教学重点难点</w:t>
      </w:r>
      <w:r>
        <w:rPr>
          <w:lang w:eastAsia="zh-CN"/>
        </w:rPr>
        <w:br/>
      </w:r>
      <w:r>
        <w:rPr>
          <w:lang w:eastAsia="zh-CN"/>
        </w:rPr>
        <w:t>　　1、能够参与综合性艺术表演活动。</w:t>
      </w:r>
      <w:r>
        <w:rPr>
          <w:lang w:eastAsia="zh-CN"/>
        </w:rPr>
        <w:br/>
      </w:r>
      <w:r>
        <w:rPr>
          <w:lang w:eastAsia="zh-CN"/>
        </w:rPr>
        <w:t>　　2、能够配合歌曲、音乐用身体做动作。</w:t>
      </w:r>
      <w:r>
        <w:rPr>
          <w:lang w:eastAsia="zh-CN"/>
        </w:rPr>
        <w:br/>
      </w:r>
      <w:r>
        <w:rPr>
          <w:lang w:eastAsia="zh-CN"/>
        </w:rPr>
        <w:t>　　3、能够在律动、音乐游戏、歌表演等活动中与他人合作。</w:t>
      </w:r>
      <w:r>
        <w:rPr>
          <w:lang w:eastAsia="zh-CN"/>
        </w:rPr>
        <w:br/>
      </w:r>
      <w:r>
        <w:rPr>
          <w:lang w:eastAsia="zh-CN"/>
        </w:rPr>
        <w:t>　　4、识读乐谱</w:t>
      </w:r>
      <w:r>
        <w:rPr>
          <w:lang w:eastAsia="zh-CN"/>
        </w:rPr>
        <w:br/>
      </w:r>
      <w:r>
        <w:rPr>
          <w:lang w:eastAsia="zh-CN"/>
        </w:rPr>
        <w:t>　　（1）认识简单的节奏符号。</w:t>
      </w:r>
      <w:r>
        <w:rPr>
          <w:lang w:eastAsia="zh-CN"/>
        </w:rPr>
        <w:br/>
      </w:r>
      <w:r>
        <w:rPr>
          <w:lang w:eastAsia="zh-CN"/>
        </w:rPr>
        <w:t>　　（2）能够用声音、语言、身体动作表现简单的节奏。</w:t>
      </w:r>
      <w:r>
        <w:rPr>
          <w:lang w:eastAsia="zh-CN"/>
        </w:rPr>
        <w:br/>
      </w:r>
      <w:r>
        <w:rPr>
          <w:lang w:eastAsia="zh-CN"/>
        </w:rPr>
        <w:t>　　（3）能够用唱名模唱简单乐谱。</w:t>
      </w:r>
      <w:r>
        <w:rPr>
          <w:lang w:eastAsia="zh-CN"/>
        </w:rPr>
        <w:br/>
      </w:r>
      <w:r>
        <w:rPr>
          <w:lang w:eastAsia="zh-CN"/>
        </w:rPr>
        <w:t>　　五、教学进度安排</w:t>
      </w:r>
      <w:r>
        <w:rPr>
          <w:lang w:eastAsia="zh-CN"/>
        </w:rPr>
        <w:br/>
      </w:r>
      <w:r>
        <w:rPr>
          <w:lang w:eastAsia="zh-CN"/>
        </w:rPr>
        <w:t>　　课题课时数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https://d.book118.com/387001024146006042</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700102414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