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开展“安全生产月”活动总结</w:t>
      </w:r>
    </w:p>
    <w:p>
      <w:pPr>
        <w:spacing w:before="100" w:after="200" w:line="360" w:lineRule="auto"/>
        <w:ind w:firstLine="576"/>
        <w:jc w:val="left"/>
      </w:pPr>
      <w:r>
        <w:rPr>
          <w:rFonts w:ascii="宋体" w:eastAsia="宋体" w:hAnsi="宋体"/>
          <w:sz w:val="28"/>
        </w:rPr>
        <w:t>自学校确定6月份安全月活动月后，我部门认真贯彻学校20--年安全月精神，提高认识，加强领导，周密部署，精心组织了“安全月”活动。现将我部门安全月活动总结如下：</w:t>
      </w:r>
    </w:p>
    <w:p>
      <w:pPr>
        <w:spacing w:before="100" w:after="200" w:line="360" w:lineRule="auto"/>
        <w:jc w:val="left"/>
      </w:pPr>
      <w:r>
        <w:rPr>
          <w:rFonts w:ascii="宋体 (中文正文)" w:eastAsia="宋体" w:hAnsi="宋体 (中文正文)"/>
          <w:b/>
          <w:sz w:val="28"/>
        </w:rPr>
        <w:t>一、领导重视，组织措施到位</w:t>
      </w:r>
    </w:p>
    <w:p>
      <w:pPr>
        <w:spacing w:before="100" w:after="200" w:line="360" w:lineRule="auto"/>
        <w:ind w:firstLine="576"/>
        <w:jc w:val="left"/>
      </w:pPr>
      <w:r>
        <w:rPr>
          <w:rFonts w:ascii="宋体" w:eastAsia="宋体" w:hAnsi="宋体"/>
          <w:sz w:val="28"/>
        </w:rPr>
        <w:t>为加强本次安全月活动的组织领导，确保安全月活动的有效落实，我部门成立了由傅凯书记为组长，办公室行政人员和各校级学生组织主席团成员组成的安全月活动领导小组。负责本次安全月活动的组织实施。并在第一时间召开了领导小组工作会议，分配和布置了我部门的工作任务。</w:t>
      </w:r>
    </w:p>
    <w:p>
      <w:pPr>
        <w:spacing w:before="100" w:after="200" w:line="360" w:lineRule="auto"/>
        <w:jc w:val="left"/>
      </w:pPr>
      <w:r>
        <w:rPr>
          <w:rFonts w:ascii="宋体 (中文正文)" w:eastAsia="宋体" w:hAnsi="宋体 (中文正文)"/>
          <w:b/>
          <w:sz w:val="28"/>
        </w:rPr>
        <w:t>二、积极组织，加强宣传，多方配合，以有效载体落实安全工作</w:t>
      </w:r>
    </w:p>
    <w:p>
      <w:pPr>
        <w:spacing w:before="100" w:after="200" w:line="360" w:lineRule="auto"/>
        <w:ind w:firstLine="576"/>
        <w:jc w:val="left"/>
      </w:pPr>
      <w:r>
        <w:rPr>
          <w:rFonts w:ascii="宋体" w:eastAsia="宋体" w:hAnsi="宋体"/>
          <w:sz w:val="28"/>
        </w:rPr>
        <w:t>1、活动期间我部门结合自身工作特点，组织并配合学校保卫部门开展了学校消防知识竞赛以及消防演习;</w:t>
      </w:r>
    </w:p>
    <w:p>
      <w:pPr>
        <w:spacing w:before="100" w:after="200" w:line="360" w:lineRule="auto"/>
        <w:ind w:firstLine="576"/>
        <w:jc w:val="left"/>
      </w:pPr>
      <w:r>
        <w:rPr>
          <w:rFonts w:ascii="宋体" w:eastAsia="宋体" w:hAnsi="宋体"/>
          <w:sz w:val="28"/>
        </w:rPr>
        <w:t>2、充分利用校园广播，宣传栏等宣传媒体广泛宣传各类安全知识，潜移默化的影响广大青年培养科学、正确的安全意识，掌握一定的安全常识。</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3、指导校学生会生活治保部，在全校在校生中开展“我为和谐校园献言献策”活动。有的同学说：安全问题是当前首要解决的问题，同时也是构建和谐校园的重要保证。在校园中，安全问题更是保证同学们正常的学习生活的必要条件。还有的同学谈到：安全事故的发生主要是由于管理者的监管力度不够。但是，避免由于管理疏忽所导致的重大事故发生，只靠管理是远远不够的。最主要的还是要使广大的生产者提高安全的责任意识，只有这样才能避免重大事故的发生。</w:t>
      </w:r>
    </w:p>
    <w:p>
      <w:pPr>
        <w:spacing w:before="100" w:after="200" w:line="360" w:lineRule="auto"/>
        <w:ind w:firstLine="576"/>
        <w:jc w:val="left"/>
      </w:pPr>
      <w:r>
        <w:rPr>
          <w:rFonts w:ascii="宋体" w:eastAsia="宋体" w:hAnsi="宋体"/>
          <w:sz w:val="28"/>
        </w:rPr>
        <w:t>4、结合学校“毕业生离校安全稳定工作”和“安全月”的工作要求，组织各系团总支在毕业生中开展倡导文明离校，并积极发动在校学生干部，在毕业生离校期间的校园维稳工作发挥作用。</w:t>
      </w:r>
    </w:p>
    <w:p>
      <w:pPr>
        <w:spacing w:before="100" w:after="200" w:line="360" w:lineRule="auto"/>
        <w:jc w:val="left"/>
      </w:pPr>
      <w:r>
        <w:rPr>
          <w:rFonts w:ascii="宋体 (中文正文)" w:eastAsia="宋体" w:hAnsi="宋体 (中文正文)"/>
          <w:b/>
          <w:sz w:val="28"/>
        </w:rPr>
        <w:t>三、以安全月为契机，实实在在地解决了问题</w:t>
      </w:r>
    </w:p>
    <w:p>
      <w:pPr>
        <w:spacing w:before="100" w:after="200" w:line="360" w:lineRule="auto"/>
        <w:ind w:firstLine="576"/>
        <w:jc w:val="left"/>
      </w:pPr>
      <w:r>
        <w:rPr>
          <w:rFonts w:ascii="宋体" w:eastAsia="宋体" w:hAnsi="宋体"/>
          <w:sz w:val="28"/>
        </w:rPr>
        <w:t>安全月活动期间我部门各位行政工作人员在安全月活动中实实在在地解决几个问题，把安全月的工作目标落实到实处。我部门定期或不定期的带领部门人员以及相关的负责学生对我部门所负责的团委办公室、大学生活动中心、校广播传媒中心直播间等重点安全场所进行检查，及时针对发现的安全隐患进行整改，保证了工作人员和学生在办公和活动中的人身安全。</w:t>
      </w:r>
    </w:p>
    <w:p>
      <w:pPr>
        <w:spacing w:before="100" w:after="200" w:line="360" w:lineRule="auto"/>
        <w:jc w:val="left"/>
      </w:pPr>
      <w:r>
        <w:rPr>
          <w:rFonts w:ascii="宋体 (中文正文)" w:eastAsia="宋体" w:hAnsi="宋体 (中文正文)"/>
          <w:b/>
          <w:sz w:val="28"/>
        </w:rPr>
        <w:t>一、领导重视，组织措施到位</w:t>
      </w:r>
    </w:p>
    <w:p>
      <w:pPr>
        <w:spacing w:before="100" w:after="200" w:line="360" w:lineRule="auto"/>
        <w:ind w:firstLine="576"/>
        <w:jc w:val="left"/>
      </w:pPr>
      <w:r>
        <w:rPr>
          <w:rFonts w:ascii="宋体" w:eastAsia="宋体" w:hAnsi="宋体"/>
          <w:sz w:val="28"/>
        </w:rPr>
        <w:t>为加强本次安全月活动的组织领导，确保安全月活动的有效落实，由厂长直接负责本次安全月活动的组织实施。为提高管理层对安全月活动的重视，在安全例会上组织安生处的主管领导、安全员学习、发动主题为“安全责任、重在落实”的专题动员会。</w:t>
      </w:r>
    </w:p>
    <w:p>
      <w:pPr>
        <w:spacing w:before="100" w:after="200" w:line="360" w:lineRule="auto"/>
        <w:ind w:firstLine="576"/>
        <w:jc w:val="left"/>
      </w:pPr>
      <w:r>
        <w:rPr>
          <w:rFonts w:ascii="宋体" w:eastAsia="宋体" w:hAnsi="宋体"/>
          <w:sz w:val="28"/>
        </w:rPr>
        <w:t>电厂厂长在经济上给予安全月活动大力支持，先后多次申请款项用于安全月期间的宣传费用，先后制作了主题横幅标示三副(生活区、厂房、闸首);大型横幅标语一副(厂房大门口)，小型标语若干;警言警句安全签名宣传幅一个。</w:t>
      </w:r>
    </w:p>
    <w:p>
      <w:pPr>
        <w:spacing w:before="100" w:after="200" w:line="360" w:lineRule="auto"/>
        <w:jc w:val="left"/>
      </w:pPr>
      <w:r>
        <w:rPr>
          <w:rFonts w:ascii="宋体 (中文正文)" w:eastAsia="宋体" w:hAnsi="宋体 (中文正文)"/>
          <w:b/>
          <w:sz w:val="28"/>
        </w:rPr>
        <w:t>二、开展形式多样的宣传教育活动</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活动期间我们开展了警言警句安全签名，组织员工进行安全月全员教育考试、并组织全国安全生产普法知识竞赛活动，评选安全文明流动红旗等形式多样的安全宣传教育活动。针对水电厂生产的特点，我们收集了高空作业、防触电，防机械伤害，防现场习惯性违章等相关方面的安全知识宣传资料，发放到各各班组，组织其学习。教育员工树立“安全责任、重在落实”的安全理念，提高员工自我防护能力。</w:t>
      </w:r>
    </w:p>
    <w:p>
      <w:pPr>
        <w:spacing w:before="100" w:after="200" w:line="360" w:lineRule="auto"/>
        <w:ind w:firstLine="576"/>
        <w:jc w:val="left"/>
      </w:pPr>
      <w:r>
        <w:rPr>
          <w:rFonts w:ascii="宋体" w:eastAsia="宋体" w:hAnsi="宋体"/>
          <w:sz w:val="28"/>
        </w:rPr>
        <w:t>通过宣传安全生产月活动，营造浓郁的安全文明生产氛围，从而提高全体员工的安全文明施工意识。</w:t>
      </w:r>
    </w:p>
    <w:p>
      <w:pPr>
        <w:spacing w:before="100" w:after="200" w:line="360" w:lineRule="auto"/>
        <w:jc w:val="left"/>
      </w:pPr>
      <w:r>
        <w:rPr>
          <w:rFonts w:ascii="宋体 (中文正文)" w:eastAsia="宋体" w:hAnsi="宋体 (中文正文)"/>
          <w:b/>
          <w:sz w:val="28"/>
        </w:rPr>
        <w:t>三、以安全月为契机，实实在在解决几个问题</w:t>
      </w:r>
    </w:p>
    <w:p>
      <w:pPr>
        <w:spacing w:before="100" w:after="200" w:line="360" w:lineRule="auto"/>
        <w:ind w:firstLine="576"/>
        <w:jc w:val="left"/>
      </w:pPr>
      <w:r>
        <w:rPr>
          <w:rFonts w:ascii="宋体" w:eastAsia="宋体" w:hAnsi="宋体"/>
          <w:sz w:val="28"/>
        </w:rPr>
        <w:t>安全月活动期间，安生处在安全生产月活动中实实在在地解决几个问题，把安全月落实到实处作为目标。安全生产月活动期间，安生处做了大量的工作，解决了一大批问题。先后组织了两项专项安全检查，检查和整改了一批问题，消除危险源。</w:t>
      </w:r>
    </w:p>
    <w:p>
      <w:pPr>
        <w:spacing w:before="100" w:after="200" w:line="360" w:lineRule="auto"/>
        <w:jc w:val="left"/>
      </w:pPr>
      <w:r>
        <w:rPr>
          <w:rFonts w:ascii="宋体 (中文正文)" w:eastAsia="宋体" w:hAnsi="宋体 (中文正文)"/>
          <w:b/>
          <w:sz w:val="28"/>
        </w:rPr>
        <w:t>一、收集、发放相关高空作业资料给各班组，提高作业员工高空安全知识;</w:t>
      </w:r>
    </w:p>
    <w:p>
      <w:pPr>
        <w:spacing w:before="100" w:after="200" w:line="360" w:lineRule="auto"/>
        <w:ind w:firstLine="576"/>
        <w:jc w:val="left"/>
      </w:pPr>
      <w:r>
        <w:rPr>
          <w:rFonts w:ascii="宋体" w:eastAsia="宋体" w:hAnsi="宋体"/>
          <w:sz w:val="28"/>
        </w:rPr>
        <w:t>二，安全投入比例增大，在主变室等重点部位安装了安全网，防护护网;</w:t>
      </w:r>
    </w:p>
    <w:p>
      <w:pPr>
        <w:spacing w:before="100" w:after="200" w:line="360" w:lineRule="auto"/>
        <w:jc w:val="left"/>
      </w:pPr>
      <w:r>
        <w:rPr>
          <w:rFonts w:ascii="宋体 (中文正文)" w:eastAsia="宋体" w:hAnsi="宋体 (中文正文)"/>
          <w:b/>
          <w:sz w:val="28"/>
        </w:rPr>
        <w:t>三、加大对现场反习惯性违章监察力度。</w:t>
      </w:r>
    </w:p>
    <w:p>
      <w:pPr>
        <w:spacing w:before="100" w:after="200" w:line="360" w:lineRule="auto"/>
        <w:ind w:firstLine="576"/>
        <w:jc w:val="left"/>
      </w:pPr>
      <w:r>
        <w:rPr>
          <w:rFonts w:ascii="宋体" w:eastAsia="宋体" w:hAnsi="宋体"/>
          <w:sz w:val="28"/>
        </w:rPr>
        <w:t>通过安全活动月方案的实施，员工安全意识得到极大提高，专业技术水平和操作能力得到有效提升，推动了企业的安全文化建设。</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我院安全生产工作在卫计局的领导下，在全院干部、职工的配合和支持下，紧紧围绕医院安全生产工作中心任务，始终坚持“安全第一，预防为主”的安全生产方针，以服务临床一线为宗旨，认真做好医院内部安全生产、治安保卫、消防安全工作。现将医院20--年安全生产工作总结如下：20--医院安全生产月活动总结</w:t>
      </w:r>
    </w:p>
    <w:p>
      <w:pPr>
        <w:spacing w:before="100" w:after="200" w:line="360" w:lineRule="auto"/>
        <w:jc w:val="left"/>
      </w:pPr>
      <w:r>
        <w:rPr>
          <w:rFonts w:ascii="宋体 (中文正文)" w:eastAsia="宋体" w:hAnsi="宋体 (中文正文)"/>
          <w:b/>
          <w:sz w:val="28"/>
        </w:rPr>
        <w:t>一、医院安全生产综合治理工作情况</w:t>
      </w:r>
    </w:p>
    <w:p>
      <w:pPr>
        <w:spacing w:before="100" w:after="200" w:line="360" w:lineRule="auto"/>
        <w:ind w:firstLine="576"/>
        <w:jc w:val="left"/>
      </w:pPr>
      <w:r>
        <w:rPr>
          <w:rFonts w:ascii="宋体" w:eastAsia="宋体" w:hAnsi="宋体"/>
          <w:sz w:val="28"/>
        </w:rPr>
        <w:t>为切实做好20--年的安全生产工作，根据上级主管部门的要求，医院实行安全生产目标责任制和治安防范综合治理，按照“谁主管，谁负责”的原则，让全院所有科室、职工参与到医院安全生产工作中去;积极与辖区村委会、派出所取得沟通，镇派出所确定我院为重点防护目标单位，从而更好的预防和处置医院突发事件的发生;积极建立健全医院安全生产和治安、消防安全制度，充分利用医院视频监控系统，使医院形成立体式治安监控网络，发挥人防和技防相结合的优势，对医院安全生产综合治理工作起到积极作用。</w:t>
      </w:r>
    </w:p>
    <w:p>
      <w:pPr>
        <w:spacing w:before="100" w:after="200" w:line="360" w:lineRule="auto"/>
        <w:jc w:val="left"/>
      </w:pPr>
      <w:r>
        <w:rPr>
          <w:rFonts w:ascii="宋体 (中文正文)" w:eastAsia="宋体" w:hAnsi="宋体 (中文正文)"/>
          <w:b/>
          <w:sz w:val="28"/>
        </w:rPr>
        <w:t>二、提高认识，加强领导，层层落实安全生产责任制</w:t>
      </w:r>
    </w:p>
    <w:p>
      <w:pPr>
        <w:spacing w:before="100" w:after="200" w:line="360" w:lineRule="auto"/>
        <w:ind w:firstLine="576"/>
        <w:jc w:val="left"/>
      </w:pPr>
      <w:r>
        <w:rPr>
          <w:rFonts w:ascii="宋体" w:eastAsia="宋体" w:hAnsi="宋体"/>
          <w:sz w:val="28"/>
        </w:rPr>
        <w:t>1、健全组织机构，严抓措施落实</w:t>
      </w:r>
    </w:p>
    <w:p>
      <w:pPr>
        <w:spacing w:before="100" w:after="200" w:line="360" w:lineRule="auto"/>
        <w:ind w:firstLine="576"/>
        <w:jc w:val="left"/>
      </w:pPr>
      <w:r>
        <w:rPr>
          <w:rFonts w:ascii="宋体" w:eastAsia="宋体" w:hAnsi="宋体"/>
          <w:sz w:val="28"/>
        </w:rPr>
        <w:t>领导高度重视，组织机构健全，工作有落实。成立由医院院长担任组长的安全工作小组，并下设办公室，配有专人负责日常工作。</w:t>
      </w:r>
    </w:p>
    <w:p>
      <w:pPr>
        <w:spacing w:before="100" w:after="200" w:line="360" w:lineRule="auto"/>
        <w:ind w:firstLine="576"/>
        <w:jc w:val="left"/>
      </w:pPr>
      <w:r>
        <w:rPr>
          <w:rFonts w:ascii="宋体" w:eastAsia="宋体" w:hAnsi="宋体"/>
          <w:sz w:val="28"/>
        </w:rPr>
        <w:t>2、完善安全生产制度建设，建立长效机制</w:t>
      </w:r>
    </w:p>
    <w:p>
      <w:pPr>
        <w:spacing w:before="100" w:after="200" w:line="360" w:lineRule="auto"/>
        <w:ind w:firstLine="576"/>
        <w:jc w:val="left"/>
      </w:pPr>
      <w:r>
        <w:rPr>
          <w:rFonts w:ascii="宋体" w:eastAsia="宋体" w:hAnsi="宋体"/>
          <w:sz w:val="28"/>
        </w:rPr>
        <w:t>为确保我院的安全生产，我院根据自身情况完善医院各项安全生产工作制度，堵塞安全生产管理漏洞，细化各项安全生产工作措施，围绕着“治理隐患、防范事故”这一主题，落实好医院各项安全生产制度，坚持边自查自纠，边建立长效机制;医院领导班子把安全保卫工作纳入重要议事日程，有针对性的把安全保卫工作提高到医院日常管理中去。</w:t>
      </w:r>
    </w:p>
    <w:p>
      <w:pPr>
        <w:spacing w:before="100" w:after="200" w:line="360" w:lineRule="auto"/>
        <w:ind w:firstLine="576"/>
        <w:jc w:val="left"/>
      </w:pPr>
      <w:r>
        <w:rPr>
          <w:rFonts w:ascii="宋体" w:eastAsia="宋体" w:hAnsi="宋体"/>
          <w:sz w:val="28"/>
        </w:rPr>
        <w:t>3、加强检查，防范事故</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(1)医院有针对性的要求各科室对重点部门，重点部位进行自查，发现问题及时给予整改;同时医院安全委员会成员对各科室的自查结果进行抽查，并现场纠正隐患。20--医院安全生产月活动总结</w:t>
      </w:r>
    </w:p>
    <w:p>
      <w:pPr>
        <w:spacing w:before="100" w:after="200" w:line="360" w:lineRule="auto"/>
        <w:ind w:firstLine="576"/>
        <w:jc w:val="left"/>
      </w:pPr>
      <w:r>
        <w:rPr>
          <w:rFonts w:ascii="宋体" w:eastAsia="宋体" w:hAnsi="宋体"/>
          <w:sz w:val="28"/>
        </w:rPr>
        <w:t>(2)在雨季医院认真执行落实上级对地质灾害防治工作要求，对医院危房和危地进行了深入、细致的排查。对存在安全隐患的地点要设置明显警示标志，确保人身财产安全。对可能存在安全隐患的场所、建筑在未消除安全隐患前已暂停使用，并组织人员撤离。</w:t>
      </w:r>
    </w:p>
    <w:p>
      <w:pPr>
        <w:spacing w:before="100" w:after="200" w:line="360" w:lineRule="auto"/>
        <w:ind w:firstLine="576"/>
        <w:jc w:val="left"/>
      </w:pPr>
      <w:r>
        <w:rPr>
          <w:rFonts w:ascii="宋体" w:eastAsia="宋体" w:hAnsi="宋体"/>
          <w:sz w:val="28"/>
        </w:rPr>
        <w:t>(3)医院对院内易燃、易爆、有毒、有害危险化学品、麻毒药品、药库进行24小时监控。做好安全防范工作。对医院职工饭堂，建筑工地等要害部门进行严格巡查，查找安全隐患，落实各项安全生产制度，确保医院医疗工作的安全高效运行。</w:t>
      </w:r>
    </w:p>
    <w:p>
      <w:pPr>
        <w:spacing w:before="100" w:after="200" w:line="360" w:lineRule="auto"/>
        <w:ind w:firstLine="576"/>
        <w:jc w:val="left"/>
      </w:pPr>
      <w:r>
        <w:rPr>
          <w:rFonts w:ascii="宋体" w:eastAsia="宋体" w:hAnsi="宋体"/>
          <w:sz w:val="28"/>
        </w:rPr>
        <w:t>4、加强治安防范管理，严防医疗事故和医疗纠纷</w:t>
      </w:r>
    </w:p>
    <w:p>
      <w:pPr>
        <w:spacing w:before="100" w:after="200" w:line="360" w:lineRule="auto"/>
        <w:ind w:firstLine="576"/>
        <w:jc w:val="left"/>
      </w:pPr>
      <w:r>
        <w:rPr>
          <w:rFonts w:ascii="宋体" w:eastAsia="宋体" w:hAnsi="宋体"/>
          <w:sz w:val="28"/>
        </w:rPr>
        <w:t>我院成立了医患纠纷调解工作领导小组和医患纠纷调解工作专家组，制定了医患纠纷调解工作制度、工作人员和调解处置流程，医院加强对医务人员的职业道德、业务技术能力培训，定期对职工进行法律法规等医疗安全教育讲座，组织医疗法律法规及的学习，各科室每月进行一次医疗安全学习，医院每季度进行一次核心制度和医疗安全相关制度的考核，医疗安全意识明显提高，防范措施到位，近年来未发生出现重大医疗事故和医疗纠纷。</w:t>
      </w:r>
    </w:p>
    <w:p>
      <w:pPr>
        <w:spacing w:before="100" w:after="200" w:line="360" w:lineRule="auto"/>
        <w:jc w:val="left"/>
      </w:pPr>
      <w:r>
        <w:rPr>
          <w:rFonts w:ascii="宋体 (中文正文)" w:eastAsia="宋体" w:hAnsi="宋体 (中文正文)"/>
          <w:b/>
          <w:sz w:val="28"/>
        </w:rPr>
        <w:t>三、加强硬件建设，做好安全保障</w:t>
      </w:r>
    </w:p>
    <w:p>
      <w:pPr>
        <w:spacing w:before="100" w:after="200" w:line="360" w:lineRule="auto"/>
        <w:ind w:firstLine="576"/>
        <w:jc w:val="left"/>
      </w:pPr>
      <w:r>
        <w:rPr>
          <w:rFonts w:ascii="宋体" w:eastAsia="宋体" w:hAnsi="宋体"/>
          <w:sz w:val="28"/>
        </w:rPr>
        <w:t>因为我们旧门诊楼的线路已经老化，存在严重安全隐患，今年我们投资将旧门诊楼的线路全部做了更换，将安全隐患消灭在萌芽状态。</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今后，医院将继续加强对全院职工安全教育的培训工作，确保医院安全生产工作，我院将进一步落实安全生产责任制，全力抓好安全生产工作，为医院，经济发展创造良好的安全环境，力争使我院安全工作再上一个新的台阶。</w:t>
      </w:r>
    </w:p>
    <w:p>
      <w:pPr>
        <w:spacing w:before="100" w:after="200" w:line="360" w:lineRule="auto"/>
        <w:ind w:firstLine="576"/>
        <w:jc w:val="left"/>
      </w:pPr>
      <w:r>
        <w:rPr>
          <w:rFonts w:ascii="宋体" w:eastAsia="宋体" w:hAnsi="宋体"/>
          <w:sz w:val="28"/>
        </w:rPr>
        <w:t>开展煤矿安全质量标准化活动，努力提高煤矿管理水平。__县发改委切实加强__县煤矿基础管理工作，不断改善煤矿安全生产条件，全面推进质量标准化建设，建立切实可行的煤矿质量标准化长效机制，使煤矿彻底改变基础差、标准低的面貌，实现煤矿安全生产形势的稳定好转。</w:t>
      </w:r>
    </w:p>
    <w:p>
      <w:pPr>
        <w:spacing w:before="100" w:after="200" w:line="360" w:lineRule="auto"/>
        <w:ind w:firstLine="576"/>
        <w:jc w:val="left"/>
      </w:pPr>
      <w:r>
        <w:rPr>
          <w:rFonts w:ascii="宋体" w:eastAsia="宋体" w:hAnsi="宋体"/>
          <w:sz w:val="28"/>
        </w:rPr>
        <w:t>完善煤矿安全监管机制，督促煤矿抓好安全基础管理工作。加大行政执法力度，严厉打击煤矿生产中的违法、违规和非法生产行为。对拒不服从政府依法监管，存在非法、违法生产行为的煤矿，依据国家有关法律法规给予罚款、停产整顿、吊销相关证照等行政处罚。严格责任追究制度，强化煤矿安全监管，实行严管重罚措施，确保煤矿安全生产。</w:t>
      </w:r>
    </w:p>
    <w:p>
      <w:pPr>
        <w:spacing w:before="100" w:after="200" w:line="360" w:lineRule="auto"/>
        <w:ind w:firstLine="576"/>
        <w:jc w:val="left"/>
      </w:pPr>
      <w:r>
        <w:rPr>
          <w:rFonts w:ascii="宋体" w:eastAsia="宋体" w:hAnsi="宋体"/>
          <w:sz w:val="28"/>
        </w:rPr>
        <w:t>强化全员安全教育培训，提高煤矿从业人员安全素质。始终把强化煤矿职工安全教育培训，提高煤矿职工安全素质作为加强煤矿安全生产的基础性工作常抓不懈。把职工安全教育培训作为煤矿复产前置条件。各煤矿均开展职工岗前培训工作，举办安全教育培训班，2月-6月共培训煤矿一线职工200余人，进一步强化煤矿职工队伍建设，提高煤矿从业人员安全素质，为煤矿企业安全发展打下坚实的基础。</w:t>
      </w:r>
    </w:p>
    <w:p>
      <w:pPr>
        <w:spacing w:before="100" w:after="200" w:line="360" w:lineRule="auto"/>
        <w:ind w:firstLine="576"/>
        <w:jc w:val="left"/>
      </w:pPr>
      <w:r>
        <w:rPr>
          <w:rFonts w:ascii="宋体" w:eastAsia="宋体" w:hAnsi="宋体"/>
          <w:sz w:val="28"/>
        </w:rPr>
        <w:t>强化煤矿安全监管，狠抓安全生产隐患排查治理。今年，监管人员定期深入矿区，进行安全生产专项检查，确保安全监管不留死角。截至目前，已下煤矿检查6次，下井检查12人次，下达整改指令书5份，帮助煤矿企业排查各类安全隐患30余处，隐患整改率98%以上。强化煤矿重大安全隐患的排查治理工作，督促煤矿企业组织技术力量，按照责任、措施、资金、期限和“五落实”的原则，持续深入抓好煤矿重大安全隐患排查治理工作，确保隐患查得出、控得住、治得好。</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为加强安全生产工作的决策部署，围绕“生命至上安全发展”这个主题，进一步加大安全生产宣教工作力度，有效防范和遏制重特大事故发生。我镇积极在全镇范围内组织开展“安全生产月”，现将有关工作总结如下：</w:t>
      </w:r>
    </w:p>
    <w:p>
      <w:pPr>
        <w:spacing w:before="100" w:after="200" w:line="360" w:lineRule="auto"/>
        <w:jc w:val="left"/>
      </w:pPr>
      <w:r>
        <w:rPr>
          <w:rFonts w:ascii="宋体 (中文正文)" w:eastAsia="宋体" w:hAnsi="宋体 (中文正文)"/>
          <w:b/>
          <w:sz w:val="28"/>
        </w:rPr>
        <w:t>一、积极宣传教育，营造安全氛围</w:t>
      </w:r>
    </w:p>
    <w:p>
      <w:pPr>
        <w:spacing w:before="100" w:after="200" w:line="360" w:lineRule="auto"/>
        <w:ind w:firstLine="576"/>
        <w:jc w:val="left"/>
      </w:pPr>
      <w:r>
        <w:rPr>
          <w:rFonts w:ascii="宋体" w:eastAsia="宋体" w:hAnsi="宋体"/>
          <w:sz w:val="28"/>
        </w:rPr>
        <w:t>“安全生产月活动期间，镇安监办、有关部门及企事业单位在__关镇街道、学校附近、厂房和渡口码头悬挂宣传横幅8处，在各类电子显示屏滚动播发宣传警示标语，在学校，企业等企事业单位宣传栏，公告栏张贴宣传画。</w:t>
      </w:r>
    </w:p>
    <w:p>
      <w:pPr>
        <w:spacing w:before="100" w:after="200" w:line="360" w:lineRule="auto"/>
        <w:jc w:val="left"/>
      </w:pPr>
      <w:r>
        <w:rPr>
          <w:rFonts w:ascii="宋体 (中文正文)" w:eastAsia="宋体" w:hAnsi="宋体 (中文正文)"/>
          <w:b/>
          <w:sz w:val="28"/>
        </w:rPr>
        <w:t>二、开展应急演练活动</w:t>
      </w:r>
    </w:p>
    <w:p>
      <w:pPr>
        <w:spacing w:before="100" w:after="200" w:line="360" w:lineRule="auto"/>
        <w:ind w:firstLine="576"/>
        <w:jc w:val="left"/>
      </w:pPr>
      <w:r>
        <w:rPr>
          <w:rFonts w:ascii="宋体" w:eastAsia="宋体" w:hAnsi="宋体"/>
          <w:sz w:val="28"/>
        </w:rPr>
        <w:t>我镇坚持贴近实战、注重实效原则，在绿洲森工开展了应急演练，应急知识培训，自救互救和避险逃生技能方面的竞赛等活动。提高了全体员工安全文化意识，唱响了“安全发展”的主旋律。</w:t>
      </w:r>
    </w:p>
    <w:p>
      <w:pPr>
        <w:spacing w:before="100" w:after="200" w:line="360" w:lineRule="auto"/>
        <w:jc w:val="left"/>
      </w:pPr>
      <w:r>
        <w:rPr>
          <w:rFonts w:ascii="宋体 (中文正文)" w:eastAsia="宋体" w:hAnsi="宋体 (中文正文)"/>
          <w:b/>
          <w:sz w:val="28"/>
        </w:rPr>
        <w:t>三、深入开展专项检查，及时清除事故隐患</w:t>
      </w:r>
    </w:p>
    <w:p>
      <w:pPr>
        <w:spacing w:before="100" w:after="200" w:line="360" w:lineRule="auto"/>
        <w:ind w:firstLine="576"/>
        <w:jc w:val="left"/>
      </w:pPr>
      <w:r>
        <w:rPr>
          <w:rFonts w:ascii="宋体" w:eastAsia="宋体" w:hAnsi="宋体"/>
          <w:sz w:val="28"/>
        </w:rPr>
        <w:t>安全生产月期间镇党、委政府高度重视，结合我镇安全生产月实施方案要求。6月20日—6月25日，由镇主要领导牵头组织了安全生产专项检查和执法检查。参与的单位有：镇安监办、派出所、市监所、其中对绿洲森工(六安)公司、福润禽业、寿县江淮船舶修造有限公司及万丰粮油有限公司等企业及辖区内加油站，烟花爆竹零售店，渡口、学校的现场安全进行了检查。对有安全隐患的企业下达限期整改通知书。</w:t>
      </w:r>
    </w:p>
    <w:p>
      <w:pPr>
        <w:spacing w:before="100" w:after="200" w:line="360" w:lineRule="auto"/>
        <w:ind w:firstLine="576"/>
        <w:jc w:val="left"/>
      </w:pPr>
      <w:r>
        <w:rPr>
          <w:rFonts w:ascii="宋体" w:eastAsia="宋体" w:hAnsi="宋体"/>
          <w:sz w:val="28"/>
        </w:rPr>
        <w:t>四：认真对待工作，安全监管不松懈</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我镇召开了“安全生产月”工作总结会议。总结近期开展的工作和取得的经验教训，对未来工作进行更细致安排，对在安全生产月中发现的安全隐患落实责任制，限期整改。今后我们将加大巡查和检查频率，确保我镇安全生产形势稳定。</w:t>
      </w:r>
    </w:p>
    <w:p>
      <w:pPr>
        <w:spacing w:before="100" w:after="200" w:line="360" w:lineRule="auto"/>
        <w:ind w:firstLine="576"/>
        <w:jc w:val="left"/>
      </w:pPr>
      <w:r>
        <w:rPr>
          <w:rFonts w:ascii="宋体" w:eastAsia="宋体" w:hAnsi="宋体"/>
          <w:sz w:val="28"/>
        </w:rPr>
        <w:t>按照《国务院安委会办公室关于开展20--年全国“安全生产月”和“安全生产万里行”活动的通知》的统一部署，住房城乡建设部日前下发通知，要求全国住房城乡建设系统开展以“全面落实企业安全生产主体责任”为主题的“安全生产月”活动。</w:t>
      </w:r>
    </w:p>
    <w:p>
      <w:pPr>
        <w:spacing w:before="100" w:after="200" w:line="360" w:lineRule="auto"/>
        <w:ind w:firstLine="576"/>
        <w:jc w:val="left"/>
      </w:pPr>
      <w:r>
        <w:rPr>
          <w:rFonts w:ascii="宋体" w:eastAsia="宋体" w:hAnsi="宋体"/>
          <w:sz w:val="28"/>
        </w:rPr>
        <w:t>“三个深入”宣传安全生产知识</w:t>
      </w:r>
    </w:p>
    <w:p>
      <w:pPr>
        <w:spacing w:before="100" w:after="200" w:line="360" w:lineRule="auto"/>
        <w:ind w:firstLine="576"/>
        <w:jc w:val="left"/>
      </w:pPr>
      <w:r>
        <w:rPr>
          <w:rFonts w:ascii="宋体" w:eastAsia="宋体" w:hAnsi="宋体"/>
          <w:sz w:val="28"/>
        </w:rPr>
        <w:t>狠抓培训提升全员安全素质</w:t>
      </w:r>
    </w:p>
    <w:p>
      <w:pPr>
        <w:spacing w:before="100" w:after="200" w:line="360" w:lineRule="auto"/>
        <w:ind w:firstLine="576"/>
        <w:jc w:val="left"/>
      </w:pPr>
      <w:r>
        <w:rPr>
          <w:rFonts w:ascii="宋体" w:eastAsia="宋体" w:hAnsi="宋体"/>
          <w:sz w:val="28"/>
        </w:rPr>
        <w:t>在活动中，各地住房城乡建设主管部门将深入开展建筑从业人员安全教育培训，着力提高培训质量，提升全行业安全素质。</w:t>
      </w:r>
    </w:p>
    <w:p>
      <w:pPr>
        <w:spacing w:before="100" w:after="200" w:line="360" w:lineRule="auto"/>
        <w:ind w:firstLine="576"/>
        <w:jc w:val="left"/>
      </w:pPr>
      <w:r>
        <w:rPr>
          <w:rFonts w:ascii="宋体" w:eastAsia="宋体" w:hAnsi="宋体"/>
          <w:sz w:val="28"/>
        </w:rPr>
        <w:t>加强对建筑施工企业主要负责人、项目负责人、专职安全生产管理人员及特种作业人员的建筑施工安全生产法规制度和技能培训，针对危险性较大的分部分项工程安全管理、专项方案的编制及论证等重点内容开展专题培训，提高企业关键岗位人员依法履责的能力。</w:t>
      </w:r>
    </w:p>
    <w:p>
      <w:pPr>
        <w:spacing w:before="100" w:after="200" w:line="360" w:lineRule="auto"/>
        <w:ind w:firstLine="576"/>
        <w:jc w:val="left"/>
      </w:pPr>
      <w:r>
        <w:rPr>
          <w:rFonts w:ascii="宋体" w:eastAsia="宋体" w:hAnsi="宋体"/>
          <w:sz w:val="28"/>
        </w:rPr>
        <w:t>严格落实农民工安全教育制度，积极推行体验式安全教育等新方式，提升必要的安全防范意识和能力。</w:t>
      </w:r>
    </w:p>
    <w:p>
      <w:pPr>
        <w:spacing w:before="100" w:after="200" w:line="360" w:lineRule="auto"/>
        <w:ind w:firstLine="576"/>
        <w:jc w:val="left"/>
      </w:pPr>
      <w:r>
        <w:rPr>
          <w:rFonts w:ascii="宋体" w:eastAsia="宋体" w:hAnsi="宋体"/>
          <w:sz w:val="28"/>
        </w:rPr>
        <w:t>加大对建筑施工安全监管人员的教育培训力度，形成常态化的培训机制，不断增强建筑施工安全监管队伍的凝聚力和战斗力，提升依法行政水平。</w:t>
      </w:r>
    </w:p>
    <w:p>
      <w:pPr>
        <w:spacing w:before="100" w:after="200" w:line="360" w:lineRule="auto"/>
        <w:ind w:firstLine="576"/>
        <w:jc w:val="left"/>
      </w:pPr>
      <w:r>
        <w:rPr>
          <w:rFonts w:ascii="宋体" w:eastAsia="宋体" w:hAnsi="宋体"/>
          <w:sz w:val="28"/>
        </w:rPr>
        <w:t>强化监管落实企业主体责任</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按照要求，各地住房城乡建设主管部门将以“安全生产月”活动为契机，进一步推进建筑施工安全监管执法工作，全面落实企业安全生产主体责任。</w:t>
      </w:r>
    </w:p>
    <w:p>
      <w:pPr>
        <w:spacing w:before="100" w:after="200" w:line="360" w:lineRule="auto"/>
        <w:ind w:firstLine="576"/>
        <w:jc w:val="left"/>
      </w:pPr>
      <w:r>
        <w:rPr>
          <w:rFonts w:ascii="宋体" w:eastAsia="宋体" w:hAnsi="宋体"/>
          <w:sz w:val="28"/>
        </w:rPr>
        <w:t>督促工程建设企业建立完善安全生产责任体系，将安全生产责任落实到每个项目、每个人员、每个岗位。</w:t>
      </w:r>
    </w:p>
    <w:p>
      <w:pPr>
        <w:spacing w:before="100" w:after="200" w:line="360" w:lineRule="auto"/>
        <w:ind w:firstLine="576"/>
        <w:jc w:val="left"/>
      </w:pPr>
      <w:r>
        <w:rPr>
          <w:rFonts w:ascii="宋体" w:eastAsia="宋体" w:hAnsi="宋体"/>
          <w:sz w:val="28"/>
        </w:rPr>
        <w:t>深入开展建筑施工安全专项整治，以高支模、深基坑、建筑起重机械等危险性较大的分部分项工程为重点，全面开展安全隐患排查治理，强化企业预防措施，加强安全风险管控，切实防范建筑施工生产安全事故的发生。对安全生产违法行为坚持零容忍、重处罚，一经发现坚决依法进行查处。</w:t>
      </w:r>
    </w:p>
    <w:p>
      <w:pPr>
        <w:spacing w:before="100" w:after="200" w:line="360" w:lineRule="auto"/>
        <w:ind w:firstLine="576"/>
        <w:jc w:val="left"/>
      </w:pPr>
      <w:r>
        <w:rPr>
          <w:rFonts w:ascii="宋体" w:eastAsia="宋体" w:hAnsi="宋体"/>
          <w:sz w:val="28"/>
        </w:rPr>
        <w:t>积极推动建筑施工安全监管执法的规范化、信息化和标准化，推行“双随机、一公开”执法检查方式，以规范高效的监管督促企业安全生产责任的落实。</w:t>
      </w:r>
    </w:p>
    <w:p>
      <w:pPr>
        <w:spacing w:before="100" w:after="200" w:line="360" w:lineRule="auto"/>
        <w:ind w:firstLine="576"/>
        <w:jc w:val="left"/>
      </w:pPr>
      <w:r>
        <w:rPr>
          <w:rFonts w:ascii="宋体" w:eastAsia="宋体" w:hAnsi="宋体"/>
          <w:sz w:val="28"/>
        </w:rPr>
        <w:t>结合实际各地出台实施方案</w:t>
      </w:r>
    </w:p>
    <w:p>
      <w:pPr>
        <w:spacing w:before="100" w:after="200" w:line="360" w:lineRule="auto"/>
        <w:ind w:firstLine="576"/>
        <w:jc w:val="left"/>
      </w:pPr>
      <w:r>
        <w:rPr>
          <w:rFonts w:ascii="宋体" w:eastAsia="宋体" w:hAnsi="宋体"/>
          <w:sz w:val="28"/>
        </w:rPr>
        <w:t>自20--年6月开始，我国已经连续15年开展“安全生产月”活动，今年是第16年。按照住房城乡建设部要求，各地结合自身实际情况，纷纷制订实施方案，通过开展一系列安全宣传、安全文化、安全培训活动，进一步坚守红线意识、推动安全发展、普及安全知识、提高安全素养。</w:t>
      </w:r>
    </w:p>
    <w:p>
      <w:pPr>
        <w:spacing w:before="100" w:after="200" w:line="360" w:lineRule="auto"/>
        <w:ind w:firstLine="576"/>
        <w:jc w:val="left"/>
      </w:pPr>
      <w:r>
        <w:rPr>
          <w:rFonts w:ascii="宋体" w:eastAsia="宋体" w:hAnsi="宋体"/>
          <w:sz w:val="28"/>
        </w:rPr>
        <w:t>根据省公司《关于开展“安全生产月活动”的通知》要求，和《山东省“安全生产月活动”实施方案》的文件精神，威海配送中心，紧紧围绕“安全发展、预防为主”这一活动主题，积极开展活动，现总结如下：</w:t>
      </w:r>
    </w:p>
    <w:p>
      <w:pPr>
        <w:spacing w:before="100" w:after="200" w:line="360" w:lineRule="auto"/>
        <w:jc w:val="left"/>
      </w:pPr>
      <w:r>
        <w:rPr>
          <w:rFonts w:ascii="宋体 (中文正文)" w:eastAsia="宋体" w:hAnsi="宋体 (中文正文)"/>
          <w:b/>
          <w:sz w:val="28"/>
        </w:rPr>
        <w:t>一、领导重视，精心安排，广泛发动</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https://d.book118.com/387005006133006054</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9"/>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8700500613300605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