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高考励志演讲稿(精选多篇)</w:t>
      </w:r>
    </w:p>
    <w:p>
      <w:pPr>
        <w:spacing w:before="100" w:after="200" w:line="480" w:lineRule="auto"/>
        <w:ind w:firstLine="576"/>
        <w:jc w:val="left"/>
      </w:pPr>
      <w:r>
        <w:rPr>
          <w:rFonts w:ascii="宋体" w:eastAsia="宋体" w:hAnsi="宋体"/>
          <w:sz w:val="32"/>
        </w:rPr>
        <w:t>第一篇：高考励志</w:t>
      </w:r>
    </w:p>
    <w:p>
      <w:pPr>
        <w:spacing w:before="100" w:after="200" w:line="480" w:lineRule="auto"/>
        <w:jc w:val="left"/>
      </w:pPr>
      <w:r>
        <w:rPr>
          <w:rFonts w:ascii="宋体 (中文正文)" w:eastAsia="宋体" w:hAnsi="宋体 (中文正文)"/>
          <w:sz w:val="32"/>
        </w:rPr>
        <w:t>尊敬的老师、亲爱的同学们：</w:t>
      </w:r>
    </w:p>
    <w:p>
      <w:pPr>
        <w:spacing w:before="100" w:after="200" w:line="480" w:lineRule="auto"/>
        <w:ind w:firstLine="576"/>
        <w:jc w:val="left"/>
      </w:pPr>
      <w:r>
        <w:rPr>
          <w:rFonts w:ascii="宋体" w:eastAsia="宋体" w:hAnsi="宋体"/>
          <w:sz w:val="32"/>
        </w:rPr>
        <w:t>大家好!</w:t>
      </w:r>
    </w:p>
    <w:p>
      <w:pPr>
        <w:spacing w:before="100" w:after="200" w:line="480" w:lineRule="auto"/>
        <w:ind w:firstLine="576"/>
        <w:jc w:val="left"/>
      </w:pPr>
      <w:r>
        <w:rPr>
          <w:rFonts w:ascii="宋体" w:eastAsia="宋体" w:hAnsi="宋体"/>
          <w:sz w:val="32"/>
        </w:rPr>
        <w:t>同学们，从今天开始，高考冲刺的战役正式打响。高考，是人生征途中最激动人心的驿站之一，它对翻开我们生命中崭新的一页有着不可估量的作用。他可能会让你的人生如诗如歌，可能会让你的梦想绚丽如虹;可能会让你拥有更大的施展雄心壮志的舞台，可能会让你登上一座座风光无限的山峰。</w:t>
      </w:r>
    </w:p>
    <w:p>
      <w:pPr>
        <w:spacing w:before="100" w:after="200" w:line="480" w:lineRule="auto"/>
        <w:ind w:firstLine="576"/>
        <w:jc w:val="left"/>
      </w:pPr>
      <w:r>
        <w:rPr>
          <w:rFonts w:ascii="宋体" w:eastAsia="宋体" w:hAnsi="宋体"/>
          <w:sz w:val="32"/>
        </w:rPr>
        <w:t>珍惜时间，把握现在，积极行动，不懈努力，才能青春无悔，人生豪迈。</w:t>
      </w:r>
    </w:p>
    <w:p>
      <w:pPr>
        <w:spacing w:before="100" w:after="200" w:line="480" w:lineRule="auto"/>
        <w:ind w:firstLine="576"/>
        <w:jc w:val="left"/>
      </w:pPr>
      <w:r>
        <w:rPr>
          <w:rFonts w:ascii="宋体" w:eastAsia="宋体" w:hAnsi="宋体"/>
          <w:sz w:val="32"/>
        </w:rPr>
        <w:t>三年后捧着燃烧的激情在母校重逢"的宣言，让我们热血沸腾，摩拳擦掌，希望无限;一千个日日夜夜，你们牢记着"我心一片磁针石，不指高考不罢休"的志向，攀登书山，畅游题海。书山上留下你们奋笔疾书的背影，题海中展示着你们顽强拼搏的豪气。我们青春无限，我们壮志满怀。“十年砺剑百日策马闯雄关，一朝试锋六月扬眉传佳音”，我坚信，同学们经过百日拼搏，一定能超越自我，实现理想，以优异的成绩向母校献上一份厚礼!在这木棉花怒放枝头，杜鹃花堆锦叠秀的季节，迎来了一年一度的高考百日冲刺。决战的号角声已经吹响，我们全体高三老师的心与同学们一起在跳动。尽管我们这一届的基础比不上往届的学生，尽管我们的实力与其他学校还有差距，但只要我们努力拼搏，就能取得成功。三分天注定，七分靠打拼，爱拼就会赢!在龟兔赛跑中，乌龟所以取得最后的胜利，是在于它的锲而不舍。鲁迅说过：“不耻最后。即使慢，驰而不息，定能达到他所向的目标。”九百多天我们从风雨中走来了，在这最后的冲刺中我们决不能弃馁，让我们用我们的勤奋来迎接命运的撞击，擦亮一中的牌子!</w:t>
      </w:r>
    </w:p>
    <w:p>
      <w:pPr>
        <w:spacing w:before="100" w:after="200" w:line="480" w:lineRule="auto"/>
        <w:ind w:firstLine="576"/>
        <w:jc w:val="left"/>
        <w:sectPr w:rsidSect="00034616">
          <w:pgSz w:w="16838" w:h="23811"/>
          <w:pgMar w:top="1440" w:right="1440" w:bottom="1440" w:left="1440" w:header="720" w:footer="720" w:gutter="0"/>
          <w:cols w:space="720"/>
          <w:docGrid w:linePitch="360"/>
        </w:sectPr>
      </w:pPr>
    </w:p>
    <w:p>
      <w:pPr>
        <w:spacing w:before="100" w:after="200" w:line="480" w:lineRule="auto"/>
        <w:ind w:firstLine="576"/>
        <w:jc w:val="left"/>
      </w:pPr>
      <w:r>
        <w:rPr>
          <w:rFonts w:ascii="宋体" w:eastAsia="宋体" w:hAnsi="宋体"/>
          <w:sz w:val="32"/>
        </w:rPr>
        <w:t>大学梦，是人生梦的起点，没有经历过大学的人生是有缺憾的，大学是真正塑造我们思维的一个非常重要时期。我们要抢占人生的制高点，创造无悔无怨的人生!高三是人生征途中的重要一站，千万不要把太多的精力和时间消耗在一时的享乐当中，当你竭尽自己的最大努力去为实现自己的梦想而奋斗，你将收获超出你预期的成果;当辉煌的落日即将沉沦，当你眼中金色的光亮即将消失时，你的梦没有实现，这才是你最刻骨铭心的痛!</w:t>
      </w:r>
    </w:p>
    <w:p>
      <w:pPr>
        <w:spacing w:before="100" w:after="200" w:line="480" w:lineRule="auto"/>
        <w:ind w:firstLine="576"/>
        <w:jc w:val="left"/>
      </w:pPr>
      <w:r>
        <w:rPr>
          <w:rFonts w:ascii="宋体" w:eastAsia="宋体" w:hAnsi="宋体"/>
          <w:sz w:val="32"/>
        </w:rPr>
        <w:t>在这最后一百天里，我们高三全体老师众志成城，奋力耕耘，竭尽全力，“甘将心血化时雨，润出桃花一片红”。我们相信通过师生共同努力，以我们的智慧驾驭战场，定能决胜于千里之外。</w:t>
      </w:r>
    </w:p>
    <w:p>
      <w:pPr>
        <w:spacing w:before="100" w:after="200" w:line="480" w:lineRule="auto"/>
        <w:ind w:firstLine="576"/>
        <w:jc w:val="left"/>
      </w:pPr>
      <w:r>
        <w:rPr>
          <w:rFonts w:ascii="宋体" w:eastAsia="宋体" w:hAnsi="宋体"/>
          <w:sz w:val="32"/>
        </w:rPr>
        <w:t>看，“落叶开花飞火凤，参天擎日舞巨龙”;听，战鼓声声催，骏马不停蹄。蛇辞旧岁，大地处处歌胜利;马奋新程，一中年年创辉煌!</w:t>
      </w:r>
    </w:p>
    <w:p>
      <w:pPr>
        <w:spacing w:before="100" w:after="200" w:line="480" w:lineRule="auto"/>
        <w:ind w:firstLine="576"/>
        <w:jc w:val="left"/>
      </w:pPr>
      <w:r>
        <w:rPr>
          <w:rFonts w:ascii="宋体" w:eastAsia="宋体" w:hAnsi="宋体"/>
          <w:sz w:val="32"/>
        </w:rPr>
        <w:t>今天我们面临着人生的伟大挑战：这是一场肉体与灵魂的挑战，这是一场坚韧与顽强的挑战，除了迎难而上我们别无选择!</w:t>
      </w:r>
    </w:p>
    <w:p>
      <w:pPr>
        <w:spacing w:before="100" w:after="200" w:line="480" w:lineRule="auto"/>
        <w:ind w:firstLine="576"/>
        <w:jc w:val="left"/>
      </w:pPr>
      <w:r>
        <w:rPr>
          <w:rFonts w:ascii="宋体" w:eastAsia="宋体" w:hAnsi="宋体"/>
          <w:sz w:val="32"/>
        </w:rPr>
        <w:t>让我们以积极的态度解决问题，以勇敢的态度战胜畏惧，以激情的态度快乐学习，以平静的态度挑战忧虑，以自信的态度改变现状，以期待的态度憧憬未来!</w:t>
      </w:r>
    </w:p>
    <w:p>
      <w:pPr>
        <w:spacing w:before="100" w:after="200" w:line="480" w:lineRule="auto"/>
        <w:ind w:firstLine="576"/>
        <w:jc w:val="left"/>
      </w:pPr>
      <w:r>
        <w:rPr>
          <w:rFonts w:ascii="宋体" w:eastAsia="宋体" w:hAnsi="宋体"/>
          <w:sz w:val="32"/>
        </w:rPr>
        <w:t>让我们肯定自己，超越自己，创造自己，让我们心中伴着信念，矢志不渝，带着希望而迈向辉煌!</w:t>
      </w:r>
    </w:p>
    <w:p>
      <w:pPr>
        <w:spacing w:before="100" w:after="200" w:line="480" w:lineRule="auto"/>
        <w:ind w:firstLine="576"/>
        <w:jc w:val="left"/>
      </w:pPr>
      <w:r>
        <w:rPr>
          <w:rFonts w:ascii="宋体" w:eastAsia="宋体" w:hAnsi="宋体"/>
          <w:sz w:val="32"/>
        </w:rPr>
        <w:t>高三是人生履历中最为亮丽的一道风景线，人生没有大学校园的记忆是不完美的，没有高三生活的回忆是有缺憾的。</w:t>
      </w:r>
    </w:p>
    <w:p>
      <w:pPr>
        <w:spacing w:before="100" w:after="200" w:line="480" w:lineRule="auto"/>
        <w:ind w:firstLine="576"/>
        <w:jc w:val="left"/>
      </w:pPr>
      <w:r>
        <w:rPr>
          <w:rFonts w:ascii="宋体" w:eastAsia="宋体" w:hAnsi="宋体"/>
          <w:sz w:val="32"/>
        </w:rPr>
        <w:t>高三是享受拼搏、奋斗人生的最佳时光。花季少年，初生牛犊，指点江山，激扬文字，敢与天公试比高。年轻是我们的资本，成功是我们的追求，奋斗不止是我们的宣言，愈挫愈勇是我们的气魄。</w:t>
      </w:r>
    </w:p>
    <w:p>
      <w:pPr>
        <w:spacing w:before="100" w:after="200" w:line="480" w:lineRule="auto"/>
        <w:ind w:firstLine="576"/>
        <w:jc w:val="left"/>
      </w:pPr>
      <w:r>
        <w:rPr>
          <w:rFonts w:ascii="宋体" w:eastAsia="宋体" w:hAnsi="宋体"/>
          <w:sz w:val="32"/>
        </w:rPr>
        <w:t>高三是拼搏的一年。人们常说：此时不搏何时搏;就是说，拼搏要抓住时机。幸福在于拼搏，享受在于拼搏。拼什么?拼效率，有了效率才会有成功;拼心态，愉悦的心态激活大脑的思维;拼意志，顽强的毅力不畏惧任何失败;拼潜力，人们往往会被自己巨大的潜力惊得目瞪口呆。</w:t>
      </w:r>
    </w:p>
    <w:p>
      <w:pPr>
        <w:spacing w:before="100" w:after="200" w:line="480" w:lineRule="auto"/>
        <w:ind w:firstLine="576"/>
        <w:jc w:val="left"/>
        <w:sectPr w:rsidSect="00034616">
          <w:type w:val="nextPage"/>
          <w:pgSz w:w="16838" w:h="23811"/>
          <w:pgMar w:top="1440" w:right="1440" w:bottom="1440" w:left="1440" w:header="720" w:footer="720" w:gutter="0"/>
          <w:pgNumType w:start="2"/>
          <w:cols w:space="720"/>
          <w:titlePg w:val="0"/>
          <w:docGrid w:linePitch="360"/>
        </w:sectPr>
      </w:pPr>
      <w:r>
        <w:rPr>
          <w:rFonts w:ascii="宋体" w:eastAsia="宋体" w:hAnsi="宋体"/>
          <w:sz w:val="32"/>
        </w:rPr>
        <w:t>高三是寂寞的一年，说寂寞，不寂寞，在知识的海洋遨游，自有其无穷的乐趣。我们要与自己的胆怯与懦弱、虚荣与懒惰作斗争，“与天斗，其乐无穷;与地斗，其乐无穷;与人斗，其乐无穷。”所以我说：“与己斗，其乐无穷!”</w:t>
      </w:r>
    </w:p>
    <w:p>
      <w:pPr>
        <w:spacing w:before="100" w:after="200" w:line="480" w:lineRule="auto"/>
        <w:ind w:firstLine="576"/>
        <w:jc w:val="left"/>
      </w:pPr>
      <w:r>
        <w:rPr>
          <w:rFonts w:ascii="宋体" w:eastAsia="宋体" w:hAnsi="宋体"/>
          <w:sz w:val="32"/>
        </w:rPr>
        <w:t>奋斗人生，知难而进，明确选择，共创辉煌</w:t>
      </w:r>
    </w:p>
    <w:p>
      <w:pPr>
        <w:spacing w:before="100" w:after="200" w:line="480" w:lineRule="auto"/>
        <w:ind w:firstLine="576"/>
        <w:jc w:val="left"/>
      </w:pPr>
      <w:r>
        <w:rPr>
          <w:rFonts w:ascii="宋体" w:eastAsia="宋体" w:hAnsi="宋体"/>
          <w:sz w:val="32"/>
        </w:rPr>
        <w:t>我们一同踏上了高三的征程，这条曲折坎坷的路，有辛苦，有挫折。于是我们不禁有这样的感慨“寒窗十二载，数日决高下。”可是，因为我们有一颗年青的心，因为我们风华正茂，所以也应该无所畏惧，勇攀高峰，指点江山，主宰沉浮。高三，高三，这座太高的山，荆棘丛生，狂风肆虐的山。但在我们身上，那一股不怕苦，不服输的拼劲儿，驱动着我们向理想的颠峰挑战。</w:t>
      </w:r>
    </w:p>
    <w:p>
      <w:pPr>
        <w:spacing w:before="100" w:after="200" w:line="480" w:lineRule="auto"/>
        <w:ind w:firstLine="576"/>
        <w:jc w:val="left"/>
      </w:pPr>
      <w:r>
        <w:rPr>
          <w:rFonts w:ascii="宋体" w:eastAsia="宋体" w:hAnsi="宋体"/>
          <w:sz w:val="32"/>
        </w:rPr>
        <w:t>高三的我们，因自信而倍加可爱，因坚强而与众不同。只要相信“金鳞岂是池中物，一遇风云便化龙。”任凭困难如何咆哮，必定是我升华的能量;任凭希望如何渺茫，我们始终屹立不倒。无需叹息，也没有必要迷惘。同学们，坚定自己的信念。人生能有几回搏，此时不搏何时搏，无论结果如何，只需为自己赢得一次真正的问心无愧。</w:t>
      </w:r>
    </w:p>
    <w:p>
      <w:pPr>
        <w:spacing w:before="100" w:after="200" w:line="480" w:lineRule="auto"/>
        <w:ind w:firstLine="576"/>
        <w:jc w:val="left"/>
      </w:pPr>
      <w:r>
        <w:rPr>
          <w:rFonts w:ascii="宋体" w:eastAsia="宋体" w:hAnsi="宋体"/>
          <w:sz w:val="32"/>
        </w:rPr>
        <w:t>把艰辛磨砺成利剑，驰骋于这竞争的时代，当希望之帆在心中升起之时，命运之船也即将起航，让我们一起风雨兼程，乘风破浪。</w:t>
      </w:r>
    </w:p>
    <w:p>
      <w:pPr>
        <w:spacing w:before="100" w:after="200" w:line="480" w:lineRule="auto"/>
        <w:ind w:firstLine="576"/>
        <w:jc w:val="left"/>
      </w:pPr>
      <w:r>
        <w:rPr>
          <w:rFonts w:ascii="宋体" w:eastAsia="宋体" w:hAnsi="宋体"/>
          <w:sz w:val="32"/>
        </w:rPr>
        <w:t>无论我们的过去多么惨淡，无论我们的过去多么辉煌，我们都将在高三这一起跑线上飞翔。</w:t>
      </w:r>
    </w:p>
    <w:p>
      <w:pPr>
        <w:spacing w:before="100" w:after="200" w:line="480" w:lineRule="auto"/>
        <w:ind w:firstLine="576"/>
        <w:jc w:val="left"/>
      </w:pPr>
      <w:r>
        <w:rPr>
          <w:rFonts w:ascii="宋体" w:eastAsia="宋体" w:hAnsi="宋体"/>
          <w:sz w:val="32"/>
        </w:rPr>
        <w:t>无论路途多么艰辛，无论身心多么疲惫，我们都将携手并进，永不退缩，请记住：wherethereiswillthereisaway.</w:t>
      </w:r>
    </w:p>
    <w:p>
      <w:pPr>
        <w:spacing w:before="100" w:after="200" w:line="480" w:lineRule="auto"/>
        <w:ind w:firstLine="576"/>
        <w:jc w:val="left"/>
      </w:pPr>
      <w:r>
        <w:rPr>
          <w:rFonts w:ascii="宋体" w:eastAsia="宋体" w:hAnsi="宋体"/>
          <w:sz w:val="32"/>
        </w:rPr>
        <w:t>我们不怕目标的高远，只怕没有勇气和热情。成功，其实并不遥远，就在脚下;高考，其实并不恐怖，关键是我们如何拼搏，如何进取。</w:t>
      </w:r>
    </w:p>
    <w:p>
      <w:pPr>
        <w:spacing w:before="100" w:after="200" w:line="480" w:lineRule="auto"/>
        <w:ind w:firstLine="576"/>
        <w:jc w:val="left"/>
      </w:pPr>
      <w:r>
        <w:rPr>
          <w:rFonts w:ascii="宋体" w:eastAsia="宋体" w:hAnsi="宋体"/>
          <w:sz w:val="32"/>
        </w:rPr>
        <w:t>既然拥有青春，既然决定挑战高三，就一定要用毅力、耐力、信念、勇气、自信去战胜一切，取得胜利。人生能有几回搏，此时不搏更待何时，成功就在山那边，不信你爬过这座山，满园的硕果正等着你呢?朋友，莫等闲，白了少年头，空悲切……</w:t>
      </w:r>
    </w:p>
    <w:p>
      <w:pPr>
        <w:spacing w:before="100" w:after="200" w:line="480" w:lineRule="auto"/>
        <w:ind w:firstLine="576"/>
        <w:jc w:val="left"/>
      </w:pPr>
      <w:r>
        <w:rPr>
          <w:rFonts w:ascii="宋体" w:eastAsia="宋体" w:hAnsi="宋体"/>
          <w:sz w:val="32"/>
        </w:rPr>
        <w:t>选择泥泞的道路，才能留下脚印;不经历风雨，怎能见彩虹;不遇挫折，怎能品尝得到成功的硕果。</w:t>
      </w:r>
    </w:p>
    <w:p>
      <w:pPr>
        <w:spacing w:before="100" w:after="200" w:line="480" w:lineRule="auto"/>
        <w:ind w:firstLine="576"/>
        <w:jc w:val="left"/>
        <w:sectPr w:rsidSect="00034616">
          <w:type w:val="nextPage"/>
          <w:pgSz w:w="16838" w:h="23811"/>
          <w:pgMar w:top="1440" w:right="1440" w:bottom="1440" w:left="1440" w:header="720" w:footer="720" w:gutter="0"/>
          <w:pgNumType w:start="3"/>
          <w:cols w:space="720"/>
          <w:titlePg w:val="0"/>
          <w:docGrid w:linePitch="360"/>
        </w:sectPr>
      </w:pPr>
      <w:r>
        <w:rPr>
          <w:rFonts w:ascii="宋体" w:eastAsia="宋体" w:hAnsi="宋体"/>
          <w:sz w:val="32"/>
        </w:rPr>
        <w:t>如果可以，对着暴风雨，我们高声怒吼：请来得更猛烈些吧!怕你的，就不是读高三的人，我们要做的不只是一心一意地学，而是全心全意地投入。</w:t>
      </w:r>
    </w:p>
    <w:p>
      <w:pPr>
        <w:spacing w:before="100" w:after="200" w:line="480" w:lineRule="auto"/>
        <w:ind w:firstLine="576"/>
        <w:jc w:val="left"/>
      </w:pPr>
      <w:r>
        <w:rPr>
          <w:rFonts w:ascii="宋体" w:eastAsia="宋体" w:hAnsi="宋体"/>
          <w:sz w:val="32"/>
        </w:rPr>
        <w:t>无论今天还是明天，即使到了最后，只要尚未成功，我们仍旧努力拼搏。仰望我们光明的未来，我们永不退缩，永不言败。</w:t>
      </w:r>
    </w:p>
    <w:p>
      <w:pPr>
        <w:spacing w:before="100" w:after="200" w:line="480" w:lineRule="auto"/>
        <w:ind w:firstLine="576"/>
        <w:jc w:val="left"/>
      </w:pPr>
      <w:r>
        <w:rPr>
          <w:rFonts w:ascii="宋体" w:eastAsia="宋体" w:hAnsi="宋体"/>
          <w:sz w:val="32"/>
        </w:rPr>
        <w:t>在高考这个残酷的现实面前，我们必须意识到，这就是竞争，这就是我们必须面对的命运。我们只有秉着坚定不移的人生信念，牢牢把握住自己人生的主动权，积极地迎战高考，未来才会属于我们，2022年的辉煌才会属于我们。</w:t>
      </w:r>
    </w:p>
    <w:p>
      <w:pPr>
        <w:spacing w:before="100" w:after="200" w:line="480" w:lineRule="auto"/>
        <w:ind w:firstLine="576"/>
        <w:jc w:val="left"/>
      </w:pPr>
      <w:r>
        <w:rPr>
          <w:rFonts w:ascii="宋体" w:eastAsia="宋体" w:hAnsi="宋体"/>
          <w:sz w:val="32"/>
        </w:rPr>
        <w:t>这是一个充满机遇和挑战的时代，这是一个王者争霸的时代，而高考这个社会的罗马斗兽场，就是我们竞争的舞台;更贴切地说，高考就是为王者设计的舞台。</w:t>
      </w:r>
    </w:p>
    <w:p>
      <w:pPr>
        <w:spacing w:before="100" w:after="200" w:line="480" w:lineRule="auto"/>
        <w:ind w:firstLine="576"/>
        <w:jc w:val="left"/>
      </w:pPr>
      <w:r>
        <w:rPr>
          <w:rFonts w:ascii="宋体" w:eastAsia="宋体" w:hAnsi="宋体"/>
          <w:sz w:val="32"/>
        </w:rPr>
        <w:t>不愿做失败者的同学们，为着我们的梦想，为着我们的希望，奋斗吧，高飞吧!想念自己会是命运的主宰!未来是属于我们的。</w:t>
      </w:r>
    </w:p>
    <w:p>
      <w:pPr>
        <w:spacing w:before="100" w:after="200" w:line="480" w:lineRule="auto"/>
        <w:ind w:firstLine="576"/>
        <w:jc w:val="left"/>
      </w:pPr>
      <w:r>
        <w:rPr>
          <w:rFonts w:ascii="宋体" w:eastAsia="宋体" w:hAnsi="宋体"/>
          <w:sz w:val="32"/>
        </w:rPr>
        <w:t>在学习和生活中，我们每个人都有各自不同的位置，高考给予了我们一个很好的机会，去实现各自的梦想和价值，但要靠我们去拼搏、努力。</w:t>
      </w:r>
    </w:p>
    <w:p>
      <w:pPr>
        <w:spacing w:before="100" w:after="200" w:line="480" w:lineRule="auto"/>
        <w:ind w:firstLine="576"/>
        <w:jc w:val="left"/>
      </w:pPr>
      <w:r>
        <w:rPr>
          <w:rFonts w:ascii="宋体" w:eastAsia="宋体" w:hAnsi="宋体"/>
          <w:sz w:val="32"/>
        </w:rPr>
        <w:t>踏上高三的我们，要把自己放在正确的位置，在一次次的考试中确定自己的目标，在平时的学习中坚定自己的信念。</w:t>
      </w:r>
    </w:p>
    <w:p>
      <w:pPr>
        <w:spacing w:before="100" w:after="200" w:line="480" w:lineRule="auto"/>
        <w:ind w:firstLine="576"/>
        <w:jc w:val="left"/>
      </w:pPr>
      <w:r>
        <w:rPr>
          <w:rFonts w:ascii="宋体" w:eastAsia="宋体" w:hAnsi="宋体"/>
          <w:sz w:val="32"/>
        </w:rPr>
        <w:t>面对几个月后的高考，虽然一路上有许多荆棘，但我们要不畏艰险，勇往直前;将高考作为唯一的目标，向高考宣战。</w:t>
      </w:r>
    </w:p>
    <w:p>
      <w:pPr>
        <w:spacing w:before="100" w:after="200" w:line="480" w:lineRule="auto"/>
        <w:ind w:firstLine="576"/>
        <w:jc w:val="left"/>
      </w:pPr>
      <w:r>
        <w:rPr>
          <w:rFonts w:ascii="宋体" w:eastAsia="宋体" w:hAnsi="宋体"/>
          <w:sz w:val="32"/>
        </w:rPr>
        <w:t>在激烈的竞争和残酷的现实面前，我们将迎难而上，以拼搏向上的精神时刻准备着，准备着!像水手一样：一个盼望出发，一个盼望到达;像雄鹰一样：展翅高飞，搏击长空!</w:t>
      </w:r>
    </w:p>
    <w:p>
      <w:pPr>
        <w:spacing w:before="100" w:after="200" w:line="480" w:lineRule="auto"/>
        <w:ind w:firstLine="576"/>
        <w:jc w:val="left"/>
      </w:pPr>
      <w:r>
        <w:rPr>
          <w:rFonts w:ascii="宋体" w:eastAsia="宋体" w:hAnsi="宋体"/>
          <w:sz w:val="32"/>
        </w:rPr>
        <w:t>我们将时刻准备着扬帆起航，航行于百舸争流的人生长河!以十足的信心和团结的步伐迎接明年的高考，踏上未来属于我们自己的征程!</w:t>
      </w:r>
    </w:p>
    <w:p>
      <w:pPr>
        <w:spacing w:before="100" w:after="200" w:line="480" w:lineRule="auto"/>
        <w:ind w:firstLine="576"/>
        <w:jc w:val="left"/>
      </w:pPr>
      <w:r>
        <w:rPr>
          <w:rFonts w:ascii="宋体" w:eastAsia="宋体" w:hAnsi="宋体"/>
          <w:sz w:val="32"/>
        </w:rPr>
        <w:t>光阴似箭，日月如梭。一转眼，我们跨入了高三，以往对高三的模糊印象，似乎渐渐熟悉了。</w:t>
      </w:r>
    </w:p>
    <w:p>
      <w:pPr>
        <w:spacing w:before="100" w:after="200" w:line="480" w:lineRule="auto"/>
        <w:ind w:firstLine="576"/>
        <w:jc w:val="left"/>
        <w:sectPr w:rsidSect="00034616">
          <w:type w:val="nextPage"/>
          <w:pgSz w:w="16838" w:h="23811"/>
          <w:pgMar w:top="1440" w:right="1440" w:bottom="1440" w:left="1440" w:header="720" w:footer="720" w:gutter="0"/>
          <w:pgNumType w:start="4"/>
          <w:cols w:space="720"/>
          <w:titlePg w:val="0"/>
          <w:docGrid w:linePitch="360"/>
        </w:sectPr>
      </w:pPr>
      <w:r>
        <w:rPr>
          <w:rFonts w:ascii="宋体" w:eastAsia="宋体" w:hAnsi="宋体"/>
          <w:sz w:val="32"/>
        </w:rPr>
        <w:t>时间走了，压力来了。童年过了，高三来了。高三是一块肥沃的未曾开垦的土地，它需要用知识和汗水来播种，上面充满激情和喜悦，“三更灯火五更鸣，正是男儿立志时”，才是我们的高三。</w:t>
      </w:r>
    </w:p>
    <w:p>
      <w:pPr>
        <w:spacing w:before="100" w:after="200" w:line="480" w:lineRule="auto"/>
        <w:ind w:firstLine="576"/>
        <w:jc w:val="left"/>
      </w:pPr>
      <w:r>
        <w:rPr>
          <w:rFonts w:ascii="宋体" w:eastAsia="宋体" w:hAnsi="宋体"/>
          <w:sz w:val="32"/>
        </w:rPr>
        <w:t>路是被脚踏出来的，历史是被人写出来的。只要你努力了，高三的历史上总会有花儿的开放，不放弃，人人都有惊人的潜力，要相信自己，要肯定自己的意义。</w:t>
      </w:r>
    </w:p>
    <w:p>
      <w:pPr>
        <w:spacing w:before="100" w:after="200" w:line="480" w:lineRule="auto"/>
        <w:ind w:firstLine="576"/>
        <w:jc w:val="left"/>
      </w:pPr>
      <w:r>
        <w:rPr>
          <w:rFonts w:ascii="宋体" w:eastAsia="宋体" w:hAnsi="宋体"/>
          <w:sz w:val="32"/>
        </w:rPr>
        <w:t>在高三这个大炼炉中，生命就如铁砧，愈被敲打，就愈能发出耀眼的火花。苏东坡说：“古之立大事者，不惟有超世之才，亦必有坚忍不拔之志。“王勃亦道：“穷且益坚，不坠青云之志。”我们不缺什么，只缺相信自己，坚信自己的志向，用行动证明自己，我们像一张弓，弓弦拉得越紧，生命之箭射得越远。</w:t>
      </w:r>
    </w:p>
    <w:p>
      <w:pPr>
        <w:spacing w:before="100" w:after="200" w:line="480" w:lineRule="auto"/>
        <w:ind w:firstLine="576"/>
        <w:jc w:val="left"/>
      </w:pPr>
      <w:r>
        <w:rPr>
          <w:rFonts w:ascii="宋体" w:eastAsia="宋体" w:hAnsi="宋体"/>
          <w:sz w:val="32"/>
        </w:rPr>
        <w:t>我们相信，人生来就是为了高翔的，要想高翔，除了有翅膀，那是不行的，要在不断地摔倒与爬起中，用知识作为翅膀飞翔，你就会看到美丽的石巅;高三的生活是一块宝石，是上帝赋于我们去雕琢，才会散发迷人光芒的宝石，自己的命运掌握在自己的手中，让我们用自己手中的笔去开垦那土地，雕琢生命的宝石吧，仰天大笑出门去，</w:t>
      </w:r>
    </w:p>
    <w:p>
      <w:pPr>
        <w:spacing w:before="100" w:after="200" w:line="480" w:lineRule="auto"/>
        <w:ind w:firstLine="576"/>
        <w:jc w:val="left"/>
      </w:pPr>
      <w:r>
        <w:rPr>
          <w:rFonts w:ascii="宋体" w:eastAsia="宋体" w:hAnsi="宋体"/>
          <w:sz w:val="32"/>
        </w:rPr>
        <w:t>试想一下，我们十二年寒窗为的是什么?是高考场上胜人一筹的战术，是录取通知书上的名牌大学，是与社会共同进步的企盼。</w:t>
      </w:r>
    </w:p>
    <w:p>
      <w:pPr>
        <w:spacing w:before="100" w:after="200" w:line="480" w:lineRule="auto"/>
        <w:ind w:firstLine="576"/>
        <w:jc w:val="left"/>
      </w:pPr>
      <w:r>
        <w:rPr>
          <w:rFonts w:ascii="宋体" w:eastAsia="宋体" w:hAnsi="宋体"/>
          <w:sz w:val="32"/>
        </w:rPr>
        <w:t>高考的压力固然很重，但没有压力的生活就像没有风的帆——会空虚;没压力的青春就像没有春光的花——会枯萎;没有压力的生命就像没有日光的极地——黯然失色。所以我们要勇敢地面对压力，压力就是我们前进的动力，压力就是我们前进的道路上的铺路石，就是我们笑傲考场的筹码。</w:t>
      </w:r>
    </w:p>
    <w:p>
      <w:pPr>
        <w:spacing w:before="100" w:after="200" w:line="480" w:lineRule="auto"/>
        <w:ind w:firstLine="576"/>
        <w:jc w:val="left"/>
      </w:pPr>
      <w:r>
        <w:rPr>
          <w:rFonts w:ascii="宋体" w:eastAsia="宋体" w:hAnsi="宋体"/>
          <w:sz w:val="32"/>
        </w:rPr>
        <w:t>只要我们咽得下寻梦的苦涩的泪水和汗水，只要我们有摔倒后再爬起来的坚强和倔强，只要我们有胜不骄、败不馁的心态和意志，那么在暴风雨过后的美丽的彩虹必将是属于我们的。</w:t>
      </w:r>
    </w:p>
    <w:p>
      <w:pPr>
        <w:spacing w:before="100" w:after="200" w:line="480" w:lineRule="auto"/>
        <w:ind w:firstLine="576"/>
        <w:jc w:val="left"/>
      </w:pPr>
      <w:r>
        <w:rPr>
          <w:rFonts w:ascii="宋体" w:eastAsia="宋体" w:hAnsi="宋体"/>
          <w:sz w:val="32"/>
        </w:rPr>
        <w:t>高三，我们是播种希望与收获喜悦的时节，是我们人生的一个转折点，也是我们踏上人生新征程的前奏。</w:t>
      </w:r>
    </w:p>
    <w:p>
      <w:pPr>
        <w:spacing w:before="100" w:after="200" w:line="480" w:lineRule="auto"/>
        <w:ind w:firstLine="576"/>
        <w:jc w:val="left"/>
        <w:sectPr w:rsidSect="00034616">
          <w:type w:val="nextPage"/>
          <w:pgSz w:w="16838" w:h="23811"/>
          <w:pgMar w:top="1440" w:right="1440" w:bottom="1440" w:left="1440" w:header="720" w:footer="720" w:gutter="0"/>
          <w:pgNumType w:start="5"/>
          <w:cols w:space="720"/>
          <w:titlePg w:val="0"/>
          <w:docGrid w:linePitch="360"/>
        </w:sectPr>
      </w:pPr>
      <w:r>
        <w:rPr>
          <w:rFonts w:ascii="宋体" w:eastAsia="宋体" w:hAnsi="宋体"/>
          <w:sz w:val="32"/>
        </w:rPr>
        <w:t>以前，我们印象中的高三，总是阴云密布，暗无天日，对高三的学习生活既憧憬，又恐惧。现在，当自己真正成为高三的学生，面临着即将到来的高考，突然发现，高三，并不可怕，不过是人生一段别样的体验，是一枚夹杂着甘甜与苦涩的青果，需要我们用汗水与勤劳来浇灌。</w:t>
      </w:r>
    </w:p>
    <w:p>
      <w:pPr>
        <w:spacing w:before="100" w:after="200" w:line="480" w:lineRule="auto"/>
        <w:ind w:firstLine="576"/>
        <w:jc w:val="left"/>
      </w:pPr>
      <w:r>
        <w:rPr>
          <w:rFonts w:ascii="宋体" w:eastAsia="宋体" w:hAnsi="宋体"/>
          <w:sz w:val="32"/>
        </w:rPr>
        <w:t>每个人都有不同的理想，每个人所具备的实力也不一样。但是，现在我们站在相同的起跑线上，面临着相同的挑战，不用在乎别人跑得多快，你只要和自己赛跑，做自己的对手，朝着自己的终点冲刺，就能在高考赢得属于你的战役，赢得你自己。</w:t>
      </w:r>
    </w:p>
    <w:p>
      <w:pPr>
        <w:spacing w:before="100" w:after="200" w:line="480" w:lineRule="auto"/>
        <w:ind w:firstLine="576"/>
        <w:jc w:val="left"/>
      </w:pPr>
      <w:r>
        <w:rPr>
          <w:rFonts w:ascii="宋体" w:eastAsia="宋体" w:hAnsi="宋体"/>
          <w:sz w:val="32"/>
        </w:rPr>
        <w:t>无需太多华丽的乐章，无需太多绚丽的和弦，让我们在意气昂扬的进行曲中整装待发，你只需隐忍的精神，坚韧的毅力，以及不畏困难与失败的信心和勇气，以平和的心态认真学好每一天，过好每一天。</w:t>
      </w:r>
    </w:p>
    <w:p>
      <w:pPr>
        <w:spacing w:before="100" w:after="200" w:line="480" w:lineRule="auto"/>
        <w:ind w:firstLine="576"/>
        <w:jc w:val="left"/>
      </w:pPr>
      <w:r>
        <w:rPr>
          <w:rFonts w:ascii="宋体" w:eastAsia="宋体" w:hAnsi="宋体"/>
          <w:sz w:val="32"/>
        </w:rPr>
        <w:t>历经一次高考磨练的我们将用心把握仅剩下的三十六万四千三百二十分钟，用青春书写灿烂，用汗水诠释辉煌!</w:t>
      </w:r>
    </w:p>
    <w:p>
      <w:pPr>
        <w:spacing w:before="100" w:after="200" w:line="480" w:lineRule="auto"/>
        <w:ind w:firstLine="576"/>
        <w:jc w:val="left"/>
      </w:pPr>
      <w:r>
        <w:rPr>
          <w:rFonts w:ascii="宋体" w:eastAsia="宋体" w:hAnsi="宋体"/>
          <w:sz w:val="32"/>
        </w:rPr>
        <w:t>我们未曾忘记，看到成绩的瞬间，一切骄傲的梦想，都离我们而去。</w:t>
      </w:r>
    </w:p>
    <w:p>
      <w:pPr>
        <w:spacing w:before="100" w:after="200" w:line="480" w:lineRule="auto"/>
        <w:ind w:firstLine="576"/>
        <w:jc w:val="left"/>
      </w:pPr>
      <w:r>
        <w:rPr>
          <w:rFonts w:ascii="宋体" w:eastAsia="宋体" w:hAnsi="宋体"/>
          <w:sz w:val="32"/>
        </w:rPr>
        <w:t>我们不能忘记，看到红榜上一个个熟悉的名字，却没有自己。</w:t>
      </w:r>
    </w:p>
    <w:p>
      <w:pPr>
        <w:spacing w:before="100" w:after="200" w:line="480" w:lineRule="auto"/>
        <w:ind w:firstLine="576"/>
        <w:jc w:val="left"/>
      </w:pPr>
      <w:r>
        <w:rPr>
          <w:rFonts w:ascii="宋体" w:eastAsia="宋体" w:hAnsi="宋体"/>
          <w:sz w:val="32"/>
        </w:rPr>
        <w:t>我们不敢忘记，站台上的同学即将踌躇满志地离去，却留下孤独的自己。</w:t>
      </w:r>
    </w:p>
    <w:p>
      <w:pPr>
        <w:spacing w:before="100" w:after="200" w:line="480" w:lineRule="auto"/>
        <w:ind w:firstLine="576"/>
        <w:jc w:val="left"/>
      </w:pPr>
      <w:r>
        <w:rPr>
          <w:rFonts w:ascii="宋体" w:eastAsia="宋体" w:hAnsi="宋体"/>
          <w:sz w:val="32"/>
        </w:rPr>
        <w:t>我们的誓言不会改变，我们的风采依旧飞扬，我们是今日的誓师者，必将是明年的成功人。超越梦想，不是梦想——我坚信，来年的六月定为我们奏响胜利的赞歌。</w:t>
      </w:r>
    </w:p>
    <w:p>
      <w:pPr>
        <w:spacing w:before="100" w:after="200" w:line="480" w:lineRule="auto"/>
        <w:ind w:firstLine="576"/>
        <w:jc w:val="left"/>
      </w:pPr>
      <w:r>
        <w:rPr>
          <w:rFonts w:ascii="宋体" w:eastAsia="宋体" w:hAnsi="宋体"/>
          <w:sz w:val="32"/>
        </w:rPr>
        <w:t>第二篇：高三高考励志</w:t>
      </w:r>
    </w:p>
    <w:p>
      <w:pPr>
        <w:spacing w:before="100" w:after="200" w:line="480" w:lineRule="auto"/>
        <w:ind w:firstLine="576"/>
        <w:jc w:val="left"/>
      </w:pPr>
      <w:r>
        <w:rPr>
          <w:rFonts w:ascii="宋体" w:eastAsia="宋体" w:hAnsi="宋体"/>
          <w:sz w:val="32"/>
        </w:rPr>
        <w:t>一群朝气蓬勃的青少年满怀希望会聚在一起，形成了温馨和谐积极健康向上的大家庭-0812班。我们一步一个脚印，用希望播种，用汗水耕耘，用笑容装扮。进入高三以来，我们各个方面都取得了很大了进步。我们班班级学风良好，教室整洁卫生，多次受到老师们的表扬。因为我们都有着共同的目标。</w:t>
      </w:r>
    </w:p>
    <w:p>
      <w:pPr>
        <w:spacing w:before="100" w:after="200" w:line="480" w:lineRule="auto"/>
        <w:ind w:firstLine="576"/>
        <w:jc w:val="left"/>
        <w:sectPr w:rsidSect="00034616">
          <w:type w:val="nextPage"/>
          <w:pgSz w:w="16838" w:h="23811"/>
          <w:pgMar w:top="1440" w:right="1440" w:bottom="1440" w:left="1440" w:header="720" w:footer="720" w:gutter="0"/>
          <w:pgNumType w:start="6"/>
          <w:cols w:space="720"/>
          <w:titlePg w:val="0"/>
          <w:docGrid w:linePitch="360"/>
        </w:sectPr>
      </w:pPr>
    </w:p>
    <w:p>
      <w:pPr>
        <w:spacing w:before="100" w:after="200" w:line="480" w:lineRule="auto"/>
        <w:ind w:firstLine="576"/>
        <w:jc w:val="left"/>
      </w:pPr>
      <w:r>
        <w:rPr>
          <w:rFonts w:ascii="宋体" w:eastAsia="宋体" w:hAnsi="宋体"/>
          <w:sz w:val="32"/>
        </w:rPr>
        <w:t>进入高三以来，同学们的自主管理能力大大增强，班干部们都能够切实履行自己的职责，在学习之余，用心多好属于自己的每一件事。学习委员柳旦、谢日文同学总能够及时为同学们写好课表，写好作业清单，省去了同学们整理这些繁琐信息的麻烦，给同学们节省了更多的时间。生活卫生委员曹丽同学能够每天写好卫生任务安排，提醒同学们做好常规卫生打扫任务。体育委员吴波、杨红英同学能够在体育课上为同学们借好器材，省去了同学们自己去借器材的麻烦。他们的认真与负责让同学们的生活更加方便，更加井然有序。除此之外，同学们自主学习的能力也大为加强，每天早晨7点40分，在英语课代表陈宏亮同学的组织下，我们都要进行英语单词默写，在陈宏亮同学每天的辛苦，同学们的坚持不懈下，我们班的英语成绩逐渐从倒数几名上升到现在的年级第七。互帮互助学风良好，众所周知，物理是一门让学生老师都头疼的科目。但班上几位同学能够在自己学有余力的前提下自告奋勇在讲台上把自己的思路讲给同学们听，把自己所掌握的知识分享给大家，不仅自己巩固了知识，还让同学们拥有了更浓厚的学习兴趣。</w:t>
      </w:r>
    </w:p>
    <w:p>
      <w:pPr>
        <w:spacing w:before="100" w:after="200" w:line="480" w:lineRule="auto"/>
        <w:ind w:firstLine="576"/>
        <w:jc w:val="left"/>
      </w:pPr>
      <w:r>
        <w:rPr>
          <w:rFonts w:ascii="宋体" w:eastAsia="宋体" w:hAnsi="宋体"/>
          <w:sz w:val="32"/>
        </w:rPr>
        <w:t>在高三进行的几次月考之中，我们班的平均分一直位列年级前列，在高二时我们班的平均分更是稳居前三。目前我们正在进行高考的第一轮复习，在几次月考的历练中，同学们逐渐找准了自己的位置，树立了自己的目标。班上有许多优秀的同学不仅能够把握好自己的学习，更能带动其他同学一起学习，营造良好的学习的氛围。更多的同学正在迎头赶上，朝着自己的目标而努力奋斗。</w:t>
      </w:r>
    </w:p>
    <w:p>
      <w:pPr>
        <w:spacing w:before="100" w:after="200" w:line="480" w:lineRule="auto"/>
        <w:ind w:firstLine="576"/>
        <w:jc w:val="left"/>
      </w:pPr>
      <w:r>
        <w:rPr>
          <w:rFonts w:ascii="宋体" w:eastAsia="宋体" w:hAnsi="宋体"/>
          <w:sz w:val="32"/>
        </w:rPr>
        <w:t>班上的任课老师们也是十分的优秀，他们都是极富经验的高三优秀教师，都极其富有责任心。特别是教数学科目的张德文老师，为了让我们能够掌握更多更全面的知识，他经常牺牲自己的休息时间给我们补课，他们的辛勤劳动被同学们看在眼里，更记在了心里，大家更加努力的学习，争取能够以更好的成绩来回报老师。</w:t>
      </w:r>
    </w:p>
    <w:p>
      <w:pPr>
        <w:spacing w:before="100" w:after="200" w:line="480" w:lineRule="auto"/>
        <w:ind w:firstLine="576"/>
        <w:jc w:val="left"/>
      </w:pPr>
      <w:r>
        <w:rPr>
          <w:rFonts w:ascii="宋体" w:eastAsia="宋体" w:hAnsi="宋体"/>
          <w:sz w:val="32"/>
        </w:rPr>
        <w:t>在高三的学习中，同学们的主要任务是进行复习，在老师们的带领下，同学们正逐渐地查漏补缺争取给自己扫清知识点的障碍，使自己能够更好的掌握知识，在考试中取得更好的成绩。</w:t>
      </w:r>
    </w:p>
    <w:p>
      <w:pPr>
        <w:spacing w:before="100" w:after="200" w:line="480" w:lineRule="auto"/>
        <w:ind w:firstLine="576"/>
        <w:jc w:val="left"/>
      </w:pPr>
      <w:r>
        <w:rPr>
          <w:rFonts w:ascii="宋体" w:eastAsia="宋体" w:hAnsi="宋体"/>
          <w:sz w:val="32"/>
        </w:rPr>
        <w:t>我们的课余生活也同样丰富多彩，在上周一举行的高三年级校园运动会中，我们班取得了团体总分理科班第五名的好成绩，在班上没有体育特长生的情况下，能取得如此成绩确实不容易，同学们不遗余力的为赛场上的选手呐喊助威。正是同学们齐心协力，才能获得如此优秀的成绩。在最近举办的班级合唱比赛中，我们班团结奋进、积极活泼，充分展现了青春的活力。同学们能够学习娱乐两不误，让我们的高三生活充满了亮丽色彩。</w:t>
      </w:r>
    </w:p>
    <w:p>
      <w:pPr>
        <w:spacing w:before="100" w:after="200" w:line="480" w:lineRule="auto"/>
        <w:ind w:firstLine="576"/>
        <w:jc w:val="left"/>
        <w:sectPr w:rsidSect="00034616">
          <w:type w:val="nextPage"/>
          <w:pgSz w:w="16838" w:h="23811"/>
          <w:pgMar w:top="1440" w:right="1440" w:bottom="1440" w:left="1440" w:header="720" w:footer="720" w:gutter="0"/>
          <w:pgNumType w:start="7"/>
          <w:cols w:space="720"/>
          <w:titlePg w:val="0"/>
          <w:docGrid w:linePitch="360"/>
        </w:sectPr>
      </w:pPr>
      <w:r>
        <w:rPr>
          <w:rFonts w:ascii="宋体" w:eastAsia="宋体" w:hAnsi="宋体"/>
          <w:sz w:val="32"/>
        </w:rPr>
        <w:t>成绩只代表过去，总结过去，展望未来，过去的成果凝聚了所有同学的拼搏与努力，我们一定在目前良好的基础上不断进步。让我们满怀信心，斗志昂扬，为我们美好的明天，并肩战斗，在明年的六月，梦想飞扬。</w:t>
      </w:r>
    </w:p>
    <w:p>
      <w:pPr>
        <w:spacing w:before="100" w:after="200" w:line="480" w:lineRule="auto"/>
        <w:ind w:firstLine="576"/>
        <w:jc w:val="left"/>
      </w:pPr>
      <w:r>
        <w:rPr>
          <w:rFonts w:ascii="宋体" w:eastAsia="宋体" w:hAnsi="宋体"/>
          <w:sz w:val="32"/>
        </w:rPr>
        <w:t>第三篇：高考励志演讲稿</w:t>
      </w:r>
    </w:p>
    <w:p>
      <w:pPr>
        <w:spacing w:before="100" w:after="200" w:line="480" w:lineRule="auto"/>
        <w:ind w:firstLine="576"/>
        <w:jc w:val="left"/>
      </w:pPr>
      <w:r>
        <w:rPr>
          <w:rFonts w:ascii="宋体" w:eastAsia="宋体" w:hAnsi="宋体"/>
          <w:sz w:val="32"/>
        </w:rPr>
        <w:t>同学们，在这个世界上，在成功者的队伍里面，很多人并不见得很聪明，在失败者的队伍里面很多人并不见得愚笨，高考励志演讲稿。其实，有一样东西比聪明的脑袋更重要，那就是人的心灵和意志，一个人的贫穷很大的程度是心灵的贫穷，一个人的成功很大程度是意志的成功！</w:t>
      </w:r>
    </w:p>
    <w:p>
      <w:pPr>
        <w:spacing w:before="100" w:after="200" w:line="480" w:lineRule="auto"/>
        <w:ind w:firstLine="576"/>
        <w:jc w:val="left"/>
      </w:pPr>
      <w:r>
        <w:rPr>
          <w:rFonts w:ascii="宋体" w:eastAsia="宋体" w:hAnsi="宋体"/>
          <w:sz w:val="32"/>
        </w:rPr>
        <w:t>一个婴儿生下来，没有人会问是生下一个国家主席还是一个部长；是生下一个老板还是一个打工仔；是生下一个教授还是一个流浪汉，人们只会问：是个男孩还是个女孩？是个少爷还是个千金？对一个刚生下来的孩子来说，将来的一切都未知数，没有谁知道也不可能知道他将来会成为什么样的人。由此说来，人刚生下都是一样的，要有差别那大体上就只有男女之别。然而，随着时间的推移，环境的改变，学习的艰难，世道的艰辛，人情的冷暖，人们的心灵和意志就会慢慢地发生改变，这样的改变将会导致人与人之间的差距，于是，有些人很成功，有些人很失败；有些人很出色，有些人很平庸；有些人很幸福，有些人很痛苦。你想在这个激烈竞争的社会成为一个很成功、出色、幸福的人，关键在于你有没有一颗永远不冷不死的心！有没有一股不很管是主观因素还是客观因素都打不垮的意志！</w:t>
      </w:r>
    </w:p>
    <w:p>
      <w:pPr>
        <w:spacing w:before="100" w:after="200" w:line="480" w:lineRule="auto"/>
        <w:ind w:firstLine="576"/>
        <w:jc w:val="left"/>
      </w:pPr>
      <w:r>
        <w:rPr>
          <w:rFonts w:ascii="宋体" w:eastAsia="宋体" w:hAnsi="宋体"/>
          <w:sz w:val="32"/>
        </w:rPr>
        <w:t>（轻柔的音乐响起）</w:t>
      </w:r>
    </w:p>
    <w:p>
      <w:pPr>
        <w:spacing w:before="100" w:after="200" w:line="480" w:lineRule="auto"/>
        <w:ind w:firstLine="576"/>
        <w:jc w:val="left"/>
      </w:pPr>
      <w:r>
        <w:rPr>
          <w:rFonts w:ascii="宋体" w:eastAsia="宋体" w:hAnsi="宋体"/>
          <w:sz w:val="32"/>
        </w:rPr>
        <w:t>在这个美好的下午，让我们听着音乐好好地享受，让我们打开心门，进入我们的心灵世界，与自己的心灵对话。让我们回忆从幼儿园开始回忆，把我们丢失的东西找回来……（会场寂静，与会者肃然。）</w:t>
      </w:r>
    </w:p>
    <w:p>
      <w:pPr>
        <w:spacing w:before="100" w:after="200" w:line="480" w:lineRule="auto"/>
        <w:ind w:firstLine="576"/>
        <w:jc w:val="left"/>
      </w:pPr>
      <w:r>
        <w:rPr>
          <w:rFonts w:ascii="宋体" w:eastAsia="宋体" w:hAnsi="宋体"/>
          <w:sz w:val="32"/>
        </w:rPr>
        <w:t>人活世上，谁不希望能有作为于社会，回报于家庭，慰藉于自己？</w:t>
      </w:r>
    </w:p>
    <w:p>
      <w:pPr>
        <w:spacing w:before="100" w:after="200" w:line="480" w:lineRule="auto"/>
        <w:ind w:firstLine="576"/>
        <w:jc w:val="left"/>
      </w:pPr>
      <w:r>
        <w:rPr>
          <w:rFonts w:ascii="宋体" w:eastAsia="宋体" w:hAnsi="宋体"/>
          <w:sz w:val="32"/>
        </w:rPr>
        <w:t>可是，岁月的风霜，世事的艰辛，人情的冷暖，使许许多多的人变得麻木失望，心无爱恨，漠然无情，不思进取，怯于奋争......</w:t>
      </w:r>
    </w:p>
    <w:p>
      <w:pPr>
        <w:spacing w:before="100" w:after="200" w:line="480" w:lineRule="auto"/>
        <w:ind w:firstLine="576"/>
        <w:jc w:val="left"/>
        <w:sectPr w:rsidSect="00034616">
          <w:type w:val="nextPage"/>
          <w:pgSz w:w="16838" w:h="23811"/>
          <w:pgMar w:top="1440" w:right="1440" w:bottom="1440" w:left="1440" w:header="720" w:footer="720" w:gutter="0"/>
          <w:pgNumType w:start="8"/>
          <w:cols w:space="720"/>
          <w:titlePg w:val="0"/>
          <w:docGrid w:linePitch="360"/>
        </w:sectPr>
      </w:pPr>
    </w:p>
    <w:p>
      <w:pPr>
        <w:spacing w:before="100" w:after="200" w:line="480" w:lineRule="auto"/>
        <w:ind w:firstLine="576"/>
        <w:jc w:val="left"/>
      </w:pPr>
      <w:r>
        <w:rPr>
          <w:rFonts w:ascii="宋体" w:eastAsia="宋体" w:hAnsi="宋体"/>
          <w:sz w:val="32"/>
        </w:rPr>
        <w:t>这些年来，在你最需要帮助的时候，是谁向你伸出援助之手？在茫茫的人海中，是谁是哪几个人最关心你最疼爱你？你出门在外，是谁总是牵挂着你惦念着你？是谁总是盼着你回家等着你吃饭？在你生病的时候是谁最紧张最着急？在你最高兴的时候是谁比你更高兴？在你最痛苦的时候又是谁比你更痛苦？在你最失落无助的时候，是谁来安慰你鼓励你？在你最孤独寂寞的时候又是谁来陪伴你？是谁对你的生命影响最大？在你的心目中谁占的位置最多？</w:t>
      </w:r>
    </w:p>
    <w:p>
      <w:pPr>
        <w:spacing w:before="100" w:after="200" w:line="480" w:lineRule="auto"/>
        <w:ind w:firstLine="576"/>
        <w:jc w:val="left"/>
      </w:pPr>
      <w:r>
        <w:rPr>
          <w:rFonts w:ascii="宋体" w:eastAsia="宋体" w:hAnsi="宋体"/>
          <w:sz w:val="32"/>
        </w:rPr>
        <w:t>你或许在乡村长大，你们家世世代代都是农民，为了生存为了你也能象别人的孩子一样体体面面地生活、成长，你的爸爸妈妈艰难度日终年劳作，但只要自己的孩子能有书读肯上进，再苦再累他们都心甘情愿无怨无悔。夜幕降临，每当你上教室上晚自习的时候，你爸爸妈妈或许都还没回到家吃晚饭，要是他们离家在外漂泊在外做生意打工捡破烂，也许因为贷不出手工钱未得到身无分文常常不知道晚饭在哪里；当你进入梦乡的进修，你的爸爸妈妈还常常为带来你的学费和为生活一家老小的生活费而发愁，常常整日整夜睡不着觉......他们知道现在的社会要靠本事吃饭，你虽然读了书，可是社会上竞争的人很多饭碗很少，竞争很激烈，孩子能存在能够照顾自己已经是很不容易了，所以他们的后半辈子也不敢对你抱有太大的指望，他们晚年生活也许还得靠他们自己。其实你的爸爸妈妈累死累活无非就是希望自己的孩子能够成人成为对社会有用的人，受人尊敬让人看得起，不白费他们的一番心血！想想你自己，能做到了吗？作为农民或作为民工的爸爸妈妈到他们真正老了实在做不动的时候，他们的生活将没有任何依托，在很大的程度上将要依靠他们的孩子才能度过他们生命中最凄凉的岁月，而倾注了他们一辈子心血又是他们生命中唯一可以依靠的你，能给他们带来什么呢？</w:t>
      </w:r>
    </w:p>
    <w:p>
      <w:pPr>
        <w:spacing w:before="100" w:after="200" w:line="480" w:lineRule="auto"/>
        <w:ind w:firstLine="576"/>
        <w:jc w:val="left"/>
        <w:sectPr w:rsidSect="00034616">
          <w:type w:val="nextPage"/>
          <w:pgSz w:w="16838" w:h="23811"/>
          <w:pgMar w:top="1440" w:right="1440" w:bottom="1440" w:left="1440" w:header="720" w:footer="720" w:gutter="0"/>
          <w:pgNumType w:start="9"/>
          <w:cols w:space="720"/>
          <w:titlePg w:val="0"/>
          <w:docGrid w:linePitch="360"/>
        </w:sectPr>
      </w:pPr>
      <w:r>
        <w:rPr>
          <w:rFonts w:ascii="宋体" w:eastAsia="宋体" w:hAnsi="宋体"/>
          <w:sz w:val="32"/>
        </w:rPr>
        <w:t>你一天天长大，可是你的父母却一天天变老了。你平时有没有看过他们的模样？你有没有仔细打量过他们？他们的模样已经老到什么程度了呢？你知道不知道？他们或许已经变得很老了，由于新陈代谢的缘故，人总会自然变老的，但如果老得太快衰老得太早那就不正常了。这些年来，他们为生活奔奔波波，为工作劳劳碌碌，为孩子忧心忡忡。你或许还常常跟他们顶嘴、吵架，惹他们生气伤心，你的学习又不怎么理想，你的行为总让他们很不放心，他们常常为你将来的前途和出路担忧发愁，他们还能年轻到哪里去？况且他们身上可能还有很多病痛，他们又舍不得上医院看医生，怕检查怕住院，老这么硬撑着，他们的生命有没有危险？他们能活多久？无论如何你都要抽点时间，给自己一个机会好好看一看你的爸爸妈妈！是时候了！</w:t>
      </w:r>
    </w:p>
    <w:p>
      <w:pPr>
        <w:spacing w:before="100" w:after="200" w:line="480" w:lineRule="auto"/>
        <w:ind w:firstLine="576"/>
        <w:jc w:val="left"/>
      </w:pPr>
      <w:r>
        <w:rPr>
          <w:rFonts w:ascii="宋体" w:eastAsia="宋体" w:hAnsi="宋体"/>
          <w:sz w:val="32"/>
        </w:rPr>
        <w:t>如果你没有了父母你的学习和生活将会发生什么样的变化呢？父母是以什么样的方式挣钱供你读书的？他们过得好不好？他们对你好不好？你常惦记他们吗？你常问候他们吗？你还时常跟他们有说有笑吗？你还常常牵着他们的手上街吗？你很乐意让他们来学校看你吗？在同学面前你能很自豪地介绍他们吗？你知道他们的生日吗？你记住他们的生日吗？</w:t>
      </w:r>
    </w:p>
    <w:p>
      <w:pPr>
        <w:spacing w:before="100" w:after="200" w:line="480" w:lineRule="auto"/>
        <w:ind w:firstLine="576"/>
        <w:jc w:val="left"/>
      </w:pPr>
      <w:r>
        <w:rPr>
          <w:rFonts w:ascii="宋体" w:eastAsia="宋体" w:hAnsi="宋体"/>
          <w:sz w:val="32"/>
        </w:rPr>
        <w:t>你现在还是个学生，是个未成年人，是个消费者，还不需要为父母承担什么责任，如果你的父母生病住院，你去看一下他们，他们就很高兴了，甚至别人还夸你是个很懂事的孩子。可是，在你长大成人，自立成家，你也有自己的孩子的时候，你的父母生病住院，你去看一下就行了吗？如果，需要开刀，需要几成几十万，才能治好他们的病，甚至才能保证他们的生命的时候，你将怎么办？你能拿得出多少？你肯不肯去借别人？为了他们健康和生命，你能不能全力以赴？就象当年他们对你一样？万一有一天，你的父母突然撒手离开了你，你哭一下，流几滴眼泪，别人或许也会夸你是个孝顺的孩子。可是，在很多后的将来，你回想起来，回想起父母的疼爱父母的恩情父母的容颜，你仅仅哭就行了吗就够了吗？</w:t>
      </w:r>
    </w:p>
    <w:p>
      <w:pPr>
        <w:spacing w:before="100" w:after="200" w:line="480" w:lineRule="auto"/>
        <w:ind w:firstLine="576"/>
        <w:jc w:val="left"/>
      </w:pPr>
      <w:r>
        <w:rPr>
          <w:rFonts w:ascii="宋体" w:eastAsia="宋体" w:hAnsi="宋体"/>
          <w:sz w:val="32"/>
        </w:rPr>
        <w:t>我在乡下农村长大，父母都是农民。父亲只读到小学四年级，母亲是个文盲。小时候，因兄弟姐妹太多，家里又只有父母两个劳动力，日子过得十分艰难。寒冷的冬天，放学回家，吃的常常是稀得可见人影的粥......家庭的贫困最让我刻骨铭心的是，1979年，也就是高中毕业的那一年，我那79岁的爷爷病重需要住院，可是，家里贫穷没有钱呀，抬去医院第二次医院才勉强收下，也还只是住在医院的走廊下，那时正值寒冬腊月，七老八十的爷爷就在这样的地方度过了他生命的最后时日。他在临死前还吃力地问我妈妈家里还有多少钱？辛苦了一世的老人，准备失去生命的老人，还担心死了以后家里有没有钱料理他的后事，死了以后会不会给子孙带来麻烦。人世间这种悲惨的场面就活生生地展现在我面前了，当时我的眼泪不知不觉地淌下来了，但是，我的拳头握得很紧，我在心里默默发誓：无论如何，一定要奋斗！一定要冲出去活出个人样来！至少让你的父母在临死前用不着为钱担心，我不要他们再问跟爷你这同样的话。</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https://d.book118.com/387025201162006053</w:t>
        </w:r>
      </w:hyperlink>
    </w:p>
    <w:p>
      <w:pPr>
        <w:spacing w:before="100" w:after="200" w:line="480" w:lineRule="auto"/>
        <w:ind w:firstLine="576"/>
        <w:jc w:val="left"/>
      </w:pPr>
    </w:p>
    <w:sectPr w:rsidSect="00034616">
      <w:type w:val="nextPage"/>
      <w:pgSz w:w="16838" w:h="23811"/>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87025201162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