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教师述职述廉报告</w:t>
      </w:r>
    </w:p>
    <w:p>
      <w:pPr>
        <w:spacing w:before="100" w:after="200" w:line="360" w:lineRule="auto"/>
        <w:jc w:val="left"/>
      </w:pPr>
      <w:r>
        <w:rPr>
          <w:rFonts w:ascii="宋体 (中文正文)" w:eastAsia="宋体" w:hAnsi="宋体 (中文正文)"/>
          <w:b/>
          <w:sz w:val="28"/>
        </w:rPr>
        <w:t>一、勤勤恳恳、尽心尽力完成了数学科的教学工作任务。</w:t>
      </w:r>
    </w:p>
    <w:p>
      <w:pPr>
        <w:spacing w:before="100" w:after="200" w:line="360" w:lineRule="auto"/>
        <w:ind w:firstLine="576"/>
        <w:jc w:val="left"/>
      </w:pPr>
      <w:r>
        <w:rPr>
          <w:rFonts w:ascii="宋体" w:eastAsia="宋体" w:hAnsi="宋体"/>
          <w:sz w:val="28"/>
        </w:rPr>
        <w:t>自20xx年5月1日参加工作一直担任数学科的教学工作，先后完成了七年级、八年级、九年级、高一级、高二级的教学任务。在教学中精心备课，精心讲课，精心设计课后练习，课后个别辅导，使学生的成绩有了大幅度的进步，平均成绩由原来的二十多分提高到了八十多分。采取灵活多样的教学方法，提高了学生学习数学的兴趣。由于讲课有特色，受到学生和老师的欢迎。三年来每年都被学校评为优秀教师，优秀教案书写者，优秀作业批改者。</w:t>
      </w:r>
    </w:p>
    <w:p>
      <w:pPr>
        <w:spacing w:before="100" w:after="200" w:line="360" w:lineRule="auto"/>
        <w:jc w:val="left"/>
      </w:pPr>
      <w:r>
        <w:rPr>
          <w:rFonts w:ascii="宋体 (中文正文)" w:eastAsia="宋体" w:hAnsi="宋体 (中文正文)"/>
          <w:b/>
          <w:sz w:val="28"/>
        </w:rPr>
        <w:t>二、以“管理要严，奖罚要明，跟班要紧”的原则，完成了班主任工作。</w:t>
      </w:r>
    </w:p>
    <w:p>
      <w:pPr>
        <w:spacing w:before="100" w:after="200" w:line="360" w:lineRule="auto"/>
        <w:ind w:firstLine="576"/>
        <w:jc w:val="left"/>
      </w:pPr>
      <w:r>
        <w:rPr>
          <w:rFonts w:ascii="宋体" w:eastAsia="宋体" w:hAnsi="宋体"/>
          <w:sz w:val="28"/>
        </w:rPr>
        <w:t>先后担任了八年级、九年级、高一级、高二级的班主任工作。在日常管理中以学生为主体，尊重每一位学生，充分发扬民主。使每个同学都得以健康发展。开展了形式多样的班会主题活动，如“谈班级管理”、“师生换位”、“学习经验交流”、“话高考”等让学生畅所欲言，做班级的主人。组织学生义务劳动，使学生在劳动中感受生活，锻炼吃苦耐劳的意志。间断性地召开了班干部会议，学习委员会议，及时地了解班级情况，常以小事不小来感悟学生，提高学生判断事物的能力。课余个别谈话，交流思想，通过各种形式各种途径转化了一大批后进生，大大改善了班分。</w:t>
      </w:r>
    </w:p>
    <w:p>
      <w:pPr>
        <w:spacing w:before="100" w:after="200" w:line="360" w:lineRule="auto"/>
        <w:jc w:val="left"/>
      </w:pPr>
      <w:r>
        <w:rPr>
          <w:rFonts w:ascii="宋体 (中文正文)" w:eastAsia="宋体" w:hAnsi="宋体 (中文正文)"/>
          <w:b/>
          <w:sz w:val="28"/>
        </w:rPr>
        <w:t>三、认认真真，踏踏实实完成了理科教研工作。</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三年多来，一直担任理科教研组长工作，组织了本组教师研究新课改，听课，评课活动。在学校教导处的领导下，全体教师的努力下学校教学氛围有了大的转变，并且推出看好些深受同学喜欢的教师如苏德明，靳双虎等。严格完成了常规工作，每周检查教师教案，每月检查学生作业，并且组织学校每学年的期中、期末考试工作。在20xx年受学校信任，完成了中考永坪初中考点的考务工作，平时引导教师撰写论文，在20xx年理科教师发表了5篇论文。</w:t>
      </w:r>
    </w:p>
    <w:p>
      <w:pPr>
        <w:spacing w:before="100" w:after="200" w:line="360" w:lineRule="auto"/>
        <w:ind w:firstLine="576"/>
        <w:jc w:val="left"/>
      </w:pPr>
      <w:r>
        <w:rPr>
          <w:rFonts w:ascii="宋体" w:eastAsia="宋体" w:hAnsi="宋体"/>
          <w:sz w:val="28"/>
        </w:rPr>
        <w:t>三年来，虽然我对工作尽心尽力，取得了一定的成就，但仍然有许多需要学习和改进的地方，今后我将更加努力工作，提高自己的业务能力。</w:t>
      </w:r>
    </w:p>
    <w:p>
      <w:pPr>
        <w:spacing w:before="100" w:after="200" w:line="360" w:lineRule="auto"/>
        <w:ind w:firstLine="576"/>
        <w:jc w:val="left"/>
      </w:pPr>
      <w:r>
        <w:rPr>
          <w:rFonts w:ascii="宋体" w:eastAsia="宋体" w:hAnsi="宋体"/>
          <w:sz w:val="28"/>
        </w:rPr>
        <w:t>作为一名普通的共产党员，一名基层领导干部，始终以党员的标准严格要求自己，以身作则，率先垂范，以高度的政治责任感和忘我的工作热情，勤勤恳恳、任劳任怨，在工作中，认真贯彻执行党的教育方针、政策，拥护中国共产党的领导，认真开展批评与自我批评，认真按照《教师职业道德规范》严格要求自己，始终做到教书育人，为人师表，不断提高自己的政治觉悟，努力使自己成为一名合格的人民教师。</w:t>
      </w:r>
    </w:p>
    <w:p>
      <w:pPr>
        <w:spacing w:before="100" w:after="200" w:line="360" w:lineRule="auto"/>
        <w:jc w:val="left"/>
      </w:pPr>
      <w:r>
        <w:rPr>
          <w:rFonts w:ascii="宋体 (中文正文)" w:eastAsia="宋体" w:hAnsi="宋体 (中文正文)"/>
          <w:b/>
          <w:sz w:val="28"/>
        </w:rPr>
        <w:t>一、重视学校德育工作，提高师生学生思想素质</w:t>
      </w:r>
    </w:p>
    <w:p>
      <w:pPr>
        <w:spacing w:before="100" w:after="200" w:line="360" w:lineRule="auto"/>
        <w:jc w:val="left"/>
      </w:pPr>
      <w:r>
        <w:rPr>
          <w:rFonts w:ascii="宋体 (中文正文)" w:eastAsia="宋体" w:hAnsi="宋体 (中文正文)"/>
          <w:b/>
          <w:sz w:val="28"/>
        </w:rPr>
        <w:t>二、加强教育教学工作管理，提高教育教学质量</w:t>
      </w:r>
    </w:p>
    <w:p>
      <w:pPr>
        <w:spacing w:before="100" w:after="200" w:line="360" w:lineRule="auto"/>
        <w:ind w:firstLine="576"/>
        <w:jc w:val="left"/>
      </w:pPr>
      <w:r>
        <w:rPr>
          <w:rFonts w:ascii="宋体" w:eastAsia="宋体" w:hAnsi="宋体"/>
          <w:sz w:val="28"/>
        </w:rPr>
        <w:t>1、在教育教学工作方面，制定详细的学校工作计划，认真审阅教研组学习计划、教师业务学习计划，并按计划开展各项教学教研活动，能深刻认识到，教师是实施教育科研的主体，学校教研工作的成败，关键在于教师素质的高低，所以严格要求每位教师在实践中广泛吸取他人的先进教学方式和方法，在工作中树立踏踏实实的工作作风。自己深入一线，组织教师听课、评课、议课，指导教师认真备课，课后认真总结，结合课堂实际书写课后反思，针对课堂教学中的不足和存在的问题，提出改进建议。</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2、在教研活动中，狠抓业务学习，把新课改理念和新课改教学方法传授给教师并带进课堂，活跃课堂气氛，营造适合学生学习的课堂氛围。亲自指导教师备课、写教案和板书设计，并进行跟踪听课。组织开展了形式多样的教学教研活动，开展教师上示范课、校级公开课、等活动。善于发现存在的问题和不足，及时指出并予以纠正，课后指导教师书写教学反思，针对存在的问题和不足，提出改进建议。</w:t>
      </w:r>
    </w:p>
    <w:p>
      <w:pPr>
        <w:spacing w:before="100" w:after="200" w:line="360" w:lineRule="auto"/>
        <w:jc w:val="left"/>
      </w:pPr>
      <w:r>
        <w:rPr>
          <w:rFonts w:ascii="宋体 (中文正文)" w:eastAsia="宋体" w:hAnsi="宋体 (中文正文)"/>
          <w:b/>
          <w:sz w:val="28"/>
        </w:rPr>
        <w:t>三、加强教师的培训工作，提升教师素质</w:t>
      </w:r>
    </w:p>
    <w:p>
      <w:pPr>
        <w:spacing w:before="100" w:after="200" w:line="360" w:lineRule="auto"/>
        <w:ind w:firstLine="576"/>
        <w:jc w:val="left"/>
      </w:pPr>
      <w:r>
        <w:rPr>
          <w:rFonts w:ascii="宋体" w:eastAsia="宋体" w:hAnsi="宋体"/>
          <w:sz w:val="28"/>
        </w:rPr>
        <w:t>1、坚持每周一下午的教师校本培训，加强教师对教材重点知识的掌握和理解，提高教师对教材的驾驭能力，树立良好的教风。</w:t>
      </w:r>
    </w:p>
    <w:p>
      <w:pPr>
        <w:spacing w:before="100" w:after="200" w:line="360" w:lineRule="auto"/>
        <w:ind w:firstLine="576"/>
        <w:jc w:val="left"/>
      </w:pPr>
      <w:r>
        <w:rPr>
          <w:rFonts w:ascii="宋体" w:eastAsia="宋体" w:hAnsi="宋体"/>
          <w:sz w:val="28"/>
        </w:rPr>
        <w:t>3、坚持每周二下午的集体备课，认真听取授课教师的说课及教学设计，并积极提出意见和建议帮助教师不断完善教学设计。</w:t>
      </w:r>
    </w:p>
    <w:p>
      <w:pPr>
        <w:spacing w:before="100" w:after="200" w:line="360" w:lineRule="auto"/>
        <w:ind w:firstLine="576"/>
        <w:jc w:val="left"/>
      </w:pPr>
      <w:r>
        <w:rPr>
          <w:rFonts w:ascii="宋体" w:eastAsia="宋体" w:hAnsi="宋体"/>
          <w:sz w:val="28"/>
        </w:rPr>
        <w:t>4、加强教师业务学习，加强教师业务能力和业务素质的不断提高。</w:t>
      </w:r>
    </w:p>
    <w:p>
      <w:pPr>
        <w:spacing w:before="100" w:after="200" w:line="360" w:lineRule="auto"/>
        <w:ind w:firstLine="576"/>
        <w:jc w:val="left"/>
      </w:pPr>
      <w:r>
        <w:rPr>
          <w:rFonts w:ascii="宋体" w:eastAsia="宋体" w:hAnsi="宋体"/>
          <w:sz w:val="28"/>
        </w:rPr>
        <w:t>5、坚持每月检查教师备课教案、教学反思不少于两次，并结合检查实际，认真仔细地书写检查评语，做好检查记录。</w:t>
      </w:r>
    </w:p>
    <w:p>
      <w:pPr>
        <w:spacing w:before="100" w:after="200" w:line="360" w:lineRule="auto"/>
        <w:jc w:val="left"/>
      </w:pPr>
      <w:r>
        <w:rPr>
          <w:rFonts w:ascii="宋体 (中文正文)" w:eastAsia="宋体" w:hAnsi="宋体 (中文正文)"/>
          <w:b/>
          <w:sz w:val="28"/>
        </w:rPr>
        <w:t>四、廉洁自律，保持教师本色</w:t>
      </w:r>
    </w:p>
    <w:p>
      <w:pPr>
        <w:spacing w:before="100" w:after="200" w:line="360" w:lineRule="auto"/>
        <w:ind w:firstLine="576"/>
        <w:jc w:val="left"/>
      </w:pPr>
      <w:r>
        <w:rPr>
          <w:rFonts w:ascii="宋体" w:eastAsia="宋体" w:hAnsi="宋体"/>
          <w:sz w:val="28"/>
        </w:rPr>
        <w:t>廉洁是教师立教之本，作为一名光荣的人民教师，处处为人师表，从小事做起，从自我做起，率先垂范，作出表率，在日常工作中做到廉洁奉公，严于律己，宽以待人，自觉抵御腐朽思想的侵蚀，防微杜渐。在工作中始终牢记职责，保证实哲保身。“俭以养德，廉以养教”，作为教师，“心底无私天地宽。”，我将时时刻刻提醒自己以“廉洁奉献”的红烛精神教书育人，奋力修养身心，提高自己的学识水平，关怀学生的可持续发展，真心爱生如子，献身教育，严格自我约束，加强教育。不断加强道德修养，严于律己；从细微之处规范自己的一言一行。在思想上高筑反腐倡廉，拒腐防变的长城，时刻保持清廉教师的本色。</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b/>
          <w:sz w:val="28"/>
        </w:rPr>
        <w:t>五、狠抓学校安全工作，创建平安校园</w:t>
      </w:r>
    </w:p>
    <w:p>
      <w:pPr>
        <w:spacing w:before="100" w:after="200" w:line="360" w:lineRule="auto"/>
        <w:ind w:firstLine="576"/>
        <w:jc w:val="left"/>
      </w:pPr>
      <w:r>
        <w:rPr>
          <w:rFonts w:ascii="宋体" w:eastAsia="宋体" w:hAnsi="宋体"/>
          <w:sz w:val="28"/>
        </w:rPr>
        <w:t>我始终将安全教育工作放在重中之重的位置。完善了安全工作各项管理制度，明确责任，加强巡查，重视学生的安全教育工作。定期组织全校学生的安全技能演练，如安全自救、紧急疏散、消防逃生等；建立健全了学校安全工作制度，明确安全工作第一责任人和直接责任人，学校每月对教室、水电卫生设施定期进行安全隐患排查。利用多种形式对学生开展了食品、交通、防火、防溺水等安全教育知识培训。安全防范措施到位，有人防、物防、技防，全面推行校方责任保险，着力创建平安校园。</w:t>
      </w:r>
    </w:p>
    <w:p>
      <w:pPr>
        <w:spacing w:before="100" w:after="200" w:line="360" w:lineRule="auto"/>
        <w:ind w:firstLine="576"/>
        <w:jc w:val="left"/>
      </w:pPr>
      <w:r>
        <w:rPr>
          <w:rFonts w:ascii="宋体" w:eastAsia="宋体" w:hAnsi="宋体"/>
          <w:sz w:val="28"/>
        </w:rPr>
        <w:t>俗话说：人无完人。我自身也存在很多不足，在今后的工作中，将努力改进，在教育教学方面还要想办法、动脑筋多组织开展教研活动，不断探索和学习，不断完善和细化学校教学工作计划，继续加强教师培训工作，激发教师工作热情。同时自己也要努力做好本职工作，不断学习、不断充电，在工作中充分发挥自己的能力和作用，使学校的教育教学工作有更大的起色。</w:t>
      </w:r>
    </w:p>
    <w:p>
      <w:pPr>
        <w:spacing w:before="100" w:after="200" w:line="360" w:lineRule="auto"/>
        <w:ind w:firstLine="576"/>
        <w:jc w:val="left"/>
      </w:pPr>
      <w:r>
        <w:rPr>
          <w:rFonts w:ascii="宋体" w:eastAsia="宋体" w:hAnsi="宋体"/>
          <w:sz w:val="28"/>
        </w:rPr>
        <w:t>在这一年中，我在领导和老师们的帮助和支持下，能继续坚守“谦虚为人认真做事”的原则努力做好本职工作。下面我就从几个方面汇报这一年来的工作，希望得到大家的指导和帮助。</w:t>
      </w:r>
    </w:p>
    <w:p>
      <w:pPr>
        <w:spacing w:before="100" w:after="200" w:line="360" w:lineRule="auto"/>
        <w:jc w:val="left"/>
      </w:pPr>
      <w:r>
        <w:rPr>
          <w:rFonts w:ascii="宋体 (中文正文)" w:eastAsia="宋体" w:hAnsi="宋体 (中文正文)"/>
          <w:b/>
          <w:sz w:val="28"/>
        </w:rPr>
        <w:t>一、尽心尽职做好教学工作</w:t>
      </w:r>
    </w:p>
    <w:p>
      <w:pPr>
        <w:spacing w:before="100" w:after="200" w:line="360" w:lineRule="auto"/>
        <w:ind w:firstLine="576"/>
        <w:jc w:val="left"/>
      </w:pPr>
      <w:r>
        <w:rPr>
          <w:rFonts w:ascii="宋体" w:eastAsia="宋体" w:hAnsi="宋体"/>
          <w:sz w:val="28"/>
        </w:rPr>
        <w:t>1、关心爱护学生扎扎实实教学</w:t>
      </w:r>
    </w:p>
    <w:p>
      <w:pPr>
        <w:spacing w:before="100" w:after="200" w:line="360" w:lineRule="auto"/>
        <w:ind w:firstLine="576"/>
        <w:jc w:val="left"/>
      </w:pPr>
      <w:r>
        <w:rPr>
          <w:rFonts w:ascii="宋体" w:eastAsia="宋体" w:hAnsi="宋体"/>
          <w:sz w:val="28"/>
        </w:rPr>
        <w:t>“100%星教育”理念就是需要关注每一位学生，力求每一位学生有所发展。在教学中，我努力将这理念与行动统一起来，课堂学习、作业辅导能努力做到关注后进生，提携中等生，激励优等生，力求每一位学生在原来的基础上有所发展，力求自己的教学做到扎实有效。</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2、认真参与磨课力求有所成长</w:t>
      </w:r>
    </w:p>
    <w:p>
      <w:pPr>
        <w:spacing w:before="100" w:after="200" w:line="360" w:lineRule="auto"/>
        <w:ind w:firstLine="576"/>
        <w:jc w:val="left"/>
      </w:pPr>
      <w:r>
        <w:rPr>
          <w:rFonts w:ascii="宋体" w:eastAsia="宋体" w:hAnsi="宋体"/>
          <w:sz w:val="28"/>
        </w:rPr>
        <w:t>学校的各项教学活动比较丰富。对于自己语文学科，我都能积极参与磨课讨论，力求在这样的活动中使自己有所长。其他学科的教学展示与交流，只要有时间，我也努力参加，也希望自己能从不同学科教学受到启发，促使自己更深的思考。这一年来，我听课达到了150余节。</w:t>
      </w:r>
    </w:p>
    <w:p>
      <w:pPr>
        <w:spacing w:before="100" w:after="200" w:line="360" w:lineRule="auto"/>
        <w:ind w:firstLine="576"/>
        <w:jc w:val="left"/>
      </w:pPr>
      <w:r>
        <w:rPr>
          <w:rFonts w:ascii="宋体" w:eastAsia="宋体" w:hAnsi="宋体"/>
          <w:sz w:val="28"/>
        </w:rPr>
        <w:t>3、投身于教科研力求有所突破</w:t>
      </w:r>
    </w:p>
    <w:p>
      <w:pPr>
        <w:spacing w:before="100" w:after="200" w:line="360" w:lineRule="auto"/>
        <w:ind w:firstLine="576"/>
        <w:jc w:val="left"/>
      </w:pPr>
      <w:r>
        <w:rPr>
          <w:rFonts w:ascii="宋体" w:eastAsia="宋体" w:hAnsi="宋体"/>
          <w:sz w:val="28"/>
        </w:rPr>
        <w:t>“科研促教学，教学探科研”。在教科研这一条路中，我能继续摸索，继续前行，力求在原来的基础上有所突破。这一年中，我尝试着做管理课题，学习管理研究，所主持课题“基于吸引教育的教师多维发展载体的设计与实践的研究”在区级立了项，同时我还参与了我校的重大课题《每个人都是100%，基于吸引教育理念的多元发展机制的设计与实践》（市级课题）研究。在做课题的同时，我也积极撰写论文。《一变三还活力课堂》获得区专题论文一等奖，《自主多变多招》获得区科研成果二等奖，《教师多维发展展现新路径》一文获得xx市师训课题成果三等奖，《爱迪生救妈妈微课设计与评析》一文在《教学月刊》20xx.4中发表。</w:t>
      </w:r>
    </w:p>
    <w:p>
      <w:pPr>
        <w:spacing w:before="100" w:after="200" w:line="360" w:lineRule="auto"/>
        <w:jc w:val="left"/>
      </w:pPr>
      <w:r>
        <w:rPr>
          <w:rFonts w:ascii="宋体 (中文正文)" w:eastAsia="宋体" w:hAnsi="宋体 (中文正文)"/>
          <w:b/>
          <w:sz w:val="28"/>
        </w:rPr>
        <w:t>二、全心全意做好管理工作</w:t>
      </w:r>
    </w:p>
    <w:p>
      <w:pPr>
        <w:spacing w:before="100" w:after="200" w:line="360" w:lineRule="auto"/>
        <w:ind w:firstLine="576"/>
        <w:jc w:val="left"/>
      </w:pPr>
      <w:r>
        <w:rPr>
          <w:rFonts w:ascii="宋体" w:eastAsia="宋体" w:hAnsi="宋体"/>
          <w:sz w:val="28"/>
        </w:rPr>
        <w:t>对于管理工作，我始终秉着“组织好活动服务于大家”的理念，全心全意做好学校交给我的工作。在20xx学年第一学期中，我担任教学教导这一管理工作。第二学期，由于工作的调动，我担任了校长助理一职，主要负责教学、科研、家委会这三项工作。我知道，在这方面，我还有许多不足，许多值得我去学习的地方。简单罗列一下这两学期主要开展的工作：</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在担任教学教导一职中，我能协助校长室认真做好各项教学常规工作，做好各项教学服务工作：</w:t>
      </w:r>
    </w:p>
    <w:p>
      <w:pPr>
        <w:spacing w:before="100" w:after="200" w:line="360" w:lineRule="auto"/>
        <w:ind w:firstLine="576"/>
        <w:jc w:val="left"/>
      </w:pPr>
      <w:r>
        <w:rPr>
          <w:rFonts w:ascii="宋体" w:eastAsia="宋体" w:hAnsi="宋体"/>
          <w:sz w:val="28"/>
        </w:rPr>
        <w:t>1、抓好课堂教学五认真工作，从课堂常规本的使用、社团活动课的正常开展、期初期中期末教学检查工作等方面，落实教学五认真，使我们xx教学能有条不紊地进行。</w:t>
      </w:r>
    </w:p>
    <w:p>
      <w:pPr>
        <w:spacing w:before="100" w:after="200" w:line="360" w:lineRule="auto"/>
        <w:ind w:firstLine="576"/>
        <w:jc w:val="left"/>
      </w:pPr>
      <w:r>
        <w:rPr>
          <w:rFonts w:ascii="宋体" w:eastAsia="宋体" w:hAnsi="宋体"/>
          <w:sz w:val="28"/>
        </w:rPr>
        <w:t>2、组织好学科竞赛、期末考试考查的工作，落实安排命题、监考、阅卷等工作。</w:t>
      </w:r>
    </w:p>
    <w:p>
      <w:pPr>
        <w:spacing w:before="100" w:after="200" w:line="360" w:lineRule="auto"/>
        <w:ind w:firstLine="576"/>
        <w:jc w:val="left"/>
      </w:pPr>
      <w:r>
        <w:rPr>
          <w:rFonts w:ascii="宋体" w:eastAsia="宋体" w:hAnsi="宋体"/>
          <w:sz w:val="28"/>
        </w:rPr>
        <w:t>3、重视常态教学质量，牢固树立教研组长、备课组长质量第一人的责任意识，通过单元形成性练习、质量抽测等方式及时监控教学质量。</w:t>
      </w:r>
    </w:p>
    <w:p>
      <w:pPr>
        <w:spacing w:before="100" w:after="200" w:line="360" w:lineRule="auto"/>
        <w:ind w:firstLine="576"/>
        <w:jc w:val="left"/>
      </w:pPr>
      <w:r>
        <w:rPr>
          <w:rFonts w:ascii="宋体" w:eastAsia="宋体" w:hAnsi="宋体"/>
          <w:sz w:val="28"/>
        </w:rPr>
        <w:t>4、组织策划有关教学业务的活动，努力促进教师的专业发展。比如：青年教师素养大赛等。</w:t>
      </w:r>
    </w:p>
    <w:p>
      <w:pPr>
        <w:spacing w:before="100" w:after="200" w:line="360" w:lineRule="auto"/>
        <w:ind w:firstLine="576"/>
        <w:jc w:val="left"/>
      </w:pPr>
      <w:r>
        <w:rPr>
          <w:rFonts w:ascii="宋体" w:eastAsia="宋体" w:hAnsi="宋体"/>
          <w:sz w:val="28"/>
        </w:rPr>
        <w:t>5、认真做好各级各类的教学研讨活动。第一学期，我们学校承担了10多次片区级以上的活动，其中多次为省市级的重大活动，如：xx市教改之星评比活动、xx市科学优质课评比活动等。</w:t>
      </w:r>
    </w:p>
    <w:p>
      <w:pPr>
        <w:spacing w:before="100" w:after="200" w:line="360" w:lineRule="auto"/>
        <w:ind w:firstLine="576"/>
        <w:jc w:val="left"/>
      </w:pPr>
      <w:r>
        <w:rPr>
          <w:rFonts w:ascii="宋体" w:eastAsia="宋体" w:hAnsi="宋体"/>
          <w:sz w:val="28"/>
        </w:rPr>
        <w:t>6、积极参与特色教研活动，开创跨学科联合教研活动。特色教研活动开展就是希望我们的校本教研活动更加规范，更有实效，也希望每个教研组都有自己的特色。只要有时间，我自己也会亲自参与活动。我觉得每一次活动的参与就是一次非常好的学习活动，能带给我许多的启发与收获。</w:t>
      </w:r>
    </w:p>
    <w:p>
      <w:pPr>
        <w:spacing w:before="100" w:after="200" w:line="360" w:lineRule="auto"/>
        <w:ind w:firstLine="576"/>
        <w:jc w:val="left"/>
      </w:pPr>
      <w:r>
        <w:rPr>
          <w:rFonts w:ascii="宋体" w:eastAsia="宋体" w:hAnsi="宋体"/>
          <w:sz w:val="28"/>
        </w:rPr>
        <w:t>7、协助校长室做好学科教师目标考核、学科带头人考核、名优教师考核等工作。</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8、做好教材征订与管理工作，做好教学服务工作，保障教学工作有序开展。</w:t>
      </w:r>
    </w:p>
    <w:p>
      <w:pPr>
        <w:spacing w:before="100" w:after="200" w:line="360" w:lineRule="auto"/>
        <w:ind w:firstLine="576"/>
        <w:jc w:val="left"/>
      </w:pPr>
      <w:r>
        <w:rPr>
          <w:rFonts w:ascii="宋体" w:eastAsia="宋体" w:hAnsi="宋体"/>
          <w:sz w:val="28"/>
        </w:rPr>
        <w:t>在担任校长助理一职中，由于新手上路，需要学习的地方还很多很多。但是幸运的是，我得到了学校领导的热心而又耐心地指导帮助，得到了同事们的大力支持与理解。真的非常感谢大家！</w:t>
      </w:r>
    </w:p>
    <w:p>
      <w:pPr>
        <w:spacing w:before="100" w:after="200" w:line="360" w:lineRule="auto"/>
        <w:ind w:firstLine="576"/>
        <w:jc w:val="left"/>
      </w:pPr>
      <w:r>
        <w:rPr>
          <w:rFonts w:ascii="宋体" w:eastAsia="宋体" w:hAnsi="宋体"/>
          <w:sz w:val="28"/>
        </w:rPr>
        <w:t>1、策划各项教学业务培训活动，力求使活动高效。如：骨干教师展示活动与校际间联合教学活动的整合；多地区多学校的联合教学研究、教师的培训学习等。</w:t>
      </w:r>
    </w:p>
    <w:p>
      <w:pPr>
        <w:spacing w:before="100" w:after="200" w:line="360" w:lineRule="auto"/>
        <w:ind w:firstLine="576"/>
        <w:jc w:val="left"/>
      </w:pPr>
      <w:r>
        <w:rPr>
          <w:rFonts w:ascii="宋体" w:eastAsia="宋体" w:hAnsi="宋体"/>
          <w:sz w:val="28"/>
        </w:rPr>
        <w:t>3、组织开展好教师业务能力的考核、评选、推荐等活动。如：省市区教坛新秀推荐、教师启航奖、耕耘奖等工作。</w:t>
      </w:r>
    </w:p>
    <w:p>
      <w:pPr>
        <w:spacing w:before="100" w:after="200" w:line="360" w:lineRule="auto"/>
        <w:ind w:firstLine="576"/>
        <w:jc w:val="left"/>
      </w:pPr>
      <w:r>
        <w:rPr>
          <w:rFonts w:ascii="宋体" w:eastAsia="宋体" w:hAnsi="宋体"/>
          <w:sz w:val="28"/>
        </w:rPr>
        <w:t>4、组织科研学习与研究，邀请专家来校指导，积极组织教师课题立项以及论文撰写活动。</w:t>
      </w:r>
    </w:p>
    <w:p>
      <w:pPr>
        <w:spacing w:before="100" w:after="200" w:line="360" w:lineRule="auto"/>
        <w:jc w:val="left"/>
      </w:pPr>
      <w:r>
        <w:rPr>
          <w:rFonts w:ascii="宋体 (中文正文)" w:eastAsia="宋体" w:hAnsi="宋体 (中文正文)"/>
          <w:b/>
          <w:sz w:val="28"/>
        </w:rPr>
        <w:t>三、不足与反思</w:t>
      </w:r>
    </w:p>
    <w:p>
      <w:pPr>
        <w:spacing w:before="100" w:after="200" w:line="360" w:lineRule="auto"/>
        <w:ind w:firstLine="576"/>
        <w:jc w:val="left"/>
      </w:pPr>
      <w:r>
        <w:rPr>
          <w:rFonts w:ascii="宋体" w:eastAsia="宋体" w:hAnsi="宋体"/>
          <w:sz w:val="28"/>
        </w:rPr>
        <w:t>1、政治学习有待继续努力：在国家时事、政策法规方面，我不够关注，有待于我的改进与努力。</w:t>
      </w:r>
    </w:p>
    <w:p>
      <w:pPr>
        <w:spacing w:before="100" w:after="200" w:line="360" w:lineRule="auto"/>
        <w:ind w:firstLine="576"/>
        <w:jc w:val="left"/>
      </w:pPr>
      <w:r>
        <w:rPr>
          <w:rFonts w:ascii="宋体" w:eastAsia="宋体" w:hAnsi="宋体"/>
          <w:sz w:val="28"/>
        </w:rPr>
        <w:t>2、管理工作有待继续改进：在这方面，我还做得很不够。关心教师、了解教师做得不够好，思考问题也还不够深刻与全面，的钻劲与锐劲还不足，管理方法还不够高效与艺术。这些都有待于我不断学习，不断历练。</w:t>
      </w:r>
    </w:p>
    <w:p>
      <w:pPr>
        <w:spacing w:before="100" w:after="200" w:line="360" w:lineRule="auto"/>
        <w:ind w:firstLine="576"/>
        <w:jc w:val="left"/>
      </w:pPr>
      <w:r>
        <w:rPr>
          <w:rFonts w:ascii="宋体" w:eastAsia="宋体" w:hAnsi="宋体"/>
          <w:sz w:val="28"/>
        </w:rPr>
        <w:t>3、反思能力还需要提升：不论在教学还是管理，都需要我进一步的反思与调整，不断地学习与实践，在实践中锻炼自己，提升自己。</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今天，我很高兴向大家作述职述廉报告。因为在我从教21年的经历中，作过多次述职报告，每一次都使自己内心深处得到一次彻底的清理，又能客观而真实地听到领导和同志们对我本人及工作的评价。</w:t>
      </w:r>
    </w:p>
    <w:p>
      <w:pPr>
        <w:spacing w:before="100" w:after="200" w:line="360" w:lineRule="auto"/>
        <w:ind w:firstLine="576"/>
        <w:jc w:val="left"/>
      </w:pPr>
      <w:r>
        <w:rPr>
          <w:rFonts w:ascii="宋体" w:eastAsia="宋体" w:hAnsi="宋体"/>
          <w:sz w:val="28"/>
        </w:rPr>
        <w:t>下面仅就年的工作述职。过去的一年，可以概括这样一句话：工作有进展，问题也不少。</w:t>
      </w:r>
    </w:p>
    <w:p>
      <w:pPr>
        <w:spacing w:before="100" w:after="200" w:line="360" w:lineRule="auto"/>
        <w:jc w:val="left"/>
      </w:pPr>
      <w:r>
        <w:rPr>
          <w:rFonts w:ascii="宋体 (中文正文)" w:eastAsia="宋体" w:hAnsi="宋体 (中文正文)"/>
          <w:b/>
          <w:sz w:val="28"/>
        </w:rPr>
        <w:t>一、组织实施，检查总结</w:t>
      </w:r>
    </w:p>
    <w:p>
      <w:pPr>
        <w:spacing w:before="100" w:after="200" w:line="360" w:lineRule="auto"/>
        <w:ind w:firstLine="576"/>
        <w:jc w:val="left"/>
      </w:pPr>
      <w:r>
        <w:rPr>
          <w:rFonts w:ascii="宋体" w:eastAsia="宋体" w:hAnsi="宋体"/>
          <w:sz w:val="28"/>
        </w:rPr>
        <w:t>决定难，推进更难。有的善始而不善终，中途流产；有的虎头蛇尾，不了了之；有的面目全非，好心不得好报。凡此种种，皆因推进不利而造成。我认为，强化组织实施，及时检查总结，是我抓决策推进的主要段。</w:t>
      </w:r>
    </w:p>
    <w:p>
      <w:pPr>
        <w:spacing w:before="100" w:after="200" w:line="360" w:lineRule="auto"/>
        <w:ind w:firstLine="576"/>
        <w:jc w:val="left"/>
      </w:pPr>
      <w:r>
        <w:rPr>
          <w:rFonts w:ascii="宋体" w:eastAsia="宋体" w:hAnsi="宋体"/>
          <w:sz w:val="28"/>
        </w:rPr>
        <w:t>在组织实施中，多采用统筹兼顾、分工负责的办法。我负责统筹和分工，班子成员、学年组长、教研组长各负其责。确立了学校重大问题领导班子集体研究决定、重要问题领导清楚、具体问题各负其责、交叉问题沟通解决的原则。学校的几位领导分工是明确的，我负责全面工作，田常胜副校长负责教师考核、教育科研工作，王宇峰主任负责教学、教研工作，刘玉泉主任负责后勤、综治工作，韩彦文主任负责师训、实验教学工作，王德华主任负责政教工作。他们本人的素质高、能力强，工作积极主动，保证了学校工作的正常开展，成绩是显著的，弥补了我本人的不足，防止了工作上的失误。</w:t>
      </w:r>
    </w:p>
    <w:p>
      <w:pPr>
        <w:spacing w:before="100" w:after="200" w:line="360" w:lineRule="auto"/>
        <w:ind w:firstLine="576"/>
        <w:jc w:val="left"/>
      </w:pPr>
      <w:r>
        <w:rPr>
          <w:rFonts w:ascii="宋体" w:eastAsia="宋体" w:hAnsi="宋体"/>
          <w:sz w:val="28"/>
        </w:rPr>
        <w:t>及时检查总结，是推进工作的重要环节。田常胜副校长、4位主任、3位学年组长、3位教研组长都能够深入学年组、教研组、班级，了解教师和学生的基本情况，指导教学、研究业务、教育学生、做好服务，及时发现了教育教学工作中存在的问题，并得到了有效的解决。</w:t>
      </w:r>
    </w:p>
    <w:p>
      <w:pPr>
        <w:spacing w:before="100" w:after="200" w:line="360" w:lineRule="auto"/>
        <w:jc w:val="left"/>
      </w:pPr>
      <w:r>
        <w:rPr>
          <w:rFonts w:ascii="宋体 (中文正文)" w:eastAsia="宋体" w:hAnsi="宋体 (中文正文)"/>
          <w:b/>
          <w:sz w:val="28"/>
        </w:rPr>
        <w:t>二、严格要求，自律廉洁</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学校领导的形象，代表着共产党员的形象，我是深知这个道理的。对于廉正建设，我和学校领导班子是极其重视的。我的态度是：管好自己，管好身边，管好教师。</w:t>
      </w:r>
    </w:p>
    <w:p>
      <w:pPr>
        <w:spacing w:before="100" w:after="200" w:line="360" w:lineRule="auto"/>
        <w:ind w:firstLine="576"/>
        <w:jc w:val="left"/>
      </w:pPr>
      <w:r>
        <w:rPr>
          <w:rFonts w:ascii="宋体" w:eastAsia="宋体" w:hAnsi="宋体"/>
          <w:sz w:val="28"/>
        </w:rPr>
        <w:t>认真落实教育党委党风廉正建设责任状的具体要求，全面贯彻“正行风明荣辱树形象”会议精神和工作部署，加强对全校教职工的教育，杜绝了“三乱”及侵害学生利益的现象。</w:t>
      </w:r>
    </w:p>
    <w:p>
      <w:pPr>
        <w:spacing w:before="100" w:after="200" w:line="360" w:lineRule="auto"/>
        <w:ind w:firstLine="576"/>
        <w:jc w:val="left"/>
      </w:pPr>
      <w:r>
        <w:rPr>
          <w:rFonts w:ascii="宋体" w:eastAsia="宋体" w:hAnsi="宋体"/>
          <w:sz w:val="28"/>
        </w:rPr>
        <w:t>对于我本人，一向严格要求。无极特殊情况，到县里开会不去车；无上级来人或与学校工作无关的事，不去饭店；不占学校一分钱便宜。这样做，不是我有多高的觉悟，只是习惯而已。</w:t>
      </w:r>
    </w:p>
    <w:p>
      <w:pPr>
        <w:spacing w:before="100" w:after="200" w:line="360" w:lineRule="auto"/>
        <w:ind w:firstLine="576"/>
        <w:jc w:val="left"/>
      </w:pPr>
      <w:r>
        <w:rPr>
          <w:rFonts w:ascii="宋体" w:eastAsia="宋体" w:hAnsi="宋体"/>
          <w:sz w:val="28"/>
        </w:rPr>
        <w:t>对于学校的其他领导、财务人员，我管得很严，大家是能够感觉到的。可能在这方面，因为我的方法不当，伤了感情，希望得到谅解。起码动机是好的，这有利于你们的进步和家庭的幸福</w:t>
      </w:r>
    </w:p>
    <w:p>
      <w:pPr>
        <w:spacing w:before="100" w:after="200" w:line="360" w:lineRule="auto"/>
        <w:jc w:val="left"/>
      </w:pPr>
      <w:r>
        <w:rPr>
          <w:rFonts w:ascii="宋体 (中文正文)" w:eastAsia="宋体" w:hAnsi="宋体 (中文正文)"/>
          <w:b/>
          <w:sz w:val="28"/>
        </w:rPr>
        <w:t>三、勤奋工作，争创佳绩</w:t>
      </w:r>
    </w:p>
    <w:p>
      <w:pPr>
        <w:spacing w:before="100" w:after="200" w:line="360" w:lineRule="auto"/>
        <w:ind w:firstLine="576"/>
        <w:jc w:val="left"/>
      </w:pPr>
      <w:r>
        <w:rPr>
          <w:rFonts w:ascii="宋体" w:eastAsia="宋体" w:hAnsi="宋体"/>
          <w:sz w:val="28"/>
        </w:rPr>
        <w:t>经营一所学校，是一件很难的事，需要太多的付出和责任。既然选择这个职业、承担了这个岗位，就要认真负责，让上级领导放心、让学生家长满意、让社会认可。</w:t>
      </w:r>
    </w:p>
    <w:p>
      <w:pPr>
        <w:spacing w:before="100" w:after="200" w:line="360" w:lineRule="auto"/>
        <w:ind w:firstLine="576"/>
        <w:jc w:val="left"/>
      </w:pPr>
      <w:r>
        <w:rPr>
          <w:rFonts w:ascii="宋体" w:eastAsia="宋体" w:hAnsi="宋体"/>
          <w:sz w:val="28"/>
        </w:rPr>
        <w:t>年年，经过全校教职工的共同努力，确保了各项工作的完成：</w:t>
      </w:r>
    </w:p>
    <w:p>
      <w:pPr>
        <w:spacing w:before="100" w:after="200" w:line="360" w:lineRule="auto"/>
        <w:ind w:firstLine="576"/>
        <w:jc w:val="left"/>
      </w:pPr>
      <w:r>
        <w:rPr>
          <w:rFonts w:ascii="宋体" w:eastAsia="宋体" w:hAnsi="宋体"/>
          <w:sz w:val="28"/>
        </w:rPr>
        <w:t>1、七年学生的入学率达到97%，辍学率明显下降。</w:t>
      </w:r>
    </w:p>
    <w:p>
      <w:pPr>
        <w:spacing w:before="100" w:after="200" w:line="360" w:lineRule="auto"/>
        <w:ind w:firstLine="576"/>
        <w:jc w:val="left"/>
      </w:pPr>
      <w:r>
        <w:rPr>
          <w:rFonts w:ascii="宋体" w:eastAsia="宋体" w:hAnsi="宋体"/>
          <w:sz w:val="28"/>
        </w:rPr>
        <w:t>2、七年、八年学年末考试成绩居全县农村初中上游，初三中考录取数位居农村中学第三，中考各学科的及格率、优秀率位居全县农村初中前列。</w:t>
      </w:r>
    </w:p>
    <w:p>
      <w:pPr>
        <w:spacing w:before="100" w:after="200" w:line="360" w:lineRule="auto"/>
        <w:ind w:firstLine="576"/>
        <w:jc w:val="left"/>
      </w:pPr>
      <w:r>
        <w:rPr>
          <w:rFonts w:ascii="宋体" w:eastAsia="宋体" w:hAnsi="宋体"/>
          <w:sz w:val="28"/>
        </w:rPr>
        <w:t>3、德育工作从基础和规范抓起，学生的文明素养和行为习惯初步形成，德育工作上了一个新台阶。</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4、师资培训、教师队伍建设有很大进步，又涌现出一名“十佳”教师。</w:t>
      </w:r>
    </w:p>
    <w:p>
      <w:pPr>
        <w:spacing w:before="100" w:after="200" w:line="360" w:lineRule="auto"/>
        <w:ind w:firstLine="576"/>
        <w:jc w:val="left"/>
      </w:pPr>
      <w:r>
        <w:rPr>
          <w:rFonts w:ascii="宋体" w:eastAsia="宋体" w:hAnsi="宋体"/>
          <w:sz w:val="28"/>
        </w:rPr>
        <w:t>5、创建和谐平安校园取得新成绩，全县教育系统“创建和谐平安校园”现场会在我乡召开，我校作了经验介绍，评为哈市平安示范学校。</w:t>
      </w:r>
    </w:p>
    <w:p>
      <w:pPr>
        <w:spacing w:before="100" w:after="200" w:line="360" w:lineRule="auto"/>
        <w:ind w:firstLine="576"/>
        <w:jc w:val="left"/>
      </w:pPr>
      <w:r>
        <w:rPr>
          <w:rFonts w:ascii="宋体" w:eastAsia="宋体" w:hAnsi="宋体"/>
          <w:sz w:val="28"/>
        </w:rPr>
        <w:t>6、党风廉正建设、“正行风名荣辱树形象”效果显著，领导干部廉洁自律、师德师风进一步加强。</w:t>
      </w:r>
    </w:p>
    <w:p>
      <w:pPr>
        <w:spacing w:before="100" w:after="200" w:line="360" w:lineRule="auto"/>
        <w:ind w:firstLine="576"/>
        <w:jc w:val="left"/>
      </w:pPr>
      <w:r>
        <w:rPr>
          <w:rFonts w:ascii="宋体" w:eastAsia="宋体" w:hAnsi="宋体"/>
          <w:sz w:val="28"/>
        </w:rPr>
        <w:t>7、治理教育乱收费工作取得显著成果，没有发生一起危害学生利益的问题。</w:t>
      </w:r>
    </w:p>
    <w:p>
      <w:pPr>
        <w:spacing w:before="100" w:after="200" w:line="360" w:lineRule="auto"/>
        <w:ind w:firstLine="576"/>
        <w:jc w:val="left"/>
      </w:pPr>
      <w:r>
        <w:rPr>
          <w:rFonts w:ascii="宋体" w:eastAsia="宋体" w:hAnsi="宋体"/>
          <w:sz w:val="28"/>
        </w:rPr>
        <w:t>8、市级一类校、“两基”验收顺利过关。</w:t>
      </w:r>
    </w:p>
    <w:p>
      <w:pPr>
        <w:spacing w:before="100" w:after="200" w:line="360" w:lineRule="auto"/>
        <w:ind w:firstLine="576"/>
        <w:jc w:val="left"/>
      </w:pPr>
      <w:r>
        <w:rPr>
          <w:rFonts w:ascii="宋体" w:eastAsia="宋体" w:hAnsi="宋体"/>
          <w:sz w:val="28"/>
        </w:rPr>
        <w:t>9、“两操”检查评比获二等奖。</w:t>
      </w:r>
    </w:p>
    <w:p>
      <w:pPr>
        <w:spacing w:before="100" w:after="200" w:line="360" w:lineRule="auto"/>
        <w:jc w:val="left"/>
      </w:pPr>
      <w:r>
        <w:rPr>
          <w:rFonts w:ascii="宋体 (中文正文)" w:eastAsia="宋体" w:hAnsi="宋体 (中文正文)"/>
          <w:b/>
          <w:sz w:val="28"/>
        </w:rPr>
        <w:t>四、面对学校实际，正确决策</w:t>
      </w:r>
    </w:p>
    <w:p>
      <w:pPr>
        <w:spacing w:before="100" w:after="200" w:line="360" w:lineRule="auto"/>
        <w:ind w:firstLine="576"/>
        <w:jc w:val="left"/>
      </w:pPr>
      <w:r>
        <w:rPr>
          <w:rFonts w:ascii="宋体" w:eastAsia="宋体" w:hAnsi="宋体"/>
          <w:sz w:val="28"/>
        </w:rPr>
        <w:t>年年3，学校的操场多处过水，侵蚀相当严重。我于3月26日向教育局作了口头汇报，经教育局批准，6月挖了学校围墙西侧的排水沟，保证了操场不再受流水的侵蚀。</w:t>
      </w:r>
    </w:p>
    <w:p>
      <w:pPr>
        <w:spacing w:before="100" w:after="200" w:line="360" w:lineRule="auto"/>
        <w:ind w:firstLine="576"/>
        <w:jc w:val="left"/>
      </w:pPr>
      <w:r>
        <w:rPr>
          <w:rFonts w:ascii="宋体" w:eastAsia="宋体" w:hAnsi="宋体"/>
          <w:sz w:val="28"/>
        </w:rPr>
        <w:t>年年7月，针对毕业年级学生的基础较差、部分学科教师配备弱的情况，经学校领导班子会议研究，调孟庆艳、齐亚静、韩彦文主任三位教师到毕业班任教，解决了毕业班师资配备存在的问题。11月19日，七年三班、四班语文教师病假，又调李亚军老师、刘玉泉主任分别任这两个班的语文课，保证了学校教学工作的正常运转。</w:t>
      </w:r>
    </w:p>
    <w:p>
      <w:pPr>
        <w:spacing w:before="100" w:after="200" w:line="360" w:lineRule="auto"/>
        <w:ind w:firstLine="576"/>
        <w:jc w:val="left"/>
      </w:pPr>
      <w:r>
        <w:rPr>
          <w:rFonts w:ascii="宋体" w:eastAsia="宋体" w:hAnsi="宋体"/>
          <w:sz w:val="28"/>
        </w:rPr>
        <w:t>卫生工作是学校的脸面，代表着学校的形象，以前始终没有解决好这个问题。在我的提议下，于年年8月暑假建了垃圾的焚烧炉。从下半年开始，每天校工及时烧，校园变得格外整洁。</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缺少教师一直是困扰愚公一中的主要问题之一、近几年我不厌其烦地找局长、人事股长申请分配毕业生，经过不懈努力，今年8月，大专学历、英语专业“三支一扶”毕业生刘海亮分配给我校，缓解了缺少专任教师的难题。</w:t>
      </w:r>
    </w:p>
    <w:p>
      <w:pPr>
        <w:spacing w:before="100" w:after="200" w:line="360" w:lineRule="auto"/>
        <w:ind w:firstLine="576"/>
        <w:jc w:val="left"/>
      </w:pPr>
      <w:r>
        <w:rPr>
          <w:rFonts w:ascii="宋体" w:eastAsia="宋体" w:hAnsi="宋体"/>
          <w:sz w:val="28"/>
        </w:rPr>
        <w:t>建立教学奖励机制。教学质量是学校的生命线，也是我校的办学目标。在专任教师中，班主任的工作极其辛苦，他们每天早来晚走，在提高教育质量上起着至关重要的作用。在我的倡议下，经学校领导班子研究定，从年年开始，除了财政给的班主任费外，</w:t>
      </w:r>
    </w:p>
    <w:p>
      <w:pPr>
        <w:spacing w:before="100" w:after="200" w:line="360" w:lineRule="auto"/>
        <w:ind w:firstLine="576"/>
        <w:jc w:val="left"/>
      </w:pPr>
      <w:r>
        <w:rPr>
          <w:rFonts w:ascii="宋体" w:eastAsia="宋体" w:hAnsi="宋体"/>
          <w:sz w:val="28"/>
        </w:rPr>
        <w:t>学校每月又增加了班主任的补助费。中考是检验学校教育质量的窗口，毕业班的教师十分辛苦劳累，双休日、每天早晚无偿给学生补课，学校对完成教学目标或出色完成教学目标的毕业年级组给予奖励。</w:t>
      </w:r>
    </w:p>
    <w:p>
      <w:pPr>
        <w:spacing w:before="100" w:after="200" w:line="360" w:lineRule="auto"/>
        <w:ind w:firstLine="576"/>
        <w:jc w:val="left"/>
      </w:pPr>
      <w:r>
        <w:rPr>
          <w:rFonts w:ascii="宋体" w:eastAsia="宋体" w:hAnsi="宋体"/>
          <w:sz w:val="28"/>
        </w:rPr>
        <w:t>创建和谐平安校园是学校的重要工作，越来越受到教育行政部门、学校和社会的关注。学校不惜资金购置了足够的、符合质量标准的消防器材、安全通道标志、应急照明灯等，开设安全教育课，加强对学生的安全教育，增强师生的安全意识，提高师生的自我保护能力。</w:t>
      </w:r>
    </w:p>
    <w:p>
      <w:pPr>
        <w:spacing w:before="100" w:after="200" w:line="360" w:lineRule="auto"/>
        <w:ind w:firstLine="576"/>
        <w:jc w:val="left"/>
      </w:pPr>
      <w:r>
        <w:rPr>
          <w:rFonts w:ascii="宋体" w:eastAsia="宋体" w:hAnsi="宋体"/>
          <w:sz w:val="28"/>
        </w:rPr>
        <w:t>面对愚公一中的实际情况，根据教育党委的要求，针对重点或紧急问题，正确作出决策，是我的一项极为重要的职责。我个人的能力有限，主要是得益于领导班子及周围的同志，能够集思广益，使学校今年作出的重要决定，没有出现纰漏。</w:t>
      </w:r>
    </w:p>
    <w:p>
      <w:pPr>
        <w:spacing w:before="100" w:after="200" w:line="360" w:lineRule="auto"/>
        <w:jc w:val="left"/>
      </w:pPr>
      <w:r>
        <w:rPr>
          <w:rFonts w:ascii="宋体 (中文正文)" w:eastAsia="宋体" w:hAnsi="宋体 (中文正文)"/>
          <w:b/>
          <w:sz w:val="28"/>
        </w:rPr>
        <w:t>五、水平有限，问题仍有</w:t>
      </w:r>
    </w:p>
    <w:p>
      <w:pPr>
        <w:spacing w:before="100" w:after="200" w:line="360" w:lineRule="auto"/>
        <w:ind w:firstLine="576"/>
        <w:jc w:val="left"/>
      </w:pPr>
      <w:r>
        <w:rPr>
          <w:rFonts w:ascii="宋体" w:eastAsia="宋体" w:hAnsi="宋体"/>
          <w:sz w:val="28"/>
        </w:rPr>
        <w:t>回首年年的工作，虽然有些成绩，但问题也不少。主要表现在：</w:t>
      </w:r>
    </w:p>
    <w:p>
      <w:pPr>
        <w:spacing w:before="100" w:after="200" w:line="360" w:lineRule="auto"/>
        <w:ind w:firstLine="576"/>
        <w:jc w:val="left"/>
      </w:pPr>
      <w:r>
        <w:rPr>
          <w:rFonts w:ascii="宋体" w:eastAsia="宋体" w:hAnsi="宋体"/>
          <w:sz w:val="28"/>
        </w:rPr>
        <w:t>1、对支部工作重视不够，“三会一课”、支部作用、党员作用没有很好地落实。</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2、缺少教师的问题没有从根本上解决，影响了新课改的全面实施。</w:t>
      </w:r>
    </w:p>
    <w:p>
      <w:pPr>
        <w:spacing w:before="100" w:after="200" w:line="360" w:lineRule="auto"/>
        <w:ind w:firstLine="576"/>
        <w:jc w:val="left"/>
      </w:pPr>
      <w:r>
        <w:rPr>
          <w:rFonts w:ascii="宋体" w:eastAsia="宋体" w:hAnsi="宋体"/>
          <w:sz w:val="28"/>
        </w:rPr>
        <w:t>3、基础设施建设与教师和学生的要求仍有很大的差距。围墙倒塌、教学楼漏水、冬季取暖、校园的美化绿化、室内墙壁脱落等根本没有得到解决。</w:t>
      </w:r>
    </w:p>
    <w:p>
      <w:pPr>
        <w:spacing w:before="100" w:after="200" w:line="360" w:lineRule="auto"/>
        <w:ind w:firstLine="576"/>
        <w:jc w:val="left"/>
      </w:pPr>
      <w:r>
        <w:rPr>
          <w:rFonts w:ascii="宋体" w:eastAsia="宋体" w:hAnsi="宋体"/>
          <w:sz w:val="28"/>
        </w:rPr>
        <w:t>4、只重视教学工作，忽视了其它工作，整体工作不如人意。</w:t>
      </w:r>
    </w:p>
    <w:p>
      <w:pPr>
        <w:spacing w:before="100" w:after="200" w:line="360" w:lineRule="auto"/>
        <w:ind w:firstLine="576"/>
        <w:jc w:val="left"/>
      </w:pPr>
      <w:r>
        <w:rPr>
          <w:rFonts w:ascii="宋体" w:eastAsia="宋体" w:hAnsi="宋体"/>
          <w:sz w:val="28"/>
        </w:rPr>
        <w:t>上述问题的存在，可以归结为一点，那就是“主帅无能累死三军”。作为一校之长的我，在抓班子、带队伍、统筹学校全面工作等方面都有严重的缺陷，深感自己的水平有限、能力不足。好在有学校领导班子的帮助和全校教职工的支持，才使愚公一中的各项工作顺利完成，得到了教育党委、地方政府和学生家长的认可</w:t>
      </w:r>
    </w:p>
    <w:p>
      <w:pPr>
        <w:spacing w:before="100" w:after="200" w:line="360" w:lineRule="auto"/>
        <w:ind w:firstLine="576"/>
        <w:jc w:val="left"/>
      </w:pPr>
      <w:r>
        <w:rPr>
          <w:rFonts w:ascii="宋体" w:eastAsia="宋体" w:hAnsi="宋体"/>
          <w:sz w:val="28"/>
        </w:rPr>
        <w:t>20xx年飞逝而过，回首一年来自己在专业方面的发展，虽然进步不是很大，但是自己努力做了。现将一年来的专业发展总结如下：</w:t>
      </w:r>
    </w:p>
    <w:p>
      <w:pPr>
        <w:spacing w:before="100" w:after="200" w:line="360" w:lineRule="auto"/>
        <w:ind w:firstLine="576"/>
        <w:jc w:val="left"/>
      </w:pPr>
      <w:r>
        <w:rPr>
          <w:rFonts w:ascii="宋体" w:eastAsia="宋体" w:hAnsi="宋体"/>
          <w:sz w:val="28"/>
        </w:rPr>
        <w:t>一、上学期参加了市优秀课大赛，后来因孩子得手足口病没能参加上，虽有遗憾，但准备了一个多月，经过多次修改教学设计和课件，我也得到了同事及教研员的指导，也有所收获。</w:t>
      </w:r>
    </w:p>
    <w:p>
      <w:pPr>
        <w:spacing w:before="100" w:after="200" w:line="360" w:lineRule="auto"/>
        <w:jc w:val="left"/>
      </w:pPr>
      <w:r>
        <w:rPr>
          <w:rFonts w:ascii="宋体 (中文正文)" w:eastAsia="宋体" w:hAnsi="宋体 (中文正文)"/>
          <w:b/>
          <w:sz w:val="28"/>
        </w:rPr>
        <w:t>二、教育硕士也已经读完，从中有很大收获，下一年准备撰写教育硕士论文，多读书，学习精髓。</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三、我把学校分配给我的其它辅助教学的工作都做得非常好，如学校扩建图书馆，我在那工作了两个星期，每天及时到位，到点下班，有时一上午或是一下午都来不急去厕所，顾不上喝水，把学校的工作看成是自己家里的，认真地完成好。此外，还得到了杨秀同志的高度信任，在没有课的时间里去区里整理档案，一干就是一个多月。在最苦最边最累的工作中总能看到我的身影，从没有因为哪个工作不好干而向领导叫苦。从没有因为哪项工作不好做而不认真做。记得七年级开学典礼前三天接到领导的任务，为全年级二十一个班制作一个短片，用来向新同学和家长介绍年级的成果和班主任的寄语，本来已经加班制作好的短片在开学典礼前一天，书记说班主任录像的背景不好看，重做时，我毅然接受了这项既紧又复杂的工作，给班主任录像一整天，晚上加班加点制作完成，并且得到了领导的认可和所有学生及家长的好评。</w:t>
      </w:r>
    </w:p>
    <w:p>
      <w:pPr>
        <w:spacing w:before="100" w:after="200" w:line="360" w:lineRule="auto"/>
        <w:ind w:firstLine="576"/>
        <w:jc w:val="left"/>
      </w:pPr>
      <w:r>
        <w:rPr>
          <w:rFonts w:ascii="宋体" w:eastAsia="宋体" w:hAnsi="宋体"/>
          <w:sz w:val="28"/>
        </w:rPr>
        <w:t>四、自己在工作方法上成熟了很多，改掉自己的坏毛病，由于本人性格开朗，自认为能够团结同志，始终把工作放在第一位。</w:t>
      </w:r>
    </w:p>
    <w:p>
      <w:pPr>
        <w:spacing w:before="100" w:after="200" w:line="360" w:lineRule="auto"/>
        <w:jc w:val="left"/>
      </w:pPr>
      <w:r>
        <w:rPr>
          <w:rFonts w:ascii="宋体 (中文正文)" w:eastAsia="宋体" w:hAnsi="宋体 (中文正文)"/>
          <w:b/>
          <w:sz w:val="28"/>
        </w:rPr>
        <w:t>五、对于教学工作，我秉承学校“教孩子三年，想孩子三十年”的教学理念，把小科也教出成就。</w:t>
      </w:r>
    </w:p>
    <w:p>
      <w:pPr>
        <w:spacing w:before="100" w:after="200" w:line="360" w:lineRule="auto"/>
        <w:ind w:firstLine="576"/>
        <w:jc w:val="left"/>
      </w:pPr>
      <w:r>
        <w:rPr>
          <w:rFonts w:ascii="宋体" w:eastAsia="宋体" w:hAnsi="宋体"/>
          <w:sz w:val="28"/>
        </w:rPr>
        <w:t>我将继续努力工作，接受领导的指挥，接受同事的好建议，更好的开展工作。</w:t>
      </w:r>
    </w:p>
    <w:p>
      <w:pPr>
        <w:spacing w:before="100" w:after="200" w:line="360" w:lineRule="auto"/>
        <w:ind w:firstLine="576"/>
        <w:jc w:val="left"/>
      </w:pPr>
      <w:r>
        <w:rPr>
          <w:rFonts w:ascii="宋体" w:eastAsia="宋体" w:hAnsi="宋体"/>
          <w:sz w:val="28"/>
        </w:rPr>
        <w:t>本人担任副校长一职，分管教师考勤、教代会、工会和学校教学，协助校长抓全面工作。同时任教一个班的语文教学。一年来，本人尽职尽责，遵纪守法，恪守学校的各项规章制度，勤勉工作，用心创新，比较圆满的完成了各项教育教学任务。为总结经验，改正不足，现将本人所做主要工作报告如下。</w:t>
      </w:r>
    </w:p>
    <w:p>
      <w:pPr>
        <w:spacing w:before="100" w:after="200" w:line="360" w:lineRule="auto"/>
        <w:jc w:val="left"/>
      </w:pPr>
      <w:r>
        <w:rPr>
          <w:rFonts w:ascii="宋体 (中文正文)" w:eastAsia="宋体" w:hAnsi="宋体 (中文正文)"/>
          <w:b/>
          <w:sz w:val="28"/>
        </w:rPr>
        <w:t>一、主要工作回顾</w:t>
      </w:r>
    </w:p>
    <w:p>
      <w:pPr>
        <w:spacing w:before="100" w:after="200" w:line="360" w:lineRule="auto"/>
        <w:ind w:firstLine="576"/>
        <w:jc w:val="left"/>
      </w:pPr>
      <w:r>
        <w:rPr>
          <w:rFonts w:ascii="宋体" w:eastAsia="宋体" w:hAnsi="宋体"/>
          <w:sz w:val="28"/>
        </w:rPr>
        <w:t>1、建章立制，科学管理</w:t>
      </w:r>
    </w:p>
    <w:p>
      <w:pPr>
        <w:spacing w:before="100" w:after="200" w:line="360" w:lineRule="auto"/>
        <w:ind w:firstLine="576"/>
        <w:jc w:val="left"/>
      </w:pPr>
      <w:r>
        <w:rPr>
          <w:rFonts w:ascii="宋体" w:eastAsia="宋体" w:hAnsi="宋体"/>
          <w:sz w:val="28"/>
        </w:rPr>
        <w:t>在校长的带领下，结合学校实际会同全体行政人员先后制定或修订了学校《教职工岗位目标考核实施方案》、《教职工考勤制度》、《绩效工资发放实施方案》等学校文件，为科学公正的评价教职工的教学工作奠定了基础。</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2、组织召开教代会，实行民主治校。</w:t>
      </w:r>
    </w:p>
    <w:p>
      <w:pPr>
        <w:spacing w:before="100" w:after="200" w:line="360" w:lineRule="auto"/>
        <w:ind w:firstLine="576"/>
        <w:jc w:val="left"/>
      </w:pPr>
      <w:r>
        <w:rPr>
          <w:rFonts w:ascii="宋体" w:eastAsia="宋体" w:hAnsi="宋体"/>
          <w:sz w:val="28"/>
        </w:rPr>
        <w:t>召开教代会，讨论并通过了以上各项制度，让每位老师都能够参与到学校的管理中来。</w:t>
      </w:r>
    </w:p>
    <w:p>
      <w:pPr>
        <w:spacing w:before="100" w:after="200" w:line="360" w:lineRule="auto"/>
        <w:ind w:firstLine="576"/>
        <w:jc w:val="left"/>
      </w:pPr>
      <w:r>
        <w:rPr>
          <w:rFonts w:ascii="宋体" w:eastAsia="宋体" w:hAnsi="宋体"/>
          <w:sz w:val="28"/>
        </w:rPr>
        <w:t>3、狠抓教学，中心工作不松懈</w:t>
      </w:r>
    </w:p>
    <w:p>
      <w:pPr>
        <w:spacing w:before="100" w:after="200" w:line="360" w:lineRule="auto"/>
        <w:ind w:firstLine="576"/>
        <w:jc w:val="left"/>
      </w:pPr>
      <w:r>
        <w:rPr>
          <w:rFonts w:ascii="宋体" w:eastAsia="宋体" w:hAnsi="宋体"/>
          <w:sz w:val="28"/>
        </w:rPr>
        <w:t>首先，认真上好每一趟课，坚持教学六认真，绝不因行政事务繁忙影响自身教育教学工作，受到了学生和同行的一致好评，期末统考成绩名列年级前茅。</w:t>
      </w:r>
    </w:p>
    <w:p>
      <w:pPr>
        <w:spacing w:before="100" w:after="200" w:line="360" w:lineRule="auto"/>
        <w:ind w:firstLine="576"/>
        <w:jc w:val="left"/>
      </w:pPr>
      <w:r>
        <w:rPr>
          <w:rFonts w:ascii="宋体" w:eastAsia="宋体" w:hAnsi="宋体"/>
          <w:sz w:val="28"/>
        </w:rPr>
        <w:t>其次、与教务处一道定期做好了教师的备课和作业批改的检查，每次检查都做到有记录，有分数，有反馈，有跟踪。</w:t>
      </w:r>
    </w:p>
    <w:p>
      <w:pPr>
        <w:spacing w:before="100" w:after="200" w:line="360" w:lineRule="auto"/>
        <w:ind w:firstLine="576"/>
        <w:jc w:val="left"/>
      </w:pPr>
      <w:r>
        <w:rPr>
          <w:rFonts w:ascii="宋体" w:eastAsia="宋体" w:hAnsi="宋体"/>
          <w:sz w:val="28"/>
        </w:rPr>
        <w:t>再次、坚持巡课。为了督促教师们认真上课，坚持每天不定时段在全校每个教室巡查，发现问题，及时指正。</w:t>
      </w:r>
    </w:p>
    <w:p>
      <w:pPr>
        <w:spacing w:before="100" w:after="200" w:line="360" w:lineRule="auto"/>
        <w:ind w:firstLine="576"/>
        <w:jc w:val="left"/>
      </w:pPr>
      <w:r>
        <w:rPr>
          <w:rFonts w:ascii="宋体" w:eastAsia="宋体" w:hAnsi="宋体"/>
          <w:sz w:val="28"/>
        </w:rPr>
        <w:t>4、协助政教处、团委开展好德育活动。</w:t>
      </w:r>
    </w:p>
    <w:p>
      <w:pPr>
        <w:spacing w:before="100" w:after="200" w:line="360" w:lineRule="auto"/>
        <w:ind w:firstLine="576"/>
        <w:jc w:val="left"/>
      </w:pPr>
      <w:r>
        <w:rPr>
          <w:rFonts w:ascii="宋体" w:eastAsia="宋体" w:hAnsi="宋体"/>
          <w:sz w:val="28"/>
        </w:rPr>
        <w:t>一年来，会同政教处、团委开展了系列活动，比如“五四”歌咏比赛、学生仪容仪表整顿、心里健康教育等活动，加强了学生的道德品质教育。</w:t>
      </w:r>
    </w:p>
    <w:p>
      <w:pPr>
        <w:spacing w:before="100" w:after="200" w:line="360" w:lineRule="auto"/>
        <w:ind w:firstLine="576"/>
        <w:jc w:val="left"/>
      </w:pPr>
      <w:r>
        <w:rPr>
          <w:rFonts w:ascii="宋体" w:eastAsia="宋体" w:hAnsi="宋体"/>
          <w:sz w:val="28"/>
        </w:rPr>
        <w:t>5、积极组织工会活动、温暖教职工的心</w:t>
      </w:r>
    </w:p>
    <w:p>
      <w:pPr>
        <w:spacing w:before="100" w:after="200" w:line="360" w:lineRule="auto"/>
        <w:ind w:firstLine="576"/>
        <w:jc w:val="left"/>
      </w:pPr>
      <w:r>
        <w:rPr>
          <w:rFonts w:ascii="宋体" w:eastAsia="宋体" w:hAnsi="宋体"/>
          <w:sz w:val="28"/>
        </w:rPr>
        <w:t>一年来，开展了庆祝“三八”妇女节踏春活动、庆祝教师节拔河比赛等活动，凝聚人心。还对教职工及家中符合规定的婚丧嫁娶送去工会的温暖，看望了生病住院的教职工，还对家庭经济困难的教职工送去了慰问。</w:t>
      </w:r>
    </w:p>
    <w:p>
      <w:pPr>
        <w:spacing w:before="100" w:after="200" w:line="360" w:lineRule="auto"/>
        <w:jc w:val="left"/>
      </w:pPr>
      <w:r>
        <w:rPr>
          <w:rFonts w:ascii="宋体 (中文正文)" w:eastAsia="宋体" w:hAnsi="宋体 (中文正文)"/>
          <w:b/>
          <w:sz w:val="28"/>
        </w:rPr>
        <w:t>二、工作思路及体会</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1、以身作则是做好工作的基础</w:t>
      </w:r>
    </w:p>
    <w:p>
      <w:pPr>
        <w:spacing w:before="100" w:after="200" w:line="360" w:lineRule="auto"/>
        <w:ind w:firstLine="576"/>
        <w:jc w:val="left"/>
      </w:pPr>
      <w:r>
        <w:rPr>
          <w:rFonts w:ascii="宋体" w:eastAsia="宋体" w:hAnsi="宋体"/>
          <w:sz w:val="28"/>
        </w:rPr>
        <w:t>从担任副校长那天开始，我就牢牢记住：各项工作要以身作则，既要做指挥员，同时又要做“士兵”。于是，一年来，我踏踏实实地落实上级与学校的各项工作。</w:t>
      </w:r>
    </w:p>
    <w:p>
      <w:pPr>
        <w:spacing w:before="100" w:after="200" w:line="360" w:lineRule="auto"/>
        <w:ind w:firstLine="576"/>
        <w:jc w:val="left"/>
      </w:pPr>
      <w:r>
        <w:rPr>
          <w:rFonts w:ascii="宋体" w:eastAsia="宋体" w:hAnsi="宋体"/>
          <w:sz w:val="28"/>
        </w:rPr>
        <w:t>在“做”的过程中，我把以身作则、廉洁自律做为座右铭。对学校大大小小的工作，本人都认为是自己的份内事，既做领导、又做教师。有付出就有回报，到校两年来，我的工作获得了学校领导及老师们的充分肯定，也为今后的工作注入了动力。</w:t>
      </w:r>
    </w:p>
    <w:p>
      <w:pPr>
        <w:spacing w:before="100" w:after="200" w:line="360" w:lineRule="auto"/>
        <w:ind w:firstLine="576"/>
        <w:jc w:val="left"/>
      </w:pPr>
      <w:r>
        <w:rPr>
          <w:rFonts w:ascii="宋体" w:eastAsia="宋体" w:hAnsi="宋体"/>
          <w:sz w:val="28"/>
        </w:rPr>
        <w:t>2、努力学习，提高工作水平。</w:t>
      </w:r>
    </w:p>
    <w:p>
      <w:pPr>
        <w:spacing w:before="100" w:after="200" w:line="360" w:lineRule="auto"/>
        <w:ind w:firstLine="576"/>
        <w:jc w:val="left"/>
      </w:pPr>
      <w:r>
        <w:rPr>
          <w:rFonts w:ascii="宋体" w:eastAsia="宋体" w:hAnsi="宋体"/>
          <w:sz w:val="28"/>
        </w:rPr>
        <w:t>我们常说：“要给学生一碗水，自己要有一桶水”。我想做学校领导也一样，要更好地适应分管业务的工作，更好的指导、解决老师们在教育、教学中碰到的学术问题，自己务必具有较丰富的业务、管理潜力及理论水平。</w:t>
      </w:r>
    </w:p>
    <w:p>
      <w:pPr>
        <w:spacing w:before="100" w:after="200" w:line="360" w:lineRule="auto"/>
        <w:ind w:firstLine="576"/>
        <w:jc w:val="left"/>
      </w:pPr>
      <w:r>
        <w:rPr>
          <w:rFonts w:ascii="宋体" w:eastAsia="宋体" w:hAnsi="宋体"/>
          <w:sz w:val="28"/>
        </w:rPr>
        <w:t>一年来，我不断学习先进的教育理念，吸收教育教学管理的先进经验。加强对现代信息教育的自我学习，使自身的业务潜力不断得到提高。</w:t>
      </w:r>
    </w:p>
    <w:p>
      <w:pPr>
        <w:spacing w:before="100" w:after="200" w:line="360" w:lineRule="auto"/>
        <w:ind w:firstLine="576"/>
        <w:jc w:val="left"/>
      </w:pPr>
      <w:r>
        <w:rPr>
          <w:rFonts w:ascii="宋体" w:eastAsia="宋体" w:hAnsi="宋体"/>
          <w:sz w:val="28"/>
        </w:rPr>
        <w:t>3、不断创新，促进学校不断进步。</w:t>
      </w:r>
    </w:p>
    <w:p>
      <w:pPr>
        <w:spacing w:before="100" w:after="200" w:line="360" w:lineRule="auto"/>
        <w:ind w:firstLine="576"/>
        <w:jc w:val="left"/>
      </w:pPr>
      <w:r>
        <w:rPr>
          <w:rFonts w:ascii="宋体" w:eastAsia="宋体" w:hAnsi="宋体"/>
          <w:sz w:val="28"/>
        </w:rPr>
        <w:t>在分管学校的工作的决策、组织、指导等过程中，注重以的眼光，创新的意识来思考工作。一年来，在开展教学教研、常规教学检查、新青年教师培养、校园文化系列活动中，本人都尽职尽责，使工作一步一个脚印。</w:t>
      </w:r>
    </w:p>
    <w:p>
      <w:pPr>
        <w:spacing w:before="100" w:after="200" w:line="360" w:lineRule="auto"/>
        <w:ind w:firstLine="576"/>
        <w:jc w:val="left"/>
      </w:pPr>
      <w:r>
        <w:rPr>
          <w:rFonts w:ascii="宋体" w:eastAsia="宋体" w:hAnsi="宋体"/>
          <w:sz w:val="28"/>
        </w:rPr>
        <w:t>4、与领导、老师团结协作，努力做好本职工作。</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我始终明确自己的职责、摆正自己的位置，坚持从教师中来，到教师中去，努力营造领导与领导、领导与老师之间融洽的工作关系，是我工作与做人的根本。</w:t>
      </w:r>
    </w:p>
    <w:p>
      <w:pPr>
        <w:spacing w:before="100" w:after="200" w:line="360" w:lineRule="auto"/>
        <w:ind w:firstLine="576"/>
        <w:jc w:val="left"/>
      </w:pPr>
      <w:r>
        <w:rPr>
          <w:rFonts w:ascii="宋体" w:eastAsia="宋体" w:hAnsi="宋体"/>
          <w:sz w:val="28"/>
        </w:rPr>
        <w:t>一年来，我始终抱着“学无先后，贤者为先”的思想，虚心学习、尊重老师，与领导、老师团结协作。重大活动能及时征求校长、班子成员及老师们的意见，构成共识。使各项工作更有条理、更为落实、更有效果。</w:t>
      </w:r>
    </w:p>
    <w:p>
      <w:pPr>
        <w:spacing w:before="100" w:after="200" w:line="360" w:lineRule="auto"/>
        <w:jc w:val="left"/>
      </w:pPr>
      <w:r>
        <w:rPr>
          <w:rFonts w:ascii="宋体 (中文正文)" w:eastAsia="宋体" w:hAnsi="宋体 (中文正文)"/>
          <w:b/>
          <w:sz w:val="28"/>
        </w:rPr>
        <w:t>三、自身存在问题</w:t>
      </w:r>
    </w:p>
    <w:p>
      <w:pPr>
        <w:spacing w:before="100" w:after="200" w:line="360" w:lineRule="auto"/>
        <w:ind w:firstLine="576"/>
        <w:jc w:val="left"/>
      </w:pPr>
      <w:r>
        <w:rPr>
          <w:rFonts w:ascii="宋体" w:eastAsia="宋体" w:hAnsi="宋体"/>
          <w:sz w:val="28"/>
        </w:rPr>
        <w:t>1、在平时的学校管理工作中，工作还不够细腻，方法还缺乏灵活性;</w:t>
      </w:r>
    </w:p>
    <w:p>
      <w:pPr>
        <w:spacing w:before="100" w:after="200" w:line="360" w:lineRule="auto"/>
        <w:ind w:firstLine="576"/>
        <w:jc w:val="left"/>
      </w:pPr>
      <w:r>
        <w:rPr>
          <w:rFonts w:ascii="宋体" w:eastAsia="宋体" w:hAnsi="宋体"/>
          <w:sz w:val="28"/>
        </w:rPr>
        <w:t>2、管理水平有待提高;</w:t>
      </w:r>
    </w:p>
    <w:p>
      <w:pPr>
        <w:spacing w:before="100" w:after="200" w:line="360" w:lineRule="auto"/>
        <w:ind w:firstLine="576"/>
        <w:jc w:val="left"/>
      </w:pPr>
      <w:r>
        <w:rPr>
          <w:rFonts w:ascii="宋体" w:eastAsia="宋体" w:hAnsi="宋体"/>
          <w:sz w:val="28"/>
        </w:rPr>
        <w:t>3、对教师的思想工作还不够深入，关心也不够;对矛盾的化解缺乏有效性和灵活性。</w:t>
      </w:r>
    </w:p>
    <w:p>
      <w:pPr>
        <w:spacing w:before="100" w:after="200" w:line="360" w:lineRule="auto"/>
        <w:jc w:val="left"/>
      </w:pPr>
      <w:r>
        <w:rPr>
          <w:rFonts w:ascii="宋体 (中文正文)" w:eastAsia="宋体" w:hAnsi="宋体 (中文正文)"/>
          <w:b/>
          <w:sz w:val="28"/>
        </w:rPr>
        <w:t>四、努力方向</w:t>
      </w:r>
    </w:p>
    <w:p>
      <w:pPr>
        <w:spacing w:before="100" w:after="200" w:line="360" w:lineRule="auto"/>
        <w:ind w:firstLine="576"/>
        <w:jc w:val="left"/>
      </w:pPr>
      <w:r>
        <w:rPr>
          <w:rFonts w:ascii="宋体" w:eastAsia="宋体" w:hAnsi="宋体"/>
          <w:sz w:val="28"/>
        </w:rPr>
        <w:t>1、领导潜力有待提高，个性是要不断提高理论水平和管理水平，提高自身综合素质。</w:t>
      </w:r>
    </w:p>
    <w:p>
      <w:pPr>
        <w:spacing w:before="100" w:after="200" w:line="360" w:lineRule="auto"/>
        <w:ind w:firstLine="576"/>
        <w:jc w:val="left"/>
      </w:pPr>
      <w:r>
        <w:rPr>
          <w:rFonts w:ascii="宋体" w:eastAsia="宋体" w:hAnsi="宋体"/>
          <w:sz w:val="28"/>
        </w:rPr>
        <w:t>2、在“落实”上做好文章，各项工作在抓好落实的同时要力求创新。</w:t>
      </w:r>
    </w:p>
    <w:p>
      <w:pPr>
        <w:spacing w:before="100" w:after="200" w:line="360" w:lineRule="auto"/>
        <w:ind w:firstLine="576"/>
        <w:jc w:val="left"/>
      </w:pPr>
      <w:r>
        <w:rPr>
          <w:rFonts w:ascii="宋体" w:eastAsia="宋体" w:hAnsi="宋体"/>
          <w:sz w:val="28"/>
        </w:rPr>
        <w:t>3、努力提高个人修养，提高领导艺术水平，使今后的.工作更加得心应手。</w:t>
      </w:r>
    </w:p>
    <w:p>
      <w:pPr>
        <w:spacing w:before="100" w:after="200" w:line="360" w:lineRule="auto"/>
        <w:ind w:firstLine="576"/>
        <w:jc w:val="left"/>
      </w:pPr>
      <w:r>
        <w:rPr>
          <w:rFonts w:ascii="宋体" w:eastAsia="宋体" w:hAnsi="宋体"/>
          <w:sz w:val="28"/>
        </w:rPr>
        <w:t>回顾过去，我对自己问心无愧，但也有不足与感慨。展望未来，我信心百倍，在今后的工作中，我将正确对待自己的不足，认真听取领导、老师的意见，殚精竭虑，务实创新，努力向领导、老师、学生交一份合格的答卷。</w:t>
      </w:r>
    </w:p>
    <w:p>
      <w:pPr>
        <w:spacing w:before="100" w:after="200" w:line="360" w:lineRule="auto"/>
        <w:ind w:firstLine="576"/>
        <w:jc w:val="left"/>
      </w:pPr>
      <w:r>
        <w:rPr>
          <w:rFonts w:ascii="宋体" w:eastAsia="宋体" w:hAnsi="宋体"/>
          <w:sz w:val="28"/>
        </w:rPr>
        <w:t>以上述职，敬请领导、老师批评指正。</w:t>
      </w:r>
    </w:p>
    <w:p>
      <w:pPr>
        <w:spacing w:before="100" w:after="200" w:line="360" w:lineRule="auto"/>
        <w:jc w:val="left"/>
        <w:sectPr w:rsidSect="00034616">
          <w:type w:val="nextPage"/>
          <w:pgSz w:w="11906" w:h="16838"/>
          <w:pgMar w:top="1440" w:right="1440" w:bottom="1440" w:left="1440" w:header="720" w:footer="720" w:gutter="0"/>
          <w:pgNumType w:start="16"/>
          <w:cols w:space="720"/>
          <w:titlePg w:val="0"/>
          <w:docGrid w:linePitch="360"/>
        </w:sectPr>
      </w:pPr>
      <w:r>
        <w:rPr>
          <w:rFonts w:ascii="宋体 (中文正文)" w:eastAsia="宋体" w:hAnsi="宋体 (中文正文)"/>
          <w:sz w:val="28"/>
        </w:rPr>
        <w:t>尊敬的领导，各位同事：</w:t>
      </w:r>
    </w:p>
    <w:p>
      <w:pPr>
        <w:spacing w:before="100" w:after="200" w:line="360" w:lineRule="auto"/>
        <w:ind w:firstLine="576"/>
        <w:jc w:val="left"/>
      </w:pPr>
      <w:r>
        <w:rPr>
          <w:rFonts w:ascii="宋体" w:eastAsia="宋体" w:hAnsi="宋体"/>
          <w:sz w:val="28"/>
        </w:rPr>
        <w:t>大家好！</w:t>
      </w:r>
    </w:p>
    <w:p>
      <w:pPr>
        <w:spacing w:before="100" w:after="200" w:line="360" w:lineRule="auto"/>
        <w:jc w:val="left"/>
      </w:pPr>
      <w:r>
        <w:rPr>
          <w:rFonts w:ascii="宋体 (中文正文)" w:eastAsia="宋体" w:hAnsi="宋体 (中文正文)"/>
          <w:sz w:val="28"/>
        </w:rPr>
        <w:t>各位领导、各位老师：回顾这一学年的工作，我心中时常在反思，我在本职工作中应该做些什么，做了些什么，做好了什么？有了这些追问，使我的工作更有意义。为今后更好的工作，现将一年的工作做如下汇报：</w:t>
      </w:r>
    </w:p>
    <w:p>
      <w:pPr>
        <w:spacing w:before="100" w:after="200" w:line="360" w:lineRule="auto"/>
        <w:jc w:val="left"/>
      </w:pPr>
      <w:r>
        <w:rPr>
          <w:rFonts w:ascii="宋体 (中文正文)" w:eastAsia="宋体" w:hAnsi="宋体 (中文正文)"/>
          <w:b/>
          <w:sz w:val="28"/>
        </w:rPr>
        <w:t>一、完善师德，为师之本</w:t>
      </w:r>
    </w:p>
    <w:p>
      <w:pPr>
        <w:spacing w:before="100" w:after="200" w:line="360" w:lineRule="auto"/>
        <w:ind w:firstLine="576"/>
        <w:jc w:val="left"/>
      </w:pPr>
      <w:r>
        <w:rPr>
          <w:rFonts w:ascii="宋体" w:eastAsia="宋体" w:hAnsi="宋体"/>
          <w:sz w:val="28"/>
        </w:rPr>
        <w:t>“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spacing w:before="100" w:after="200" w:line="360" w:lineRule="auto"/>
        <w:jc w:val="left"/>
      </w:pPr>
      <w:r>
        <w:rPr>
          <w:rFonts w:ascii="宋体 (中文正文)" w:eastAsia="宋体" w:hAnsi="宋体 (中文正文)"/>
          <w:b/>
          <w:sz w:val="28"/>
        </w:rPr>
        <w:t>二、虚心学习</w:t>
      </w:r>
    </w:p>
    <w:p>
      <w:pPr>
        <w:spacing w:before="100" w:after="200" w:line="360" w:lineRule="auto"/>
        <w:ind w:firstLine="576"/>
        <w:jc w:val="left"/>
      </w:pPr>
      <w:r>
        <w:rPr>
          <w:rFonts w:ascii="宋体" w:eastAsia="宋体" w:hAnsi="宋体"/>
          <w:sz w:val="28"/>
        </w:rPr>
        <w:t>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spacing w:before="100" w:after="200" w:line="360" w:lineRule="auto"/>
        <w:jc w:val="left"/>
      </w:pPr>
      <w:r>
        <w:rPr>
          <w:rFonts w:ascii="宋体 (中文正文)" w:eastAsia="宋体" w:hAnsi="宋体 (中文正文)"/>
          <w:b/>
          <w:sz w:val="28"/>
        </w:rPr>
        <w:t>三、教研工作，求真务实</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校园网或本组教师会上作了交流，让有限的资金发挥的效益，让全体教师都有所获，有所感。充分挖掘校本培训资源，加大教师的培训力度，进行班主任培训、信息技术培训、精细化管理培训、教师敬业精神培训、教师礼仪培训等等活动。推广教师研究成果方面也做了大量工作，鼓励教师积极撰写教育教学论文。组织教师积极参加各级各类的征文、论文竞赛。本学年教师参加的信息技术征文获奖34篇，综合实践性论文获奖1篇。本年度开展了青年教师教学比赛，王丽玲老师取得了语文片区赛第一名的好成绩。候建萍老师参加了大武口区综合实践课比赛，从初赛到复赛均名列前名，代表大武口区参加市级比赛，成绩突出。体育教师杜玉红在自治区教学技能大赛中取得第一名的好成绩。</w:t>
      </w:r>
    </w:p>
    <w:p>
      <w:pPr>
        <w:spacing w:before="100" w:after="200" w:line="360" w:lineRule="auto"/>
        <w:jc w:val="left"/>
      </w:pPr>
      <w:r>
        <w:rPr>
          <w:rFonts w:ascii="宋体 (中文正文)" w:eastAsia="宋体" w:hAnsi="宋体 (中文正文)"/>
          <w:b/>
          <w:sz w:val="28"/>
        </w:rPr>
        <w:t>四、合作意识，必不可缺</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spacing w:before="100" w:after="200" w:line="360" w:lineRule="auto"/>
        <w:ind w:firstLine="576"/>
        <w:jc w:val="left"/>
      </w:pPr>
      <w:r>
        <w:rPr>
          <w:rFonts w:ascii="宋体" w:eastAsia="宋体" w:hAnsi="宋体"/>
          <w:sz w:val="28"/>
        </w:rPr>
        <w:t>本学期承办了大武口南片区思品小专题展示，我校高度重视，以此次展示为契机，在学校开展思品教师教学大赛，选拔人才参加展示，努力将展示与研究相结合，提升活动的质量，马麦燕老师在大家的帮助下，不负众望，取得了好成绩。科研部在承担活动中表现出色得到了教研室领导的认可。</w:t>
      </w:r>
    </w:p>
    <w:p>
      <w:pPr>
        <w:spacing w:before="100" w:after="200" w:line="360" w:lineRule="auto"/>
        <w:jc w:val="left"/>
      </w:pPr>
      <w:r>
        <w:rPr>
          <w:rFonts w:ascii="宋体 (中文正文)" w:eastAsia="宋体" w:hAnsi="宋体 (中文正文)"/>
          <w:b/>
          <w:sz w:val="28"/>
        </w:rPr>
        <w:t>五、服务他人，—完善自我</w:t>
      </w:r>
    </w:p>
    <w:p>
      <w:pPr>
        <w:spacing w:before="100" w:after="200" w:line="360" w:lineRule="auto"/>
        <w:ind w:firstLine="576"/>
        <w:jc w:val="left"/>
      </w:pPr>
      <w:r>
        <w:rPr>
          <w:rFonts w:ascii="宋体" w:eastAsia="宋体" w:hAnsi="宋体"/>
          <w:sz w:val="28"/>
        </w:rPr>
        <w:t>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城乡联动工作也开展的很有实效，本学期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spacing w:before="100" w:after="200" w:line="360" w:lineRule="auto"/>
        <w:ind w:firstLine="576"/>
        <w:jc w:val="left"/>
      </w:pPr>
      <w:r>
        <w:rPr>
          <w:rFonts w:ascii="宋体" w:eastAsia="宋体" w:hAnsi="宋体"/>
          <w:sz w:val="28"/>
        </w:rPr>
        <w:t>回顾一年来的工作，有成绩也有遗憾，由于年轻，工作经验不足，在开展工作当中也出现了一些不近人意的地方：</w:t>
      </w:r>
    </w:p>
    <w:p>
      <w:pPr>
        <w:spacing w:before="100" w:after="200" w:line="360" w:lineRule="auto"/>
        <w:ind w:firstLine="576"/>
        <w:jc w:val="left"/>
      </w:pPr>
      <w:r>
        <w:rPr>
          <w:rFonts w:ascii="宋体" w:eastAsia="宋体" w:hAnsi="宋体"/>
          <w:sz w:val="28"/>
        </w:rPr>
        <w:t>1、政治、业务学习还有待加强，教学管理水平还有待进一步提高。</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https://d.book118.com/387062123134006053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9"/>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8706212313400605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