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行政个人工作总结（34篇）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　　20__行政年度个人工作总结一</w:t>
      </w:r>
      <w:r>
        <w:rPr>
          <w:lang w:eastAsia="zh-CN"/>
        </w:rPr>
        <w:br/>
      </w:r>
      <w:r>
        <w:rPr>
          <w:lang w:eastAsia="zh-CN"/>
        </w:rPr>
        <w:t>　　_年，在公司各部门领导的关心指导和同事们的支持帮助下，在我的辛勤工作下，圆满地完成了本年度的工作，完成了领导交办的各项任务，自身在各方面都有所提升，但也有不足，需要将来不断学习、不断积累工作经验，运用所掌握的知识弥补自身还存在的缺陷。现将这一年的学习、工作情况总结如下：</w:t>
      </w:r>
      <w:r>
        <w:rPr>
          <w:lang w:eastAsia="zh-CN"/>
        </w:rPr>
        <w:br/>
      </w:r>
      <w:r>
        <w:rPr>
          <w:lang w:eastAsia="zh-CN"/>
        </w:rPr>
        <w:t>　　一、踏实的工作态度：一年来，我坚持工作踏实，任劳任怨，自觉维护公司企业形象，妥善地做好本职工作，尽量避免工作中出现任何纰漏。</w:t>
      </w:r>
      <w:r>
        <w:rPr>
          <w:lang w:eastAsia="zh-CN"/>
        </w:rPr>
        <w:br/>
      </w:r>
      <w:r>
        <w:rPr>
          <w:lang w:eastAsia="zh-CN"/>
        </w:rPr>
        <w:t>　　办公室文员是属于服务性质的工作，且比较繁杂。</w:t>
      </w:r>
      <w:r>
        <w:rPr>
          <w:lang w:eastAsia="zh-CN"/>
        </w:rPr>
        <w:br/>
      </w:r>
      <w:r>
        <w:rPr>
          <w:lang w:eastAsia="zh-CN"/>
        </w:rPr>
        <w:t>　　(1)每天我都认真做好各项服务工作，以保障业务部、单证部、船务部、财务部及设计部门工作的正常开展。</w:t>
      </w:r>
      <w:r>
        <w:rPr>
          <w:lang w:eastAsia="zh-CN"/>
        </w:rPr>
        <w:br/>
      </w:r>
      <w:r>
        <w:rPr>
          <w:lang w:eastAsia="zh-CN"/>
        </w:rPr>
        <w:t>　　(2)文员日常的工作内容比较琐碎，需要细心、谨慎，且不能疏忽大意，更不能马虎潦草。</w:t>
      </w:r>
      <w:r>
        <w:rPr>
          <w:lang w:eastAsia="zh-CN"/>
        </w:rPr>
        <w:br/>
      </w:r>
      <w:r>
        <w:rPr>
          <w:lang w:eastAsia="zh-CN"/>
        </w:rPr>
        <w:t>　　(3)在行政部经理may的指导下，建立当日备忘录。我将当天的工作列入到备忘录里，一项一项的去完成，以免出现遗漏现象20__行政年度个人工作总结20__行政年度个人工作总结。</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二、尽心尽责，做好行政人事工作：认真做好本职工作和日常事务性工作，协助领导保持良好的工作秩序和工作环境，使各项档案管理日趋正规化、规范化。同时做好后勤服务工作，让领导和同事们避免后顾之忧，在部门经理的直接领导下，积极、主动的做好本部门日常内务工作。</w:t>
      </w:r>
      <w:r>
        <w:rPr>
          <w:lang w:eastAsia="zh-CN"/>
        </w:rPr>
        <w:br/>
      </w:r>
      <w:r>
        <w:rPr>
          <w:lang w:eastAsia="zh-CN"/>
        </w:rPr>
        <w:t>　　1、日常接待工作：接打电话时，使用文明语言，说话和气、热情，礼貌地接待工厂及国外客户来访人员，对于遇到相关问题来咨询或者要求帮助的人员，我都会尽我所知给予解答或及时转达相关领导给予解决。</w:t>
      </w:r>
      <w:r>
        <w:rPr>
          <w:lang w:eastAsia="zh-CN"/>
        </w:rPr>
        <w:br/>
      </w:r>
      <w:r>
        <w:rPr>
          <w:lang w:eastAsia="zh-CN"/>
        </w:rPr>
        <w:t>　　2、物资管理工作：制定公司日常办公用品购入和领用表，做好物资的领用管理，根据部门领用情况，进行领用登记。</w:t>
      </w:r>
      <w:r>
        <w:rPr>
          <w:lang w:eastAsia="zh-CN"/>
        </w:rPr>
        <w:br/>
      </w:r>
      <w:r>
        <w:rPr>
          <w:lang w:eastAsia="zh-CN"/>
        </w:rPr>
        <w:t>　　3、文件管理工作：根据工作需要，随时制作各类表格、文档等，同时完成各部门交待打印、扫描、复印的文件等，对公司所发放的通知、文件做到及时上传下达!。</w:t>
      </w:r>
      <w:r>
        <w:rPr>
          <w:lang w:eastAsia="zh-CN"/>
        </w:rPr>
        <w:br/>
      </w:r>
      <w:r>
        <w:rPr>
          <w:lang w:eastAsia="zh-CN"/>
        </w:rPr>
        <w:t>　　4、人事档案管理工作：将在职员工和离职员工档案进行分类存档，并做扫描电子存档，新员工评定表按年度排序装订成册保存等。</w:t>
      </w:r>
      <w:r>
        <w:rPr>
          <w:lang w:eastAsia="zh-CN"/>
        </w:rPr>
        <w:br/>
      </w:r>
      <w:r>
        <w:rPr>
          <w:lang w:eastAsia="zh-CN"/>
        </w:rPr>
        <w:t>　　5、招聘工作：查收邮件阅读简历，预约安排应聘人员进行经理面试以及总经理复试。</w:t>
      </w:r>
      <w:r>
        <w:rPr>
          <w:lang w:eastAsia="zh-CN"/>
        </w:rPr>
        <w:br/>
      </w:r>
      <w:r>
        <w:rPr>
          <w:lang w:eastAsia="zh-CN"/>
        </w:rPr>
        <w:t>　　6、商务会议及展会行程安排工作：制定出差计划表，预订国内、国际机票和酒店，确保出差人员的行程正常进行。</w:t>
      </w:r>
      <w:r>
        <w:rPr>
          <w:lang w:eastAsia="zh-CN"/>
        </w:rPr>
        <w:br/>
      </w:r>
      <w:r>
        <w:rPr>
          <w:lang w:eastAsia="zh-CN"/>
        </w:rPr>
        <w:t>　　7、财务工作：办公用品费用、快递费用的核对及申请，机票、酒店费用的支付，确保及时支付相关合作公司的月结费用。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8、快递工作：做好国内国际寄件登记和签收递交工作，定期上dhl、arame_网站跟踪查询客户签收情况，如发现有不正常的快件，及时反应到对外业务人员和相关领导。</w:t>
      </w:r>
      <w:r>
        <w:rPr>
          <w:lang w:eastAsia="zh-CN"/>
        </w:rPr>
        <w:br/>
      </w:r>
      <w:r>
        <w:rPr>
          <w:lang w:eastAsia="zh-CN"/>
        </w:rPr>
        <w:t>　　本文来自竞聘写作网9、协助工作：协助部门经理做好公司季度及年度活动的组织和安排工作，以及搞好公司企业文化的宣传活动。</w:t>
      </w:r>
      <w:r>
        <w:rPr>
          <w:lang w:eastAsia="zh-CN"/>
        </w:rPr>
        <w:br/>
      </w:r>
      <w:r>
        <w:rPr>
          <w:lang w:eastAsia="zh-CN"/>
        </w:rPr>
        <w:t>　　三、_年度所学知识：</w:t>
      </w:r>
      <w:r>
        <w:rPr>
          <w:lang w:eastAsia="zh-CN"/>
        </w:rPr>
        <w:br/>
      </w:r>
      <w:r>
        <w:rPr>
          <w:lang w:eastAsia="zh-CN"/>
        </w:rPr>
        <w:t>　　1、行政部门经理may的指导：学习正规化的文档管理、规范的公文写作、灵活的接待技巧、公共关系中的礼仪形象等</w:t>
      </w:r>
      <w:r>
        <w:rPr>
          <w:lang w:eastAsia="zh-CN"/>
        </w:rPr>
        <w:br/>
      </w:r>
      <w:r>
        <w:rPr>
          <w:lang w:eastAsia="zh-CN"/>
        </w:rPr>
        <w:t>　　20__行政年度个人工作总结工作总结。</w:t>
      </w:r>
      <w:r>
        <w:rPr>
          <w:lang w:eastAsia="zh-CN"/>
        </w:rPr>
        <w:br/>
      </w:r>
      <w:r>
        <w:rPr>
          <w:lang w:eastAsia="zh-CN"/>
        </w:rPr>
        <w:t>　　2、单证部门经理林禄文的指导：学习基本的外贸知识、国际快递的运费核算及成本控制、基本的网络维护及电脑方面知识、复印机和打印机的保养及维修。</w:t>
      </w:r>
      <w:r>
        <w:rPr>
          <w:lang w:eastAsia="zh-CN"/>
        </w:rPr>
        <w:br/>
      </w:r>
      <w:r>
        <w:rPr>
          <w:lang w:eastAsia="zh-CN"/>
        </w:rPr>
        <w:t>　　3、船务部门经理常虹的指导：英文软件及学习方法的提供，还时刻提醒我加强英文的学习及锻炼等。</w:t>
      </w:r>
      <w:r>
        <w:rPr>
          <w:lang w:eastAsia="zh-CN"/>
        </w:rPr>
        <w:br/>
      </w:r>
      <w:r>
        <w:rPr>
          <w:lang w:eastAsia="zh-CN"/>
        </w:rPr>
        <w:t>　　4、设计部门经理jacky的指导：photoshop的正确使用及公司存档文件的简单封面设计。</w:t>
      </w:r>
      <w:r>
        <w:rPr>
          <w:lang w:eastAsia="zh-CN"/>
        </w:rPr>
        <w:br/>
      </w:r>
      <w:r>
        <w:rPr>
          <w:lang w:eastAsia="zh-CN"/>
        </w:rPr>
        <w:t>　　5、业务部门经理echo的指导：学习echo在工作中有条理处理事情的方法。</w:t>
      </w:r>
      <w:r>
        <w:rPr>
          <w:lang w:eastAsia="zh-CN"/>
        </w:rPr>
        <w:br/>
      </w:r>
      <w:r>
        <w:rPr>
          <w:lang w:eastAsia="zh-CN"/>
        </w:rPr>
        <w:t>　　6、财务部同事的指导：费用申请单的规</w:t>
      </w:r>
      <w:r>
        <w:rPr>
          <w:lang w:eastAsia="zh-CN"/>
        </w:rPr>
        <w:br/>
      </w:r>
      <w:r>
        <w:rPr>
          <w:lang w:eastAsia="zh-CN"/>
        </w:rPr>
        <w:t xml:space="preserve">    行政个人工作总结 篇9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参加工作将近一年，回首过往似乎去年来公司报到的场景就在昨天，感叹时间的飞逝，让自己的脚步显得如此匆忙。可细细品味，却也发觉自己在不轻易间成熟了许多。回首这走来的一年，我已经初步完成了学生到企业职员的转变，思想上、学习上、工作能力上都有了提高。非常感谢公司给我这个成长的平台，令我在工作中不断的学习，不断的进步，慢慢的提升自身的素质与才能，进步的同时，我心里装满了感恩，是领导的亲切关怀、同事们的无私帮助激励了我的成长，在人生转轨的关键时期所受的这些鼓励将会让我受益终生。</w:t>
      </w:r>
      <w:r>
        <w:rPr>
          <w:lang w:eastAsia="zh-CN"/>
        </w:rPr>
        <w:br/>
      </w:r>
      <w:r>
        <w:rPr>
          <w:lang w:eastAsia="zh-CN"/>
        </w:rPr>
        <w:t>　　进公司以来我主要在综合部门工作，综合部门要处理各类文件的编制、行政事务的落实、员工学习培训、后勤的保障、办公室物资管理、人事以及一系列临时的、突发的交办事项或任务，千头万绪，繁杂琐碎。在过去一年里除了办公室日常工作外，我还参加了公司国际工程项目相关文件的翻译，翻译这些文件让我对工程方面的知识有了一些了解，同时也加强了英语专业词汇的学习。期间还参加了国际公司组织的培训课程，主要课程有情商的培养，市场开拓的方法与技巧，国际项目管理等等，让我受益匪浅。此外我还接手处理了部分财务方面的工作，项目部出国人员的护照和签证的办理工作，项目投标文件资格审预审资料整理和标书成册，还有跟随领导赴上海考察劳务和物流公司。总的来说工作很充实，从中我也学会了很多东西，了解了公司的各项规章管理制度和各种事物处理程序，初步了解了投标文件的制作，掌握了赴尼日利亚签证工作的办理流程等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公司的工作氛围让我感触颇深，领导平易近人，如同长辈一样和蔼可亲;同事们善良朴实，无微不至地给我关心。像对待徒弟一样传授我技能，像对待孩子一样包容我的缺点。我庆幸自己能溶入这样一个团结战斗的集体、这样一个温暖的大家庭。</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过去工作中让我明白自己还有很多方面的能力要培养和提高，有很多做的不好的地方，这需要通过不断提高各方面的能力，加强专业知识的学习与积累，坚持认真负责耐心的态度渐渐去改进和完善。综合部门要应对的事情繁多，如办事议事、会议记录、学习培训、公文处理、档案工作、文印管理、综合治理、财务管理、后勤服务等，要处理好这些事情，必须树立“无小事”的服务观念，坚持遇事远虑领先一步。要讲究求真务实，要注重效率效果;要认真做好每一件大事小事、琐事烦事、易事难事，甚至吃力不讨好的事和得罪人的事;要做到事事耐心、细心、小心、尽心，以提高办公室工作的办事效率和实际效果。接听电话、收发文件、编发信息等，这些工作看起来是小事，耽误了就是大事。为此，在日后的工作中我必须力求做到积极主动，一丝不苟地进行缜密处理，确保了办公室日常工作的顺利进行;同时还要正确把握好繁杂事务与管理职能的关系，做到忙而不乱，有条不紊;疏而不漏，有理有章,实现日常工作与管理有序的最佳结合。办公室工作小到配一把钥匙，大到配合做好“三讲”活动，事无巨细，零零碎碎，尤如乱麻，如何在零碎乱麻中理清头绪，管理服务职能是贯穿其中的一条主线，面对各类文件的编制、行政事务的落实、组织人事的办理、公务员的培训、后勤的保障、电脑的管理以及一系列临时的、突发的交办事项或任务，分清主重次要，轻重缓急，把握得当至关重要;掌握时间性的及时，政策性的贴切，处理得法，尤为关键。管理职能如同钢琴，繁杂事务如同琴键，拨动琴键的指法是管理服务的艺术，善于弹拨琴键，把握音色，控制节奏，抑扬顿挫，才能弹奏出美好的乐曲。联系到办公室工作的实际，就是要理清好思路，把握好要令，掌握好尺度，运用好方法，做到忙而不乱，有条不紊;疏而不漏，有理有章，才能实现日常工作与管理有序的最佳结合。</w:t>
      </w:r>
      <w:r>
        <w:rPr>
          <w:lang w:eastAsia="zh-CN"/>
        </w:rPr>
        <w:br/>
      </w:r>
      <w:r>
        <w:rPr>
          <w:lang w:eastAsia="zh-CN"/>
        </w:rPr>
        <w:t>　　作为工程行业的一名职工，我深深地感觉到了学习的紧迫性。所谓学海无涯，在知识爆炸的年代，现有的知识水平是远远不够的。随着企业不断深入的发展，只有不断学习、不断积累，才能满足企业发展的需求。为此，我会利用业余时间学习，在学习中不断丰富自己、提高自己，随时准备在企业需要时贡献自己的才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在以后的工作中同时要正确把握好日常事务与勤奋学习的关系，要发扬钉子精神，学会刻苦钻研，善于衔接工学矛盾，提高业务技能，实现工作学习互相衔接的最佳效果。办公室工作事务多，时间紧，人手少，每人身兼数职，很少有空余时间，可是办公室工作既不能不按章办理，又不能墨守成规;既不能只考虑一方面业务，也不能眉毛胡子一把抓;既要掌握本身的工作业务，也要掌握相关的其他门类的业务，且好多又涉及到大家的切身利益。因此，办公室人员业务的学习不仅仅是自身的知识积累，也关系到办公室整体工作质量的高低。当然学习把握是一个层面;钻研提高又是一个层面，如何在繁杂的事务中，腾出时间学习提高，需要有毅力、有耐力，关键是要发挥“钉子”的钻劲和挤劲，要合理分配好工学时间节点，善于衔接好工学之间的矛盾，才能实现最佳的工学结合，取得最佳的工学效果。</w:t>
      </w:r>
      <w:r>
        <w:rPr>
          <w:lang w:eastAsia="zh-CN"/>
        </w:rPr>
        <w:br/>
      </w:r>
      <w:r>
        <w:rPr>
          <w:lang w:eastAsia="zh-CN"/>
        </w:rPr>
        <w:t>　　路漫漫其修远兮，吾将上下而求索。回首一年，我深感欣慰，我从一名不谙世事的学生成长为一名要求进步的企业职工，各种滋味只有自己体会。人生的道路刚刚开始，工作第一年所给予我的启示将会成为我不断前行的坚实动力。我会不断思索和寻求，用青春和热血，为公司的发展壮大贡献自己的一份力量。</w:t>
      </w:r>
      <w:r>
        <w:rPr>
          <w:lang w:eastAsia="zh-CN"/>
        </w:rPr>
        <w:br/>
      </w:r>
      <w:r>
        <w:rPr>
          <w:lang w:eastAsia="zh-CN"/>
        </w:rPr>
        <w:t xml:space="preserve">    行政个人工作总结 篇10 </w:t>
      </w:r>
      <w:r>
        <w:rPr>
          <w:lang w:eastAsia="zh-CN"/>
        </w:rPr>
        <w:br/>
      </w:r>
      <w:r>
        <w:rPr>
          <w:lang w:eastAsia="zh-CN"/>
        </w:rPr>
        <w:t>　　20__年，在集团公司的正确领导及大力支持下，在_公司领导班子的正确指导下，面对激烈的市场竞争之严峻形势，行政部紧紧围绕管理、服务、学习、招聘等工作重点，注重发挥行政部承上启下、联系左右、协调各方的中心枢纽作用，为公司圆满完成年度各项目标任务作出了积极贡献。现将一年来的工作情况汇报如下：</w:t>
      </w:r>
      <w:r>
        <w:rPr>
          <w:lang w:eastAsia="zh-CN"/>
        </w:rPr>
        <w:br/>
      </w:r>
      <w:r>
        <w:rPr>
          <w:lang w:eastAsia="zh-CN"/>
        </w:rPr>
        <w:t>　　一、加强基础管理，创造良好工作环境</w:t>
      </w:r>
      <w:r>
        <w:rPr>
          <w:lang w:eastAsia="zh-CN"/>
        </w:rPr>
        <w:br/>
      </w:r>
      <w:r>
        <w:rPr>
          <w:lang w:eastAsia="zh-CN"/>
        </w:rPr>
        <w:t>　　为领导和员工创造一个良好的工作环境是行政部重要工作内容之一。一年来，行政部结合工作实际，认真履行工作职责，加强与其他部门的协调与沟通，使行政部基础管理工作基本实现了规范化，相关工作达到了优质、高效，为公司各项工作的开展创造了良好条件。</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如：做到了员工人事档案、培训档案、合同档案、公章管理等工作的清晰明确，严格规范。做到了收、发文件的准确及时，并对领导批示的公文做到了及时处理，从不拖拉。做到了办公耗材管控及办公设备维护、保养、日常行政业务结算和报销等工作的正常有序。成功组织了室外文化拓展、羽毛球比赛、读书征文、管理学、市场营销学培训课、员工健康体检等活动，做到了活动之前有准备，活动过程有指导，活动之后有成果，受到一致好评。行政部在接人待物、人事管理、优化办公环境、保证办公秩序等方面做到了尽职尽责，为公司树立了良好形象，起到了窗口作用。</w:t>
      </w:r>
      <w:r>
        <w:rPr>
          <w:lang w:eastAsia="zh-CN"/>
        </w:rPr>
        <w:br/>
      </w:r>
      <w:r>
        <w:rPr>
          <w:lang w:eastAsia="zh-CN"/>
        </w:rPr>
        <w:t>　　二、加强服务，树立良好风气</w:t>
      </w:r>
      <w:r>
        <w:rPr>
          <w:lang w:eastAsia="zh-CN"/>
        </w:rPr>
        <w:br/>
      </w:r>
      <w:r>
        <w:rPr>
          <w:lang w:eastAsia="zh-CN"/>
        </w:rPr>
        <w:t>　　行政部工作的核心就是搞好“三个服务”，即为领导服务、为员工服务、为广场商户服务。一年来，我们围绕中心工作，在服务工作方面做到了以下三点：</w:t>
      </w:r>
      <w:r>
        <w:rPr>
          <w:lang w:eastAsia="zh-CN"/>
        </w:rPr>
        <w:br/>
      </w:r>
      <w:r>
        <w:rPr>
          <w:lang w:eastAsia="zh-CN"/>
        </w:rPr>
        <w:t>　　1、变被动为主动。对公司工作的重点、难点和热点问题，力求考虑在前、服务在前。特别是行政部分管的食堂、仓库、采购、车辆、办公耗材管控及办公设备维护、保养等日常工作，工作有计划，落实有措施，完成有记录，做到了积极主动。日常工作及领导交办的临时性事物基本做到了及时处理及时反馈，当日事当日清。在协助配合其他部门工作上也坚持做到了积极热情不越位。</w:t>
      </w:r>
      <w:r>
        <w:rPr>
          <w:lang w:eastAsia="zh-CN"/>
        </w:rPr>
        <w:br/>
      </w:r>
      <w:r>
        <w:rPr>
          <w:lang w:eastAsia="zh-CN"/>
        </w:rPr>
        <w:t>　　2、在工作计划中，每月都突出1—2个“重点”工作。做到工作有重点有创新，改变行政部工作等待领导来安排的习惯。</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3、在创新与工作作风上有所突破。在工作思路、工作方法等方面不断改进和创新，适应公司发展的需要，做到工作有新举措，推动行政部工作不断上水平、上台阶。切实转变行政部服务作风，提高办事效率，增强服务意识和奉献精神。</w:t>
      </w:r>
      <w:r>
        <w:rPr>
          <w:lang w:eastAsia="zh-CN"/>
        </w:rPr>
        <w:br/>
      </w:r>
      <w:r>
        <w:rPr>
          <w:lang w:eastAsia="zh-CN"/>
        </w:rPr>
        <w:t>　　三、加强学习，形成良好的学习氛围</w:t>
      </w:r>
      <w:r>
        <w:rPr>
          <w:lang w:eastAsia="zh-CN"/>
        </w:rPr>
        <w:br/>
      </w:r>
      <w:r>
        <w:rPr>
          <w:lang w:eastAsia="zh-CN"/>
        </w:rPr>
        <w:t>　　行政部人员要具备很强的工作能力和保持行政部高效运转，就必须为切实履行好自身职责及时“充电”，做到基本知识笃学、本职业务知识深学、修身知识勤学、急需知识先学，不断补充各等方面的知识和深入钻研行政部业务知识。一年来，我部从加强自身学习入手，认真学习了公司业务流程、集团制度等业务内容，切实加强了理论、业务学习的自觉性，形成了良好的学习氛围。</w:t>
      </w:r>
      <w:r>
        <w:rPr>
          <w:lang w:eastAsia="zh-CN"/>
        </w:rPr>
        <w:br/>
      </w:r>
      <w:r>
        <w:rPr>
          <w:lang w:eastAsia="zh-CN"/>
        </w:rPr>
        <w:t>　　四、认真履行职责</w:t>
      </w:r>
      <w:r>
        <w:rPr>
          <w:lang w:eastAsia="zh-CN"/>
        </w:rPr>
        <w:br/>
      </w:r>
      <w:r>
        <w:rPr>
          <w:lang w:eastAsia="zh-CN"/>
        </w:rPr>
        <w:t>　　1、狠抓员工礼仪行为规范、办公环境办公秩序的监察工作。严格按照公司要求，在公司员工行为规范和办公环境等员工自律方面加大了监督检查力度，不定期对员工行为礼仪、办公区域清洁卫生进行抽查，营造了良好的办公环境和秩序。</w:t>
      </w:r>
      <w:r>
        <w:rPr>
          <w:lang w:eastAsia="zh-CN"/>
        </w:rPr>
        <w:br/>
      </w:r>
      <w:r>
        <w:rPr>
          <w:lang w:eastAsia="zh-CN"/>
        </w:rPr>
        <w:t>　　2、培训工作：为了能切实提高员工素质，以更好地适应市场竞争，我部积极配合公司把优化人员结构和提高员工素质与企业发展目标紧密结合。在“学习培训月”活动中，成功举办了管理学、营销学等近60课时的培训课，并把培训工作的规划纳入部门整体的工作计划之中，大力加强对员工政治理论和专业技能等方面的培训。</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3、人力资源管理工作：根据各部门的人员需求，在确保人员编制完全控制在标准编制内，本着网上搜、报纸上招、内部推荐等方法，协助部门完成人员招聘工作。对于新员工，定期与其面谈，发现问题随时沟通，深入的了解，帮助他解决思想上的难题，通过制度培训、企业文化的培训等等手段，让员工喜欢公司的文化、了解企业的发展前景、设计员工的职业发展规划。通过考核，肯定优点，更不保留的指出欠失，使员工在企业中顺利的渡过实习期。完成公司人事档案信息的建立完善、公司员工劳动报酬的监督发放、公司人员进出的人事管理等工作。并按时完成员工月考勤记录、月工资报表的上报工作。</w:t>
      </w:r>
      <w:r>
        <w:rPr>
          <w:lang w:eastAsia="zh-CN"/>
        </w:rPr>
        <w:br/>
      </w:r>
      <w:r>
        <w:rPr>
          <w:lang w:eastAsia="zh-CN"/>
        </w:rPr>
        <w:t>　　五、存在的不足</w:t>
      </w:r>
      <w:r>
        <w:rPr>
          <w:lang w:eastAsia="zh-CN"/>
        </w:rPr>
        <w:br/>
      </w:r>
      <w:r>
        <w:rPr>
          <w:lang w:eastAsia="zh-CN"/>
        </w:rPr>
        <w:t>　　过去的一年，在公司领导的重视和指导下，得到了各部门的大力协助下，行政部取得了一定的成绩。尽管我们取得了一定成绩但仍存在着很多不足之处，主要表现在以下几个方面：</w:t>
      </w:r>
      <w:r>
        <w:rPr>
          <w:lang w:eastAsia="zh-CN"/>
        </w:rPr>
        <w:br/>
      </w:r>
      <w:r>
        <w:rPr>
          <w:lang w:eastAsia="zh-CN"/>
        </w:rPr>
        <w:t>　　一是由于行政部工作常常事无巨细，每项工作我们主观上都希望能完成得最好，但由于能力有限，不能把每件事情都做到尽善尽美。二是对公司各部门有些工作了解得不够深入，对存在的问题掌握真实情况不够全面，从而对领导决策应起到的参谋助手作用发挥不够。三是抓制度落实不够，由于公司事物繁杂，基本检查不到位，因而存在一定的重制度建设，轻制度落实现象。四是对公司的宣传力度有待加强，加大对内对外的宣传力度，成立宣传小组，保障月刊和网站的上稿率。五是对公司其他专业业务学习抓得不够。这些都需要我们在今后的工作中切实加以解决。</w:t>
      </w:r>
      <w:r>
        <w:rPr>
          <w:lang w:eastAsia="zh-CN"/>
        </w:rPr>
        <w:br/>
      </w:r>
      <w:r>
        <w:rPr>
          <w:lang w:eastAsia="zh-CN"/>
        </w:rPr>
        <w:t>　　六、行政部20__年工作纲要</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20__年即将过去，新的一年将要到来。在新的一年里，我们将继续围绕公司中心工作，克服缺点，改进方法。深入调研，掌握实情。加强管理，改进服务。大胆探索行政部工作新思路、新方法，促使行政部工作再上一个新台阶，为公司的健康快速发展作出更大的贡献！</w:t>
      </w:r>
      <w:r>
        <w:rPr>
          <w:lang w:eastAsia="zh-CN"/>
        </w:rPr>
        <w:br/>
      </w:r>
      <w:r>
        <w:rPr>
          <w:lang w:eastAsia="zh-CN"/>
        </w:rPr>
        <w:t>　　下面根据本年度工作情况与存在不足，结合目前公司发展状况和今后趋势，行政部计划从下几个方面开展20__年度的工作：</w:t>
      </w:r>
      <w:r>
        <w:rPr>
          <w:lang w:eastAsia="zh-CN"/>
        </w:rPr>
        <w:br/>
      </w:r>
      <w:r>
        <w:rPr>
          <w:lang w:eastAsia="zh-CN"/>
        </w:rPr>
        <w:t>　　1、努力提高行政办公室人员的综合素质，加强理论学习、业务学习，强化服务与管理意识，制定相应的考核管理制度，明确分工，充分调动工作积极性，使公司后勤服务管理工作再上新台阶。</w:t>
      </w:r>
      <w:r>
        <w:rPr>
          <w:lang w:eastAsia="zh-CN"/>
        </w:rPr>
        <w:br/>
      </w:r>
      <w:r>
        <w:rPr>
          <w:lang w:eastAsia="zh-CN"/>
        </w:rPr>
        <w:t>　　2、完成公司各部门各职位的工作分析，为人才招募与绩效考核提供科学依据。</w:t>
      </w:r>
      <w:r>
        <w:rPr>
          <w:lang w:eastAsia="zh-CN"/>
        </w:rPr>
        <w:br/>
      </w:r>
      <w:r>
        <w:rPr>
          <w:lang w:eastAsia="zh-CN"/>
        </w:rPr>
        <w:t>　　3、作好员工日常工作信息的采集，完成日常行政招聘与配置。</w:t>
      </w:r>
      <w:r>
        <w:rPr>
          <w:lang w:eastAsia="zh-CN"/>
        </w:rPr>
        <w:br/>
      </w:r>
      <w:r>
        <w:rPr>
          <w:lang w:eastAsia="zh-CN"/>
        </w:rPr>
        <w:t>　　4、充分考虑员工福利，做好员工激励工作，做好员工职业生涯规划，培养雇员主人翁精神和献身精神，增强企业凝聚力。</w:t>
      </w:r>
      <w:r>
        <w:rPr>
          <w:lang w:eastAsia="zh-CN"/>
        </w:rPr>
        <w:br/>
      </w:r>
      <w:r>
        <w:rPr>
          <w:lang w:eastAsia="zh-CN"/>
        </w:rPr>
        <w:t>　　严格按照公司要求，在公司员工行为规范和办公环境等员工自律方面加大了监督检查力度，不定期对员工行为礼仪、办公区域清洁卫生进行抽查，营造了良好的办公环境和秩序。</w:t>
      </w:r>
      <w:r>
        <w:rPr>
          <w:lang w:eastAsia="zh-CN"/>
        </w:rPr>
        <w:br/>
      </w:r>
      <w:r>
        <w:rPr>
          <w:lang w:eastAsia="zh-CN"/>
        </w:rPr>
        <w:t xml:space="preserve">    行政个人工作总结 篇11 </w:t>
      </w:r>
      <w:r>
        <w:rPr>
          <w:lang w:eastAsia="zh-CN"/>
        </w:rPr>
        <w:br/>
      </w:r>
      <w:r>
        <w:rPr>
          <w:lang w:eastAsia="zh-CN"/>
        </w:rPr>
        <w:t>　　结本人20__年在广西分公司综合管理部担任行政后勤岗的工作，一年来，根据总公司行政管理的相关政策精神，结合分公司的实际，我积极、认真地完成了本职岗位的各项工作，现对20__年的整体工作总结如下：</w:t>
      </w:r>
      <w:r>
        <w:rPr>
          <w:lang w:eastAsia="zh-CN"/>
        </w:rPr>
        <w:br/>
      </w:r>
      <w:r>
        <w:rPr>
          <w:lang w:eastAsia="zh-CN"/>
        </w:rPr>
        <w:t>　　一、行政后勤</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(一)职场管理方面</w:t>
      </w:r>
      <w:r>
        <w:rPr>
          <w:lang w:eastAsia="zh-CN"/>
        </w:rPr>
        <w:br/>
      </w:r>
      <w:r>
        <w:rPr>
          <w:lang w:eastAsia="zh-CN"/>
        </w:rPr>
        <w:t>　　1、指导、协助玉林、兴宁、合浦、平南、龙胜等5家下属三、四级机构更换新职场各项材料的准备工作;根据实际工作需要，向总公司申请增加分公司本部财务单证房、良庆、江南的办公职场面积。</w:t>
      </w:r>
      <w:r>
        <w:rPr>
          <w:lang w:eastAsia="zh-CN"/>
        </w:rPr>
        <w:br/>
      </w:r>
      <w:r>
        <w:rPr>
          <w:lang w:eastAsia="zh-CN"/>
        </w:rPr>
        <w:t>　　2、及时与机构对装修问题进行沟通，并审核玉林、兴宁等7家机构职场装修预算。</w:t>
      </w:r>
      <w:r>
        <w:rPr>
          <w:lang w:eastAsia="zh-CN"/>
        </w:rPr>
        <w:br/>
      </w:r>
      <w:r>
        <w:rPr>
          <w:lang w:eastAsia="zh-CN"/>
        </w:rPr>
        <w:t>　　3、钦州、河池等五家机构制作广告牌、指路牌费用的审核工作。</w:t>
      </w:r>
      <w:r>
        <w:rPr>
          <w:lang w:eastAsia="zh-CN"/>
        </w:rPr>
        <w:br/>
      </w:r>
      <w:r>
        <w:rPr>
          <w:lang w:eastAsia="zh-CN"/>
        </w:rPr>
        <w:t>　　4、配合总公司建立全系统职场信息系统，每月按时上报《分公司职场管理信息统计表》，将全区(租赁职场)房屋租赁合同，(自有产权物业)房屋产权证、购房合同、土地证等资料扫描件上传至ftp。</w:t>
      </w:r>
      <w:r>
        <w:rPr>
          <w:lang w:eastAsia="zh-CN"/>
        </w:rPr>
        <w:br/>
      </w:r>
      <w:r>
        <w:rPr>
          <w:lang w:eastAsia="zh-CN"/>
        </w:rPr>
        <w:t>　　5、分公司本部职场情况：根据各部门职能的调整，人员的调配，对部分办公室进行调整并重新布局，合理利用空间;组织学习消防知识，提高员工的安全防火意识;更换职场窗帘、租赁绿色植物，美化办公环境;职场的安全保卫、清洁卫生等方面的管理。</w:t>
      </w:r>
      <w:r>
        <w:rPr>
          <w:lang w:eastAsia="zh-CN"/>
        </w:rPr>
        <w:br/>
      </w:r>
      <w:r>
        <w:rPr>
          <w:lang w:eastAsia="zh-CN"/>
        </w:rPr>
        <w:t>　　(二)会务接待方面</w:t>
      </w:r>
      <w:r>
        <w:rPr>
          <w:lang w:eastAsia="zh-CN"/>
        </w:rPr>
        <w:br/>
      </w:r>
      <w:r>
        <w:rPr>
          <w:lang w:eastAsia="zh-CN"/>
        </w:rPr>
        <w:t>　　1、完成了第四__届职工运动会、09年中期工作会议、《新保险法》培训会、两核财务专题培训会、经营分析会等大中小型会议费用预算、食宿安排等会务后勤及接待工作20余次。</w:t>
      </w:r>
      <w:r>
        <w:rPr>
          <w:lang w:eastAsia="zh-CN"/>
        </w:rPr>
        <w:br/>
      </w:r>
      <w:r>
        <w:rPr>
          <w:lang w:eastAsia="zh-CN"/>
        </w:rPr>
        <w:t>　　2、与各标准的酒店建立了良好的合作关系，并签订了消费优惠协议，为公司员工差旅住宿提供了便利和保障。</w:t>
      </w:r>
      <w:r>
        <w:rPr>
          <w:lang w:eastAsia="zh-CN"/>
        </w:rPr>
        <w:br/>
      </w:r>
      <w:r>
        <w:rPr>
          <w:lang w:eastAsia="zh-CN"/>
        </w:rPr>
        <w:t>　　(三)行政费用预算和开支管理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1、在20__年行政费用支出过程中，本着费用从紧、实际工作需要等原则，严格把控20__年分公司本部和各机构的行政费用支出，尤其严格把控固定成本投入，通过以需申购、调配利用闲臵设备等措施节约费用开支。</w:t>
      </w:r>
      <w:r>
        <w:rPr>
          <w:lang w:eastAsia="zh-CN"/>
        </w:rPr>
        <w:br/>
      </w:r>
      <w:r>
        <w:rPr>
          <w:lang w:eastAsia="zh-CN"/>
        </w:rPr>
        <w:t>　　2、根据总公司20__年预算编制的各项要求，结合分公司20__年的实际及20__年的发展规划，及时完成了职场费用、固定资产支出等预算的编制工作。</w:t>
      </w:r>
      <w:r>
        <w:rPr>
          <w:lang w:eastAsia="zh-CN"/>
        </w:rPr>
        <w:br/>
      </w:r>
      <w:r>
        <w:rPr>
          <w:lang w:eastAsia="zh-CN"/>
        </w:rPr>
        <w:t>　　(四)通讯方面</w:t>
      </w:r>
      <w:r>
        <w:rPr>
          <w:lang w:eastAsia="zh-CN"/>
        </w:rPr>
        <w:br/>
      </w:r>
      <w:r>
        <w:rPr>
          <w:lang w:eastAsia="zh-CN"/>
        </w:rPr>
        <w:t>　　1、及时完成了全年各部门提出的新装电话、移机、电话故障处理、电话维修等工作。</w:t>
      </w:r>
      <w:r>
        <w:rPr>
          <w:lang w:eastAsia="zh-CN"/>
        </w:rPr>
        <w:br/>
      </w:r>
      <w:r>
        <w:rPr>
          <w:lang w:eastAsia="zh-CN"/>
        </w:rPr>
        <w:t>　　2、与移动公司交涉，追回移动公司在08年双重收取集团彩铃费用1万6千多元，将这笔费用及时返还员工个人手机;与电信公司交涉，追回电信公司在06年至08年三年未按合约履行违规收取的通讯费用3万2千元。</w:t>
      </w:r>
      <w:r>
        <w:rPr>
          <w:lang w:eastAsia="zh-CN"/>
        </w:rPr>
        <w:br/>
      </w:r>
      <w:r>
        <w:rPr>
          <w:lang w:eastAsia="zh-CN"/>
        </w:rPr>
        <w:t>　　(五)证照方面</w:t>
      </w:r>
      <w:r>
        <w:rPr>
          <w:lang w:eastAsia="zh-CN"/>
        </w:rPr>
        <w:br/>
      </w:r>
      <w:r>
        <w:rPr>
          <w:lang w:eastAsia="zh-CN"/>
        </w:rPr>
        <w:t>　　在相关主管部门规定的年检时间内，按时完成了分公司本部20__年度《营业执照》、《组织机构代码证》、《房屋租赁许可证》等证照的年检工作，保证了公司经营的合法性。</w:t>
      </w:r>
      <w:r>
        <w:rPr>
          <w:lang w:eastAsia="zh-CN"/>
        </w:rPr>
        <w:br/>
      </w:r>
      <w:r>
        <w:rPr>
          <w:lang w:eastAsia="zh-CN"/>
        </w:rPr>
        <w:t>　　(六)其它后勤工作</w:t>
      </w:r>
      <w:r>
        <w:rPr>
          <w:lang w:eastAsia="zh-CN"/>
        </w:rPr>
        <w:br/>
      </w:r>
      <w:r>
        <w:rPr>
          <w:lang w:eastAsia="zh-CN"/>
        </w:rPr>
        <w:t>　　1、根据各部门及同城门店的需求，及时供应办公耗材、五金耗材、清洁用品，并适量进行管控，每月或季度定期结算，保障各部门及同城门店办公设备的正常运作。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2、审核分公司本部物业管理、水电、停车等费用，按时办理费用结算，及时与物业管理公司沟通，处理各项物业管理问题。</w:t>
      </w:r>
      <w:r>
        <w:rPr>
          <w:lang w:eastAsia="zh-CN"/>
        </w:rPr>
        <w:br/>
      </w:r>
      <w:r>
        <w:rPr>
          <w:lang w:eastAsia="zh-CN"/>
        </w:rPr>
        <w:t>　　3、每月按时上报电话、耗材、招待等各类行政费用公示表。</w:t>
      </w:r>
      <w:r>
        <w:rPr>
          <w:lang w:eastAsia="zh-CN"/>
        </w:rPr>
        <w:br/>
      </w:r>
      <w:r>
        <w:rPr>
          <w:lang w:eastAsia="zh-CN"/>
        </w:rPr>
        <w:t>　　二、物资管控</w:t>
      </w:r>
      <w:r>
        <w:rPr>
          <w:lang w:eastAsia="zh-CN"/>
        </w:rPr>
        <w:br/>
      </w:r>
      <w:r>
        <w:rPr>
          <w:lang w:eastAsia="zh-CN"/>
        </w:rPr>
        <w:t>　　1、完成了本部固定资产和低值易耗品包括申购、购臵、入库登记、调拨、维修、报废、盘点等日常管理工作。</w:t>
      </w:r>
      <w:r>
        <w:rPr>
          <w:lang w:eastAsia="zh-CN"/>
        </w:rPr>
        <w:br/>
      </w:r>
      <w:r>
        <w:rPr>
          <w:lang w:eastAsia="zh-CN"/>
        </w:rPr>
        <w:t>　　2、根据各机构提出的申请及时审核配臵及实际需要，并在分公司审批完毕后跟踪、落实和反馈总公司批复结果;按程序办理分公司与分公司、分公司与各机构、各机构之间的资产调拨手续。</w:t>
      </w:r>
      <w:r>
        <w:rPr>
          <w:lang w:eastAsia="zh-CN"/>
        </w:rPr>
        <w:br/>
      </w:r>
      <w:r>
        <w:rPr>
          <w:lang w:eastAsia="zh-CN"/>
        </w:rPr>
        <w:t>　　3、根据总公司对门店闲臵资产的处理意见，以内部调配为主要原则，根据各部门及机构实际需求，合理调配处臵闲臵资产。</w:t>
      </w:r>
      <w:r>
        <w:rPr>
          <w:lang w:eastAsia="zh-CN"/>
        </w:rPr>
        <w:br/>
      </w:r>
      <w:r>
        <w:rPr>
          <w:lang w:eastAsia="zh-CN"/>
        </w:rPr>
        <w:t>　　4、每月按时上报《固定资产月报表》。</w:t>
      </w:r>
      <w:r>
        <w:rPr>
          <w:lang w:eastAsia="zh-CN"/>
        </w:rPr>
        <w:br/>
      </w:r>
      <w:r>
        <w:rPr>
          <w:lang w:eastAsia="zh-CN"/>
        </w:rPr>
        <w:t>　　三、存在的问题</w:t>
      </w:r>
      <w:r>
        <w:rPr>
          <w:lang w:eastAsia="zh-CN"/>
        </w:rPr>
        <w:br/>
      </w:r>
      <w:r>
        <w:rPr>
          <w:lang w:eastAsia="zh-CN"/>
        </w:rPr>
        <w:t>　　1、对机构行政管理工作的管控力度不够，部分机构对总分公司要求上报材料、物资管控等工作执行力有待加强。</w:t>
      </w:r>
      <w:r>
        <w:rPr>
          <w:lang w:eastAsia="zh-CN"/>
        </w:rPr>
        <w:br/>
      </w:r>
      <w:r>
        <w:rPr>
          <w:lang w:eastAsia="zh-CN"/>
        </w:rPr>
        <w:t>　　2、审核职场装修方面预算经验不足。</w:t>
      </w:r>
      <w:r>
        <w:rPr>
          <w:lang w:eastAsia="zh-CN"/>
        </w:rPr>
        <w:br/>
      </w:r>
      <w:r>
        <w:rPr>
          <w:lang w:eastAsia="zh-CN"/>
        </w:rPr>
        <w:t>　　3、由于岗位的性质，工作面广、杂、琐碎，导致部分工作邂逅，未能及时办理。</w:t>
      </w:r>
      <w:r>
        <w:rPr>
          <w:lang w:eastAsia="zh-CN"/>
        </w:rPr>
        <w:br/>
      </w:r>
      <w:r>
        <w:rPr>
          <w:lang w:eastAsia="zh-CN"/>
        </w:rPr>
        <w:t>　　四、20__年工作计划</w:t>
      </w:r>
      <w:r>
        <w:rPr>
          <w:lang w:eastAsia="zh-CN"/>
        </w:rPr>
        <w:br/>
      </w:r>
      <w:r>
        <w:rPr>
          <w:lang w:eastAsia="zh-CN"/>
        </w:rPr>
        <w:t>　　1、加强与总公司各相关岗位的联系，力争得到总公司更多的指导和支持，更有利于本部和机构的工作。加强与机构的交流和管控，更有力地执行总分公司的相关制度，更好地为机构服务。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2、加强自身职场装修方面知识的学习，吸取更多他人的经验，提高工作效率。</w:t>
      </w:r>
      <w:r>
        <w:rPr>
          <w:lang w:eastAsia="zh-CN"/>
        </w:rPr>
        <w:br/>
      </w:r>
      <w:r>
        <w:rPr>
          <w:lang w:eastAsia="zh-CN"/>
        </w:rPr>
        <w:t>　　3、重点处理门店闲臵资产，根据内部需求，合理安排及时办理相关调拨手续。</w:t>
      </w:r>
      <w:r>
        <w:rPr>
          <w:lang w:eastAsia="zh-CN"/>
        </w:rPr>
        <w:br/>
      </w:r>
      <w:r>
        <w:rPr>
          <w:lang w:eastAsia="zh-CN"/>
        </w:rPr>
        <w:t>　　4、联合信息岗与电信公司在通话、网络资费问题上进行协商，争取更优惠的政策。</w:t>
      </w:r>
      <w:r>
        <w:rPr>
          <w:lang w:eastAsia="zh-CN"/>
        </w:rPr>
        <w:br/>
      </w:r>
      <w:r>
        <w:rPr>
          <w:lang w:eastAsia="zh-CN"/>
        </w:rPr>
        <w:t xml:space="preserve">    行政个人工作总结 篇12 </w:t>
      </w:r>
      <w:r>
        <w:rPr>
          <w:lang w:eastAsia="zh-CN"/>
        </w:rPr>
        <w:br/>
      </w:r>
      <w:r>
        <w:rPr>
          <w:lang w:eastAsia="zh-CN"/>
        </w:rPr>
        <w:t>　　大家好，本人于__年__月底来到行政事务部办公室岗位，过去的一年，有感慨，有喜悦，有探索，有突破。在各级领导的帮助指导和同事们的支持下，通过不断地实践和积累，自身素质和能力得到了较大提高，视野更加开阔，现将一年来工作情况汇报如下：</w:t>
      </w:r>
      <w:r>
        <w:rPr>
          <w:lang w:eastAsia="zh-CN"/>
        </w:rPr>
        <w:br/>
      </w:r>
      <w:r>
        <w:rPr>
          <w:lang w:eastAsia="zh-CN"/>
        </w:rPr>
        <w:t>　　一、立足本职，完成各项工作</w:t>
      </w:r>
      <w:r>
        <w:rPr>
          <w:lang w:eastAsia="zh-CN"/>
        </w:rPr>
        <w:br/>
      </w:r>
      <w:r>
        <w:rPr>
          <w:lang w:eastAsia="zh-CN"/>
        </w:rPr>
        <w:t>　　作为一名行政主管，我能够充分发挥承上启下、协调左右、联络内外的枢纽作用，从信息调研、文件起草、综合协调的文秘工作，到会议组织、来宾接待、印章管理的行政工作，都体现出行政主管工作的重要性。行政工作无小事，每一件细小的工作都可能牵一发而动全身，从而影响到公司的形象。自担任行政主管后，迅速投入到各项工作中，完成了各类文件起草、会议安排、信息上报、信访接待、参谋督办、印章使用、档案存放以及其他服务工作。特别对仓库物品出入、印章管理等工作要求严格按照制度执行，避免因责任心不强造成公司经济损失和产生负面影响。</w:t>
      </w:r>
      <w:r>
        <w:rPr>
          <w:lang w:eastAsia="zh-CN"/>
        </w:rPr>
        <w:br/>
      </w:r>
      <w:r>
        <w:rPr>
          <w:lang w:eastAsia="zh-CN"/>
        </w:rPr>
        <w:t>　　1、注重学习，努力提升工作能力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坚持把学习摆在重要位置，始终勤奋学习，积极进取，努力提高自我，不断学习业务知识，通过多看、多问、多学、多练来不断的提高自己的各项业务技能。利用空闲时间学习《应用文写作大全》《秘书学》和各种行业报刊杂志，以此提高自身素质和能力。</w:t>
      </w:r>
      <w:r>
        <w:rPr>
          <w:lang w:eastAsia="zh-CN"/>
        </w:rPr>
        <w:br/>
      </w:r>
      <w:r>
        <w:rPr>
          <w:lang w:eastAsia="zh-CN"/>
        </w:rPr>
        <w:t>　　2、立足本职，完成各项文书工作</w:t>
      </w:r>
      <w:r>
        <w:rPr>
          <w:lang w:eastAsia="zh-CN"/>
        </w:rPr>
        <w:br/>
      </w:r>
      <w:r>
        <w:rPr>
          <w:lang w:eastAsia="zh-CN"/>
        </w:rPr>
        <w:t>　　完成公司年度总结、目标完成情况和下年度工作安排的起草、报送、印发工作。做好公司日常公文起草、处理和文印工作，全年收转、传递、报送各种请示、报告318份。校对、印发党委、行政、工会、团委各类文件共198份。向市建委上报各种文字材料163份，做到了及时、准确、规范，满足了公司正常的工作需要，树立了公司的良好形象。</w:t>
      </w:r>
      <w:r>
        <w:rPr>
          <w:lang w:eastAsia="zh-CN"/>
        </w:rPr>
        <w:br/>
      </w:r>
      <w:r>
        <w:rPr>
          <w:lang w:eastAsia="zh-CN"/>
        </w:rPr>
        <w:t>　　3、热情细心，完成接听接待工作</w:t>
      </w:r>
      <w:r>
        <w:rPr>
          <w:lang w:eastAsia="zh-CN"/>
        </w:rPr>
        <w:br/>
      </w:r>
      <w:r>
        <w:rPr>
          <w:lang w:eastAsia="zh-CN"/>
        </w:rPr>
        <w:t>　　耐心接听、解答用户来电，全年共接听用水业务咨询、反映问题、投诉电话2860余个，收发传真材料500余份，接听率100%，尤其去年年底和今年一月份天气寒冷，大量用户出现用水问题，每天办公室接听用户来电80余个，都能够及时、耐心的为用户解答。接受、处理、反馈市建委12319服务平台，市消费者协会12315、市长信箱、市人大、政协提案，累计40余份。按照公司领导安排，较好完成了外地水司人员及上级部门的接待、安排和招待任务，一年来共接待来访53次。业务招待烟、酒、会务用品均按公司标准，严格做好登记、领用、报销工作。</w:t>
      </w:r>
      <w:r>
        <w:rPr>
          <w:lang w:eastAsia="zh-CN"/>
        </w:rPr>
        <w:br/>
      </w:r>
      <w:r>
        <w:rPr>
          <w:lang w:eastAsia="zh-CN"/>
        </w:rPr>
        <w:t>　　4、积极主动，做好城市综合整治工作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根据上级工作部署，制订了公司市容环境和立体美化综合整治实施方案，分别于__年4月、9月和今年1月集中开展了综合整治活动。活动期间每天收集整理活动开展情况，填写综合整治日报表，坚持一日一整治情况上报市建委。</w:t>
      </w:r>
      <w:r>
        <w:rPr>
          <w:lang w:eastAsia="zh-CN"/>
        </w:rPr>
        <w:br/>
      </w:r>
      <w:r>
        <w:rPr>
          <w:lang w:eastAsia="zh-CN"/>
        </w:rPr>
        <w:t>　　5、认真负责，加强行风建设工作</w:t>
      </w:r>
      <w:r>
        <w:rPr>
          <w:lang w:eastAsia="zh-CN"/>
        </w:rPr>
        <w:br/>
      </w:r>
      <w:r>
        <w:rPr>
          <w:lang w:eastAsia="zh-CN"/>
        </w:rPr>
        <w:t>　　编写、制定了公司__年行风建设实施方案、公司行风建设汇报材料、__年度公司行风建设工作总结，以及行风建设工作的整改报告。监督、解决用户提出的各种用水投诉，满足用户的用水需求，为用户提供方便快捷的服务。由于工作扎实，成绩突出，在今年一月份纠风办对公司测评中，获得了满分。</w:t>
      </w:r>
      <w:r>
        <w:rPr>
          <w:lang w:eastAsia="zh-CN"/>
        </w:rPr>
        <w:br/>
      </w:r>
      <w:r>
        <w:rPr>
          <w:lang w:eastAsia="zh-CN"/>
        </w:rPr>
        <w:t>　　6、多方联系，做好水价调整工作</w:t>
      </w:r>
      <w:r>
        <w:rPr>
          <w:lang w:eastAsia="zh-CN"/>
        </w:rPr>
        <w:br/>
      </w:r>
      <w:r>
        <w:rPr>
          <w:lang w:eastAsia="zh-CN"/>
        </w:rPr>
        <w:t>　　积极配合公司做好水价调整相关工作，多次同省内各地市水司联系，了解相关信息，掌握最新水价动态。</w:t>
      </w:r>
      <w:r>
        <w:rPr>
          <w:lang w:eastAsia="zh-CN"/>
        </w:rPr>
        <w:br/>
      </w:r>
      <w:r>
        <w:rPr>
          <w:lang w:eastAsia="zh-CN"/>
        </w:rPr>
        <w:t>　　7、积极投稿，多方面宣传供水工作</w:t>
      </w:r>
      <w:r>
        <w:rPr>
          <w:lang w:eastAsia="zh-CN"/>
        </w:rPr>
        <w:br/>
      </w:r>
      <w:r>
        <w:rPr>
          <w:lang w:eastAsia="zh-CN"/>
        </w:rPr>
        <w:t>　　及时向各类报刊投稿，全年个人在全国各类供水报刊网站上发表文章52篇，其中在《中国供水节水》《中国水星》《河南供水》等报纸网站发表文章40篇，《中源水务》报发表稿件12篇。</w:t>
      </w:r>
      <w:r>
        <w:rPr>
          <w:lang w:eastAsia="zh-CN"/>
        </w:rPr>
        <w:br/>
      </w:r>
      <w:r>
        <w:rPr>
          <w:lang w:eastAsia="zh-CN"/>
        </w:rPr>
        <w:t>　　8、加强培训，提高员工整体素质</w:t>
      </w:r>
      <w:r>
        <w:rPr>
          <w:lang w:eastAsia="zh-CN"/>
        </w:rPr>
        <w:br/>
      </w:r>
      <w:r>
        <w:rPr>
          <w:lang w:eastAsia="zh-CN"/>
        </w:rPr>
        <w:t>　　加强本岗位员工培训教育，制订学习计划，重点学习本岗位工作职责、业务流程、各种制度、专业知识等。通过多种形式，多种渠道的培训活动，提高了员工整体素质。</w:t>
      </w:r>
      <w:r>
        <w:rPr>
          <w:lang w:eastAsia="zh-CN"/>
        </w:rPr>
        <w:br/>
      </w:r>
      <w:r>
        <w:rPr>
          <w:lang w:eastAsia="zh-CN"/>
        </w:rPr>
        <w:t>　　9、参加活动，树立公司良好形象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积极参加各种活动，代表公司参加了新乡市基础产业工会“华电杯”职工羽毛球比赛，获得团体第三名；参加了公司庆建国六十周年篮球比赛，获得亚军；参加公司迎国庆书画摄影展。积极响应公司号召，参与“扶贫济困一日捐”活动，以微薄之力向困难群众、职工献出一片爱心。</w:t>
      </w:r>
      <w:r>
        <w:rPr>
          <w:lang w:eastAsia="zh-CN"/>
        </w:rPr>
        <w:br/>
      </w:r>
      <w:r>
        <w:rPr>
          <w:lang w:eastAsia="zh-CN"/>
        </w:rPr>
        <w:t>　　二、存在不足及努力方向</w:t>
      </w:r>
      <w:r>
        <w:rPr>
          <w:lang w:eastAsia="zh-CN"/>
        </w:rPr>
        <w:br/>
      </w:r>
      <w:r>
        <w:rPr>
          <w:lang w:eastAsia="zh-CN"/>
        </w:rPr>
        <w:t>　　1、自身的学习抓的还不够紧，业务技术素质和办公室公文写作能力有待于进一步提高。</w:t>
      </w:r>
      <w:r>
        <w:rPr>
          <w:lang w:eastAsia="zh-CN"/>
        </w:rPr>
        <w:br/>
      </w:r>
      <w:r>
        <w:rPr>
          <w:lang w:eastAsia="zh-CN"/>
        </w:rPr>
        <w:t>　　2、同领导、部门之间沟通协调方面还不够，还需进一步加强交流。</w:t>
      </w:r>
      <w:r>
        <w:rPr>
          <w:lang w:eastAsia="zh-CN"/>
        </w:rPr>
        <w:br/>
      </w:r>
      <w:r>
        <w:rPr>
          <w:lang w:eastAsia="zh-CN"/>
        </w:rPr>
        <w:t>　　在新的一年里，加强专业知识的学习，努力提高业务素质，通过多看、多写进一步提高写作水平。积极主动做好领导的参谋，利用各种方式加强同各部门之间联系沟通，提高工作效率。取得的成绩离不开我们办公室团队的支持，我们人员虽少，但个个优秀，大家各尽其责，在自己的工作岗位上出色的完成了各项工作任务。在此我要特别感谢他们，我为有这样的团队感到骄傲。另外我还要感谢公司给予我们的一切，虽然目前还面临困境，但更要求我们互相协作，用优质的服务和业绩来推动公司的发展，将公司的兴衰存亡的责任担当起来，心怀感恩，共同迎接中源水务辉煌时刻的到来。</w:t>
      </w:r>
      <w:r>
        <w:rPr>
          <w:lang w:eastAsia="zh-CN"/>
        </w:rPr>
        <w:br/>
      </w:r>
      <w:r>
        <w:rPr>
          <w:lang w:eastAsia="zh-CN"/>
        </w:rPr>
        <w:t xml:space="preserve">    行政个人工作总结 篇13 </w:t>
      </w:r>
      <w:r>
        <w:rPr>
          <w:lang w:eastAsia="zh-CN"/>
        </w:rPr>
        <w:br/>
      </w:r>
      <w:r>
        <w:rPr>
          <w:lang w:eastAsia="zh-CN"/>
        </w:rPr>
        <w:t>　　今年2月，我通过人才招聘，在</w:t>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xml:space="preserve"> _公司得到了自己的第一份工作，带着对事业的激情和对新生活懵懂的情愫，我走上了公司行政人事部的工作岗位。作为一名尚未走出大学校门、专业并不十分对口，且没有任何工作经验大学生来讲，一切都是陌生而新鲜的。工作中，我一直虚心求教，恪尽职守，努力做好本职工作。在过去的一年里，虽没有轰轰烈烈的战果，但也算经历了一段不平凡的考验和磨砺，对于每一个追求进步的人来说，都免不了会在年终岁未对自己进行一番“盘点”，也算是对自己的一种鞭策。现就近一年来的工作情况向各位领导作简要汇报。</w:t>
      </w:r>
      <w:r>
        <w:rPr>
          <w:lang w:eastAsia="zh-CN"/>
        </w:rPr>
        <w:br/>
      </w:r>
      <w:r>
        <w:rPr>
          <w:lang w:eastAsia="zh-CN"/>
        </w:rPr>
        <w:t>　　一、人事管理方面</w:t>
      </w:r>
      <w:r>
        <w:rPr>
          <w:lang w:eastAsia="zh-CN"/>
        </w:rPr>
        <w:br/>
      </w:r>
      <w:r>
        <w:rPr>
          <w:lang w:eastAsia="zh-CN"/>
        </w:rPr>
        <w:t>　　1、制定并落实相关人事管理制度</w:t>
      </w:r>
      <w:r>
        <w:rPr>
          <w:lang w:eastAsia="zh-CN"/>
        </w:rPr>
        <w:br/>
      </w:r>
      <w:r>
        <w:rPr>
          <w:lang w:eastAsia="zh-CN"/>
        </w:rPr>
        <w:t>　　初到公司，适逢结构重组， _结合自身环境制定了与公司发展及执行相匹配的一系列人事管理制度，并由我负责公司的考勤统计工作。在执行过程中，我能够尽快适应公司的政策安排，尽可能做到实事求是地统计考勤，每月初以统计数据为依据，及时为员工饭卡进行充值，为大家做好后勤保障工作。</w:t>
      </w:r>
      <w:r>
        <w:rPr>
          <w:lang w:eastAsia="zh-CN"/>
        </w:rPr>
        <w:br/>
      </w:r>
      <w:r>
        <w:rPr>
          <w:lang w:eastAsia="zh-CN"/>
        </w:rPr>
        <w:t>　　2、归档人事档案</w:t>
      </w:r>
      <w:r>
        <w:rPr>
          <w:lang w:eastAsia="zh-CN"/>
        </w:rPr>
        <w:br/>
      </w:r>
      <w:r>
        <w:rPr>
          <w:lang w:eastAsia="zh-CN"/>
        </w:rPr>
        <w:t>　　我知道，及时更新各兄弟公司及相关往来单位的通讯资料对于公司的业务发展有着至关重要的作用，因此我从未把人事档案详尽、准确的归档整理工作当成一般的人事工作来对待。我能够做到分别以纸板和电子版备份，严格审查全体员工档案，对资料不齐全的一律补齐，并及时将最新的信息复印并分发给 _公司各位领导及办事员备查使用。</w:t>
      </w:r>
      <w:r>
        <w:rPr>
          <w:lang w:eastAsia="zh-CN"/>
        </w:rPr>
        <w:br/>
      </w:r>
      <w:r>
        <w:rPr>
          <w:lang w:eastAsia="zh-CN"/>
        </w:rPr>
        <w:t>　　3、为员工缴纳社保费及住房公积金，管理人才、社保及公积金帐户</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由于我本人也是刚刚参加工作，对社会保险、住房公积金以及人事局人才档案管理工作的具体政策和执行程序可以说完全不熟悉。面对每个月的报表和一年里频繁的人事增减变动，我知道只有做到勤问、勤学、勤动脑、勤动手才能胜任这项工作。社会保险、住房公积金和人事档案工作完成的好坏直接关系到每一位员工切身利益的得失，关系到企业信誉的优劣以及企业与员工之间关系的和谐与否。公司领导将这样举足轻重的工作交给我，是对我工作能力的信任和考验。为了不辜负这份信任，我大胆工作，不懂就问，得到了多位负责人事管理工作和财务管理工作前辈们的指导和帮助。此外，我自己也常常浏览政府服务部门的官方网站或通过现场请教政府办事员的方式学习提高，得以进一步开展工作。如今，我已经能独立并熟练地完成社会保险、住房公积金和人才这三部分人事任务的常规性工作。这是与每位同事地积极配合和热心帮助分不开的。</w:t>
      </w:r>
      <w:r>
        <w:rPr>
          <w:lang w:eastAsia="zh-CN"/>
        </w:rPr>
        <w:br/>
      </w:r>
      <w:r>
        <w:rPr>
          <w:lang w:eastAsia="zh-CN"/>
        </w:rPr>
        <w:t>　　4、招聘新员工</w:t>
      </w:r>
      <w:r>
        <w:rPr>
          <w:lang w:eastAsia="zh-CN"/>
        </w:rPr>
        <w:br/>
      </w:r>
      <w:r>
        <w:rPr>
          <w:lang w:eastAsia="zh-CN"/>
        </w:rPr>
        <w:t>　　根据业务部的实际需要，人事部在8月伊始有针对性地、合理地进行了员工招聘工作。回想起半年前的求职经历，我认为自己有义务尊重每一位求职者，以公司的利益和需要为出发点，以公开、公平、公正为选拔原则，把好公司引进人才、择优录用的第一关。我能够做到对每一位应聘者的简历进行认真的筛选，对每一位有机会前来面试的应聘者报以最热情的对待，为公司领导进一步择优录用新职员奠定了良好的基础。</w:t>
      </w:r>
      <w:r>
        <w:rPr>
          <w:lang w:eastAsia="zh-CN"/>
        </w:rPr>
        <w:br/>
      </w:r>
      <w:r>
        <w:rPr>
          <w:lang w:eastAsia="zh-CN"/>
        </w:rPr>
        <w:t>　　二、行政工作方面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1、办理企业营业执照年审及工商备案资料变更等相关事宜</w:t>
      </w:r>
      <w:r>
        <w:rPr>
          <w:lang w:eastAsia="zh-CN"/>
        </w:rPr>
        <w:br/>
      </w:r>
      <w:r>
        <w:rPr>
          <w:lang w:eastAsia="zh-CN"/>
        </w:rPr>
        <w:t>　　和办理社保、公积金、人才等人事工作一样，办理与企业有关的工商行政事务也是与政府打交道的一项工作。然而，工商行政办公大厅的设置虽然人性化，但其工作态度和工作方式实在不敢恭维。这对于“初来乍到”的我来讲，在工作之初的确造成了不少困难。好在 _公司领导的大力支持和其他负责行政同仁的鼎力协助，才让我有机会在一次次锻炼中逐渐成熟，办事效率也越来越高。现在我已经可以独自完成企业变更的全部流程，并能积极配合财务部、业务部等其他部门办理与工商有关的行政事宜。</w:t>
      </w:r>
      <w:r>
        <w:rPr>
          <w:lang w:eastAsia="zh-CN"/>
        </w:rPr>
        <w:br/>
      </w:r>
      <w:r>
        <w:rPr>
          <w:lang w:eastAsia="zh-CN"/>
        </w:rPr>
        <w:t>　　2、为公司领导办理出国签证</w:t>
      </w:r>
      <w:r>
        <w:rPr>
          <w:lang w:eastAsia="zh-CN"/>
        </w:rPr>
        <w:br/>
      </w:r>
      <w:r>
        <w:rPr>
          <w:lang w:eastAsia="zh-CN"/>
        </w:rPr>
        <w:t>　　领导们常因业务需要办理出国签证，从刚接手这项工作开始的一头雾水，到成为公司其他行政工作人员为领导办理签证的“顾问”，这里凝聚了广大同事们对我的悉心指教与自己的勤奋努力。在她们的提点下，我先后为领导们办理赴新加坡、英国、美国等国签证近十份。填表、翻译原始文件、准备照片及费用、备份资料、递交资料、验证指纹、面试、领取签证每个国家都有着不同的申请条件和政策、都有着各自不同的申请表格和申请程序;相同的是，完成这项工作需要良好的英语基础和自我更新知识的能力。在为领导们办理签证的过程中，我学习了很多相关的知识，认识到学习英语和尽可能涉猎更广泛领域常识的重要性与必要性。因此，也只有永不倦怠地提高自己，才能胜任看似简单的行政事务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3、汇总石油价格，整理能源报道信息，进行月终、年终价格趋势分析。</w:t>
      </w:r>
      <w:r>
        <w:rPr>
          <w:lang w:eastAsia="zh-CN"/>
        </w:rPr>
        <w:br/>
      </w:r>
      <w:r>
        <w:rPr>
          <w:lang w:eastAsia="zh-CN"/>
        </w:rPr>
        <w:t>　　我始终没有将这项工作单纯地列为一项涉及业务的工作而划分在行政事务部的工作之外，因为每个人都有为公司发展贡献智慧和能力的机会，因为行政工作归根到底是服务于公司发展的。也许我的想法毫无创意，也许我的方法欠妥，也许我的能力甚微，甚至在无人问津时，这只不过是一件无足轻重的小事，毕竟这项简单的工作不会像专业的网站和资讯 _公司做得那样完善和权威，但当有一天业务需要其中的某个数据时，它却是及时而必需的----这就是积累的价值，也许每天只坚持做一点点，一定会有为此收获的时候。</w:t>
      </w:r>
      <w:r>
        <w:rPr>
          <w:lang w:eastAsia="zh-CN"/>
        </w:rPr>
        <w:br/>
      </w:r>
      <w:r>
        <w:rPr>
          <w:lang w:eastAsia="zh-CN"/>
        </w:rPr>
        <w:t xml:space="preserve">    行政个人工作总结 篇14 </w:t>
      </w:r>
      <w:r>
        <w:rPr>
          <w:lang w:eastAsia="zh-CN"/>
        </w:rPr>
        <w:br/>
      </w:r>
      <w:r>
        <w:rPr>
          <w:lang w:eastAsia="zh-CN"/>
        </w:rPr>
        <w:t>　　在忙碌的工作中，不知不觉又过去了半年时光，回顾20__年上半年，我虽有迷茫，也有快乐，既有一个人的艰辛，也有团队力量的支持，感慨颇多。为能够更好完成下半年的工作，现对以下几方面进行半年总结：</w:t>
      </w:r>
      <w:r>
        <w:rPr>
          <w:lang w:eastAsia="zh-CN"/>
        </w:rPr>
        <w:br/>
      </w:r>
      <w:r>
        <w:rPr>
          <w:lang w:eastAsia="zh-CN"/>
        </w:rPr>
        <w:t>　　一、基础工作为根本，提升高度促成长</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因人事变动，综合部上半年的日常事务管理工作较为繁忙，其中包括：考勤统计、收发文档管理、费用开支申报、人事录用、离职流程，固定资产盘点、办公用品管理、简报编写工作、综合部人员管理等一些基础性工作，都由我主要负责和处理，虽然在处理过程中出现了一些瑕疵，但总体上保证了综合部工作的正常运作。在这半年中，我不仅已能够将营业部一些内部事务以及总公司下达的各项任务顺利完成，而且把原来不太接触的对外事务、人员社保录用、固定资产（低值易耗品）管理等事务熟练掌握，虽然较为辛苦，但收获是实在的。</w:t>
      </w:r>
      <w:r>
        <w:rPr>
          <w:lang w:eastAsia="zh-CN"/>
        </w:rPr>
        <w:br/>
      </w:r>
      <w:r>
        <w:rPr>
          <w:lang w:eastAsia="zh-CN"/>
        </w:rPr>
        <w:t>　　上半年后期工作中，营业部有了一批新员工加入，综合部的工作内容得以分散，工作效率也逐步提高。在此期间，在营业部领导的帮助和开导下，我开始逐步增加了与新员工以及后勤人员，包括保安与保洁人员的交流，让自己以管理者而不是实施者的角度处理和分派工作，渐渐学到了一些管理方面的事务，使自己在一个层面上提高了自己，虽然提升并不显著，但是“泰山不让土壤，故能成其大；河海不择细流，故能就其深”，我相信只要坚持下去，我一定能成为一个全方面的管理人才。</w:t>
      </w:r>
      <w:r>
        <w:rPr>
          <w:lang w:eastAsia="zh-CN"/>
        </w:rPr>
        <w:br/>
      </w:r>
      <w:r>
        <w:rPr>
          <w:lang w:eastAsia="zh-CN"/>
        </w:rPr>
        <w:t>　　此外，在4月份的踏青活动中，综合部妥善地安排好员工的食宿问题，并计划好所有活动内容，使整个旅游活动丰富多彩。</w:t>
      </w:r>
      <w:r>
        <w:rPr>
          <w:lang w:eastAsia="zh-CN"/>
        </w:rPr>
        <w:br/>
      </w:r>
      <w:r>
        <w:rPr>
          <w:lang w:eastAsia="zh-CN"/>
        </w:rPr>
        <w:t>　　二、突发事件勤练手，兢兢业业做铺石</w:t>
      </w:r>
      <w:r>
        <w:rPr>
          <w:lang w:eastAsia="zh-CN"/>
        </w:rPr>
        <w:br/>
      </w:r>
      <w:r>
        <w:rPr>
          <w:lang w:eastAsia="zh-CN"/>
        </w:rPr>
        <w:t>　　营业部经常会出现各种突发状况和非常规事务，需要综合部来及时处理和完善。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今年，我部再次有幸地被授予全国金融系统及公司系统的“女职工文明示范岗”称号，此外，更获得了“全国五一劳动奖状”的荣誉称号，而金融工委领导及公司领导也会再次莅临我部进行授奖仪式。这是辉煌的荣耀，也是巨大的挑战，在前辈们成功举办过一次授奖仪式的前提下，我感到任务艰巨，思想负担极其严重，虽然领导已将多项任务分派出去，但在无法做好心理调适的情况下，我甚至连本职工作也出现了漏洞，幸好在营业部全体员工的合力帮助下，最终度过心里难关，和大家共进退，顺利为此项荣誉的授牌仪式做好了各项活动的筹备工作。内容包括：会场布置、道具租赁、会议细节、与会人员住宿餐饮安排等。在此次授牌仪式的筹备过程中，虽然仍旧遇到了很多问题，但通过各部门的合理沟通，效率解决，让整个授牌仪式得到了各位领导的肯定及满意。</w:t>
      </w:r>
      <w:r>
        <w:rPr>
          <w:lang w:eastAsia="zh-CN"/>
        </w:rPr>
        <w:br/>
      </w:r>
      <w:r>
        <w:rPr>
          <w:lang w:eastAsia="zh-CN"/>
        </w:rPr>
        <w:t>　　紧接着6月份，又先后接到为员工定制工装以及需要接受公司稽核审查的两项工作。我部在财务部协助下，很快完成了工装定制工作，而稽核审查工作也配合着妥善进行，但由于今年以来，综合部连续更换人员，造成了部分文件丢失，部分工作流程不完善的情况，因此，在稽核过程中，综合部出现一些纰漏，在同部门员工的帮助下，我最终完成了整改工作，将固定资产管理及文件归档等事务理顺了，归档了，我将会把这种状态坚持下去，绝不再出现漏差现象。</w:t>
      </w:r>
      <w:r>
        <w:rPr>
          <w:lang w:eastAsia="zh-CN"/>
        </w:rPr>
        <w:br/>
      </w:r>
      <w:r>
        <w:rPr>
          <w:lang w:eastAsia="zh-CN"/>
        </w:rPr>
        <w:t>　　三、培训学习两不误，营销业务紧跟上</w:t>
      </w:r>
      <w:r>
        <w:rPr>
          <w:lang w:eastAsia="zh-CN"/>
        </w:rPr>
        <w:br/>
      </w:r>
      <w:r>
        <w:rPr>
          <w:lang w:eastAsia="zh-CN"/>
        </w:rPr>
        <w:t>　　今年营业部大力发展营销队伍建设，营业部的新面孔也多了不少，面对这些新人培训工作自然少不了，以往我只是别人问，我来答，虽然是知无不言，但主动性欠缺，今年，在营业部培训师的安排下，我对这些新来的同事进行了关于营业部各项内务制度、考勤制度的简单培训，以此来提升员工的执行力和工作态度。通过这些培训，不仅使我节约了日常解答他们各种问题的时间，更是让新员工对营业部的制度和发展方向有了更明确的人事，这样的培训工作还是作用明显的，综合部将继续坚持下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与此同时，我个人的学习方向仍然是以业务知识为主，虽然经常有临时性工作脱不开身，影响我正常学习时间，但我依然积极主动去参加营业部的各项培训工作。</w:t>
      </w:r>
      <w:r>
        <w:rPr>
          <w:lang w:eastAsia="zh-CN"/>
        </w:rPr>
        <w:br/>
      </w:r>
      <w:r>
        <w:rPr>
          <w:lang w:eastAsia="zh-CN"/>
        </w:rPr>
        <w:t>　　除了做好这些本职工作之外，个人营销工作也是营业部对所有员工的考核要求之一。上半年我营销业绩不甚理想，近期，也对一些无效客户做了一定的跟踪服务，相信在不久的将来一定会转变为有效客户。而在个人业务知识学习中，也在积极筹备今年_月份的从业资格考试，尽快通过其他几门考试，成为一名全方面的从业人员。</w:t>
      </w:r>
      <w:r>
        <w:rPr>
          <w:lang w:eastAsia="zh-CN"/>
        </w:rPr>
        <w:br/>
      </w:r>
      <w:r>
        <w:rPr>
          <w:lang w:eastAsia="zh-CN"/>
        </w:rPr>
        <w:t>　　综上总结，上半年的工作让我进一步感到综合部是一个可以提升自己的部门，我也希望能在这个部门继续工作下去，并不断有所开拓。</w:t>
      </w:r>
      <w:r>
        <w:rPr>
          <w:lang w:eastAsia="zh-CN"/>
        </w:rPr>
        <w:br/>
      </w:r>
      <w:r>
        <w:rPr>
          <w:lang w:eastAsia="zh-CN"/>
        </w:rPr>
        <w:t>　　作为综合部的成员，应具备较高的组织协调能力，这样才能扮演好营业部承上启下、协调内外的枢纽这一重要角色。在此我对20__年下半年的工作目标做出以下几方面的规划：</w:t>
      </w:r>
      <w:r>
        <w:rPr>
          <w:lang w:eastAsia="zh-CN"/>
        </w:rPr>
        <w:br/>
      </w:r>
      <w:r>
        <w:rPr>
          <w:lang w:eastAsia="zh-CN"/>
        </w:rPr>
        <w:t>　　一、注重细节管理，打造企业文化</w:t>
      </w:r>
      <w:r>
        <w:rPr>
          <w:lang w:eastAsia="zh-CN"/>
        </w:rPr>
        <w:br/>
      </w:r>
      <w:r>
        <w:rPr>
          <w:lang w:eastAsia="zh-CN"/>
        </w:rPr>
        <w:t>　　由于综合部的日常事务工作比较琐碎，虽然对常规性的工作已有了比较熟练的掌握，但是面对大量的日常性工作和领导临时交办的事项，有时不免会出现差错，忽略了一些细节方面的工作。在下半年中，要本着“工作中无小事”的态度，认真仔细做好每一项工作，并从中学习不断观察总结的能力，注重每一个细节，从而提高工作质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此外，在之前的工作中，对于员工的关怀管理和企业文化的宣传，一直被我所忽略，并没有很好的做到营业部承上启下、协调内外的枢纽作用。在下半年我将以打造企业文化为重心，多与员工交流沟通，做好员工各项福利工作，提升办公环境，完善企业园地，从而营造良好的工作环境。</w:t>
      </w:r>
      <w:r>
        <w:rPr>
          <w:lang w:eastAsia="zh-CN"/>
        </w:rPr>
        <w:br/>
      </w:r>
      <w:r>
        <w:rPr>
          <w:lang w:eastAsia="zh-CN"/>
        </w:rPr>
        <w:t>　　二、提升业务水平，完善业务技能</w:t>
      </w:r>
      <w:r>
        <w:rPr>
          <w:lang w:eastAsia="zh-CN"/>
        </w:rPr>
        <w:br/>
      </w:r>
      <w:r>
        <w:rPr>
          <w:lang w:eastAsia="zh-CN"/>
        </w:rPr>
        <w:t>　　作为一名优秀的营业部员工，应当对金融行业的基础知识有一定的了解及掌握。我已把参加各科证券相关考试作为本职工作外最重要的一项任务，力争在下半年的考试中，取得基金资格与投资分析资格。</w:t>
      </w:r>
      <w:r>
        <w:rPr>
          <w:lang w:eastAsia="zh-CN"/>
        </w:rPr>
        <w:br/>
      </w:r>
      <w:r>
        <w:rPr>
          <w:lang w:eastAsia="zh-CN"/>
        </w:rPr>
        <w:t>　　三、提高沟通能力，加快营销步伐</w:t>
      </w:r>
      <w:r>
        <w:rPr>
          <w:lang w:eastAsia="zh-CN"/>
        </w:rPr>
        <w:br/>
      </w:r>
      <w:r>
        <w:rPr>
          <w:lang w:eastAsia="zh-CN"/>
        </w:rPr>
        <w:t>　　因为性格等原因，始终无法在营销方面做出成绩。在接下来的工作中，我计划利用好双休日和节假日的时间，也加入营业部的营销团队，一起参与展业。另外，在增加客户数量的基础上，要不断提升客户的质量，利用营业部为我们创造的良好平台，通过有效的话术开拓更多更高质量的客户，从而提高为自己的收入水平。</w:t>
      </w:r>
      <w:r>
        <w:rPr>
          <w:lang w:eastAsia="zh-CN"/>
        </w:rPr>
        <w:br/>
      </w:r>
      <w:r>
        <w:rPr>
          <w:lang w:eastAsia="zh-CN"/>
        </w:rPr>
        <w:t>　　四、调整工作模式，提高执行力</w:t>
      </w:r>
      <w:r>
        <w:rPr>
          <w:lang w:eastAsia="zh-CN"/>
        </w:rPr>
        <w:br/>
      </w:r>
      <w:r>
        <w:rPr>
          <w:lang w:eastAsia="zh-CN"/>
        </w:rPr>
        <w:t>　　执行力问题始终是困扰综合部工作开展的核心问题，以往我总以事事亲为为傲，但在近两年的工作中，逐渐发现这样做事的不足和漏洞，在接下来的工作中，我要将工作内容不断细化细分，并且分派给合适的人员，不断提升综合部的执行力。</w:t>
      </w:r>
      <w:r>
        <w:rPr>
          <w:lang w:eastAsia="zh-CN"/>
        </w:rPr>
        <w:br/>
      </w:r>
      <w:r>
        <w:rPr>
          <w:lang w:eastAsia="zh-CN"/>
        </w:rPr>
        <w:t>　　此外，为了将执行力贯彻到底，将逐步完善工作流程，并对一些制度进行修订和完善。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最后，希望自己能在20__年下半年中充分发挥自己所长，弥补自身的不足，在边工作、边学习的过程中不断地提升自己，完善自己。</w:t>
      </w:r>
      <w:r>
        <w:rPr>
          <w:lang w:eastAsia="zh-CN"/>
        </w:rPr>
        <w:br/>
      </w:r>
      <w:r>
        <w:rPr>
          <w:lang w:eastAsia="zh-CN"/>
        </w:rPr>
        <w:t xml:space="preserve">    行政个人工作总结 篇15 </w:t>
      </w:r>
      <w:r>
        <w:rPr>
          <w:lang w:eastAsia="zh-CN"/>
        </w:rPr>
        <w:br/>
      </w:r>
      <w:r>
        <w:rPr>
          <w:lang w:eastAsia="zh-CN"/>
        </w:rPr>
        <w:t>　　弹指一挥间一年过去了，对照德能勤绩四项标准，在乡党委、政府的正确领导下，在办公室班子成员和其他同志的关怀和支持下，我勤奋踏实地完成了本职工作，也顺利完成了领导交办的各项任务，自身在各方面都有所提升，为做好办公室各项工作打下了良好的基础。我是一名三支一扶大学生，来佘家巷乡年工作已经一年的时间了，其间有喜乐，也有哀愁，但更多的是感激，因为我在工作中不仅学到了与工作相关的知识、技能与方法，还学习到了如何做人、怎样为人处世，这是比任何东西都宝贵的人生财富，并将受益终生。所以我怀着一颗感恩的心在工作着、学习着。现在，我对一年来的工作进行一下总结与归纳，如有不妥之处请领导批评指正。</w:t>
      </w:r>
      <w:r>
        <w:rPr>
          <w:lang w:eastAsia="zh-CN"/>
        </w:rPr>
        <w:br/>
      </w:r>
      <w:r>
        <w:rPr>
          <w:lang w:eastAsia="zh-CN"/>
        </w:rPr>
        <w:t>　　一、认真学习，努力提高。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一年来，我首先深入学习贯彻落实科学发展观。努力提高自己的理论，用正确的理论来指导自己的工作实践，指导自己树立坚定的共产主义信念，指导自己不断改造自己的世界观、人生观和价值观;弄清工作的方向、目标和任务，紧跟时代潮流，确保在思想上、行动上和党组织保持高度一致;再是努力学习与工作相关的各种知识，使自己在工作中不掉队、不落伍，能够更好地胜任本职工作。通过学习思考--提高，“腿勤、手勤、眼勤、脑勤、嘴勤”，自己的思想素质、道德品质和工作能力都得到了明显的进步。</w:t>
      </w:r>
      <w:r>
        <w:rPr>
          <w:lang w:eastAsia="zh-CN"/>
        </w:rPr>
        <w:br/>
      </w:r>
      <w:r>
        <w:rPr>
          <w:lang w:eastAsia="zh-CN"/>
        </w:rPr>
        <w:t>　　二、脚踏实地，努力工作。</w:t>
      </w:r>
      <w:r>
        <w:rPr>
          <w:lang w:eastAsia="zh-CN"/>
        </w:rPr>
        <w:br/>
      </w:r>
      <w:r>
        <w:rPr>
          <w:lang w:eastAsia="zh-CN"/>
        </w:rPr>
        <w:t>　　党政办公室是一个工作非常繁杂、任务比较重的部门。作为党政办公室一员肩负着领导助手的重任，同时又要兼顾机关正常运转的多能手，不论在工作安排还是在处理问题时，都得慎重考虑，做到能独挡一面，所有这些都是办公室人员不可推卸的职责。一年来，协助领导建立健全各项制度，保持良好的工作秩序和工作环境，使各项管理日趋正规化、规范化。完成办公日常用品购置、来人接待、上下沟通、内外联系、资料报刊订阅等大量的日常事务，各类事项安排合理有序，为办公室工作的正常开展提供了有效保证。我牢固树立了“办公室无小事”的思想，尽职尽责，努力工作。首先是熟悉本职业务，胜任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在工作之余，通过自己能够找到的一切资料，逐渐增进自己对调查研究的了解，使自己能够做好工作。其次是认真对待本职工作和领导交办的每一件事。办公室是全乡机关上情下达、下情上报的桥梁，做好办公室工作，对全乡工作的正常运转起着重要的作用，为此，无论是什么工作，在工作中，坚持做到“六个不让”，即：不让领导布置的工作在我手中延误，不让正在处理的公文在我手中积压，不让各种差错在我身上发生，不让前来联系工作的通知在我这里受到冷落，不让任何小道消息从我这里传播，不让办公室的形象在我这里受到损害。第三是注意形象。党政办公室是乡党委、政府的窗口，所以无论是接个电话还是迎来送往，我时刻注意自己的言谈举止，不因为自己的过失而影响到整个机关的形象。坚持工作踏实，任劳任怨，务实高效，不断自我激励，自我鞭策，时时处处严格要求自己，自觉维护办公室形象，高效、圆满、妥善地做好本职工作，没有出现任何纰漏。</w:t>
      </w:r>
      <w:r>
        <w:rPr>
          <w:lang w:eastAsia="zh-CN"/>
        </w:rPr>
        <w:br/>
      </w:r>
      <w:r>
        <w:rPr>
          <w:lang w:eastAsia="zh-CN"/>
        </w:rPr>
        <w:t>　　三、端正作风，摆正位置。</w:t>
      </w:r>
      <w:r>
        <w:rPr>
          <w:lang w:eastAsia="zh-CN"/>
        </w:rPr>
        <w:br/>
      </w:r>
      <w:r>
        <w:rPr>
          <w:lang w:eastAsia="zh-CN"/>
        </w:rPr>
        <w:t>　　在工作中，我始终坚持勤奋、务实、高效的工作作风，认真做好工作。服从领导安排，不计得失、不挑轻重。对工作上的事，只注轻重大小，不分彼此厚薄，任何工作都力求用最少的时间，做到自己的，自工作以来，没有耽误过任何领导交办的任何事情。在生活中，坚持正直、谦虚、朴实的生活作风，摆正自己的位置，尊重领导，团结同志，平等相处，以诚待人，不趋炎附势，也不欺上压下，正确处理好与领导、同事相处的尺与度的关系，大事讲原则，小事讲风格，自觉抵制腐朽思想的侵蚀。</w:t>
      </w:r>
      <w:r>
        <w:rPr>
          <w:lang w:eastAsia="zh-CN"/>
        </w:rPr>
        <w:br/>
      </w:r>
      <w:r>
        <w:rPr>
          <w:lang w:eastAsia="zh-CN"/>
        </w:rPr>
        <w:t>　　四、存在问题</w:t>
      </w:r>
      <w:r>
        <w:rPr>
          <w:lang w:eastAsia="zh-CN"/>
        </w:rPr>
        <w:br/>
      </w:r>
      <w:r>
        <w:rPr>
          <w:lang w:eastAsia="zh-CN"/>
        </w:rPr>
        <w:t>　　通过一年来的工作，我也清醒地看到自己还存在许多不足，主要是：</w:t>
      </w:r>
      <w:r>
        <w:rPr>
          <w:lang w:eastAsia="zh-CN"/>
        </w:rPr>
        <w:br/>
      </w:r>
      <w:r>
        <w:rPr>
          <w:lang w:eastAsia="zh-CN"/>
        </w:rPr>
        <w:t>　　1、学习掌握新政策、新规定还不够，政治理论学习虽有一定的进步，但还没有深度和广度，对新形势下的工作需求还有差距。</w:t>
      </w:r>
      <w:r>
        <w:rPr>
          <w:lang w:eastAsia="zh-CN"/>
        </w:rPr>
        <w:br/>
      </w:r>
      <w:r>
        <w:rPr>
          <w:lang w:eastAsia="zh-CN"/>
        </w:rPr>
        <w:t>　　2、调研工作不够深透,工作方法上还有待改进。</w:t>
      </w:r>
      <w:r>
        <w:rPr>
          <w:lang w:eastAsia="zh-CN"/>
        </w:rPr>
        <w:br/>
      </w:r>
      <w:r>
        <w:rPr>
          <w:lang w:eastAsia="zh-CN"/>
        </w:rPr>
        <w:t>　　3、工作中不够大胆，总是在不断学习的过程中改变工作方法，而不能在创新中去实践，去推广。</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这些不足，我将在今后的工作中努力加以改进提高，争取把自己的工作做得更好。总之，一年来，通过努力学习和不断摸索，收获很大，我坚信工作只要尽心努力去做，就一定能够做好。做了一年的办公室工作了，有的时候也觉得自己有经验，或是由着自己的判断来处理事情，所以出现了不少的问题，给领导添了不少麻烦，使自己当时也很丢面子，最后在领导的帮助下都解决了问题，事后才知道自己的社会阅历缺乏，或是处理方法不当，我决心在今后的工作中要多提高自己的素质与休养，多学习为人处世的哲学，才能够超越现在的自己，争取更大的进步。</w:t>
      </w:r>
      <w:r>
        <w:rPr>
          <w:lang w:eastAsia="zh-CN"/>
        </w:rPr>
        <w:br/>
      </w:r>
      <w:r>
        <w:rPr>
          <w:lang w:eastAsia="zh-CN"/>
        </w:rPr>
        <w:t xml:space="preserve">    行政个人工作总结 篇16 </w:t>
      </w:r>
      <w:r>
        <w:rPr>
          <w:lang w:eastAsia="zh-CN"/>
        </w:rPr>
        <w:br/>
      </w:r>
      <w:r>
        <w:rPr>
          <w:lang w:eastAsia="zh-CN"/>
        </w:rPr>
        <w:t>　　办公室的岗位和工作，作为一个企业的业绩来说，起不到决定性的作用，可是也是一个企业不可或缺的部门。</w:t>
      </w:r>
      <w:r>
        <w:rPr>
          <w:lang w:eastAsia="zh-CN"/>
        </w:rPr>
        <w:br/>
      </w:r>
      <w:r>
        <w:rPr>
          <w:lang w:eastAsia="zh-CN"/>
        </w:rPr>
        <w:t>　　办公室的岗位责任主要有：负责公司的行政管理和日常事务，沟通内外关系，保证上情下达和下情上报，协助领导做好各部门的协调工作。以及对外的联络，树立良好的公司形象。各类证书的年检工作，各类文件及资料的存档等工作。通过这些工作，其实是比较琐碎的。锻炼了自己的耐心，增加工作和生活的能力，任劳任怨的工作态度是必须具备的，应该具有服务意识。</w:t>
      </w:r>
      <w:r>
        <w:rPr>
          <w:lang w:eastAsia="zh-CN"/>
        </w:rPr>
        <w:br/>
      </w:r>
      <w:r>
        <w:rPr>
          <w:lang w:eastAsia="zh-CN"/>
        </w:rPr>
        <w:t>　　通过这一年的工作，我认为多少是有些成长的，虽然对于自己的期望来说，这些进步过于缓慢。人总要长大变得成熟的。可能一直以来也是性格原因所致，做事的方式不够雷厉风行。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作为公司的一些状况，比如最现实的资金问题，以及人员的工作能力等问题，这些情况也不是短时期内形成的。个人力量改变不了什么，所以总要根据外界的变化使自己去适应。如果社会进步稍快一些，自己的节奏跟不上变化，后果一定是会被社会所淘汰。所以无论处在什么样的位置，总要有危机感，只有不断的提高自己的能力，不断接受各种新的信息，才可能跟得上时代的变化。</w:t>
      </w:r>
      <w:r>
        <w:rPr>
          <w:lang w:eastAsia="zh-CN"/>
        </w:rPr>
        <w:br/>
      </w:r>
      <w:r>
        <w:rPr>
          <w:lang w:eastAsia="zh-CN"/>
        </w:rPr>
        <w:t>　　一个人的内在涵养，人格魅力等直接影响着其在工作中的表现和成绩，能否得到别人的支持和认同是直接因素。资金的问题和员工的工作能力有着直接的关系。现实的状况本质是员工自身的原因所导致的。</w:t>
      </w:r>
      <w:r>
        <w:rPr>
          <w:lang w:eastAsia="zh-CN"/>
        </w:rPr>
        <w:br/>
      </w:r>
      <w:r>
        <w:rPr>
          <w:lang w:eastAsia="zh-CN"/>
        </w:rPr>
        <w:t>　　我认为要改变这状况，解决最现实的问题，应该每个员工从自身找原因。有自动自发的意识，要有承担困难的勇气，做为一个企业，凝聚力是最重要的。并通过每个人自己的能力一点一滴的改变。总会有些成果的，并且会往更好的方向发展。</w:t>
      </w:r>
      <w:r>
        <w:rPr>
          <w:lang w:eastAsia="zh-CN"/>
        </w:rPr>
        <w:br/>
      </w:r>
      <w:r>
        <w:rPr>
          <w:lang w:eastAsia="zh-CN"/>
        </w:rPr>
        <w:t>　　在以后的工作中，要改掉一些性格里不好的因素，比如拖沓，懒惰，安于现状的心理，提高做事的效率，为公司的发展尽自己的一份力量。</w:t>
      </w:r>
      <w:r>
        <w:rPr>
          <w:lang w:eastAsia="zh-CN"/>
        </w:rPr>
        <w:br/>
      </w:r>
      <w:r>
        <w:rPr>
          <w:lang w:eastAsia="zh-CN"/>
        </w:rPr>
        <w:t>　　我所能做的最现实的，首先是做好自己该做的事情，尽到自己的岗位责任。在这个基础上，影响身边的人，互相监督，共同进步。</w:t>
      </w:r>
      <w:r>
        <w:rPr>
          <w:lang w:eastAsia="zh-CN"/>
        </w:rPr>
        <w:br/>
      </w:r>
      <w:r>
        <w:rPr>
          <w:lang w:eastAsia="zh-CN"/>
        </w:rPr>
        <w:t>　　不放弃自己的理想和愿望，为自己拥有更好的将来，作好每一件小事，无论是工作上还是生活上，都要清楚自己的责任，开始成为一个真正的社会上的人。努力更深入社会，接纳别人，并试图让别人接纳自己。</w:t>
      </w:r>
      <w:r>
        <w:rPr>
          <w:lang w:eastAsia="zh-CN"/>
        </w:rPr>
        <w:br/>
      </w:r>
      <w:r>
        <w:rPr>
          <w:lang w:eastAsia="zh-CN"/>
        </w:rPr>
        <w:t>　　更积极，更入世，对生活更富有热情。</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20__年已经成为过去。回顾这一年的工作，从学生过渡到完全的社会人，也是成人社会的起点，这期间有成长，也有收获。当然还有不尽人意之处，通过总结找出原因，使以后的工作更加尽善尽美。</w:t>
      </w:r>
      <w:r>
        <w:rPr>
          <w:lang w:eastAsia="zh-CN"/>
        </w:rPr>
        <w:br/>
      </w:r>
      <w:r>
        <w:rPr>
          <w:lang w:eastAsia="zh-CN"/>
        </w:rPr>
        <w:t xml:space="preserve">    行政个人工作总结 篇17 </w:t>
      </w:r>
      <w:r>
        <w:rPr>
          <w:lang w:eastAsia="zh-CN"/>
        </w:rPr>
        <w:br/>
      </w:r>
      <w:r>
        <w:rPr>
          <w:lang w:eastAsia="zh-CN"/>
        </w:rPr>
        <w:t>　　今年以来，在办公室的正确领导和同事们的协作、帮助下，通过自身努力，认真负责的完成了办公室和领导安排的各种事项，现将个人一年来学习、工作情况总结如下：</w:t>
      </w:r>
      <w:r>
        <w:rPr>
          <w:lang w:eastAsia="zh-CN"/>
        </w:rPr>
        <w:br/>
      </w:r>
      <w:r>
        <w:rPr>
          <w:lang w:eastAsia="zh-CN"/>
        </w:rPr>
        <w:t>　　一、人事管理方面</w:t>
      </w:r>
      <w:r>
        <w:rPr>
          <w:lang w:eastAsia="zh-CN"/>
        </w:rPr>
        <w:br/>
      </w:r>
      <w:r>
        <w:rPr>
          <w:lang w:eastAsia="zh-CN"/>
        </w:rPr>
        <w:t>　　1、建立、建全、规范不事档案（新进、离职、调动、升级）管理：</w:t>
      </w:r>
      <w:r>
        <w:rPr>
          <w:lang w:eastAsia="zh-CN"/>
        </w:rPr>
        <w:br/>
      </w:r>
      <w:r>
        <w:rPr>
          <w:lang w:eastAsia="zh-CN"/>
        </w:rPr>
        <w:t>　　（1）、重新对现有人员进行了建档工作，现员工档案齐全，证件齐全。</w:t>
      </w:r>
      <w:r>
        <w:rPr>
          <w:lang w:eastAsia="zh-CN"/>
        </w:rPr>
        <w:br/>
      </w:r>
      <w:r>
        <w:rPr>
          <w:lang w:eastAsia="zh-CN"/>
        </w:rPr>
        <w:t>　　（2）、对各部门、人员进行分组编号建档，并存入电脑，便于工作操作和核查、调动和管理。</w:t>
      </w:r>
      <w:r>
        <w:rPr>
          <w:lang w:eastAsia="zh-CN"/>
        </w:rPr>
        <w:br/>
      </w:r>
      <w:r>
        <w:rPr>
          <w:lang w:eastAsia="zh-CN"/>
        </w:rPr>
        <w:t>　　（3）、办理公司新进、离职、调动等手续；对离职人员的自离、辞工、病退等实行分类整理存档，并存入电脑中，便于查证；同时做好调动、提拔人员等档案资料信息保管，月底传新进、离职、调动人员名单到财务</w:t>
      </w:r>
      <w:r>
        <w:rPr>
          <w:lang w:eastAsia="zh-CN"/>
        </w:rPr>
        <w:br/>
      </w:r>
      <w:r>
        <w:rPr>
          <w:lang w:eastAsia="zh-CN"/>
        </w:rPr>
        <w:t>　　2、招聘：</w:t>
      </w:r>
      <w:r>
        <w:rPr>
          <w:lang w:eastAsia="zh-CN"/>
        </w:rPr>
        <w:br/>
      </w:r>
      <w:r>
        <w:rPr>
          <w:lang w:eastAsia="zh-CN"/>
        </w:rPr>
        <w:t>　　（1）、部门传人员增补单。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（2）、根据部门人员的实际需要有针对性、合理性招聘一批员工，以配备各岗位。通过采取一系列切实措施，如广发招聘信息、网上招聘、定点招聘等各种办法揽用工人才，卓有成效。</w:t>
      </w:r>
      <w:r>
        <w:rPr>
          <w:lang w:eastAsia="zh-CN"/>
        </w:rPr>
        <w:br/>
      </w:r>
      <w:r>
        <w:rPr>
          <w:lang w:eastAsia="zh-CN"/>
        </w:rPr>
        <w:t>　　3、宿舍管理：</w:t>
      </w:r>
      <w:r>
        <w:rPr>
          <w:lang w:eastAsia="zh-CN"/>
        </w:rPr>
        <w:br/>
      </w:r>
      <w:r>
        <w:rPr>
          <w:lang w:eastAsia="zh-CN"/>
        </w:rPr>
        <w:t>　　（1）、公司共有宿舍80间（包含外租房）：针对宿舍有些住宿人员情况不明、档案混乱，进行了整理、清查，重新建档并在档案上注明部门、组别及编号，以及在每个房间的档案上分类注明床的张数以及床的名称（铁床或木床）。在查找、了解宿舍情况和安排住宿上方便快捷、清楚明了，并把档案存入电脑中。</w:t>
      </w:r>
      <w:r>
        <w:rPr>
          <w:lang w:eastAsia="zh-CN"/>
        </w:rPr>
        <w:br/>
      </w:r>
      <w:r>
        <w:rPr>
          <w:lang w:eastAsia="zh-CN"/>
        </w:rPr>
        <w:t>　　（2）、合理安排员工住宿情况，其中管理房间住舍有8间；集体员工17间（男占12间，女占5间）；夫妻房52间；保姆、出租、临时工各1间。</w:t>
      </w:r>
      <w:r>
        <w:rPr>
          <w:lang w:eastAsia="zh-CN"/>
        </w:rPr>
        <w:br/>
      </w:r>
      <w:r>
        <w:rPr>
          <w:lang w:eastAsia="zh-CN"/>
        </w:rPr>
        <w:t>　　（3）、对宿舍的财产进行登记整理建档。</w:t>
      </w:r>
      <w:r>
        <w:rPr>
          <w:lang w:eastAsia="zh-CN"/>
        </w:rPr>
        <w:br/>
      </w:r>
      <w:r>
        <w:rPr>
          <w:lang w:eastAsia="zh-CN"/>
        </w:rPr>
        <w:t>　　（4）、对宿舍的环境、卫生、纪律进行整顿、通告、检查、管理，对有异常的进行处理。</w:t>
      </w:r>
      <w:r>
        <w:rPr>
          <w:lang w:eastAsia="zh-CN"/>
        </w:rPr>
        <w:br/>
      </w:r>
      <w:r>
        <w:rPr>
          <w:lang w:eastAsia="zh-CN"/>
        </w:rPr>
        <w:t>　　（5）、每月对宿舍水、电进行检查、统计，并对水、电费的扣款明细核算并张贴通知，对有异常的进行处理。</w:t>
      </w:r>
      <w:r>
        <w:rPr>
          <w:lang w:eastAsia="zh-CN"/>
        </w:rPr>
        <w:br/>
      </w:r>
      <w:r>
        <w:rPr>
          <w:lang w:eastAsia="zh-CN"/>
        </w:rPr>
        <w:t>　　（6）、与物业联络等工作。</w:t>
      </w:r>
      <w:r>
        <w:rPr>
          <w:lang w:eastAsia="zh-CN"/>
        </w:rPr>
        <w:br/>
      </w:r>
      <w:r>
        <w:rPr>
          <w:lang w:eastAsia="zh-CN"/>
        </w:rPr>
        <w:t>　　二、业务方面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我作为政法口的秘书，除积极完成办公室交办的各项工作以外，还主动为分管领导服好务。今年以来，我认真完成了办公室领导交办讲话及各种汇报、通知、总结、经验交流材料等材料的起草校对工作，及时编写了各类政法方面的信息；对领导交办的各类信访案件做到及时处理、及时报送。全年跟随领导5次下基层进行调研，并撰写了有价值的调研。</w:t>
      </w:r>
      <w:r>
        <w:rPr>
          <w:lang w:eastAsia="zh-CN"/>
        </w:rPr>
        <w:br/>
      </w:r>
      <w:r>
        <w:rPr>
          <w:lang w:eastAsia="zh-CN"/>
        </w:rPr>
        <w:t>　　三、缺点与不足</w:t>
      </w:r>
      <w:r>
        <w:rPr>
          <w:lang w:eastAsia="zh-CN"/>
        </w:rPr>
        <w:br/>
      </w:r>
      <w:r>
        <w:rPr>
          <w:lang w:eastAsia="zh-CN"/>
        </w:rPr>
        <w:t>　　我也很清楚自己还存在很多的不足与缺点，业务水平仍需提高，需更好的尽自己岗位的职责，这次的自我的总结、领导和同事们的批评指导，对我今后的提高是十分必要的，我的缺点与不足自己总结有以下几点：</w:t>
      </w:r>
      <w:r>
        <w:rPr>
          <w:lang w:eastAsia="zh-CN"/>
        </w:rPr>
        <w:br/>
      </w:r>
      <w:r>
        <w:rPr>
          <w:lang w:eastAsia="zh-CN"/>
        </w:rPr>
        <w:t>　　1、在协助管理工作过程中，缺乏大胆的沟通和主动性，今后我应加强学习不断提高自己的水平，工作中不断总结经验。</w:t>
      </w:r>
      <w:r>
        <w:rPr>
          <w:lang w:eastAsia="zh-CN"/>
        </w:rPr>
        <w:br/>
      </w:r>
      <w:r>
        <w:rPr>
          <w:lang w:eastAsia="zh-CN"/>
        </w:rPr>
        <w:t>　　2、与同事交流少，关心同事不够。具体表现：</w:t>
      </w:r>
      <w:r>
        <w:rPr>
          <w:lang w:eastAsia="zh-CN"/>
        </w:rPr>
        <w:br/>
      </w:r>
      <w:r>
        <w:rPr>
          <w:lang w:eastAsia="zh-CN"/>
        </w:rPr>
        <w:t>　　（1）跟同事们的联系不够，缺乏交流；</w:t>
      </w:r>
      <w:r>
        <w:rPr>
          <w:lang w:eastAsia="zh-CN"/>
        </w:rPr>
        <w:br/>
      </w:r>
      <w:r>
        <w:rPr>
          <w:lang w:eastAsia="zh-CN"/>
        </w:rPr>
        <w:t>　　（2）工作中对同事们的关心不够。我这方面的缺点同事们曾给我指出过，但自己也注意改正自己的不足，还需进一步努力。</w:t>
      </w:r>
      <w:r>
        <w:rPr>
          <w:lang w:eastAsia="zh-CN"/>
        </w:rPr>
        <w:br/>
      </w:r>
      <w:r>
        <w:rPr>
          <w:lang w:eastAsia="zh-CN"/>
        </w:rPr>
        <w:t>　　四、回顾这段时间的工作</w:t>
      </w:r>
      <w:r>
        <w:rPr>
          <w:lang w:eastAsia="zh-CN"/>
        </w:rPr>
        <w:br/>
      </w:r>
      <w:r>
        <w:rPr>
          <w:lang w:eastAsia="zh-CN"/>
        </w:rPr>
        <w:t>　　我在思想上、学习上、工作上都取得了一定的进步，成长了不少，这与领导的支持和同事们的帮助是分不开的，在此对领导和同事们表示衷心的感谢！但是我也深切的.感到了自己的不足，仍需要不断的学习和磨练。因此，在新的一年里，我要继续踏踏实实的立足于本职工作，不断学习提高自己的工作水平，为正在蓬勃发展的公司做出应有的贡献。</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回顾一年来行政办的工作，在领导及同志们的指导和帮助下，圆满地完成了领导交办的各项任务，现将一年来的工作及学习情况总结如下：</w:t>
      </w:r>
      <w:r>
        <w:rPr>
          <w:lang w:eastAsia="zh-CN"/>
        </w:rPr>
        <w:br/>
      </w:r>
      <w:r>
        <w:rPr>
          <w:lang w:eastAsia="zh-CN"/>
        </w:rPr>
        <w:t>　　一、主要工作情况</w:t>
      </w:r>
      <w:r>
        <w:rPr>
          <w:lang w:eastAsia="zh-CN"/>
        </w:rPr>
        <w:br/>
      </w:r>
      <w:r>
        <w:rPr>
          <w:lang w:eastAsia="zh-CN"/>
        </w:rPr>
        <w:t>　　强化学习，努力提高自身素养</w:t>
      </w:r>
      <w:r>
        <w:rPr>
          <w:lang w:eastAsia="zh-CN"/>
        </w:rPr>
        <w:br/>
      </w:r>
      <w:r>
        <w:rPr>
          <w:lang w:eastAsia="zh-CN"/>
        </w:rPr>
        <w:t>　　始终把学习放在首要位置，坚持通过学习固本增素。积极参加政治理论学习，通过对科学发展观、构建社会主义和谐社会等相关理论的重点学习，有效地增强了工作的系统性、预见性和创造性；业务方面能虚心向身边的同事请教，取长补短，并充分利用业余时间研学、等书籍，为做好财会核算工作打下了坚实基础。</w:t>
      </w:r>
      <w:r>
        <w:rPr>
          <w:lang w:eastAsia="zh-CN"/>
        </w:rPr>
        <w:br/>
      </w:r>
      <w:r>
        <w:rPr>
          <w:lang w:eastAsia="zh-CN"/>
        </w:rPr>
        <w:t>　　勤奋敬业，认真做好财会工作</w:t>
      </w:r>
      <w:r>
        <w:rPr>
          <w:lang w:eastAsia="zh-CN"/>
        </w:rPr>
        <w:br/>
      </w:r>
      <w:r>
        <w:rPr>
          <w:lang w:eastAsia="zh-CN"/>
        </w:rPr>
        <w:t>　　始终以一丝不苟的态度做好财会工作。注意加强收支管理，对一切开支严格按财务制度办理，既保证了政府办一系列正常业务活动和财务收支健康顺利地开展，又使各项收支的.安排使用符合事业发展计划和财政政策的要求，达到了增收节支的目的。注重搞好年终决算，编制好各种会计报表，撰写出详尽的财务分析报告，对一年来的收支活动进行分析和研究，做出正确的评价，以便改进财务管理工作，提高管理水平，也为领导的决策提供了依据。</w:t>
      </w:r>
      <w:r>
        <w:rPr>
          <w:lang w:eastAsia="zh-CN"/>
        </w:rPr>
        <w:br/>
      </w:r>
      <w:r>
        <w:rPr>
          <w:lang w:eastAsia="zh-CN"/>
        </w:rPr>
        <w:t>　　厉行节约，保证采购科学合理</w:t>
      </w:r>
      <w:r>
        <w:rPr>
          <w:lang w:eastAsia="zh-CN"/>
        </w:rPr>
        <w:br/>
      </w:r>
      <w:r>
        <w:rPr>
          <w:lang w:eastAsia="zh-CN"/>
        </w:rPr>
        <w:t>　　本着厉行节约，保证工作需要的原则，在办公室后勤物品采购工作中，始终坚持做到多请示、多汇报、不该购的不购，不该报的不报，充分利用办公室现有资源，科学调度，合理调配，能用则用，能修则修，以最小的支出，取得最佳的效果。</w:t>
      </w:r>
      <w:r>
        <w:rPr>
          <w:lang w:eastAsia="zh-CN"/>
        </w:rPr>
        <w:br/>
      </w:r>
      <w:r>
        <w:rPr>
          <w:lang w:eastAsia="zh-CN"/>
        </w:rPr>
        <w:t>　　廉洁自律，力树财会工作形象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坚持认真学习，坚决贯彻“四项纪律、八项要求”，以自律为根本、以廉洁奉公为原则，正确处理“自律”与“他律”的关系，时刻提醒自己遵守法纪，不断强化廉洁自律意识，树立了财务工作者的良好形象。</w:t>
      </w:r>
      <w:r>
        <w:rPr>
          <w:lang w:eastAsia="zh-CN"/>
        </w:rPr>
        <w:br/>
      </w:r>
      <w:r>
        <w:rPr>
          <w:lang w:eastAsia="zh-CN"/>
        </w:rPr>
        <w:t>　　二、下步打算</w:t>
      </w:r>
      <w:r>
        <w:rPr>
          <w:lang w:eastAsia="zh-CN"/>
        </w:rPr>
        <w:br/>
      </w:r>
      <w:r>
        <w:rPr>
          <w:lang w:eastAsia="zh-CN"/>
        </w:rPr>
        <w:t>　　20__年，在领导的指挥和同志们的帮助下取得了一点进步，但距离上级的要求还有较大的差距，在以后的工作中我决心努力做好以下几个方面：</w:t>
      </w:r>
      <w:r>
        <w:rPr>
          <w:lang w:eastAsia="zh-CN"/>
        </w:rPr>
        <w:br/>
      </w:r>
      <w:r>
        <w:rPr>
          <w:lang w:eastAsia="zh-CN"/>
        </w:rPr>
        <w:t>　　一是要继续加强学习，不断充实和丰富自己的业务知识。</w:t>
      </w:r>
      <w:r>
        <w:rPr>
          <w:lang w:eastAsia="zh-CN"/>
        </w:rPr>
        <w:br/>
      </w:r>
      <w:r>
        <w:rPr>
          <w:lang w:eastAsia="zh-CN"/>
        </w:rPr>
        <w:t>　　二是勤奋实干，一如既往的敬业奉献。</w:t>
      </w:r>
      <w:r>
        <w:rPr>
          <w:lang w:eastAsia="zh-CN"/>
        </w:rPr>
        <w:br/>
      </w:r>
      <w:r>
        <w:rPr>
          <w:lang w:eastAsia="zh-CN"/>
        </w:rPr>
        <w:t>　　三是精诚团结，力争使办公室财务工作再上一个新台阶。</w:t>
      </w:r>
      <w:r>
        <w:rPr>
          <w:lang w:eastAsia="zh-CN"/>
        </w:rPr>
        <w:br/>
      </w:r>
      <w:r>
        <w:rPr>
          <w:lang w:eastAsia="zh-CN"/>
        </w:rPr>
        <w:t xml:space="preserve">    行政个人工作总结 篇18 </w:t>
      </w:r>
      <w:r>
        <w:rPr>
          <w:lang w:eastAsia="zh-CN"/>
        </w:rPr>
        <w:br/>
      </w:r>
      <w:r>
        <w:rPr>
          <w:lang w:eastAsia="zh-CN"/>
        </w:rPr>
        <w:t>　　__年是公司夯实基础的一年，公司各项工作正沿着“加强质量管理，提高技术水平”方面健康发展。我的工作也在随同公司共同成长，__年3月在公司领导和部门领导培育下，我担任了综合部行政主管一职，新的岗位需要有更多的创新思维去做好本质工作，现就__年工作总结归纳如下：</w:t>
      </w:r>
      <w:r>
        <w:rPr>
          <w:lang w:eastAsia="zh-CN"/>
        </w:rPr>
        <w:br/>
      </w:r>
      <w:r>
        <w:rPr>
          <w:lang w:eastAsia="zh-CN"/>
        </w:rPr>
        <w:t>　　一、 思想认识方面</w:t>
      </w:r>
      <w:r>
        <w:rPr>
          <w:lang w:eastAsia="zh-CN"/>
        </w:rPr>
        <w:br/>
      </w:r>
      <w:r>
        <w:rPr>
          <w:lang w:eastAsia="zh-CN"/>
        </w:rPr>
        <w:t>　　公司综合部的一大功能就是服务功能，其主要任务是为公司领导、各部门员工做好服务工作，确保公司各项工作正常开展。所以，__年工作总的指导思想是“强化服务功能</w:t>
      </w:r>
      <w:r>
        <w:rPr>
          <w:lang w:eastAsia="zh-CN"/>
        </w:rPr>
        <w:t xml:space="preserve"> 增强服务意识</w:t>
      </w:r>
    </w:p>
    <w:p w:rsidR="001B1F19" w14:textId="27C3F48A">
      <w:pPr>
        <w:rPr>
          <w:rFonts w:hint="eastAsia"/>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xml:space="preserve"> 提高服务质量”。__年对工作的思想认识有所提高。我的工作比较庞杂凌乱，甚至有一些琐碎。但其重要性却不容忽视，尤其是在后勤保障方面，有的事情虽小，但其影响面很大，一个饮水机坏了，整个屋子人没水喝;缺少打印纸可能一份重要文件不能及时出稿;突然断电整个公司人无法工作。这些事情可能简单，人人能做，但我认为不是每个人都能把它做好，我对自己的要求是既然重要，没有理由不把它做好。</w:t>
      </w:r>
      <w:r>
        <w:rPr>
          <w:lang w:eastAsia="zh-CN"/>
        </w:rPr>
        <w:br/>
      </w:r>
      <w:r>
        <w:rPr>
          <w:lang w:eastAsia="zh-CN"/>
        </w:rPr>
        <w:t>　　二、 办事效率方面</w:t>
      </w:r>
      <w:r>
        <w:rPr>
          <w:lang w:eastAsia="zh-CN"/>
        </w:rPr>
        <w:br/>
      </w:r>
      <w:r>
        <w:rPr>
          <w:lang w:eastAsia="zh-CN"/>
        </w:rPr>
        <w:t>　　思想上认识明确，行动上当然有所表现。工作效率对每件工作都很重要。但我之所以把办事效率单独作为一条来总结，是因为工作效率对我这方面工作非常重要，同样是办公设备坏了，大家肯定说修，但我的认识是快修，有的事情是高效率才能彰显它的价值和意义。为提高工作效率，我的方法是日常性工作未雨绸缪,部门领导安排的偶发性事情高效解决。确保公司工作不受影响或少受影响。</w:t>
      </w:r>
      <w:r>
        <w:rPr>
          <w:lang w:eastAsia="zh-CN"/>
        </w:rPr>
        <w:br/>
      </w:r>
      <w:r>
        <w:rPr>
          <w:lang w:eastAsia="zh-CN"/>
        </w:rPr>
        <w:t>　　三、 主动性方面</w:t>
      </w:r>
      <w:r>
        <w:rPr>
          <w:lang w:eastAsia="zh-CN"/>
        </w:rPr>
        <w:br/>
      </w:r>
      <w:r>
        <w:rPr>
          <w:lang w:eastAsia="zh-CN"/>
        </w:rPr>
        <w:t>　　许多工作只有积极主动，才能从容自如，要不然会疲于奔命，忙于应付。份内之事，不要领导交办，更不要领导催办。领导交办的事，不推不拖，各部门和个人的事情同样不推委、不敷衍，能解决及时解决，不能解决及时汇报。</w:t>
      </w:r>
      <w:r>
        <w:rPr>
          <w:lang w:eastAsia="zh-CN"/>
        </w:rPr>
        <w:br/>
      </w:r>
      <w:r>
        <w:rPr>
          <w:lang w:eastAsia="zh-CN"/>
        </w:rPr>
        <w:t>　　四、 工作实绩方面</w:t>
      </w:r>
      <w:r>
        <w:rPr>
          <w:lang w:eastAsia="zh-CN"/>
        </w:rPr>
        <w:br/>
      </w:r>
      <w:r>
        <w:rPr>
          <w:lang w:eastAsia="zh-CN"/>
        </w:rPr>
        <w:t>　　1、固定资产管理工作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8"/>
          <w:cols w:space="425"/>
          <w:titlePg w:val="0"/>
          <w:docGrid w:type="lines" w:linePitch="312"/>
        </w:sectPr>
      </w:pPr>
      <w:r>
        <w:rPr>
          <w:lang w:eastAsia="zh-CN"/>
        </w:rPr>
        <w:t>　　公司的资产管理工作在相关领导的指导下，通过近两年的不断完善制度，已初步做到采购程序规范，领用手续齐全，日常管理到位的局面。今年资产管理主要做了以下方面工作：</w:t>
      </w:r>
      <w:r>
        <w:rPr>
          <w:lang w:eastAsia="zh-CN"/>
        </w:rPr>
        <w:br/>
      </w:r>
      <w:r>
        <w:rPr>
          <w:lang w:eastAsia="zh-CN"/>
        </w:rPr>
        <w:t>　　(1)新置资产 首先，加强资产的日常管理工作，强化领用制度，做到谁领用谁签字谁保管，使每一项资产有其责任人，有效杜绝资产流失。其次，严格执行资产的采购制度。目前已初步形成了一般资产由部门申请，部门领导审批，财务副总及总经理审批程序，对手续不齐全的资产申请一律不予办理。第三配合财务部门做好资产的核对汇总工作，对每一项资产报批完毕后及时入帐，在年终做好该年度新置资产的帐目表。</w:t>
      </w:r>
      <w:r>
        <w:rPr>
          <w:lang w:eastAsia="zh-CN"/>
        </w:rPr>
        <w:br/>
      </w:r>
      <w:r>
        <w:rPr>
          <w:lang w:eastAsia="zh-CN"/>
        </w:rPr>
        <w:t>　　(2)原有资产 对公司以前的资产主要做好核对工作，保证每年做一次大范围的普查，把存在的问题及时报告领导;同时做好原有资产的维护工作。</w:t>
      </w:r>
      <w:r>
        <w:rPr>
          <w:lang w:eastAsia="zh-CN"/>
        </w:rPr>
        <w:br/>
      </w:r>
      <w:r>
        <w:rPr>
          <w:lang w:eastAsia="zh-CN"/>
        </w:rPr>
        <w:t>　　2、后勤保障方面工作</w:t>
      </w:r>
      <w:r>
        <w:rPr>
          <w:lang w:eastAsia="zh-CN"/>
        </w:rPr>
        <w:br/>
      </w:r>
      <w:r>
        <w:rPr>
          <w:lang w:eastAsia="zh-CN"/>
        </w:rPr>
        <w:t>　　(1)对打印机、复印机、传真机、计算机等办公设备的维修与维护。公司成立2年来，各种设备不断增加，部分易耗资产逐步进入老化期，设备问题影响正常工作，部门报修按流程审批通过后，积极联系厂家或经销商进行维修，确保公司的工作不受影响。</w:t>
      </w:r>
      <w:r>
        <w:rPr>
          <w:lang w:eastAsia="zh-CN"/>
        </w:rPr>
        <w:br/>
      </w:r>
      <w:r>
        <w:rPr>
          <w:lang w:eastAsia="zh-CN"/>
        </w:rPr>
        <w:t>　　(2)办公易耗品的保障。公司现有近七十台计算机，十几台打印机，各种易耗品打印纸、碳粉、计算机配件等需求较大，积极保障好这些常规易耗品的供应。</w:t>
      </w:r>
      <w:r>
        <w:rPr>
          <w:lang w:eastAsia="zh-CN"/>
        </w:rPr>
        <w:br/>
      </w:r>
      <w:r>
        <w:rPr>
          <w:lang w:eastAsia="zh-CN"/>
        </w:rPr>
        <w:t>　　(3)日常办公用品的保障。依据公司各项工作的需要，制定办公用品的采购计划，报分管副总和总经理同意后做好采购、保管、领用等管理工作。为各部门做好服务工作。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9"/>
          <w:cols w:space="425"/>
          <w:titlePg w:val="0"/>
          <w:docGrid w:type="lines" w:linePitch="312"/>
        </w:sectPr>
      </w:pPr>
      <w:r>
        <w:rPr>
          <w:lang w:eastAsia="zh-CN"/>
        </w:rPr>
        <w:t>　　(4)做好公司水电暖的报修工作 水电暖问题影响公司正常工作，坚持出现问题及时解决，直到问题解决为止。工作思路变被动为主动,积极主动，争取创造一个高质量的服务体系，保证公司的各项工作正常进行。</w:t>
      </w:r>
      <w:r>
        <w:rPr>
          <w:lang w:eastAsia="zh-CN"/>
        </w:rPr>
        <w:br/>
      </w:r>
      <w:r>
        <w:rPr>
          <w:lang w:eastAsia="zh-CN"/>
        </w:rPr>
        <w:t>　　3、公司建设方面</w:t>
      </w:r>
      <w:r>
        <w:rPr>
          <w:lang w:eastAsia="zh-CN"/>
        </w:rPr>
        <w:br/>
      </w:r>
      <w:r>
        <w:rPr>
          <w:lang w:eastAsia="zh-CN"/>
        </w:rPr>
        <w:t>　　(1)公司根据发展需要上半年成立了2个新部门并对办公室做了调整，在时间紧任务重的情况下，依公司领导的安排，新装和改造了部分办公场所，添置许多办公设备，改造了线路、调整了工作电话。使大家工作几乎没有受影响的情况下完成了此项工作。</w:t>
      </w:r>
      <w:r>
        <w:rPr>
          <w:lang w:eastAsia="zh-CN"/>
        </w:rPr>
        <w:br/>
      </w:r>
      <w:r>
        <w:rPr>
          <w:lang w:eastAsia="zh-CN"/>
        </w:rPr>
        <w:t>　　同时，明确岗位责、权，形成岗位责任制，可以为公司定岗、定编，确定科学合理的薪酬制度提供良好的依据，另一方面，从而可以使公司各部门的工作分配、工作衔接和工作流程更加顺畅。</w:t>
      </w:r>
      <w:r>
        <w:rPr>
          <w:lang w:eastAsia="zh-CN"/>
        </w:rPr>
        <w:br/>
      </w:r>
      <w:r>
        <w:rPr>
          <w:lang w:eastAsia="zh-CN"/>
        </w:rPr>
        <w:t>　　4、企业文化建设——以“心”留人</w:t>
      </w:r>
      <w:r>
        <w:rPr>
          <w:lang w:eastAsia="zh-CN"/>
        </w:rPr>
        <w:br/>
      </w:r>
      <w:r>
        <w:rPr>
          <w:lang w:eastAsia="zh-CN"/>
        </w:rPr>
        <w:t>　　综合部在去年曾经在企业文化方面做了很多工作，但是真正的企业文化，我们可以通过很多成功的企业会得到一个结论，企业文化其实就是企业的灵魂，内聚人心，外树形象。企业文化是一个多元素的问题，而在行政人事方面我则认为是：以人为本。</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0"/>
          <w:cols w:space="425"/>
          <w:titlePg w:val="0"/>
          <w:docGrid w:type="lines" w:linePitch="312"/>
        </w:sectPr>
      </w:pPr>
      <w:r>
        <w:rPr>
          <w:lang w:eastAsia="zh-CN"/>
        </w:rPr>
        <w:t>　　我期望综合部能为公司建立一个良好的企业文化平台，为公司留住人才，要想留住人才那么必将以留心作为公司的人本追求。留人不是目的，留心才是根本，人在心离，离心离德，只空留一具躯壳，一旦如此表现在工作上不是得过且过就是心不在焉，不是事不关已就是不闻不问，更有甚者损公肥私。人在心在，同心同德，能和公司共守一份心灵的契约，彼此信任，表现在工作上能真正自动自发地努力，能心怀感激地工作，能无怨无悔地投入。心在人离，心存感念，身在他处也能想念公司，关注公司、支持公司、宣传公司。公司留人，通过留心来留人，公司以事业来留心，以待遇留心，以感情留心，以诚留心，以心留心。</w:t>
      </w:r>
      <w:r>
        <w:rPr>
          <w:lang w:eastAsia="zh-CN"/>
        </w:rPr>
        <w:br/>
      </w:r>
      <w:r>
        <w:rPr>
          <w:lang w:eastAsia="zh-CN"/>
        </w:rPr>
        <w:t>　　5、加强公务用车管理和人员培训</w:t>
      </w:r>
      <w:r>
        <w:rPr>
          <w:lang w:eastAsia="zh-CN"/>
        </w:rPr>
        <w:br/>
      </w:r>
      <w:r>
        <w:rPr>
          <w:lang w:eastAsia="zh-CN"/>
        </w:rPr>
        <w:t>　　部门以身作则继续严格遵守公司车辆管理规定及用车程序，严禁公车私用现象产生。车班是公司对外的一个窗口，为不影响公司形象必须对车班驾驶员进行礼貌用语和礼仪培训。使每次接待任务都能得到良好的评价，从而树立公司形象。</w:t>
      </w:r>
      <w:r>
        <w:rPr>
          <w:lang w:eastAsia="zh-CN"/>
        </w:rPr>
        <w:br/>
      </w:r>
      <w:r>
        <w:rPr>
          <w:lang w:eastAsia="zh-CN"/>
        </w:rPr>
        <w:t>　　6、加强公务接待管理</w:t>
      </w:r>
      <w:r>
        <w:rPr>
          <w:lang w:eastAsia="zh-CN"/>
        </w:rPr>
        <w:br/>
      </w:r>
      <w:r>
        <w:rPr>
          <w:lang w:eastAsia="zh-CN"/>
        </w:rPr>
        <w:t>　　公务接待既易产生浪费，又是较难控制的公务消费之一。为做好这方面的节约工作，在接待用餐方面，综合部应向相关主要领导提出以身作则，带头执行，明确领导接待用餐要降低标准。拟定建立《公务接待制度》，规范接待流程，统一接待标准。在食宿安排上，坚持“突出特色，厉行节约”的原则，突出本地风味和特色，达到了花钱少、效果好的目的。</w:t>
      </w:r>
      <w:r>
        <w:rPr>
          <w:lang w:eastAsia="zh-CN"/>
        </w:rPr>
        <w:br/>
      </w:r>
      <w:r>
        <w:rPr>
          <w:lang w:eastAsia="zh-CN"/>
        </w:rPr>
        <w:t>　　7、进一步精简会议活动</w:t>
      </w:r>
      <w:r>
        <w:rPr>
          <w:lang w:eastAsia="zh-CN"/>
        </w:rPr>
        <w:br/>
      </w:r>
      <w:r>
        <w:rPr>
          <w:lang w:eastAsia="zh-CN"/>
        </w:rPr>
        <w:t>　　为切实加强公司建设，提高工作实效，公司召开各类会议、举办各项活动，要做到“少而精、高质量、讲节约”的原则，即减少会议数量、压缩会议活动规模、控制会议活动经费、加强调查研究、严格会议活动的报批程序，建议拟定相关制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1"/>
          <w:cols w:space="425"/>
          <w:titlePg w:val="0"/>
          <w:docGrid w:type="lines" w:linePitch="312"/>
        </w:sectPr>
      </w:pPr>
      <w:r>
        <w:rPr>
          <w:lang w:eastAsia="zh-CN"/>
        </w:rPr>
        <w:t>　　总的来说综合部在今后工作中还有许多琐碎繁杂的工作需要去做，但我认为首先应该建立健全各项制度，只有制度健全了才能让公司稳步发展，部门才能在公司中体现出自身价值和作用。</w:t>
      </w:r>
      <w:r>
        <w:rPr>
          <w:lang w:eastAsia="zh-CN"/>
        </w:rPr>
        <w:br/>
      </w:r>
      <w:r>
        <w:rPr>
          <w:lang w:eastAsia="zh-CN"/>
        </w:rPr>
        <w:t xml:space="preserve">    行政个人工作总结 篇19 </w:t>
      </w:r>
      <w:r>
        <w:rPr>
          <w:lang w:eastAsia="zh-CN"/>
        </w:rPr>
        <w:br/>
      </w:r>
      <w:r>
        <w:rPr>
          <w:lang w:eastAsia="zh-CN"/>
        </w:rPr>
        <w:t>　　20__年_月_日我正式从酒店销售部调往行政部工作，虽然时间不长，但在接手工作后，在总经理的正确指导和细心帮助下，工作逐渐走上正轨。从对酒店行政工作的不熟悉到渐渐熟悉和清晰，不仅学到了很多，也体会到了很多，现就最近几个月的工作情况做个自我总结：</w:t>
      </w:r>
      <w:r>
        <w:rPr>
          <w:lang w:eastAsia="zh-CN"/>
        </w:rPr>
        <w:br/>
      </w:r>
      <w:r>
        <w:rPr>
          <w:lang w:eastAsia="zh-CN"/>
        </w:rPr>
        <w:t>　　一、人事方面</w:t>
      </w:r>
      <w:r>
        <w:rPr>
          <w:lang w:eastAsia="zh-CN"/>
        </w:rPr>
        <w:br/>
      </w:r>
      <w:r>
        <w:rPr>
          <w:lang w:eastAsia="zh-CN"/>
        </w:rPr>
        <w:t>　　截止到20__年_月_日，第1、2季度酒店共新进员工--人，离职人员--人。目前共有在编人数--_人，岗位缺编人数_人，分别是餐饮部部长、服务员、迎宾员，前厅接待、大堂副理各_名。针对酒店人员招聘，采用对内招聘和对外招聘的方式相结合。其中，对外招聘通过四种渠道进行，一是利用酒店电子屏全天滚动播出招聘信息，二是利用酒店外的喷绘广告全年招聘，三是利用网络平台在京山各门户网站上公布招聘信息，四是利用酒店员工现有的人脉资源进行宣传招聘，多渠道、全方位地为酒店储备人力。</w:t>
      </w:r>
      <w:r>
        <w:rPr>
          <w:lang w:eastAsia="zh-CN"/>
        </w:rPr>
        <w:br/>
      </w:r>
      <w:r>
        <w:rPr>
          <w:lang w:eastAsia="zh-CN"/>
        </w:rPr>
        <w:t>　　二、企业文化建设方面</w:t>
      </w:r>
      <w:r>
        <w:rPr>
          <w:lang w:eastAsia="zh-CN"/>
        </w:rPr>
        <w:br/>
      </w:r>
    </w:p>
    <w:p w:rsidR="001B1F19" w14:textId="27C3F48A">
      <w:pPr>
        <w:rPr>
          <w:rFonts w:hint="eastAsia"/>
          <w:lang w:eastAsia="zh-CN"/>
        </w:rPr>
      </w:pPr>
      <w:r>
        <w:rPr>
          <w:lang w:eastAsia="zh-CN"/>
        </w:rPr>
        <w:t>　　为了更好的对外宣传酒店，提升酒店的知名度和美誉度，春节之后，有安排有计划地开始筹备酒店网站事宜，大到整个页面的合理设计及内容规划，小到酒店所有资料的收集整理，工作在一步步中完成并实施。最终实现网站内容与员工天地栏内容同步更新，不仅向所有员工展示了酒店的文化建设，也为员工提供了一个表扬好人好事的发布平台，真正使员工在一种文化的潜移默化中接受共同的价值观念。</w:t>
      </w:r>
      <w:r>
        <w:rPr>
          <w:lang w:eastAsia="zh-CN"/>
        </w:rPr>
        <w:br/>
      </w:r>
      <w:r>
        <w:rPr>
          <w:lang w:eastAsia="zh-CN"/>
        </w:rPr>
        <w:t>　　同时，企业文化也是一种管理理念，在酒店内部构建和谐的企业文化，一方面，可以借用企业文化作为管理工具，激发员工的积极性;在举办的迎“三八”员工卡拉ok比赛中，员工都积极踊跃的报名，大展自己的歌喉，不仅丰富了酒店全体员工的精神生活和业余生活，更加促进了员工的音乐素养。另一方面，优化员工工作的“软”环境，既可以用和睦的“软”环境吸引并感化员工。酒店于--年4月25日&amp;5月4日开展了“踏青 运动 休闲” 为主题的外出春游活动，组织酒店全体员工分四批去宜昌山峡人家游玩。在此次春游活动过程中，使员工们全身心的投入到大自然的怀抱中，丰富了员工的文化生活，增强了团队意识和团队凝聚力。</w:t>
      </w:r>
      <w:r>
        <w:rPr>
          <w:lang w:eastAsia="zh-CN"/>
        </w:rPr>
        <w:br/>
      </w:r>
      <w:r>
        <w:rPr>
          <w:lang w:eastAsia="zh-CN"/>
        </w:rPr>
        <w:t>　　三、培训方面</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https://d.book118.com/388063072053006043</w:t>
        </w:r>
      </w:hyperlink>
    </w:p>
    <w:p w:rsidR="001B1F19">
      <w:pPr>
        <w:rPr>
          <w:rFonts w:hint="eastAsia"/>
          <w:lang w:eastAsia="zh-CN"/>
        </w:rPr>
      </w:pPr>
    </w:p>
    <w:sectPr>
      <w:type w:val="nextPage"/>
      <w:pgSz w:w="11906" w:h="16838"/>
      <w:pgMar w:top="1440" w:right="1800" w:bottom="1440" w:left="1800" w:header="851" w:footer="992" w:gutter="0"/>
      <w:pgNumType w:start="4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388063072053006043"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56</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