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班长的竞聘演讲稿</w:t>
      </w:r>
    </w:p>
    <w:p>
      <w:pPr>
        <w:spacing w:before="100" w:after="200" w:line="360" w:lineRule="auto"/>
        <w:jc w:val="left"/>
      </w:pPr>
      <w:r>
        <w:rPr>
          <w:rFonts w:ascii="宋体 (中文正文)" w:eastAsia="宋体" w:hAnsi="宋体 (中文正文)"/>
          <w:sz w:val="28"/>
        </w:rPr>
        <w:t>尊敬的各位领导：</w:t>
      </w:r>
    </w:p>
    <w:p>
      <w:pPr>
        <w:spacing w:before="100" w:after="200" w:line="360" w:lineRule="auto"/>
        <w:ind w:firstLine="576"/>
        <w:jc w:val="left"/>
      </w:pPr>
      <w:r>
        <w:rPr>
          <w:rFonts w:ascii="宋体" w:eastAsia="宋体" w:hAnsi="宋体"/>
          <w:sz w:val="28"/>
        </w:rPr>
        <w:t>上午好！时间飞逝，须臾间我在电信工作已足足超过两年，回首两年，发现自己从一个沉默寡言的女孩转变为一个活泼开朗的姑娘，真为之感到高兴！单位给予我这次竞聘的机会，让我能往更高方面发展，也可以更加提升自己！经过两年多的工作经验，我觉得我能这个工作，主要表现在以下几个方面：</w:t>
      </w:r>
    </w:p>
    <w:p>
      <w:pPr>
        <w:spacing w:before="100" w:after="200" w:line="360" w:lineRule="auto"/>
        <w:ind w:firstLine="576"/>
        <w:jc w:val="left"/>
      </w:pPr>
      <w:r>
        <w:rPr>
          <w:rFonts w:ascii="宋体" w:eastAsia="宋体" w:hAnsi="宋体"/>
          <w:sz w:val="28"/>
        </w:rPr>
        <w:t>第一，在学校，我担任过班长此职务，有一定的协调管理能力，直到如何和被管理者进行沟通指导，以便提高业绩第二，在工作中，我除了自己能勤奋刻苦以外，也善于与在任班长进行沟通了解班长该有的职责，每天记录并反馈客户代表反映的问题，并及时纠正告知！遇到话务员不能解决的疑难投诉，先巧妙地指导话务员如何与客户沟通处理，如果实在无法解决，主动拦截，为之处理，而不影响话务员正常接续，从而保证接通率！第三，注重班组业绩，创建和谐的团队精神，随时关注本班的相关数据，有强烈的上进心与自信心，会随时了解其他班组的信息，从而取长补短！</w:t>
      </w:r>
    </w:p>
    <w:p>
      <w:pPr>
        <w:spacing w:before="100" w:after="200" w:line="360" w:lineRule="auto"/>
        <w:ind w:firstLine="576"/>
        <w:jc w:val="left"/>
      </w:pPr>
      <w:r>
        <w:rPr>
          <w:rFonts w:ascii="宋体" w:eastAsia="宋体" w:hAnsi="宋体"/>
          <w:sz w:val="28"/>
        </w:rPr>
        <w:t>因为以上几点，我有信心能胜任值班长这个职务，当然行动胜于雄辩，我会用我的行动来证明，如果胜任值班长后，对于近期相关目标，我会付出比现在更多的精力，一定要突出自己的相关优势，所谓新官上任三把火！</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p>
    <w:p>
      <w:pPr>
        <w:spacing w:before="100" w:after="200" w:line="360" w:lineRule="auto"/>
        <w:ind w:firstLine="576"/>
        <w:jc w:val="left"/>
      </w:pPr>
      <w:r>
        <w:rPr>
          <w:rFonts w:ascii="宋体" w:eastAsia="宋体" w:hAnsi="宋体"/>
          <w:sz w:val="28"/>
        </w:rPr>
        <w:t>第一方面，我先加强和谐的团队精神，与被管理者正面沟通对于存在的问题，以及如何处理，并积极改进，争取在一两个月内在原来的基础上提高一个层次，我相信我有这个实力！第二方面，我会努力再向其他学习更多关于管理方面的经验，以便更好地提高班组水平，还要有强烈的竞争意识，定一个班组为自己的竞争对手，争取在其中一个月内超越，我相信以我这种积极上进的思想，一定可以达成目标，同时在目标之内完成使命，一切只因为相信自己！</w:t>
      </w:r>
    </w:p>
    <w:p>
      <w:pPr>
        <w:spacing w:before="100" w:after="200" w:line="360" w:lineRule="auto"/>
        <w:ind w:firstLine="576"/>
        <w:jc w:val="left"/>
      </w:pPr>
      <w:r>
        <w:rPr>
          <w:rFonts w:ascii="宋体" w:eastAsia="宋体" w:hAnsi="宋体"/>
          <w:sz w:val="28"/>
        </w:rPr>
        <w:t>人生道路还很长，我想我面对的挑战还很多，对于这一次的挑战，我应该牢牢抓住机会，因为展示自己优势的时候到了，所以，请领导给予我这次机会，谢谢！</w:t>
      </w:r>
    </w:p>
    <w:p>
      <w:pPr>
        <w:spacing w:before="100" w:after="200" w:line="360" w:lineRule="auto"/>
        <w:jc w:val="left"/>
      </w:pPr>
      <w:r>
        <w:rPr>
          <w:rFonts w:ascii="宋体 (中文正文)" w:eastAsia="宋体" w:hAnsi="宋体 (中文正文)"/>
          <w:sz w:val="28"/>
        </w:rPr>
        <w:t>尊敬的各位领导、各位评委、亲爱的同事们：</w:t>
      </w:r>
    </w:p>
    <w:p>
      <w:pPr>
        <w:spacing w:before="100" w:after="200" w:line="360" w:lineRule="auto"/>
        <w:ind w:firstLine="576"/>
        <w:jc w:val="left"/>
      </w:pPr>
      <w:r>
        <w:rPr>
          <w:rFonts w:ascii="宋体" w:eastAsia="宋体" w:hAnsi="宋体"/>
          <w:sz w:val="28"/>
        </w:rPr>
        <w:t>大家好！</w:t>
      </w:r>
    </w:p>
    <w:p>
      <w:pPr>
        <w:spacing w:before="100" w:after="200" w:line="360" w:lineRule="auto"/>
        <w:ind w:firstLine="576"/>
        <w:jc w:val="left"/>
      </w:pPr>
      <w:r>
        <w:rPr>
          <w:rFonts w:ascii="宋体" w:eastAsia="宋体" w:hAnsi="宋体"/>
          <w:sz w:val="28"/>
        </w:rPr>
        <w:t>首先感谢各位领导给了我一次挑战自我、展示自我的机会；同时感谢煤制油厂及车间各位领导一年多来对我的教育和培养。我觉得这次竞聘对我个人来说不仅是一次难得的机遇，更是一次学习和锻炼的机会，我会倍加珍惜这次机会，充分展示自我，不辜负组织和领导的培养。</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p>
    <w:p>
      <w:pPr>
        <w:spacing w:before="100" w:after="200" w:line="360" w:lineRule="auto"/>
        <w:ind w:firstLine="576"/>
        <w:jc w:val="left"/>
      </w:pPr>
      <w:r>
        <w:rPr>
          <w:rFonts w:ascii="宋体" w:eastAsia="宋体" w:hAnsi="宋体"/>
          <w:sz w:val="28"/>
        </w:rPr>
        <w:t>我叫，本科学历，20xx年7月参加工作，现任共青团有限公司第一届委员会委员、车间团支部书记。我个性温和，但充满激情；我做事稳重，但不张扬；我为人正直，但不固执。在这一年多的培训实习中，我严格要求自己，不断学习理论知识，在实习中，我非常注重理论知识与实际的结合，努力提高自己的动手操作能力。同时，协助车间搞好培训实习工作，完成团组织交给的各项任务，积极参加车间组织的各项活动。20xx年7月18日到现场学习，协助储运项目组对罐区进行质量监控和协助车间进行三查四定工作。在现场，我亲自经历了储罐的安装、气柜的安装、火炬塔架的安装、工艺管线的铺设，从中学到了很多东西，我很庆幸有这样的经历，因为这种经历绝对是一笔宝贵的财富。经过锻炼我已经具备了较强的适应能力，具有一定的工作能力及组织协调能力，具有较强的责任心，而且能够很好的同他人合作，共同完成工作。</w:t>
      </w:r>
    </w:p>
    <w:p>
      <w:pPr>
        <w:spacing w:before="100" w:after="200" w:line="360" w:lineRule="auto"/>
        <w:ind w:firstLine="576"/>
        <w:jc w:val="left"/>
      </w:pPr>
      <w:r>
        <w:rPr>
          <w:rFonts w:ascii="宋体" w:eastAsia="宋体" w:hAnsi="宋体"/>
          <w:sz w:val="28"/>
        </w:rPr>
        <w:t>今天我所以来竞聘班长一职，是因为我有志于从事这项工作，并有决心把它干好。我本人认为，自己有以下几点优势：</w:t>
      </w:r>
    </w:p>
    <w:p>
      <w:pPr>
        <w:spacing w:before="100" w:after="200" w:line="360" w:lineRule="auto"/>
        <w:ind w:firstLine="576"/>
        <w:jc w:val="left"/>
      </w:pPr>
      <w:r>
        <w:rPr>
          <w:rFonts w:ascii="宋体" w:eastAsia="宋体" w:hAnsi="宋体"/>
          <w:sz w:val="28"/>
        </w:rPr>
        <w:t>第一、为人正直、诚实，吃苦耐劳，能善待每一位同志。我出生在农村，干过农活，吃过苦，从小就养成了吃苦耐劳，坚强、自立的性格。在大学期间的生活费和学费大部分都是靠自己解决的。</w:t>
      </w:r>
    </w:p>
    <w:p>
      <w:pPr>
        <w:spacing w:before="100" w:after="200" w:line="360" w:lineRule="auto"/>
        <w:ind w:firstLine="576"/>
        <w:jc w:val="left"/>
      </w:pPr>
      <w:r>
        <w:rPr>
          <w:rFonts w:ascii="宋体" w:eastAsia="宋体" w:hAnsi="宋体"/>
          <w:sz w:val="28"/>
        </w:rPr>
        <w:t>第二、有强烈的事业心和责任感。事业是伟大的事业，我为加盟到此事业中感到高兴和自豪。</w:t>
      </w:r>
    </w:p>
    <w:p>
      <w:pPr>
        <w:spacing w:before="100" w:after="200" w:line="360" w:lineRule="auto"/>
        <w:ind w:firstLine="576"/>
        <w:jc w:val="left"/>
      </w:pPr>
      <w:r>
        <w:rPr>
          <w:rFonts w:ascii="宋体" w:eastAsia="宋体" w:hAnsi="宋体"/>
          <w:sz w:val="28"/>
        </w:rPr>
        <w:t>第三、有较强的工作能力。在日常生活和工作中，我能不断加强个人修养，以“明明白白做人，实实在在做事”为信条，踏实干事，诚实待人。在领导和同事的关心帮助下，我的组织协调能力、判断能力、办事能力都有了很大提高。</w:t>
      </w:r>
    </w:p>
    <w:p>
      <w:pPr>
        <w:spacing w:before="100" w:after="200" w:line="360" w:lineRule="auto"/>
        <w:ind w:firstLine="576"/>
        <w:jc w:val="left"/>
      </w:pPr>
      <w:r>
        <w:rPr>
          <w:rFonts w:ascii="宋体" w:eastAsia="宋体" w:hAnsi="宋体"/>
          <w:sz w:val="28"/>
        </w:rPr>
        <w:t>第四、有乐于奉献的敬业精神。我爱岗敬业，不管干什么，干一行爱一行，努力把工作做得更好。</w:t>
      </w:r>
    </w:p>
    <w:p>
      <w:pPr>
        <w:spacing w:before="100" w:after="200" w:line="360" w:lineRule="auto"/>
        <w:ind w:firstLine="576"/>
        <w:jc w:val="left"/>
      </w:pPr>
      <w:r>
        <w:rPr>
          <w:rFonts w:ascii="宋体" w:eastAsia="宋体" w:hAnsi="宋体"/>
          <w:sz w:val="28"/>
        </w:rPr>
        <w:t>第五、具有较好的专业基础知识。在培训实习中不断的学习理论知识，在每次车间考核中都很优秀。</w:t>
      </w:r>
    </w:p>
    <w:p>
      <w:pPr>
        <w:spacing w:before="100" w:after="200" w:line="360" w:lineRule="auto"/>
        <w:ind w:firstLine="576"/>
        <w:jc w:val="left"/>
      </w:pPr>
      <w:r>
        <w:rPr>
          <w:rFonts w:ascii="宋体" w:eastAsia="宋体" w:hAnsi="宋体"/>
          <w:sz w:val="28"/>
        </w:rPr>
        <w:t>假若我有幸竞聘成功，我将不辱使命，努力工作：</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r>
        <w:rPr>
          <w:rFonts w:ascii="宋体" w:eastAsia="宋体" w:hAnsi="宋体"/>
          <w:sz w:val="28"/>
        </w:rPr>
        <w:t>一、以“思想理念领先”为指导，有效提高自己整体素质，为班组树立榜样，同时带动班组，加强学习，全面提高班组成员的思想政治素质、职业道德素质和专业技术素质。以我们的实际行动来感染车间的每一位员工。</w:t>
      </w:r>
    </w:p>
    <w:p>
      <w:pPr>
        <w:spacing w:before="100" w:after="200" w:line="360" w:lineRule="auto"/>
        <w:ind w:firstLine="576"/>
        <w:jc w:val="left"/>
      </w:pPr>
      <w:r>
        <w:rPr>
          <w:rFonts w:ascii="宋体" w:eastAsia="宋体" w:hAnsi="宋体"/>
          <w:sz w:val="28"/>
        </w:rPr>
        <w:t>二、带领班组，着眼全局，树立团队意识。在工作中正确处理整体与局部的利益关系，团结班组成员，凝聚人心，集中智慧，完成车间及领导交给的各项任务。</w:t>
      </w:r>
    </w:p>
    <w:p>
      <w:pPr>
        <w:spacing w:before="100" w:after="200" w:line="360" w:lineRule="auto"/>
        <w:ind w:firstLine="576"/>
        <w:jc w:val="left"/>
      </w:pPr>
      <w:r>
        <w:rPr>
          <w:rFonts w:ascii="宋体" w:eastAsia="宋体" w:hAnsi="宋体"/>
          <w:sz w:val="28"/>
        </w:rPr>
        <w:t>三、摆正位置，当好配角，树立乐于奉献的敬业意识。在工作中，向领导多请示多汇报，真正做到工作到位不越位。</w:t>
      </w:r>
    </w:p>
    <w:p>
      <w:pPr>
        <w:spacing w:before="100" w:after="200" w:line="360" w:lineRule="auto"/>
        <w:jc w:val="left"/>
      </w:pPr>
      <w:r>
        <w:rPr>
          <w:rFonts w:ascii="宋体 (中文正文)" w:eastAsia="宋体" w:hAnsi="宋体 (中文正文)"/>
          <w:b/>
          <w:sz w:val="28"/>
        </w:rPr>
        <w:t>四、勤奋工作，不计得失。我将兢兢业业，踏踏实实，吃苦肯干。</w:t>
      </w:r>
    </w:p>
    <w:p>
      <w:pPr>
        <w:spacing w:before="100" w:after="200" w:line="360" w:lineRule="auto"/>
        <w:ind w:firstLine="576"/>
        <w:jc w:val="left"/>
      </w:pPr>
      <w:r>
        <w:rPr>
          <w:rFonts w:ascii="宋体" w:eastAsia="宋体" w:hAnsi="宋体"/>
          <w:sz w:val="28"/>
        </w:rPr>
        <w:t>今天，我是本着锻炼、学习、提高的目的来参加竞聘。如果我竞聘成功，我会努力；如果我竞聘不成，我会更努力。我想，在一个人的成长过程中，每走一步，包括参与这次竞聘，都属于成功。天生我材必有用，我将以这次竞聘为新的起点：对待人生，会多一份梦想；对待工作，会多一份努力；对待领导，会多一份尊敬；对待同事，会多一份微笑；对待生活，会多一份热爱。我相信，只要努力，有时我们自己都会惊讶自己的潜能。</w:t>
      </w:r>
    </w:p>
    <w:p>
      <w:pPr>
        <w:spacing w:before="100" w:after="200" w:line="360" w:lineRule="auto"/>
        <w:ind w:firstLine="576"/>
        <w:jc w:val="left"/>
      </w:pPr>
      <w:r>
        <w:rPr>
          <w:rFonts w:ascii="宋体" w:eastAsia="宋体" w:hAnsi="宋体"/>
          <w:sz w:val="28"/>
        </w:rPr>
        <w:t>乐观；朴实；积极进取；是我的本性，勤奋；踏实；顽强拼搏是我的生活，昨天的成绩已成为历史，未来的辉煌要靠今天脚踏实地，坚持不懈地努力，去实现。班长这份工作对我是新的挑战，我也乐于勇于接受挑战，我对自己很有信心。我虽然不能做到最好，但我可以每一次做得更好！</w:t>
      </w:r>
    </w:p>
    <w:p>
      <w:pPr>
        <w:spacing w:before="100" w:after="200" w:line="360" w:lineRule="auto"/>
        <w:ind w:firstLine="576"/>
        <w:jc w:val="left"/>
      </w:pPr>
      <w:r>
        <w:rPr>
          <w:rFonts w:ascii="宋体" w:eastAsia="宋体" w:hAnsi="宋体"/>
          <w:sz w:val="28"/>
        </w:rPr>
        <w:t>谢谢大家!</w:t>
      </w:r>
    </w:p>
    <w:p>
      <w:pPr>
        <w:spacing w:before="100" w:after="200" w:line="360" w:lineRule="auto"/>
        <w:ind w:firstLine="576"/>
        <w:jc w:val="left"/>
      </w:pPr>
      <w:r>
        <w:rPr>
          <w:rFonts w:ascii="宋体" w:eastAsia="宋体" w:hAnsi="宋体"/>
          <w:sz w:val="28"/>
        </w:rPr>
        <w:t>尊敬的各位教师、亲爱的同学们，大家好!</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时间像飞箭，转眼又是一年，我们由四年级升到了五年级。新学期开始了，我们又重新竞选班干部。这一学期我准备要竞选纪律班长。</w:t>
      </w:r>
    </w:p>
    <w:p>
      <w:pPr>
        <w:spacing w:before="100" w:after="200" w:line="360" w:lineRule="auto"/>
        <w:ind w:firstLine="576"/>
        <w:jc w:val="left"/>
      </w:pPr>
      <w:r>
        <w:rPr>
          <w:rFonts w:ascii="宋体" w:eastAsia="宋体" w:hAnsi="宋体"/>
          <w:sz w:val="28"/>
        </w:rPr>
        <w:t>之所以要竞选纪律班长，是因为我平时的各项纪律都不错。比如课堂上不乱讲话，下课不好大脑等等。如果我当上了纪律班长，我会认真做到以下几点：</w:t>
      </w:r>
    </w:p>
    <w:p>
      <w:pPr>
        <w:spacing w:before="100" w:after="200" w:line="360" w:lineRule="auto"/>
        <w:ind w:firstLine="576"/>
        <w:jc w:val="left"/>
      </w:pPr>
      <w:r>
        <w:rPr>
          <w:rFonts w:ascii="宋体" w:eastAsia="宋体" w:hAnsi="宋体"/>
          <w:sz w:val="28"/>
        </w:rPr>
        <w:t>1.自我先以身作则起带头作用，带着大家主动均收集率。</w:t>
      </w:r>
    </w:p>
    <w:p>
      <w:pPr>
        <w:spacing w:before="100" w:after="200" w:line="360" w:lineRule="auto"/>
        <w:ind w:firstLine="576"/>
        <w:jc w:val="left"/>
      </w:pPr>
      <w:r>
        <w:rPr>
          <w:rFonts w:ascii="宋体" w:eastAsia="宋体" w:hAnsi="宋体"/>
          <w:sz w:val="28"/>
        </w:rPr>
        <w:t>2.日过又不遵守纪律的同学，我会善意的提醒他们。</w:t>
      </w:r>
    </w:p>
    <w:p>
      <w:pPr>
        <w:spacing w:before="100" w:after="200" w:line="360" w:lineRule="auto"/>
        <w:ind w:firstLine="576"/>
        <w:jc w:val="left"/>
      </w:pPr>
      <w:r>
        <w:rPr>
          <w:rFonts w:ascii="宋体" w:eastAsia="宋体" w:hAnsi="宋体"/>
          <w:sz w:val="28"/>
        </w:rPr>
        <w:t>3.我为自我选个小助手，来协助我单位工作。</w:t>
      </w:r>
    </w:p>
    <w:p>
      <w:pPr>
        <w:spacing w:before="100" w:after="200" w:line="360" w:lineRule="auto"/>
        <w:ind w:firstLine="576"/>
        <w:jc w:val="left"/>
      </w:pPr>
      <w:r>
        <w:rPr>
          <w:rFonts w:ascii="宋体" w:eastAsia="宋体" w:hAnsi="宋体"/>
          <w:sz w:val="28"/>
        </w:rPr>
        <w:t>4.我还要每周评选出遵守纪律小明星。</w:t>
      </w:r>
    </w:p>
    <w:p>
      <w:pPr>
        <w:spacing w:before="100" w:after="200" w:line="360" w:lineRule="auto"/>
        <w:ind w:firstLine="576"/>
        <w:jc w:val="left"/>
      </w:pPr>
      <w:r>
        <w:rPr>
          <w:rFonts w:ascii="宋体" w:eastAsia="宋体" w:hAnsi="宋体"/>
          <w:sz w:val="28"/>
        </w:rPr>
        <w:t>5.向同学请教，如何当好纪律班长，互相积累经验。</w:t>
      </w:r>
    </w:p>
    <w:p>
      <w:pPr>
        <w:spacing w:before="100" w:after="200" w:line="360" w:lineRule="auto"/>
        <w:ind w:firstLine="576"/>
        <w:jc w:val="left"/>
      </w:pPr>
      <w:r>
        <w:rPr>
          <w:rFonts w:ascii="宋体" w:eastAsia="宋体" w:hAnsi="宋体"/>
          <w:sz w:val="28"/>
        </w:rPr>
        <w:t>如果大家多我有什么提议，能够提出来。如果我有什么不对的地方，也请大家多多指出。我没竞选成功的话，必须不气馁，以后加倍努力，争取以后获得这个机会。</w:t>
      </w:r>
    </w:p>
    <w:p>
      <w:pPr>
        <w:spacing w:before="100" w:after="200" w:line="360" w:lineRule="auto"/>
        <w:ind w:firstLine="576"/>
        <w:jc w:val="left"/>
      </w:pPr>
      <w:r>
        <w:rPr>
          <w:rFonts w:ascii="宋体" w:eastAsia="宋体" w:hAnsi="宋体"/>
          <w:sz w:val="28"/>
        </w:rPr>
        <w:t>教师同学们，请你们相信我，投我一票。总热言之，如果我当上了纪律班长，我必须会班班级的几率管理好的，让我们共同努力，我相信去欧美五二班的明天将会变得更加完美!</w:t>
      </w:r>
    </w:p>
    <w:p>
      <w:pPr>
        <w:spacing w:before="100" w:after="200" w:line="360" w:lineRule="auto"/>
        <w:ind w:firstLine="576"/>
        <w:jc w:val="left"/>
      </w:pPr>
      <w:r>
        <w:rPr>
          <w:rFonts w:ascii="宋体" w:eastAsia="宋体" w:hAnsi="宋体"/>
          <w:sz w:val="28"/>
        </w:rPr>
        <w:t>多谢大家!</w:t>
      </w:r>
    </w:p>
    <w:p>
      <w:pPr>
        <w:spacing w:before="100" w:after="200" w:line="360" w:lineRule="auto"/>
        <w:jc w:val="left"/>
      </w:pPr>
      <w:r>
        <w:rPr>
          <w:rFonts w:ascii="宋体 (中文正文)" w:eastAsia="宋体" w:hAnsi="宋体 (中文正文)"/>
          <w:sz w:val="28"/>
        </w:rPr>
        <w:t>各位公司领导：</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r>
        <w:rPr>
          <w:rFonts w:ascii="宋体" w:eastAsia="宋体" w:hAnsi="宋体"/>
          <w:sz w:val="28"/>
        </w:rPr>
        <w:t>您们好!非常感谢各位领导、同志们给了我这次车间班长竞聘演讲的机会。我叫xxx。我自20xx年6月加入xx-x公司以来，转眼间已过了近两年，现在我已是初步技术。我很荣幸，感谢各位领导、师傅、同事对我工作的认可与支持，今后我将更加认真、负责，和大家一起努力，让我们班迅速发展起来!</w:t>
      </w:r>
    </w:p>
    <w:p>
      <w:pPr>
        <w:spacing w:before="100" w:after="200" w:line="360" w:lineRule="auto"/>
        <w:ind w:firstLine="576"/>
        <w:jc w:val="left"/>
      </w:pPr>
      <w:r>
        <w:rPr>
          <w:rFonts w:ascii="宋体" w:eastAsia="宋体" w:hAnsi="宋体"/>
          <w:sz w:val="28"/>
        </w:rPr>
        <w:t>我班长竞聘报告的理念是：立足本职，围绕集体工作大局，脚踏实地，开拓创新，以务实的工作作风、饱满的工作热情和旺盛的工作精力，全面履行班长职责，较好的完成了各项工作任务。</w:t>
      </w:r>
    </w:p>
    <w:p>
      <w:pPr>
        <w:spacing w:before="100" w:after="200" w:line="360" w:lineRule="auto"/>
        <w:ind w:firstLine="576"/>
        <w:jc w:val="left"/>
      </w:pPr>
      <w:r>
        <w:rPr>
          <w:rFonts w:ascii="宋体" w:eastAsia="宋体" w:hAnsi="宋体"/>
          <w:sz w:val="28"/>
        </w:rPr>
        <w:t>我觉得，没有目标的生命是灰暗的生命，没有目标的人生是残缺的人生!要先事业成功，就得有个明确的目标，并专著于它，清楚地认识它，目标锁定了奋斗轨迹，因此，这一神圣的目标将我带上了这舞台.能参加今天的竞选，自我感觉条件有三:</w:t>
      </w:r>
    </w:p>
    <w:p>
      <w:pPr>
        <w:spacing w:before="100" w:after="200" w:line="360" w:lineRule="auto"/>
        <w:jc w:val="left"/>
      </w:pPr>
      <w:r>
        <w:rPr>
          <w:rFonts w:ascii="宋体 (中文正文)" w:eastAsia="宋体" w:hAnsi="宋体 (中文正文)"/>
          <w:b/>
          <w:sz w:val="28"/>
        </w:rPr>
        <w:t>一、是我有吃苦耐劳、默默无闻的敬业精神.</w:t>
      </w:r>
    </w:p>
    <w:p>
      <w:pPr>
        <w:spacing w:before="100" w:after="200" w:line="360" w:lineRule="auto"/>
        <w:ind w:firstLine="576"/>
        <w:jc w:val="left"/>
      </w:pPr>
      <w:r>
        <w:rPr>
          <w:rFonts w:ascii="宋体" w:eastAsia="宋体" w:hAnsi="宋体"/>
          <w:sz w:val="28"/>
        </w:rPr>
        <w:t>工作上踏踏实实，兢兢业业，一丝不苟，充分体现出“特别能吃苦、特别能忍耐、特别能战斗、特别能奉献”的爱岗敬业的良好品质.</w:t>
      </w:r>
    </w:p>
    <w:p>
      <w:pPr>
        <w:spacing w:before="100" w:after="200" w:line="360" w:lineRule="auto"/>
        <w:jc w:val="left"/>
      </w:pPr>
      <w:r>
        <w:rPr>
          <w:rFonts w:ascii="宋体 (中文正文)" w:eastAsia="宋体" w:hAnsi="宋体 (中文正文)"/>
          <w:b/>
          <w:sz w:val="28"/>
        </w:rPr>
        <w:t>二、是我有虚心好学、开拓进取的意识.</w:t>
      </w:r>
    </w:p>
    <w:p>
      <w:pPr>
        <w:spacing w:before="100" w:after="200" w:line="360" w:lineRule="auto"/>
        <w:ind w:firstLine="576"/>
        <w:jc w:val="left"/>
      </w:pPr>
      <w:r>
        <w:rPr>
          <w:rFonts w:ascii="宋体" w:eastAsia="宋体" w:hAnsi="宋体"/>
          <w:sz w:val="28"/>
        </w:rPr>
        <w:t>我从学校毕业后，从没间断过学习提高.为适应公司的发展和自身学历的需要，2022年通过公司安排的3个月中级工培训,胜利取得了中级工证书.并且利用业余时间就读于xx电大工商管理大专专业，分别在2022年12月取得了xx市计算机应用能力考核证书、2022年12月取得了xx市工商管理者资格证书.</w:t>
      </w:r>
    </w:p>
    <w:p>
      <w:pPr>
        <w:spacing w:before="100" w:after="200" w:line="360" w:lineRule="auto"/>
        <w:jc w:val="left"/>
      </w:pPr>
      <w:r>
        <w:rPr>
          <w:rFonts w:ascii="宋体 (中文正文)" w:eastAsia="宋体" w:hAnsi="宋体 (中文正文)"/>
          <w:b/>
          <w:sz w:val="28"/>
        </w:rPr>
        <w:t>三、是我具备一定的管理能力.</w:t>
      </w:r>
    </w:p>
    <w:p>
      <w:pPr>
        <w:spacing w:before="100" w:after="200" w:line="360" w:lineRule="auto"/>
        <w:ind w:firstLine="576"/>
        <w:jc w:val="left"/>
      </w:pPr>
      <w:r>
        <w:rPr>
          <w:rFonts w:ascii="宋体" w:eastAsia="宋体" w:hAnsi="宋体"/>
          <w:sz w:val="28"/>
        </w:rPr>
        <w:t>我在从事基层管理工作以来，注重管理的方式方法，所管辖区域从未出现过大的事故.记得王主任讲过“打铁还需自身硬”，如果说我还具备参与本次竞聘的一些优势的话，还不如说这是各位评委、领导、同志们的充分信任和热情鼓励.</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r>
        <w:rPr>
          <w:rFonts w:ascii="宋体" w:eastAsia="宋体" w:hAnsi="宋体"/>
          <w:sz w:val="28"/>
        </w:rPr>
        <w:t>假如我能竞聘成功，我将珍惜这个机会，以踏实的工作</w:t>
      </w:r>
    </w:p>
    <w:p>
      <w:pPr>
        <w:spacing w:before="100" w:after="200" w:line="360" w:lineRule="auto"/>
        <w:ind w:firstLine="576"/>
        <w:jc w:val="left"/>
      </w:pPr>
      <w:r>
        <w:rPr>
          <w:rFonts w:ascii="宋体" w:eastAsia="宋体" w:hAnsi="宋体"/>
          <w:sz w:val="28"/>
        </w:rPr>
        <w:t>作风、求真的工作态度、进取的工作精神，用心、用情、用智慧干好本职工作.并努力做到以下几点:</w:t>
      </w:r>
    </w:p>
    <w:p>
      <w:pPr>
        <w:spacing w:before="100" w:after="200" w:line="360" w:lineRule="auto"/>
        <w:jc w:val="left"/>
      </w:pPr>
      <w:r>
        <w:rPr>
          <w:rFonts w:ascii="宋体 (中文正文)" w:eastAsia="宋体" w:hAnsi="宋体 (中文正文)"/>
          <w:b/>
          <w:sz w:val="28"/>
        </w:rPr>
        <w:t>一、服务奉献，勇争一流</w:t>
      </w:r>
    </w:p>
    <w:p>
      <w:pPr>
        <w:spacing w:before="100" w:after="200" w:line="360" w:lineRule="auto"/>
        <w:ind w:firstLine="576"/>
        <w:jc w:val="left"/>
      </w:pPr>
      <w:r>
        <w:rPr>
          <w:rFonts w:ascii="宋体" w:eastAsia="宋体" w:hAnsi="宋体"/>
          <w:sz w:val="28"/>
        </w:rPr>
        <w:t>要把更好的服务宝钢放在首位.我始终认为当领导就意味着要吃苦在前，只有奉献，不能索取.同时努力学习，用自己的人格魅力，做好表率.孔子在《论语》中就有“其身正，不令而行;其身不正，虽令不从”.它告诫我们班长必须培养正气，以身示范.律已足以服人，量宽足以得人，身先足以率人.</w:t>
      </w:r>
    </w:p>
    <w:p>
      <w:pPr>
        <w:spacing w:before="100" w:after="200" w:line="360" w:lineRule="auto"/>
        <w:jc w:val="left"/>
      </w:pPr>
      <w:r>
        <w:rPr>
          <w:rFonts w:ascii="宋体 (中文正文)" w:eastAsia="宋体" w:hAnsi="宋体 (中文正文)"/>
          <w:b/>
          <w:sz w:val="28"/>
        </w:rPr>
        <w:t>二、团结同志，虚心学习</w:t>
      </w:r>
    </w:p>
    <w:p>
      <w:pPr>
        <w:spacing w:before="100" w:after="200" w:line="360" w:lineRule="auto"/>
        <w:ind w:firstLine="576"/>
        <w:jc w:val="left"/>
      </w:pPr>
      <w:r>
        <w:rPr>
          <w:rFonts w:ascii="宋体" w:eastAsia="宋体" w:hAnsi="宋体"/>
          <w:sz w:val="28"/>
        </w:rPr>
        <w:t>天时不如地利，地利不如人和，团结就是力量.只有团结，工作才能形成合力.遇事和大家商量，虚心真诚地听取同志意见，严于律己，诚恳待人，尊重同志，关心同志，设身处地为同志着想，努力创造宽松、和谐、愉快的工作环境.</w:t>
      </w:r>
    </w:p>
    <w:p>
      <w:pPr>
        <w:spacing w:before="100" w:after="200" w:line="360" w:lineRule="auto"/>
        <w:jc w:val="left"/>
      </w:pPr>
      <w:r>
        <w:rPr>
          <w:rFonts w:ascii="宋体 (中文正文)" w:eastAsia="宋体" w:hAnsi="宋体 (中文正文)"/>
          <w:b/>
          <w:sz w:val="28"/>
        </w:rPr>
        <w:t>三、严于律己的优良品质</w:t>
      </w:r>
    </w:p>
    <w:p>
      <w:pPr>
        <w:spacing w:before="100" w:after="200" w:line="360" w:lineRule="auto"/>
        <w:ind w:firstLine="576"/>
        <w:jc w:val="left"/>
      </w:pPr>
      <w:r>
        <w:rPr>
          <w:rFonts w:ascii="宋体" w:eastAsia="宋体" w:hAnsi="宋体"/>
          <w:sz w:val="28"/>
        </w:rPr>
        <w:t>我信奉严于律己的处世之道.既要维护领导的权威，又要和工人师傅打成一片，正因为具有良好的人格魅力和做人宗旨，同工友们建立了亲如兄弟的深厚感情，受到了工友们的爱戴;我在日常生活和工作中，不断加强个人修养，以“老老实实做人、勤勤恳恳做事”为信条，严格要求自己，尊敬领导，团结同志。</w:t>
      </w:r>
    </w:p>
    <w:p>
      <w:pPr>
        <w:spacing w:before="100" w:after="200" w:line="360" w:lineRule="auto"/>
        <w:ind w:firstLine="576"/>
        <w:jc w:val="left"/>
      </w:pPr>
      <w:r>
        <w:rPr>
          <w:rFonts w:ascii="宋体" w:eastAsia="宋体" w:hAnsi="宋体"/>
          <w:sz w:val="28"/>
        </w:rPr>
        <w:t>以上是我自己的一些认识，希望领导给予指导，让我真正的快速的成长起来。</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r>
        <w:rPr>
          <w:rFonts w:ascii="宋体" w:eastAsia="宋体" w:hAnsi="宋体"/>
          <w:sz w:val="28"/>
        </w:rPr>
        <w:t>我的竞职报告演讲完毕，谢谢大家!</w:t>
      </w:r>
    </w:p>
    <w:p>
      <w:pPr>
        <w:spacing w:before="100" w:after="200" w:line="360" w:lineRule="auto"/>
        <w:ind w:firstLine="576"/>
        <w:jc w:val="left"/>
      </w:pPr>
      <w:r>
        <w:rPr>
          <w:rFonts w:ascii="宋体" w:eastAsia="宋体" w:hAnsi="宋体"/>
          <w:sz w:val="28"/>
        </w:rPr>
        <w:t>敬爱的老师，亲爱的同学们：</w:t>
      </w:r>
    </w:p>
    <w:p>
      <w:pPr>
        <w:spacing w:before="100" w:after="200" w:line="360" w:lineRule="auto"/>
        <w:ind w:firstLine="576"/>
        <w:jc w:val="left"/>
      </w:pPr>
      <w:r>
        <w:rPr>
          <w:rFonts w:ascii="宋体" w:eastAsia="宋体" w:hAnsi="宋体"/>
          <w:sz w:val="28"/>
        </w:rPr>
        <w:t>大家好！今天我要竞选的职位是副班长。副班长是班长的得力助手、老师的左膀右臂，是架在老师和同学之间的一座桥梁。我学习认真，热情开朗，热爱集体，乐于助人，有信心，也有能力胜任这个职位！</w:t>
      </w:r>
    </w:p>
    <w:p>
      <w:pPr>
        <w:spacing w:before="100" w:after="200" w:line="360" w:lineRule="auto"/>
        <w:ind w:firstLine="576"/>
        <w:jc w:val="left"/>
      </w:pPr>
      <w:r>
        <w:rPr>
          <w:rFonts w:ascii="宋体" w:eastAsia="宋体" w:hAnsi="宋体"/>
          <w:sz w:val="28"/>
        </w:rPr>
        <w:t>假如能够当选，我一定以身作则，协助老师和班长加强管理，共同把我们班建设成团结向上、好学守纪的好班级；同时，我会用我的超级爱心，积极帮助学习不好的同学提升成绩；假如同学之间发生矛盾，我会及时调解，做</w:t>
      </w:r>
    </w:p>
    <w:p>
      <w:pPr>
        <w:spacing w:before="100" w:after="200" w:line="360" w:lineRule="auto"/>
        <w:ind w:firstLine="576"/>
        <w:jc w:val="left"/>
      </w:pPr>
      <w:r>
        <w:rPr>
          <w:rFonts w:ascii="宋体" w:eastAsia="宋体" w:hAnsi="宋体"/>
          <w:sz w:val="28"/>
        </w:rPr>
        <w:t>同学们的知心朋友。当然，我也会加紧学习，争取各科成绩都优异，作大家的榜样。</w:t>
      </w:r>
    </w:p>
    <w:p>
      <w:pPr>
        <w:spacing w:before="100" w:after="200" w:line="360" w:lineRule="auto"/>
        <w:ind w:firstLine="576"/>
        <w:jc w:val="left"/>
      </w:pPr>
      <w:r>
        <w:rPr>
          <w:rFonts w:ascii="宋体" w:eastAsia="宋体" w:hAnsi="宋体"/>
          <w:sz w:val="28"/>
        </w:rPr>
        <w:t>我不敢说自己是最合适的，但我敢说我一定是最努力、最热心的！阿基米德说，给我一根杠杆，我会撬动地球。我想对大家说：给我一个机会，我会还你一份精彩！有困难您说话！希望大家把宝贵的一票投给我，我一定不会让你们失望的！谢谢大家。</w:t>
      </w:r>
    </w:p>
    <w:p>
      <w:pPr>
        <w:spacing w:before="100" w:after="200" w:line="360" w:lineRule="auto"/>
        <w:jc w:val="left"/>
      </w:pPr>
      <w:r>
        <w:rPr>
          <w:rFonts w:ascii="宋体 (中文正文)" w:eastAsia="宋体" w:hAnsi="宋体 (中文正文)"/>
          <w:sz w:val="28"/>
        </w:rPr>
        <w:t>尊敬的各位领导，各位评委：</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p>
    <w:p>
      <w:pPr>
        <w:spacing w:before="100" w:after="200" w:line="360" w:lineRule="auto"/>
        <w:ind w:firstLine="576"/>
        <w:jc w:val="left"/>
      </w:pPr>
      <w:r>
        <w:rPr>
          <w:rFonts w:ascii="宋体" w:eastAsia="宋体" w:hAnsi="宋体"/>
          <w:sz w:val="28"/>
        </w:rPr>
        <w:t>大家好！首先感谢客服中心领导给了我这次展示自我风采的机会。我叫，来自营业厅。我参加的是营业班长竞聘演讲稿。从02022年进入电信公司至今已经5年了，我从一个初出校门对电信业务茫然无知的新手成长为一名精通营业厅所开展的各项电信业务的技术骨干，因为有个信念支持着我，那就是“干一行爱一行”，只要热爱自己的工作，在哪都能焕发出人生的光彩。在工作中我尊敬领导团结同事，积极参加公司组织的各种学习活动，在各次考试评比中成绩名列前茅，并且多次获得单项奖励，在业务上遇到难题会和大家虚心请教，当有新同事请教我时更是倾囊传授，所以她们不仅是我的好同事，更是我的好姐妹。在生活上严格要求自己，坚持锻炼身体保证有旺盛的工作精力，经常阅读书报充实自己的人生阅历。</w:t>
      </w:r>
    </w:p>
    <w:p>
      <w:pPr>
        <w:spacing w:before="100" w:after="200" w:line="360" w:lineRule="auto"/>
        <w:ind w:firstLine="576"/>
        <w:jc w:val="left"/>
      </w:pPr>
      <w:r>
        <w:rPr>
          <w:rFonts w:ascii="宋体" w:eastAsia="宋体" w:hAnsi="宋体"/>
          <w:sz w:val="28"/>
        </w:rPr>
        <w:t>我认为我班长竞聘报告具备一定的优势。</w:t>
      </w:r>
    </w:p>
    <w:p>
      <w:pPr>
        <w:spacing w:before="100" w:after="200" w:line="360" w:lineRule="auto"/>
        <w:jc w:val="left"/>
      </w:pPr>
      <w:r>
        <w:rPr>
          <w:rFonts w:ascii="宋体 (中文正文)" w:eastAsia="宋体" w:hAnsi="宋体 (中文正文)"/>
          <w:b/>
          <w:sz w:val="28"/>
        </w:rPr>
        <w:t>一、有强烈的事业心和吃苦耐劳的敬业精神。</w:t>
      </w:r>
    </w:p>
    <w:p>
      <w:pPr>
        <w:spacing w:before="100" w:after="200" w:line="360" w:lineRule="auto"/>
        <w:ind w:firstLine="576"/>
        <w:jc w:val="left"/>
      </w:pPr>
      <w:r>
        <w:rPr>
          <w:rFonts w:ascii="宋体" w:eastAsia="宋体" w:hAnsi="宋体"/>
          <w:sz w:val="28"/>
        </w:rPr>
        <w:t>自加入电信公司的那天起，我就立志把全部精力奉献给我所热爱的电信通信事业。工作起来不辞辛苦、无私奉献，8年时间里，使我养成了吃苦耐劳的优良品质、雷厉风行的工作作风，这是干好工作所必须的基础。</w:t>
      </w:r>
    </w:p>
    <w:p>
      <w:pPr>
        <w:spacing w:before="100" w:after="200" w:line="360" w:lineRule="auto"/>
        <w:jc w:val="left"/>
      </w:pPr>
      <w:r>
        <w:rPr>
          <w:rFonts w:ascii="宋体 (中文正文)" w:eastAsia="宋体" w:hAnsi="宋体 (中文正文)"/>
          <w:b/>
          <w:sz w:val="28"/>
        </w:rPr>
        <w:t>二、组织协调能力强、办事效率高。</w:t>
      </w:r>
    </w:p>
    <w:p>
      <w:pPr>
        <w:spacing w:before="100" w:after="200" w:line="360" w:lineRule="auto"/>
        <w:ind w:firstLine="576"/>
        <w:jc w:val="left"/>
      </w:pPr>
      <w:r>
        <w:rPr>
          <w:rFonts w:ascii="宋体" w:eastAsia="宋体" w:hAnsi="宋体"/>
          <w:sz w:val="28"/>
        </w:rPr>
        <w:t>5年营业班长竞聘演讲稿的工作经历使我逐步成熟。在工作中牢固树立了大局意识，工作灵活果断，无论是和客户、市公司检查人员，还是和其他部门间，总能把关系协调的较好，确保了营业厅的业务发展和服务水平始终处于健康、高质量的状态。工作中，有良好的时效观念，对公司交办的任务，力求用最短的时间、最高的质量，达到最佳的效果。</w:t>
      </w:r>
    </w:p>
    <w:p>
      <w:pPr>
        <w:spacing w:before="100" w:after="200" w:line="360" w:lineRule="auto"/>
        <w:jc w:val="left"/>
      </w:pPr>
      <w:r>
        <w:rPr>
          <w:rFonts w:ascii="宋体 (中文正文)" w:eastAsia="宋体" w:hAnsi="宋体 (中文正文)"/>
          <w:b/>
          <w:sz w:val="28"/>
        </w:rPr>
        <w:t>三、最重要的一点，我有强烈的进取心和永不服输的精神。</w:t>
      </w:r>
    </w:p>
    <w:p>
      <w:pPr>
        <w:spacing w:before="100" w:after="200" w:line="360" w:lineRule="auto"/>
        <w:ind w:firstLine="576"/>
        <w:jc w:val="left"/>
      </w:pPr>
      <w:r>
        <w:rPr>
          <w:rFonts w:ascii="宋体" w:eastAsia="宋体" w:hAnsi="宋体"/>
          <w:sz w:val="28"/>
        </w:rPr>
        <w:t>自参加工作那天起，我就给自己定下目标：无论做什么，干，就要干好，就要做得比别人优秀，我相信自己的能力，我自信，经过努力，我一定能成功！</w:t>
      </w:r>
    </w:p>
    <w:p>
      <w:pPr>
        <w:spacing w:before="100" w:after="200" w:line="360" w:lineRule="auto"/>
        <w:ind w:firstLine="576"/>
        <w:jc w:val="left"/>
      </w:pPr>
      <w:r>
        <w:rPr>
          <w:rFonts w:ascii="宋体" w:eastAsia="宋体" w:hAnsi="宋体"/>
          <w:sz w:val="28"/>
        </w:rPr>
        <w:t>营收班长是管理者，更是执行者，上传下达，不仅要贯彻执行公司计划、方案，又要发扬团队精神，充分调动全体营业员积极性，确保工作的有力实施。坚持“上为领导分忧、下为营业员服务”的原则，把为领导分忧和服务于营业员作为工作的出发点和落脚点。</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https://d.book118.com/395134334021011110</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9"/>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9513433402101111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