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论语800字读书心得（30篇）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论语800字读书心得（通用30篇）</w:t>
      </w:r>
      <w:r>
        <w:rPr>
          <w:lang w:eastAsia="zh-CN"/>
        </w:rPr>
        <w:br/>
      </w:r>
      <w:r>
        <w:rPr>
          <w:lang w:eastAsia="zh-CN"/>
        </w:rPr>
        <w:t xml:space="preserve">    论语800字读书心得 篇1 </w:t>
      </w:r>
      <w:r>
        <w:rPr>
          <w:lang w:eastAsia="zh-CN"/>
        </w:rPr>
        <w:br/>
      </w:r>
      <w:r>
        <w:rPr>
          <w:lang w:eastAsia="zh-CN"/>
        </w:rPr>
        <w:t>　　半部《论语》平天下!孔子那睿智闪光的语言光照古今!不必说一代伟人毛泽东，一代枭雄蒋介石，对它情有独钟，就连后世的文人墨客、平常百姓受其深远的影响也不胜枚举!</w:t>
      </w:r>
      <w:r>
        <w:rPr>
          <w:lang w:eastAsia="zh-CN"/>
        </w:rPr>
        <w:br/>
      </w:r>
      <w:r>
        <w:rPr>
          <w:lang w:eastAsia="zh-CN"/>
        </w:rPr>
        <w:t>　　人不知而不愠，不亦君子乎?这句话的道理是：别人不了解我，我却不怨恨，这不正是君子的品德吗?孔子说的这句深刻而又蕴含哲理的话，告诉(用词不准，建议改为：不外乎告诫)人们修养是如此的重要。修养好像花儿在寂静中开放，成功的果子在光明里结实。</w:t>
      </w:r>
      <w:r>
        <w:rPr>
          <w:lang w:eastAsia="zh-CN"/>
        </w:rPr>
        <w:br/>
      </w:r>
      <w:r>
        <w:rPr>
          <w:lang w:eastAsia="zh-CN"/>
        </w:rPr>
        <w:t>　　前苏联华西列夫斯基当了三十年的参谋长。在别人眼里，他似乎没有什么特长，但为什么会当了三十年的参谋长而立于不败之地呢?</w:t>
      </w:r>
      <w:r>
        <w:rPr>
          <w:lang w:eastAsia="zh-CN"/>
        </w:rPr>
        <w:br/>
      </w:r>
      <w:r>
        <w:rPr>
          <w:lang w:eastAsia="zh-CN"/>
        </w:rPr>
        <w:t>　　因为司令部在集合开会时，他总会第一个到，然后走到地图前，用手指着敌人应在什么地方出现，我军现在在哪?如何挡住敌人的去路，而将他们一网打尽?他在那似乎总是在自言自语，到会的人都说他什么都不懂，却在那自言自语一定是发疯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华西列夫斯基听到大家的非议后并没有生气，依旧在那里想着大事开会时让他发言，他一会说这儿，一会说那儿，云里雾里，在坐开会的人都听得稀里糊涂，斯大林来回踱着步子慢条斯理地说道：坐下吧，我亲爱的华西列夫斯基同志，你不要说了，还是让我来说吧!斯大林把战争形势分析得头头是道，让人听了不由得心服口服。</w:t>
      </w:r>
      <w:r>
        <w:rPr>
          <w:lang w:eastAsia="zh-CN"/>
        </w:rPr>
        <w:br/>
      </w:r>
      <w:r>
        <w:rPr>
          <w:lang w:eastAsia="zh-CN"/>
        </w:rPr>
        <w:t>　　原来，聪明的华西里夫斯基早在开会前的自言自语，就已经把重要的信息，神不知鬼不觉地传到了在屋子里来回踱步、吸烟、思考的斯大林的耳朵里，他不怨恨别人对自己的不了解，这不重要。只要斯大林明白就可以了!</w:t>
      </w:r>
      <w:r>
        <w:rPr>
          <w:lang w:eastAsia="zh-CN"/>
        </w:rPr>
        <w:br/>
      </w:r>
      <w:r>
        <w:rPr>
          <w:lang w:eastAsia="zh-CN"/>
        </w:rPr>
        <w:t>　　就因为华西列夫斯基对别人的指责不愿恨，才没有使自己在政坛上树敌过多，又得到了领袖的赏识，才当了三十年的参谋长，成就了他光辉的的一生!修养是每个人不可缺少的，只要你永远拥有它，你的人生就会拥有一道亮丽的风景线!</w:t>
      </w:r>
      <w:r>
        <w:rPr>
          <w:lang w:eastAsia="zh-CN"/>
        </w:rPr>
        <w:br/>
      </w:r>
      <w:r>
        <w:rPr>
          <w:lang w:eastAsia="zh-CN"/>
        </w:rPr>
        <w:t xml:space="preserve">    论语800字读书心得 篇2 </w:t>
      </w:r>
      <w:r>
        <w:rPr>
          <w:lang w:eastAsia="zh-CN"/>
        </w:rPr>
        <w:br/>
      </w:r>
      <w:r>
        <w:rPr>
          <w:lang w:eastAsia="zh-CN"/>
        </w:rPr>
        <w:t>　　学习了于丹的《论语》心得使我受益匪浅。我就从作为一名普通老师的角度就于丹《论语》心得谈谈自己的感想。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一、心灵之道人们常说“教师是人类灵魂的工程师。”所以一个老师的心灵思想直接影响一批学生的思想观念。于丹在“心灵之道”中这样说道：“人首先要能够正确面对人生的遗憾，要在最短的时间内接受下来，而且要用内心的淡定与坦然弥补遗憾。”因此我们在与学生接触的时候要先让自己的心平静下来。不要把自己不良的情绪传染给学生。平静自己烦躁的心情，于丹是这写到的“当不幸降临了，最好的方法就是让它尽快的过去，这样你才会腾出更多的时间去做更有价值的事情，你才会活得更有效率，更有好心情。”</w:t>
      </w:r>
      <w:r>
        <w:rPr>
          <w:lang w:eastAsia="zh-CN"/>
        </w:rPr>
        <w:br/>
      </w:r>
      <w:r>
        <w:rPr>
          <w:lang w:eastAsia="zh-CN"/>
        </w:rPr>
        <w:t>　　不仅我们有一个好的心态，还要把这种好的心态传播出去教育学生在今天这么一个竞争激烈的时代，保持良好的心态比历史上任何一个时期更加重要。要使学生明白在这个时代无论做什么都要有一个坦荡荡的胸怀。</w:t>
      </w:r>
      <w:r>
        <w:rPr>
          <w:lang w:eastAsia="zh-CN"/>
        </w:rPr>
        <w:br/>
      </w:r>
      <w:r>
        <w:rPr>
          <w:lang w:eastAsia="zh-CN"/>
        </w:rPr>
        <w:t>　　二、处世之道现在我们生活的环境是相对独立的，每个人都有自己的生活圈。我们如何和自己周围的人相处呢？如何适应这样的社会？于丹在“论语”心得中是这样说的：“无论对朋友还是对领导，都要保持一定的距离，掌握好亲疏的分寸。距离和独立是一种对人格的尊重，这种尊重即使在最亲近的人中间也应该保有最美的境界。”</w:t>
      </w:r>
      <w:r>
        <w:rPr>
          <w:lang w:eastAsia="zh-CN"/>
        </w:rPr>
        <w:br/>
      </w:r>
      <w:r>
        <w:rPr>
          <w:lang w:eastAsia="zh-CN"/>
        </w:rPr>
        <w:t>　　除了有正确的交际观点，我们在为人处世上还要自我做起。在与别人交谈或评价他人时要先考虑一下自己是否有资格去评价他人。所以我们在为人处世上应该时时刻刻要遵循于丹“论语”心得中提出的“多思、多想、多听、多看、谨言、慎行”。在工作中努力做到少说多做，做事要积极，说话要谨慎。在遇到问题和处理问题时说话要用脑子，做事要考虑后果。用这种“不在其位，不谋其政”的处世心态要约束自己要求自己。并贯穿到教学中去，使学生能从自己的观念中提前适应社会。无论以后在社会中做什么工作都能做好自己的本职工作真正做到在其位，谋其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三、君子之道于丹在“论语”心得中就孔子提出的“君子”谈了自己的三点认识，她认为作为君子要具备三种境界：第一种境界是做一个善良的人，不怨天、不尤人。第二种境界是无恒产而有恒心。第三种境界是矜而不争，群而不党。</w:t>
      </w:r>
      <w:r>
        <w:rPr>
          <w:lang w:eastAsia="zh-CN"/>
        </w:rPr>
        <w:br/>
      </w:r>
      <w:r>
        <w:rPr>
          <w:lang w:eastAsia="zh-CN"/>
        </w:rPr>
        <w:t>　　首先是第一种境界，我认为做一个善良的人不只是“君子”应具有的境界。而且还是我们为人的根本，做人的标准。可能我们无法做到不怨天、不尤人。但是于丹告诉我们我们的生命是有限的，不要让我们的有限生命在苛责外在的世界中度过。另外不要只一味的抱怨外界的环境，我们自己的身上也需要这种“苛责”。</w:t>
      </w:r>
      <w:r>
        <w:rPr>
          <w:lang w:eastAsia="zh-CN"/>
        </w:rPr>
        <w:br/>
      </w:r>
      <w:r>
        <w:rPr>
          <w:lang w:eastAsia="zh-CN"/>
        </w:rPr>
        <w:t xml:space="preserve">    论语800字读书心得 篇3 </w:t>
      </w:r>
      <w:r>
        <w:rPr>
          <w:lang w:eastAsia="zh-CN"/>
        </w:rPr>
        <w:br/>
      </w:r>
      <w:r>
        <w:rPr>
          <w:lang w:eastAsia="zh-CN"/>
        </w:rPr>
        <w:t>　　季文子三思而后行。子闻之，曰：再，斯可矣。</w:t>
      </w:r>
      <w:r>
        <w:rPr>
          <w:lang w:eastAsia="zh-CN"/>
        </w:rPr>
        <w:br/>
      </w:r>
      <w:r>
        <w:rPr>
          <w:lang w:eastAsia="zh-CN"/>
        </w:rPr>
        <w:t>　　现在有一些人办事，无论事大事小，总是要把前因后果，种种可能都考虑清楚。反反复复，举棋不定。用当今主流的眼光看来，这种人都是可以统领大事的，因为他们是那么的谨慎，精打细算。由此看来，三思而后行是夸赞人谨言慎行的。</w:t>
      </w:r>
      <w:r>
        <w:rPr>
          <w:lang w:eastAsia="zh-CN"/>
        </w:rPr>
        <w:br/>
      </w:r>
      <w:r>
        <w:rPr>
          <w:lang w:eastAsia="zh-CN"/>
        </w:rPr>
        <w:t>　　但是，在孔子的这段话里，却并不赞成以季文子为例的三思而后行。三在古文中多作虚词，当多次讲。季文子是鲁国大夫，非常计较个人得失。这人考虑事情反复不定，办事过于谨慎。孔子说：考虑两次就可以了。为什么是两次而不是多次考虑呢?我想，这就牵扯到前面孔子所云：敏于事而讷于言。孔子所代表的儒家思想，提倡君子之道。何谓君子?君子也是血肉之躯，但是办事讲究迅速敏捷，说话谨小慎微。这就是季文子的谨慎之所以不为孔子所称赞的缘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孔子所说的敏于行，并不是说毫不考虑后果地草草了事。孔子是要人们斟酌计划两次。因为有敏于行作为基础，所以第一次思考便应该定下了大致脉络，第二次思考只不过是锦上添花，查漏补缺罢了。由此看来，第三、第四次的的思量便纯数多余了。这种情况和我在考场上的境况大致相同。第一遍填完答卷，整个试卷就明白了打半。这时候的胜负其实几乎成了定局，只不过还应该检查一遍，以防有小节有亏。但是别说时间无多，就算有时间一遍又一遍地检查下去，我也不会做。为什么?因为这时候第三次视察考卷，虽然更加细致谨慎，但是不免患得患失，特别是在一些改动过的大题目上，往往疑心大盛，先前的果断全都抛诸九霄云外了，当真是如临深渊，如履薄冰，反倒坏了事。</w:t>
      </w:r>
      <w:r>
        <w:rPr>
          <w:lang w:eastAsia="zh-CN"/>
        </w:rPr>
        <w:br/>
      </w:r>
      <w:r>
        <w:rPr>
          <w:lang w:eastAsia="zh-CN"/>
        </w:rPr>
        <w:t>　　谨慎是人沉稳的表现，但是过于谨慎了，却是小器，拘泥于琐屑之中了。所谓物极必反，如此三思而后行，就只有坐失良机，自己吃自己种下的苦果了。</w:t>
      </w:r>
      <w:r>
        <w:rPr>
          <w:lang w:eastAsia="zh-CN"/>
        </w:rPr>
        <w:br/>
      </w:r>
      <w:r>
        <w:rPr>
          <w:lang w:eastAsia="zh-CN"/>
        </w:rPr>
        <w:t xml:space="preserve">    论语800字读书心得 篇4 </w:t>
      </w:r>
      <w:r>
        <w:rPr>
          <w:lang w:eastAsia="zh-CN"/>
        </w:rPr>
        <w:br/>
      </w:r>
      <w:r>
        <w:rPr>
          <w:lang w:eastAsia="zh-CN"/>
        </w:rPr>
        <w:t>　　一个阳光明媚的清晨，一只蝴蝶在花丛中翩翩起舞，飞啊，飞啊，我突然来到了时空隧道，回到20__年9月1日，这个与众不同的早上，我们相约来到国学课堂，开启了300多天的《论语》学习旅程。在这个世界上，有一个民族，不信神，却敬仰一个人。他所在的家族不是帝王，却历经了两千多年长盛不衰，这个人是谁呢？他就是孔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孔子是《论语》中一个非常重要的人物。现在让我来介绍一下吧！孔子，生于公元前551年9月28日，死于公元前479年3月1日。孔子原名孔丘，字仲尼。孔是儒家学派的创始人，他曾说过：“吾十有五而志于学，三十而立，四十而不惑，五十而知天命，六十而耳顺，七十而从心所欲，不逾矩。”从这句话可得知，孔子在三十岁时便开始办学校了。文人朱熹的《朱子语类》卷九十三说到：“天不生仲尼，万古如长夜。”可见孔子在人类发展中起到了举足轻重的作用。在孔子身上，我学到了做一个君子必须言行一致，必须明白自己身处的位置。比如：老师就是要做老师的位置上，学生就要在学生的位置上，老师不能违反自己的话，学生也不能出尔反尔，要说到做到。</w:t>
      </w:r>
      <w:r>
        <w:rPr>
          <w:lang w:eastAsia="zh-CN"/>
        </w:rPr>
        <w:br/>
      </w:r>
      <w:r>
        <w:rPr>
          <w:lang w:eastAsia="zh-CN"/>
        </w:rPr>
        <w:t>　　孔子的学生也很值得敬佩，首先便是学霸颜回。颜回又名颜渊，或子渊。身为孔子最疼爱的弟子之一的颜回，才四十岁便病死了。那他有什么值得敬佩的呢？有言为证：“一箪食，一瓢饮，在陋巷。人不堪其忧，回也不改其乐。”在颜回身上，我学到了即使条件再艰苦，也要坚持学习。</w:t>
      </w:r>
      <w:r>
        <w:rPr>
          <w:lang w:eastAsia="zh-CN"/>
        </w:rPr>
        <w:br/>
      </w:r>
      <w:r>
        <w:rPr>
          <w:lang w:eastAsia="zh-CN"/>
        </w:rPr>
        <w:t>　　当然，孔子弟子子路也很让人敬佩。首先，子路很好学。他先后问政、问士、问成人、问事君，分别得到收获。子路也很勇敢，孔子周游列国时，子路总在一旁保护着孔子。同时，子路又很忠心，重视礼节。在卫国大乱中，他不听旁人劝告，坚持救自己的主人子俚，可见他的忠心耿耿。进入主人被劫持的地方与敌人砍杀，被敌人打掉了帽子，他忙去捡，被敌人杀死，临死前还不忘将帽子系在脑袋上，可见他把礼节看得比命还重要。我从子路身上学会了好学、勇敢、忠心等优秀品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读了《论语》，我更深切地接触到了儒家思想。儒家思想主要以“仁”为中心。“仁”的偏旁表示人，而“二”字的短横线表示自己，长横表示别人，也就是爱自己少一点，爱别人多一点。虽然《论语》二十章的学习结束了，但不代表追求《论语》的学生生涯结束了。希望我继续学习，让自己成为一个君子，发扬儒家文化思想。比如：当纪律委员管理班级纪律时，学习委员却站了出来，我会用《论语》中的“不在其位，不谋其政。”劝告他。当班长制定一些对自己有利对他人有害的规定时，我会说：“其身正，不明而行；其身不正，虽命不从。”</w:t>
      </w:r>
      <w:r>
        <w:rPr>
          <w:lang w:eastAsia="zh-CN"/>
        </w:rPr>
        <w:br/>
      </w:r>
      <w:r>
        <w:rPr>
          <w:lang w:eastAsia="zh-CN"/>
        </w:rPr>
        <w:t>　　希望《论语》被更多人知晓，让孔子的文化思想传遍整个世界！</w:t>
      </w:r>
      <w:r>
        <w:rPr>
          <w:lang w:eastAsia="zh-CN"/>
        </w:rPr>
        <w:br/>
      </w:r>
      <w:r>
        <w:rPr>
          <w:lang w:eastAsia="zh-CN"/>
        </w:rPr>
        <w:t xml:space="preserve">    论语800字读书心得 篇5 </w:t>
      </w:r>
      <w:r>
        <w:rPr>
          <w:lang w:eastAsia="zh-CN"/>
        </w:rPr>
        <w:br/>
      </w:r>
      <w:r>
        <w:rPr>
          <w:lang w:eastAsia="zh-CN"/>
        </w:rPr>
        <w:t>　　《论语》这本书虽然只是一些只言片语和对话,语录,但却包含了文,史,哲,人生,教育,社会生活等多方面,内容丰富.《论语》中的一些经典名言如:学而时习之,不亦说乎有朋自远方来,不亦乐乎人不知而不愠,不亦君子乎巧言令色,鲜矣仁.温故而知新,可以为师矣.三人行必有我师焉我比较熟悉,但文言文件精炼的语言中却已经蕴藏着很多的道理在里面,这本书中每句话后面都配上了译文,每篇后面都附上评点,让读者更容易接近孔子从中学会一些做人的道理,懂得如何去为人处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学而》一篇中孔子谈到孝悌忠信等行为规范和做人的原则.比如孝弟也者,其为仁之本与!在孔子看来,孝弟乃做人立世之根本.每个人如果对父母不尊敬侍奉;对兄长不听命维护,社会就乱套了.君将不君;国将不国孝,悌,忠,信,是孔子经常涉及到的命题,也是孔子用以衡量做人的尺子,他心中正人君子的美德.用今天的道德标准衡量,这些虽然并不是全都适合,但基本是合理的.必竟跟封建社会不一样了,现在的人有了自己的规范,例如我们反对古人的愚忠愚孝.</w:t>
      </w:r>
      <w:r>
        <w:rPr>
          <w:lang w:eastAsia="zh-CN"/>
        </w:rPr>
        <w:br/>
      </w:r>
      <w:r>
        <w:rPr>
          <w:lang w:eastAsia="zh-CN"/>
        </w:rPr>
        <w:t>　　几千年过去了,孔子在做人与学习的关系问题上,所强调的做人第一,首先做好人,到现在依然受到肯定.</w:t>
      </w:r>
      <w:r>
        <w:rPr>
          <w:lang w:eastAsia="zh-CN"/>
        </w:rPr>
        <w:br/>
      </w:r>
      <w:r>
        <w:rPr>
          <w:lang w:eastAsia="zh-CN"/>
        </w:rPr>
        <w:t>　　《为政》一篇也谈到了人生的修养.孔子把孝的问题,礼节的问题,忠信的问题,义勇的问题看得很重.认为一个人不具备这些品格,就谈不上有道德,也就无法立足于社会,更无法治理国家.另为孔子对许多日常言行举止提出了自己的看法:如知之为知之,不知为不止,是知也.孔子像我们强调了做人要实事求是,别不懂装懂.先引其炎而后从之.则交到了我们要有重视实际的求实精神.视其所以,观其所由,察其所安.人焉瘦哉表露出孔子轻言重行的倾向.我们可以从这些言论中学到孔子的思想,而对于我们当代人的人生取向也是有很大指引.</w:t>
      </w:r>
      <w:r>
        <w:rPr>
          <w:lang w:eastAsia="zh-CN"/>
        </w:rPr>
        <w:br/>
      </w:r>
      <w:r>
        <w:rPr>
          <w:lang w:eastAsia="zh-CN"/>
        </w:rPr>
        <w:t>　　《论语》所带给我们后人的启迪和价值时说不尽的,有空休闲时真该拿出来读一读.</w:t>
      </w:r>
      <w:r>
        <w:rPr>
          <w:lang w:eastAsia="zh-CN"/>
        </w:rPr>
        <w:br/>
      </w:r>
      <w:r>
        <w:rPr>
          <w:lang w:eastAsia="zh-CN"/>
        </w:rPr>
        <w:t xml:space="preserve">    论语800字读书心得 篇6 </w:t>
      </w:r>
      <w:r>
        <w:rPr>
          <w:lang w:eastAsia="zh-CN"/>
        </w:rPr>
        <w:br/>
      </w:r>
      <w:r>
        <w:rPr>
          <w:lang w:eastAsia="zh-CN"/>
        </w:rPr>
        <w:t>　　传承文化经典，铸造文化新辉煌——读《论语》有感</w:t>
      </w:r>
      <w:r>
        <w:rPr>
          <w:lang w:eastAsia="zh-CN"/>
        </w:rPr>
        <w:br/>
      </w:r>
      <w:r>
        <w:rPr>
          <w:lang w:eastAsia="zh-CN"/>
        </w:rPr>
        <w:t>　　中华文化源远流长，博大精深。在浩瀚的书海中，轻轻翻开一本油墨晕香的文化典籍，仿佛就能与先贤进行深刻的交流，而与此同时他们的智慧光芒也会让我们深受启发。因此，传承文化经典，铸造文化新辉煌刻不容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近日，我读了《论语》一书，书中充满哲理的句子让我无时不感受到古人的智慧，感受到那跨越几千年仍充满生命力的文字，它们于古时被创作，却仍深刻地影响着我们现在的现实生活。</w:t>
      </w:r>
      <w:r>
        <w:rPr>
          <w:lang w:eastAsia="zh-CN"/>
        </w:rPr>
        <w:br/>
      </w:r>
      <w:r>
        <w:rPr>
          <w:lang w:eastAsia="zh-CN"/>
        </w:rPr>
        <w:t>　　正如书中《论语·述尔》有言，“温而厉，威而不猛，恭而不安”。这句话是要求我们要行中庸之道。中庸之道，即要求我们处理事情要保持一种中正平和的态度，要把握好分寸，拿捏好力度，使事情处在一种相对和谐的状态。这句话深刻地体现了古人的处事哲学，他们懂得度的把握，懂得在一定限度内调节分寸。而这种思想对我们的现实生活更是一种补益。在社会快速发展的今天，人们变得浮躁起来，人们难以保持一种中正平和的状态去处事，更有甚者，个别人会采取极端手段去达到自己的目的。因此，传承这种处事风格可以为人们提供一种处事之道，使人们能够用和谐的态度去解决问题。而像《论语》这样的文化经典，更是可以在我们现代生活的文化建设中起到强基固本的作用。</w:t>
      </w:r>
      <w:r>
        <w:rPr>
          <w:lang w:eastAsia="zh-CN"/>
        </w:rPr>
        <w:br/>
      </w:r>
      <w:r>
        <w:rPr>
          <w:lang w:eastAsia="zh-CN"/>
        </w:rPr>
        <w:t>　　文化经典，浸润着古人的思想光芒，以其特有的文化内涵涵养着我们每个炎黄子孙的心灵，慰藉着我们的灵魂。一个国家若是漠视对文化经典的批判继承，就会失去对文化创新的根基，而无继承创新又何来新辉煌?又怎样坚强地屹立于世界民族之林?加强对文化经典的继承，有助于充分挖掘古人的丰富思想内涵，用其蕴含深刻价值的思想指导我们的生活，而同时在对文化经典的继承中，我们能够筑牢现有文化体系，丰富现有文化内涵，铸造我们中华文化新辉煌!</w:t>
      </w:r>
      <w:r>
        <w:rPr>
          <w:lang w:eastAsia="zh-CN"/>
        </w:rPr>
        <w:br/>
      </w:r>
      <w:r>
        <w:rPr>
          <w:lang w:eastAsia="zh-CN"/>
        </w:rPr>
        <w:t xml:space="preserve">    论语800字读书心得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读论语，感到收获颇多，让我汲取思想的火花、感悟智慧的光芒。</w:t>
      </w:r>
      <w:r>
        <w:rPr>
          <w:lang w:eastAsia="zh-CN"/>
        </w:rPr>
        <w:br/>
      </w:r>
      <w:r>
        <w:rPr>
          <w:lang w:eastAsia="zh-CN"/>
        </w:rPr>
        <w:t>　　其一：学，然后知不足。</w:t>
      </w:r>
      <w:r>
        <w:rPr>
          <w:lang w:eastAsia="zh-CN"/>
        </w:rPr>
        <w:br/>
      </w:r>
      <w:r>
        <w:rPr>
          <w:lang w:eastAsia="zh-CN"/>
        </w:rPr>
        <w:t>　　学，然后知不足，由此，我要进一步端正态度，持之以恒，在通读的基础上再加以精读，并学会结合实际进行研读，提升自我。</w:t>
      </w:r>
      <w:r>
        <w:rPr>
          <w:lang w:eastAsia="zh-CN"/>
        </w:rPr>
        <w:br/>
      </w:r>
      <w:r>
        <w:rPr>
          <w:lang w:eastAsia="zh-CN"/>
        </w:rPr>
        <w:t>　　其二：思，然后明目标。</w:t>
      </w:r>
      <w:r>
        <w:rPr>
          <w:lang w:eastAsia="zh-CN"/>
        </w:rPr>
        <w:br/>
      </w:r>
      <w:r>
        <w:rPr>
          <w:lang w:eastAsia="zh-CN"/>
        </w:rPr>
        <w:t>　　孔子曰：学而不思则罔有了知识，没有思想，就是不切实际的罔。懂得了学习的重要性。通过学习获得知识，不是最终目标。我们还必须学会思考人生，人应当成为怎样的人?</w:t>
      </w:r>
      <w:r>
        <w:rPr>
          <w:lang w:eastAsia="zh-CN"/>
        </w:rPr>
        <w:br/>
      </w:r>
      <w:r>
        <w:rPr>
          <w:lang w:eastAsia="zh-CN"/>
        </w:rPr>
        <w:t>　　一部《论语》，清晰地表明了孔子的教育思想：人，应当成为君子。君子，作为理想人格，孔子把它界定为内圣外王，如：文质彬彬，然后君子、博学于文，约之以礼，亦可以弗畔矣夫、君子成人之美，不成人之恶，等等，强调了作为君子既要有学问学识，还要有气魄修养，学问加修养&amp;&amp;所谓内圣才是君子。用今天的语言来表达，我把它理解为德才兼备。</w:t>
      </w:r>
      <w:r>
        <w:rPr>
          <w:lang w:eastAsia="zh-CN"/>
        </w:rPr>
        <w:br/>
      </w:r>
      <w:r>
        <w:rPr>
          <w:lang w:eastAsia="zh-CN"/>
        </w:rPr>
        <w:t>　　又如：天行渐，君子当自强不息，禹，吾无间然矣!这里可以看到孔子极为推崇大禹，挑不出他任何缺点，禹把黄河长江水利治好，把土地开发出来。中华民族奠定了农业社会的基础，发展成就了后来几千年农业国的民族精神，是从禹开始的。禹之所以在孔子的心目中是真君子，就在于他做到了外王，即君子要不断努力开拓，去建功立业，个人的存在要对社会有所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思，然后明目标，对于我们青少年来说，今天我们重温《论语》，应思考立身和处世的原则。内圣外王的君子，是我们做人做事的目标和准则，也许也是需要用毕生努力不断去接近的一个目标。</w:t>
      </w:r>
      <w:r>
        <w:rPr>
          <w:lang w:eastAsia="zh-CN"/>
        </w:rPr>
        <w:br/>
      </w:r>
      <w:r>
        <w:rPr>
          <w:lang w:eastAsia="zh-CN"/>
        </w:rPr>
        <w:t xml:space="preserve">    论语800字读书心得 篇8 </w:t>
      </w:r>
      <w:r>
        <w:rPr>
          <w:lang w:eastAsia="zh-CN"/>
        </w:rPr>
        <w:br/>
      </w:r>
      <w:r>
        <w:rPr>
          <w:lang w:eastAsia="zh-CN"/>
        </w:rPr>
        <w:t>　　孔子曰：学而时习之，不亦说乎?有朋自远方来，不亦乐乎?人不知而不愠，不亦君子乎?&amp;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r>
        <w:rPr>
          <w:lang w:eastAsia="zh-CN"/>
        </w:rPr>
        <w:br/>
      </w:r>
      <w:r>
        <w:rPr>
          <w:lang w:eastAsia="zh-CN"/>
        </w:rPr>
        <w:t>　　《论语》中对于教育思想方面的内容对我启发很大。在教育对象的选择上，他主张“有教无类”，不分贵贱、贤愚，机会均等。用今天的话来说，孔子非常尊重学生。在教育的方法上，孔子主张“因材施教”，重视诱导式的启发教育，触类旁通，强调在实行启发诱导的基础上必须注意循序渐进。本学期我所教的课文中，讲的就是孔子与学生的故事，再次重读孔子的《论语》，让我再次接受了教育。在教育的培养目标上，孔子认为进行教育的目的除了用仁义礼净化人们的灵魂，协调人们的社会行为之外，其重要的目的在于培养具有仁义之心的“仕”、“君子”，以为当时的社会服务，这就是他著名的“学而优则仕”的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读孔子的《论语》，让我想到了我们今天的教育教学实际，发现孔子的很多教育思想在今天仍被继续沿用，仍是值得我们学习借鉴的一部经典著作。如子曰：“知之者不如好之者，好之者不如乐之者。”孔子认为追求学问首先在于爱学、乐学，也就是我们今天所说的教师要培养学生的学习兴趣爱好;子曰：“学而不思则罔，思而不学则殆。”讲了，提出了“学”是“思”的基础，“思”又能使“学”不断深化和扩大，阐明了学和思的辨证关系，就是我们今天常说的学思结合。再如今天的因材施教、写作参考循序渐进、举一反三等这些教学原则、方法在《论语》中都能寻找到痕迹，除了教学，孔子关于做人也有自己的独树见解。他强调做人要正直磊落，子曰：“人之生也直，罔之生也幸而免。”在孔子看来，一个人要正直，只有正直才能光明磊落。然而我们的生活中不正直的人也能生存，但那只是靠侥幸而避免了灾祸。他还强调做人要重视“仁德”。这是孔子在做人问题上强调最多的问题之一。在孔子看来，仁德是做人的根本，是处于第一位的。孔子说：“弟子入则孝，出则弟，谨而信，泛爱众，而亲仁。行有余力，则以学文。”又曰：“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而不仁，如礼何?人而不仁，如乐何?”这说明只有在仁德的基础上做学问、学礼乐才有意义。做人还要重视修养的全面发展。曾子曰：“吾日三省吾身：为人谋而不忠乎?与朋友交而不信乎?传不习乎?”即：我每天都要再三反省自己：帮助别人办事是否尽心竭力了呢?与朋友交往是否讲信用了?老师传授的学业是否温习了呢?强调从自身出发修养品德的重要性。在此基础上，孔子强调做人还要重视全面发展。子曰：“志于道，据于德，依于仁，游于艺。”只有这样才能真正地做人。</w:t>
      </w:r>
      <w:r>
        <w:rPr>
          <w:lang w:eastAsia="zh-CN"/>
        </w:rPr>
        <w:br/>
      </w:r>
      <w:r>
        <w:rPr>
          <w:lang w:eastAsia="zh-CN"/>
        </w:rPr>
        <w:t>　　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啊。由此可见，读书的目的，不在于死记书本，而在于应用，在于实践。</w:t>
      </w:r>
      <w:r>
        <w:rPr>
          <w:lang w:eastAsia="zh-CN"/>
        </w:rPr>
        <w:br/>
      </w:r>
      <w:r>
        <w:rPr>
          <w:lang w:eastAsia="zh-CN"/>
        </w:rPr>
        <w:t>　　以上是我学习《论语》后的一点感受，通过这次学习我才知道自己的知识面是多么的狭窄，让我有一种“人生处处尽学问，世间人人是我师”的感觉。今后，我一定要多看一些文学作品，提高自己的文学修养。</w:t>
      </w:r>
      <w:r>
        <w:rPr>
          <w:lang w:eastAsia="zh-CN"/>
        </w:rPr>
        <w:br/>
      </w:r>
      <w:r>
        <w:rPr>
          <w:lang w:eastAsia="zh-CN"/>
        </w:rPr>
        <w:t xml:space="preserve">    论语800字读书心得 篇9 </w:t>
      </w:r>
      <w:r>
        <w:rPr>
          <w:lang w:eastAsia="zh-CN"/>
        </w:rPr>
        <w:br/>
      </w:r>
      <w:r>
        <w:rPr>
          <w:lang w:eastAsia="zh-CN"/>
        </w:rPr>
        <w:t>　　闲来无事，掐指一算，自余去年习《论语》，至今已有一载有余。除过背了乡党，先进等几篇以外，竟无甚感触。正暗暗哀叹时，周礼不禁触动了我，遂意欲小议周礼。在此不敢高谈阔论以充学者，实只乃表我之浅见也。</w:t>
      </w:r>
      <w:r>
        <w:rPr>
          <w:lang w:eastAsia="zh-CN"/>
        </w:rPr>
        <w:br/>
      </w:r>
      <w:r>
        <w:rPr>
          <w:lang w:eastAsia="zh-CN"/>
        </w:rPr>
        <w:t>　　礼，乃中国古代社会生活的重要组成部分。周礼，即周朝时期发展起来的，建立在维护统治者利益的基础上，并束缚人的思想和社会活动，调整人们行为规范的总和。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周礼，和礼法、祭祀于一体。所谓礼法者，即法纪与礼仪。法纪即法律。礼仪，即礼节与仪式。何谓祭祀?即备供品向祖先致祭行礼，表示崇敬并求保佑。于是乎，周礼既为维护统治者利益的道德标准，又是法律规范，形成了礼律相通的礼教。即礼允许，法律亦允许;礼不允许，法律亦不允许。所以，周礼巩固了统治者的权威，这大概也是周公制礼的真实目的吧：巩固年幼的成王政权。</w:t>
      </w:r>
      <w:r>
        <w:rPr>
          <w:lang w:eastAsia="zh-CN"/>
        </w:rPr>
        <w:br/>
      </w:r>
      <w:r>
        <w:rPr>
          <w:lang w:eastAsia="zh-CN"/>
        </w:rPr>
        <w:t>　　为什么说周礼是统治者巩固和加强政权的工具呢?因为它强调阶级性与等级性的差别并且设计了一套繁琐的程序来维持这种差别。正如荀子曰：贵贱有等，长幼有差，贫富轻重皆有称也。</w:t>
      </w:r>
      <w:r>
        <w:rPr>
          <w:lang w:eastAsia="zh-CN"/>
        </w:rPr>
        <w:br/>
      </w:r>
      <w:r>
        <w:rPr>
          <w:lang w:eastAsia="zh-CN"/>
        </w:rPr>
        <w:t>　　周礼要求必须亲爱以父权为中心的尊亲属，使亲者贵，疏者贱。此谓亲亲。</w:t>
      </w:r>
      <w:r>
        <w:rPr>
          <w:lang w:eastAsia="zh-CN"/>
        </w:rPr>
        <w:br/>
      </w:r>
      <w:r>
        <w:rPr>
          <w:lang w:eastAsia="zh-CN"/>
        </w:rPr>
        <w:t>　　周礼还要求下级必须遵从上级，特别是周王。严格规定上下级秩序，不得犯上作乱。又有孔子谓季氏，八佾舞于庭，是可忍，孰不可忍，讲的是一个卿大夫冒用皇帝规格的舞蹈，孔子认为不可原谅。此为尊尊。</w:t>
      </w:r>
      <w:r>
        <w:rPr>
          <w:lang w:eastAsia="zh-CN"/>
        </w:rPr>
        <w:br/>
      </w:r>
      <w:r>
        <w:rPr>
          <w:lang w:eastAsia="zh-CN"/>
        </w:rPr>
        <w:t>　　周礼维护父权中心的社会，特别歧视妇女。幼从父兄，嫁而随夫，夫死随子。</w:t>
      </w:r>
      <w:r>
        <w:rPr>
          <w:lang w:eastAsia="zh-CN"/>
        </w:rPr>
        <w:br/>
      </w:r>
      <w:r>
        <w:rPr>
          <w:lang w:eastAsia="zh-CN"/>
        </w:rPr>
        <w:t>　　看罢礼法，再来看看祭祀吧!季氏旅于泰山，子谓冉有曰：女弗能救与?&amp;，对曰：不能。&amp;，子曰：呜呼!曾谓泰山不如林放乎!&amp;就是说一个大夫级的人物，却祭皇帝才能祭的山，所有人反对。这说明不同等级者的祭祀也不同，绝不允许僭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撇开礼的等级性和差别性束缚不谈，其实践过程更是莫名其妙，程序繁琐，如诸侯每月初一杀一头羊举行祭祀，表示听政&amp;开始;国君祭祀赐的肉不能过夜。</w:t>
      </w:r>
      <w:r>
        <w:rPr>
          <w:lang w:eastAsia="zh-CN"/>
        </w:rPr>
        <w:br/>
      </w:r>
      <w:r>
        <w:rPr>
          <w:lang w:eastAsia="zh-CN"/>
        </w:rPr>
        <w:t>　　从这些话中，我们不难发现统治者是如何利用礼来压迫人民：周礼强调等级性、差别性和程序繁琐性，并且极其严格地维持这种等级差别，决不允许任何人僭越，如果违反，轻则受众人谴责，重则受刑罚制裁。</w:t>
      </w:r>
      <w:r>
        <w:rPr>
          <w:lang w:eastAsia="zh-CN"/>
        </w:rPr>
        <w:br/>
      </w:r>
      <w:r>
        <w:rPr>
          <w:lang w:eastAsia="zh-CN"/>
        </w:rPr>
        <w:t>　　周礼因身份等级不同而不同，所以，周礼不是一种公平的社会规范。它不仅表现对被统治者的束缚，更是表现了统治者们不同的等级关系!只可惜，当时的人们没有一点觉悟，对礼的束缚毫无察觉，并认为能稳定社会秩序，促进社会发展。连圣人孔子都说：郁郁乎文哉，吾从周。</w:t>
      </w:r>
      <w:r>
        <w:rPr>
          <w:lang w:eastAsia="zh-CN"/>
        </w:rPr>
        <w:br/>
      </w:r>
      <w:r>
        <w:rPr>
          <w:lang w:eastAsia="zh-CN"/>
        </w:rPr>
        <w:t>　　当然，我们也不能将周礼全盘否定，在当时的社会，周礼还是在一定的程度上缓和了当时的社会矛盾，毕竟礼崩乐坏不是好事。同时周礼还形成了古代华夏文明的精神渊源。总之，我们要以历史的眼光去剔其糟粕，汲其精华。</w:t>
      </w:r>
      <w:r>
        <w:rPr>
          <w:lang w:eastAsia="zh-CN"/>
        </w:rPr>
        <w:br/>
      </w:r>
      <w:r>
        <w:rPr>
          <w:lang w:eastAsia="zh-CN"/>
        </w:rPr>
        <w:t xml:space="preserve">    论语800字读书心得 篇10 </w:t>
      </w:r>
      <w:r>
        <w:rPr>
          <w:lang w:eastAsia="zh-CN"/>
        </w:rPr>
        <w:br/>
      </w:r>
      <w:r>
        <w:rPr>
          <w:lang w:eastAsia="zh-CN"/>
        </w:rPr>
        <w:t>　　《论语》中的许多哲理近乎常识，却仍然深沉，世俗中有高远，平凡中见伟大，这就是以孔子为代表的中国文化精神。读《论语》，就好像是穿越千年和孔子对话，让我明白了：要重视个人对家庭、国家、社会和历史的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老子是以“柔”为主的辩证法，孔子则是以“中”为基点，法家和兵家提倡“刚”，这是中国文化的三足。读了《论语》之后，我更欣赏孔子的“中庸”之道和“仁”的精神。正所谓孔曰成仁，孟曰取义，作为儒学经典读物《论语》可谓是把这一精神阐释的淋漓尽致。孔子曾说：“墨家兼爱，是无父也;扬子无我，是无君也，无父无君，是禽兽也”，这句话虽有失偏颇，但是却让我明白了，只有把个人放在社会的伦理体系里面，个人价值才能真正得到体现，个人的人格才能得到彰显。</w:t>
      </w:r>
      <w:r>
        <w:rPr>
          <w:lang w:eastAsia="zh-CN"/>
        </w:rPr>
        <w:br/>
      </w:r>
      <w:r>
        <w:rPr>
          <w:lang w:eastAsia="zh-CN"/>
        </w:rPr>
        <w:t>　　子曰：“学而不思则罔，思而不学则殆”，这就是教育我们要在学习生活中吧“学”和“思”结合起来，勤勉治学，才能学有所成。就如后世程子对其的解释：“博学、审问、慎思、明辨、笃行五者，废其一，非学也。”</w:t>
      </w:r>
      <w:r>
        <w:rPr>
          <w:lang w:eastAsia="zh-CN"/>
        </w:rPr>
        <w:br/>
      </w:r>
      <w:r>
        <w:rPr>
          <w:lang w:eastAsia="zh-CN"/>
        </w:rPr>
        <w:t>　　子曰：“鱼失水则死，水失鱼犹为水也。”以此教育君王要施行仁政，得道才能多助，要懂得民心所向。对于政治来讲，要想成功的治理国家需要什么?答案是得民心，若想得民心最好的方法是什么?只有仁。这一点儒家的选择是很正确的。</w:t>
      </w:r>
      <w:r>
        <w:rPr>
          <w:lang w:eastAsia="zh-CN"/>
        </w:rPr>
        <w:br/>
      </w:r>
      <w:r>
        <w:rPr>
          <w:lang w:eastAsia="zh-CN"/>
        </w:rPr>
        <w:t>　　子曰：“君子不器”。这是我非常喜欢的一句话。人并不是被控制的工具或机器，而是有自己独特的个性和鲜明的思想特征。人应该充分发挥自己潜在的才能，才能使个性获得全面的发展。孔子自己后来也实践了这一点，他后来收门徒三千，有教无类，可谓是一个伟大的教育家和思想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子曰：“朝闻道，夕死可以”，“德之不修，学之不讲，闻义不能徙，不善不能改，是吾忧也。”这是一种多么难得的对学生和真理孜孜不倦追求的品格!子曰：“饭疏食，饮水，曲肱而枕之，乐亦在其中矣。不义而富且贵，于我如浮云。”在今天这个浮躁而喧嚣，熙熙攘攘皆为利往的社会里，这种精神又是多么的难得!</w:t>
      </w:r>
      <w:r>
        <w:rPr>
          <w:lang w:eastAsia="zh-CN"/>
        </w:rPr>
        <w:br/>
      </w:r>
      <w:r>
        <w:rPr>
          <w:lang w:eastAsia="zh-CN"/>
        </w:rPr>
        <w:t>　　一部《论语》让我感悟良多，里面的很多道理和精神都值得我们后人的借鉴。尤其是其中的“中庸之道”更是与今天所提倡的和谐社会相契合。儒学的那种品德和功能，是可以成为人们安身立命、精神皈依的归宿的。正如《论语?雍也》中所提到的“质胜文则野，文胜质则史，文质彬彬，然后君子。”</w:t>
      </w:r>
      <w:r>
        <w:rPr>
          <w:lang w:eastAsia="zh-CN"/>
        </w:rPr>
        <w:br/>
      </w:r>
      <w:r>
        <w:rPr>
          <w:lang w:eastAsia="zh-CN"/>
        </w:rPr>
        <w:t xml:space="preserve">    论语800字读书心得 篇11 </w:t>
      </w:r>
      <w:r>
        <w:rPr>
          <w:lang w:eastAsia="zh-CN"/>
        </w:rPr>
        <w:br/>
      </w:r>
      <w:r>
        <w:rPr>
          <w:lang w:eastAsia="zh-CN"/>
        </w:rPr>
        <w:t>　　时光飘啊飘啊，它把我带到了20__年9月1日，那是一个阳光明媚，万里无云，碧空如洗的早晨，我来到坦坦教育国学课堂，每一位同学的书桌上都放着一本书—《论语》。</w:t>
      </w:r>
      <w:r>
        <w:rPr>
          <w:lang w:eastAsia="zh-CN"/>
        </w:rPr>
        <w:br/>
      </w:r>
      <w:r>
        <w:rPr>
          <w:lang w:eastAsia="zh-CN"/>
        </w:rPr>
        <w:t>　　我开始学《论语》了！初学时，我一头雾水，根本听不懂，完全不知道老师在叽哩呱啦的讲些什么？</w:t>
      </w:r>
      <w:r>
        <w:rPr>
          <w:lang w:eastAsia="zh-CN"/>
        </w:rPr>
        <w:br/>
      </w:r>
      <w:r>
        <w:rPr>
          <w:lang w:eastAsia="zh-CN"/>
        </w:rPr>
        <w:t>　　通过近一年的学习，我明白了《论语》是孔子的弟子和再传弟子传承下来的儒家思想智慧，《论语》也是一部语录体散文集，辑录了孔子及其弟子、再传弟子的言行录。儒家把《论语》《中庸》《孟子》和《大学》合称为四书，接下来就让我们一起走进《论语》的世界，听听孔子和他的弟子们的故事吧！</w:t>
      </w:r>
      <w:r>
        <w:rPr>
          <w:lang w:eastAsia="zh-CN"/>
        </w:rPr>
        <w:br/>
      </w:r>
      <w:r>
        <w:rPr>
          <w:lang w:eastAsia="zh-CN"/>
        </w:rPr>
        <w:t>　　《论语》的主人公孔子，外貌略丑，一头乌黑的头发披在肩上，两只如同铃铛一样大的眼睛看着每个人，鼻子嘴巴大的不得了，都能和苹果相比了，但最有特点的是它那尖尖的耳朵，一般人还认为他在扮演小丑。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虽然孔子的外貌一点也不帅气，但他的知识可渊博了。他的经典语录都被他的弟子们整理并流传了下来，但有一些话却被人们误解了。比如子曰：“父母在，不远游，游必有方。”这句话被一直误解成了父母在，儿女不能出去，必须要待在家里，不可以去其他地方。而正确的意思是：父母健在，不要远离家门，如果非远行不可，也一定要告诉父母自己所去的方向位置，以便听候父母的随时招呼。</w:t>
      </w:r>
      <w:r>
        <w:rPr>
          <w:lang w:eastAsia="zh-CN"/>
        </w:rPr>
        <w:br/>
      </w:r>
      <w:r>
        <w:rPr>
          <w:lang w:eastAsia="zh-CN"/>
        </w:rPr>
        <w:t>　　读《论语》让我明白了，做人一定要像君子一样，堂堂正正的“君子怀德，小人怀土。”</w:t>
      </w:r>
      <w:r>
        <w:rPr>
          <w:lang w:eastAsia="zh-CN"/>
        </w:rPr>
        <w:br/>
      </w:r>
      <w:r>
        <w:rPr>
          <w:lang w:eastAsia="zh-CN"/>
        </w:rPr>
        <w:t>　　还有区别君子和小人为人处世不同的“君子和而不同，小人同而不和。”它的意思是：君子讲求遵循道的基础上的和谐，而不是盲目地随从，小人讲求无原则的盲目随从附和而不是和谐。君子可以广交朋友，但绝不会交让自己去干坏事的那种朋友。比如有一次，有一位陌生人想和我交朋友，我问了问他为什么想要和我做朋友，他说想和我一起玩“蓝鲸”，我想到了“君子和而不同，小人同而不和。”这句话，于是我温和地对他说：“谢谢你，我不能和你玩，再见。”</w:t>
      </w:r>
      <w:r>
        <w:rPr>
          <w:lang w:eastAsia="zh-CN"/>
        </w:rPr>
        <w:br/>
      </w:r>
      <w:r>
        <w:rPr>
          <w:lang w:eastAsia="zh-CN"/>
        </w:rPr>
        <w:t>　　又比如说期中考试时，我考了全班第一，正当我沾沾自喜时，突然想起了孔子的话：君子泰而不骄，小人骄而不泰。孔子的话告诉我，君子要平和大方而不骄恣，即使取得了一定的成绩，我们也需要保持谦逊。当别人夸我考得好时，我谦虚地对他说：“英语还考得不够好，语文也是，请让我冷静一会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《论语》教会了我要像君子那样坦荡荡，让我明白了一个人一定要诚实，要怀着道德之心做人。</w:t>
      </w:r>
      <w:r>
        <w:rPr>
          <w:lang w:eastAsia="zh-CN"/>
        </w:rPr>
        <w:br/>
      </w:r>
      <w:r>
        <w:rPr>
          <w:lang w:eastAsia="zh-CN"/>
        </w:rPr>
        <w:t>　　我的理想是成为一名军人，首先一定要做到爱国有道。为了实现自己的理想，我要坚持诵读《论语》，每天练习《论语》中的智慧，更加勤奋努力。</w:t>
      </w:r>
      <w:r>
        <w:rPr>
          <w:lang w:eastAsia="zh-CN"/>
        </w:rPr>
        <w:br/>
      </w:r>
      <w:r>
        <w:rPr>
          <w:lang w:eastAsia="zh-CN"/>
        </w:rPr>
        <w:t xml:space="preserve">    论语800字读书心得 篇12 </w:t>
      </w:r>
      <w:r>
        <w:rPr>
          <w:lang w:eastAsia="zh-CN"/>
        </w:rPr>
        <w:br/>
      </w:r>
      <w:r>
        <w:rPr>
          <w:lang w:eastAsia="zh-CN"/>
        </w:rPr>
        <w:t>　　印象中，自己以前从没有完整地读过《论语》，所幸多少知道里面的一些_名句。这次寒假，利用学校开展“同读一本书”的活动机会，我才能静下心来系统地读了一遍《论语》。语录体的《论语》文字深入浅出，言简意赅，内容包罗万象。除了记载_、教育、政治、文学、哲学、艺术这些大的方面之外，还涉及到社会生活的诸多方面，其中不乏闪烁智慧、蕴含精深思想的语句。所以，它不愧为儒家学派最重要的经典著作，至于“《论语》之在中国，犹如《圣经》之在西方”、“半部《论语》治天下”等相关赞誉，并非没有根据。</w:t>
      </w:r>
      <w:r>
        <w:rPr>
          <w:lang w:eastAsia="zh-CN"/>
        </w:rPr>
        <w:br/>
      </w:r>
    </w:p>
    <w:p w:rsidR="001B1F19" w14:textId="27C3F48A">
      <w:pPr>
        <w:rPr>
          <w:rFonts w:hint="eastAsia"/>
          <w:lang w:eastAsia="zh-CN"/>
        </w:rPr>
      </w:pPr>
      <w:r>
        <w:rPr>
          <w:lang w:eastAsia="zh-CN"/>
        </w:rPr>
        <w:t>　　读《论语》，各方面的收获太多了，三言两语是讲不清的。这倒颇像该书语言简练而精髓不断的特点。俗话说，文能会人，读着《论语》，孔子的伟大形象就像是穿越了两千年的时光隧道，栩栩如生地立在你的眼前：一位身怀各种谋生技能、又对生命、政治、教育有深隧洞见的能人;一个不因自己地位的卑微而随波逐流，不停反省自己去伪存真，终生提醒自己除恶向善的高尚贤人(我觉得称为“圣人”还是夸大了点);一个平生没有一部自己的著作，仅凭着学生们记录他言行的《论语》就让后人受用终生，并因之敬仰和传诵的奇人;一个自强不息，处于乱世而不放弃追求，用自己的心血和生命来殉人生的理想的教育家、思想家。他的言行广阔地论述了孝道、治学、治国、为政，为历代君王所推崇，汉武帝因而罢黜百家，独尊儒术，儒家思想得以在中华大地生根发芽，长久而深远地影响着中国的历史。作为一种文化现象，孔子思想和儒家学说与人类文化长河中的其他现象一样，虽历经沧桑，却总是生命之树常青，不断创造着人类文化的奇迹。所有的一切，皆得益于多才多艺的孔子扎根于民族文化又立足于个人所创造出来的大智慧。</w:t>
      </w:r>
      <w:r>
        <w:rPr>
          <w:lang w:eastAsia="zh-CN"/>
        </w:rPr>
        <w:br/>
      </w:r>
      <w:r>
        <w:rPr>
          <w:lang w:eastAsia="zh-CN"/>
        </w:rPr>
        <w:t>　　读《论语》，不外乎在读孔子的“仁、义、礼、智、信、恕、忠、孝、悌”等思想。当然，这期间要辩证地看待这些学说，弃其糟粕，取其精华;要独立思考一些自古以来有争议的处世交友论调，比如“中庸之道”，比如“无友不如己者”。而且，我们还会发现，当今许多为人、治学、从政的原则都出自古老的《论语》。譬如：父母在，不远游。有朋自远方来，不亦乐乎?君子爱财，取之有道。三人行，必有我师焉。敏而好学，不耻下问。学而不思则罔，思而不学则殆。道不同，不相为谋;人无远虑，必有近忧;君子和而不同，小人同而不和;不在其位，不谋其政。政者，正也……啊，太多了，不胜枚举。于是乎，对孔子及其弟子又多了几份敬仰之情。</w:t>
      </w:r>
      <w:r>
        <w:rPr>
          <w:lang w:eastAsia="zh-CN"/>
        </w:rPr>
        <w:br/>
      </w:r>
      <w:r>
        <w:rPr>
          <w:lang w:eastAsia="zh-CN"/>
        </w:rPr>
        <w:t xml:space="preserve">    论语800字读书心得 篇13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https://d.book118.com/395313112011011130</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9531311201101113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