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2024排查整治工作总结（31篇）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2024排查整治工作总结（精选31篇）</w:t>
      </w:r>
      <w:r>
        <w:rPr>
          <w:lang w:eastAsia="zh-CN"/>
        </w:rPr>
        <w:br/>
      </w:r>
      <w:r>
        <w:rPr>
          <w:lang w:eastAsia="zh-CN"/>
        </w:rPr>
        <w:t xml:space="preserve">    2024排查整治工作总结 篇1 </w:t>
      </w:r>
      <w:r>
        <w:rPr>
          <w:lang w:eastAsia="zh-CN"/>
        </w:rPr>
        <w:br/>
      </w:r>
      <w:r>
        <w:rPr>
          <w:lang w:eastAsia="zh-CN"/>
        </w:rPr>
        <w:t>　　为深入贯彻上级有关精神，结合我街道实际，街道综治委决定，于今年年初开始在全街道范围内开展“重点区域”排查活动，集中力量解决好我街道影响社会稳定的突出问题。我街道把此次活动命名为和谐平安大排查，现将我街道上一阶段集中开展集中行动情况简要总结如下：</w:t>
      </w:r>
      <w:r>
        <w:rPr>
          <w:lang w:eastAsia="zh-CN"/>
        </w:rPr>
        <w:br/>
      </w:r>
      <w:r>
        <w:rPr>
          <w:lang w:eastAsia="zh-CN"/>
        </w:rPr>
        <w:t>　　一、提高认识，精心组织，周密部署。</w:t>
      </w:r>
      <w:r>
        <w:rPr>
          <w:lang w:eastAsia="zh-CN"/>
        </w:rPr>
        <w:br/>
      </w:r>
      <w:r>
        <w:rPr>
          <w:lang w:eastAsia="zh-CN"/>
        </w:rPr>
        <w:t>　　街道党委对这次大排查工作高度重视，随即召开班子会议专题传达贯彻上级文件精神，明确了工作目标、任务，提高了对开展此次专项活动的重要性和必要性的认识，并按照上级的统一安排部署，结合本街道实际，研究布置了我街道此次大排查工作，包括机构成立、方案制定、责任落实、分工明确、工作措施机制等的确定，随后召开专题会议5次，专题动员部署安排此项工作，制定并下发了实施方案，进一步统一了思想认识、明确了目标任务，在全街道上下掀起深入开展大排查工作热潮，要求各社区、单位、学校、企业必须做到日排查、日报告，有效地维护了我街道社会的安定稳定，为全街道经济社会持续发展提供了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二、突出重点，抓住主要地段重点排查整治。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经过排查，按照路段划分街道辖区内的冬雪路和广平街是较为重点的地段，在这两个地段有一家大中型企业全东亚最大的坤城矿山批发市场、一家银行和几所学校。按照排查要求，我街道把这几个地段列为重点排查整治对象，街道综治委当机立断立即召开专题会议研究部署排查整治方案。在排查中，先后发动群众1000余人；发动干部200余人；组织街道的工作组8组进行重点区域集中排查整治，一方面对重点区域、重点单位和重点群体的矛盾纠纷、安全隐患及治安问题开展全面排查，摸清突出的矛盾纠纷，摸清治安混乱的区域、部位、场所，摸清可能引发人员伤亡和财产损失的安全隐患，摸清影响群众安全感的突出治安问题，查清导致矛盾纠纷突出和治安状况混乱的原因，及时制定切实可行的工作措施，坚决防止形成现实危害。另一方面，对排查出来的矛盾纠纷、治安乱点、突出治安问题及安全隐患逐一登记造册，集中梳理，归口管理，落实责任人，明确调处整治目标、措施和期限，确保矛盾纠纷得到化解，治安乱点改变面貌，突出治安问题有效解决，公共安全隐患得以消除。通过排查发现，重点区域所反映比较强烈的都是上访问题，比如：坤城矿山批发市场生产用的油料对周围居民造成很大的污染，导致居民上访；广平街以北的大部分居民长期受桃山选煤厂煤尘的污染，导致居民上访。根据排查的情况街道召开专题座谈会4次研究整改方案，街道党委书记沙德晗亲自带队进行整治。一是协调上级主管部门对造成污染的单位进行协调和通报，另一方面组成工作组对重点区域的居民进行稳控和调节。截止目前，通过排查整治这两个重点地区的突出问题也已基本解决。</w:t>
      </w:r>
      <w:r>
        <w:rPr>
          <w:lang w:eastAsia="zh-CN"/>
        </w:rPr>
        <w:br/>
      </w:r>
      <w:r>
        <w:rPr>
          <w:lang w:eastAsia="zh-CN"/>
        </w:rPr>
        <w:t>　　三、存在的问题及对策。</w:t>
      </w:r>
      <w:r>
        <w:rPr>
          <w:lang w:eastAsia="zh-CN"/>
        </w:rPr>
        <w:br/>
      </w:r>
      <w:r>
        <w:rPr>
          <w:lang w:eastAsia="zh-CN"/>
        </w:rPr>
        <w:t>　　1、我街道地处城郊之间，流动人口和出租房屋比较密集，打工的家庭居多，对于这些家庭的排查有一定困难，白天这些人外出打工，很难接触到，对更好的掌握基础资料带来了一定难度。基于这个难点，我们专门成立了一支对那些地段比较了解和熟悉的义务治安队伍，这支队伍共有30人组成，做到信息畅通，以便于我们进行更细致的排查，同时这支队伍负责对重点地段和重点人进行监控，发现问题及时汇报。</w:t>
      </w:r>
      <w:r>
        <w:rPr>
          <w:lang w:eastAsia="zh-CN"/>
        </w:rPr>
        <w:br/>
      </w:r>
      <w:r>
        <w:rPr>
          <w:lang w:eastAsia="zh-CN"/>
        </w:rPr>
        <w:t>　　2、通过排查表的汇总，发现有部分负责排查的工作人员排查的不细，排查的户数不全，为了防止出现排查的漏洞，我们通过与各委的委主任进行核对，对于漏掉的户数进行第二次排查。</w:t>
      </w:r>
      <w:r>
        <w:rPr>
          <w:lang w:eastAsia="zh-CN"/>
        </w:rPr>
        <w:br/>
      </w:r>
      <w:r>
        <w:rPr>
          <w:lang w:eastAsia="zh-CN"/>
        </w:rPr>
        <w:t>　　3、通过排查重点地段汇总发现我街道的治安案件较少，矛盾纠纷和信访案件较多，占治安隐患的85% 。存在的原因是由于近两年的沉陷房屋搬迁和棚户区改造等问题比较突出，导致频繁出现上访现象。针对这些上访隐患，我街道已与上级相关部门进行了沟通和协调，同时极力做好稳控工作，积极做好上访当事人的思想工作，稳定来访者的思想情绪，力争从源头上制止群体访、重点访事件的发生，防止矛盾纠纷事态扩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总之，我街道在上级党委、政府和政法部门的领导下确保了全街道社会政治更加稳定，治安秩序持续平稳，法制环境更加规范，投资环境进一步改善，人民群众安全感进一步加强，争取年年我街道建设成为名符其实的和谐平安街道。</w:t>
      </w:r>
      <w:r>
        <w:rPr>
          <w:lang w:eastAsia="zh-CN"/>
        </w:rPr>
        <w:br/>
      </w:r>
      <w:r>
        <w:rPr>
          <w:lang w:eastAsia="zh-CN"/>
        </w:rPr>
        <w:t xml:space="preserve">    2024排查整治工作总结 篇2 </w:t>
      </w:r>
      <w:r>
        <w:rPr>
          <w:lang w:eastAsia="zh-CN"/>
        </w:rPr>
        <w:br/>
      </w:r>
      <w:r>
        <w:rPr>
          <w:lang w:eastAsia="zh-CN"/>
        </w:rPr>
        <w:t>　　从5月份开始，省、市、区连续下发了加强有限空间安全检查整治的通知，根据通知要求，我委迅速对辖区企业进行了摸排，查清了底数、搞清了性质、掌握了安全隐患，具体情况如下：</w:t>
      </w:r>
      <w:r>
        <w:rPr>
          <w:lang w:eastAsia="zh-CN"/>
        </w:rPr>
        <w:br/>
      </w:r>
      <w:r>
        <w:rPr>
          <w:lang w:eastAsia="zh-CN"/>
        </w:rPr>
        <w:t>　　一是全面摸清底数。</w:t>
      </w:r>
      <w:r>
        <w:rPr>
          <w:lang w:eastAsia="zh-CN"/>
        </w:rPr>
        <w:br/>
      </w:r>
      <w:r>
        <w:rPr>
          <w:lang w:eastAsia="zh-CN"/>
        </w:rPr>
        <w:t>　　按照上级下发的通知要求，我委迅速将事故通报转发到企业，要求企业按照时间节点自行上报本企业的有限空间类型、数量、所属名称及易出现的安全隐患。通过企业上报，我委辖区共有19家企业涉及有限空间作业场所，其中地下有限空间95个（分别是污水井、化粪池、消防水池、隔油池、地下室、地下室生活水箱、水泵房），地上有限空间5个（原料成品仓库），密闭半密闭设备21个（分别是锅炉、配料锅、储罐、液氮罐、管道、隔油池）。</w:t>
      </w:r>
      <w:r>
        <w:rPr>
          <w:lang w:eastAsia="zh-CN"/>
        </w:rPr>
        <w:br/>
      </w:r>
      <w:r>
        <w:rPr>
          <w:lang w:eastAsia="zh-CN"/>
        </w:rPr>
        <w:t>　　二是进行专项检查。</w:t>
      </w:r>
      <w:r>
        <w:rPr>
          <w:lang w:eastAsia="zh-CN"/>
        </w:rPr>
        <w:br/>
      </w:r>
      <w:r>
        <w:rPr>
          <w:lang w:eastAsia="zh-CN"/>
        </w:rPr>
        <w:t>　　根据企业上报的有限空间台账，我委安委办组织了有限空间专项检查，主要对企业上报的有限空间数量、类型和易出现的安全隐患进行排查，对存在的风险隐患当面指出并责令企业限期整改。对没有上报有限空间的企业也进行检查，察看其是否有瞒报、漏报、不报等情况。通过专项检查，现已掌握辖区企业有限空间作业场所都属于低风险性质作业场所，绝大部分有限空间场所不需要进行作业，即使作业也是设备作业，不存在人员作业的风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三是加强有限空间作业安全宣传。</w:t>
      </w:r>
      <w:r>
        <w:rPr>
          <w:lang w:eastAsia="zh-CN"/>
        </w:rPr>
        <w:br/>
      </w:r>
      <w:r>
        <w:rPr>
          <w:lang w:eastAsia="zh-CN"/>
        </w:rPr>
        <w:t>　　根据上级下发的事故有限空间事故通报，我委都能及时转发到企业，要求企业组织员工学习，让他们汲取事故教训，严格遵守操作规程，爱惜自己的生命。在检查过程中，教育企业安全负责人在进行有限空间作业时，一定做到“七个不”，即未经风险辨识不作业、未经通风和检测合格不作业、不佩带劳动防护用品不作业、没有监护不作业、电气设备不符合规定不作业、未经审批不作业、未经培训演练不作业，坚决杜绝有限空间作业事故的发生。</w:t>
      </w:r>
      <w:r>
        <w:rPr>
          <w:lang w:eastAsia="zh-CN"/>
        </w:rPr>
        <w:br/>
      </w:r>
      <w:r>
        <w:rPr>
          <w:lang w:eastAsia="zh-CN"/>
        </w:rPr>
        <w:t xml:space="preserve">    2024排查整治工作总结 篇3 </w:t>
      </w:r>
      <w:r>
        <w:rPr>
          <w:lang w:eastAsia="zh-CN"/>
        </w:rPr>
        <w:br/>
      </w:r>
      <w:r>
        <w:rPr>
          <w:lang w:eastAsia="zh-CN"/>
        </w:rPr>
        <w:t>　　为消除校园安全隐患，确保广大师生的生命财产安全，我校设备设施、校舍安全隐患排查组于20__年2月16日对我校所有教育教学设备、设施及学校内所有房屋建筑进行了全面排查。现将排查工作情况总结如下。</w:t>
      </w:r>
      <w:r>
        <w:rPr>
          <w:lang w:eastAsia="zh-CN"/>
        </w:rPr>
        <w:br/>
      </w:r>
      <w:r>
        <w:rPr>
          <w:lang w:eastAsia="zh-CN"/>
        </w:rPr>
        <w:t>　　一、领导重视，拉网检查</w:t>
      </w:r>
      <w:r>
        <w:rPr>
          <w:lang w:eastAsia="zh-CN"/>
        </w:rPr>
        <w:br/>
      </w:r>
      <w:r>
        <w:rPr>
          <w:lang w:eastAsia="zh-CN"/>
        </w:rPr>
        <w:t>　　首先成立检查小组，校长担任组长，带领学校全体班主任进行拉网式检查，每项检查具体细致，高度认识安全的重要性。</w:t>
      </w:r>
      <w:r>
        <w:rPr>
          <w:lang w:eastAsia="zh-CN"/>
        </w:rPr>
        <w:br/>
      </w:r>
      <w:r>
        <w:rPr>
          <w:lang w:eastAsia="zh-CN"/>
        </w:rPr>
        <w:t>　　二、学校内日常设备设施排查情况</w:t>
      </w:r>
      <w:r>
        <w:rPr>
          <w:lang w:eastAsia="zh-CN"/>
        </w:rPr>
        <w:br/>
      </w:r>
      <w:r>
        <w:rPr>
          <w:lang w:eastAsia="zh-CN"/>
        </w:rPr>
        <w:t>　　1、本次排查主要针对我校用电线路、教育教学辅助设备。校园内用电线路严格按照电力部门要求，无乱接乱搭电线现象。在日常教学中能够正常应用。很好的促进了学校日常工作的开展。</w:t>
      </w:r>
      <w:r>
        <w:rPr>
          <w:lang w:eastAsia="zh-CN"/>
        </w:rPr>
        <w:br/>
      </w:r>
      <w:r>
        <w:rPr>
          <w:lang w:eastAsia="zh-CN"/>
        </w:rPr>
        <w:t>　　2、体育用品设施完好。均可正常使用。</w:t>
      </w:r>
      <w:r>
        <w:rPr>
          <w:lang w:eastAsia="zh-CN"/>
        </w:rPr>
        <w:br/>
      </w:r>
      <w:r>
        <w:rPr>
          <w:lang w:eastAsia="zh-CN"/>
        </w:rPr>
        <w:t>　　3、食堂各楼层没有灭火器，需添置。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4、幼儿园幼儿休息室门要保持畅通，门边的床需移开。</w:t>
      </w:r>
      <w:r>
        <w:rPr>
          <w:lang w:eastAsia="zh-CN"/>
        </w:rPr>
        <w:br/>
      </w:r>
      <w:r>
        <w:rPr>
          <w:lang w:eastAsia="zh-CN"/>
        </w:rPr>
        <w:t>　　5、幼儿园楼层没有灭火器，需添置。</w:t>
      </w:r>
      <w:r>
        <w:rPr>
          <w:lang w:eastAsia="zh-CN"/>
        </w:rPr>
        <w:br/>
      </w:r>
      <w:r>
        <w:rPr>
          <w:lang w:eastAsia="zh-CN"/>
        </w:rPr>
        <w:t>　　三、校园卫生处理设施排查情况</w:t>
      </w:r>
      <w:r>
        <w:rPr>
          <w:lang w:eastAsia="zh-CN"/>
        </w:rPr>
        <w:br/>
      </w:r>
      <w:r>
        <w:rPr>
          <w:lang w:eastAsia="zh-CN"/>
        </w:rPr>
        <w:t>　　各班级垃圾处理分工明确、处理及时，有学校统一安排的垃圾处理工具，值日情况良好。</w:t>
      </w:r>
      <w:r>
        <w:rPr>
          <w:lang w:eastAsia="zh-CN"/>
        </w:rPr>
        <w:br/>
      </w:r>
      <w:r>
        <w:rPr>
          <w:lang w:eastAsia="zh-CN"/>
        </w:rPr>
        <w:t>　　四、校舍安全隐患排查</w:t>
      </w:r>
      <w:r>
        <w:rPr>
          <w:lang w:eastAsia="zh-CN"/>
        </w:rPr>
        <w:br/>
      </w:r>
      <w:r>
        <w:rPr>
          <w:lang w:eastAsia="zh-CN"/>
        </w:rPr>
        <w:t>　　由于夏季来临，校舍安全排查，作为本次排查的重中之中，我校对校园内所有房屋建筑进行了检查。</w:t>
      </w:r>
      <w:r>
        <w:rPr>
          <w:lang w:eastAsia="zh-CN"/>
        </w:rPr>
        <w:br/>
      </w:r>
      <w:r>
        <w:rPr>
          <w:lang w:eastAsia="zh-CN"/>
        </w:rPr>
        <w:t>　　1、六年级教室后门，需维修加固。</w:t>
      </w:r>
      <w:r>
        <w:rPr>
          <w:lang w:eastAsia="zh-CN"/>
        </w:rPr>
        <w:br/>
      </w:r>
      <w:r>
        <w:rPr>
          <w:lang w:eastAsia="zh-CN"/>
        </w:rPr>
        <w:t>　　2、男生寝室内（东边）开关损坏，需修理。</w:t>
      </w:r>
      <w:r>
        <w:rPr>
          <w:lang w:eastAsia="zh-CN"/>
        </w:rPr>
        <w:br/>
      </w:r>
      <w:r>
        <w:rPr>
          <w:lang w:eastAsia="zh-CN"/>
        </w:rPr>
        <w:t>　　3、食堂与寝室楼房的接头处漏水，需维修补漏。</w:t>
      </w:r>
      <w:r>
        <w:rPr>
          <w:lang w:eastAsia="zh-CN"/>
        </w:rPr>
        <w:br/>
      </w:r>
      <w:r>
        <w:rPr>
          <w:lang w:eastAsia="zh-CN"/>
        </w:rPr>
        <w:t>　　以上隐患中，我校会在十五个工作日完善。不能完善的请专业人员修理，需添置的设施向上级部门报告。</w:t>
      </w:r>
      <w:r>
        <w:rPr>
          <w:lang w:eastAsia="zh-CN"/>
        </w:rPr>
        <w:br/>
      </w:r>
      <w:r>
        <w:rPr>
          <w:lang w:eastAsia="zh-CN"/>
        </w:rPr>
        <w:t>　　五、提高警惕，警钟常鸣</w:t>
      </w:r>
      <w:r>
        <w:rPr>
          <w:lang w:eastAsia="zh-CN"/>
        </w:rPr>
        <w:br/>
      </w:r>
      <w:r>
        <w:rPr>
          <w:lang w:eastAsia="zh-CN"/>
        </w:rPr>
        <w:t>　　在检查中，强调我校教师要高度重视此项工作，确保师生有安全的工作学习环境；要求负责人定期对校舍安全情况进行自查，并将自查中发现的问题及时报校办并妥善解决。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这次大检查虽然没有发现校舍重大安全隐患，但是通过检查，进一步强化了广大教师的安全责任意识。全校上下要形成人人有责任、事事有人做、时时有监控、天天有督办、月月有检查的良好局面。但是，由于多种因素的影响，我校安全工作形势依然十分严峻，校园周边环境治安整改工作仍有待于进一步完善，今后，我们将定期开展此类安全大检查，保障师生在平安的环境中工作、学习和生活。</w:t>
      </w:r>
      <w:r>
        <w:rPr>
          <w:lang w:eastAsia="zh-CN"/>
        </w:rPr>
        <w:br/>
      </w:r>
      <w:r>
        <w:rPr>
          <w:lang w:eastAsia="zh-CN"/>
        </w:rPr>
        <w:t xml:space="preserve">    2024排查整治工作总结 篇4 </w:t>
      </w:r>
      <w:r>
        <w:rPr>
          <w:lang w:eastAsia="zh-CN"/>
        </w:rPr>
        <w:br/>
      </w:r>
      <w:r>
        <w:rPr>
          <w:lang w:eastAsia="zh-CN"/>
        </w:rPr>
        <w:t>　　为切实做好20__年底和20__年初火灾高发期的隐患排查整治工作，我村严格按照白杜工作站领导的要求，建立组织领导机构，进行了认真的动员和布署，开展了以村为基础的全面摸底排查和乡领导小组组织的重点抽查活动，排查出了火灾隐患重点和难点，并督促落实相应的整治措施，与此同时，我村开展了火灾隐患排查整治工作的宣传教育，不断提高村民的安全意识。</w:t>
      </w:r>
      <w:r>
        <w:rPr>
          <w:lang w:eastAsia="zh-CN"/>
        </w:rPr>
        <w:br/>
      </w:r>
      <w:r>
        <w:rPr>
          <w:lang w:eastAsia="zh-CN"/>
        </w:rPr>
        <w:t>　　一、领导重视，组织机构健全</w:t>
      </w:r>
      <w:r>
        <w:rPr>
          <w:lang w:eastAsia="zh-CN"/>
        </w:rPr>
        <w:br/>
      </w:r>
      <w:r>
        <w:rPr>
          <w:lang w:eastAsia="zh-CN"/>
        </w:rPr>
        <w:t>　　为了保证我村火灾隐患排查整治全面有序地开展，村领导认真研究，成立了以村支书陈孝平为组长，村主任孙长青为副组长，治保主任梁世能、会计王品岳为组员。</w:t>
      </w:r>
      <w:r>
        <w:rPr>
          <w:lang w:eastAsia="zh-CN"/>
        </w:rPr>
        <w:br/>
      </w:r>
      <w:r>
        <w:rPr>
          <w:lang w:eastAsia="zh-CN"/>
        </w:rPr>
        <w:t>　　二、制定了方案，并认真加以落实</w:t>
      </w:r>
      <w:r>
        <w:rPr>
          <w:lang w:eastAsia="zh-CN"/>
        </w:rPr>
        <w:br/>
      </w:r>
      <w:r>
        <w:rPr>
          <w:lang w:eastAsia="zh-CN"/>
        </w:rPr>
        <w:t>　　根据白杜工作站的排查整治方案结合我村实际，认真拟定了整治方案，并按照方案的要求，由村领导小组成员对全村住房进行认真的摸底、排查，重点放在农村危房、明显危险地段、外来人员出租房等人员密集场所；老旧房屋；老旧电线；仓储场所以及劳动密集型的企业和小作坊、小工厂等。消防（消防栓）是否安装，是否能够使用。要求检查当场签字，有书面资料，排查仔细，台账清楚，做到及时整改。</w:t>
      </w:r>
      <w:r>
        <w:rPr>
          <w:lang w:eastAsia="zh-CN"/>
        </w:rPr>
        <w:br/>
      </w:r>
      <w:r>
        <w:rPr>
          <w:lang w:eastAsia="zh-CN"/>
        </w:rPr>
        <w:t>　　三、针对排查出的问题，认真研究整治方案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经过排查，虽然我村的绝大部分群众都有一定的消防意识和火灾防范知识，但很有限，以上所排查出的各种隐患也充分说明了这一点，对排查出的问题大多数很快采取相应措施进行了整改，但有的问题解决起来较难，如村民老、旧房屋中的用电线路，有部分村民的房屋存在线路陈旧、易发火灾的问题，而这些村民经济能力有限，又不愿单独更换电线；需要相关领导和部门共同努力才能实现彻底整改达到整治效果。</w:t>
      </w:r>
      <w:r>
        <w:rPr>
          <w:lang w:eastAsia="zh-CN"/>
        </w:rPr>
        <w:br/>
      </w:r>
      <w:r>
        <w:rPr>
          <w:lang w:eastAsia="zh-CN"/>
        </w:rPr>
        <w:t>　　四、排查出的火灾隐患重点</w:t>
      </w:r>
      <w:r>
        <w:rPr>
          <w:lang w:eastAsia="zh-CN"/>
        </w:rPr>
        <w:br/>
      </w:r>
      <w:r>
        <w:rPr>
          <w:lang w:eastAsia="zh-CN"/>
        </w:rPr>
        <w:t>　　1。半亭自然村部分民房存在电线老化现象，</w:t>
      </w:r>
      <w:r>
        <w:rPr>
          <w:lang w:eastAsia="zh-CN"/>
        </w:rPr>
        <w:br/>
      </w:r>
      <w:r>
        <w:rPr>
          <w:lang w:eastAsia="zh-CN"/>
        </w:rPr>
        <w:t>　　2。里岙自然村部分民房存在电线老化，漏水现象</w:t>
      </w:r>
      <w:r>
        <w:rPr>
          <w:lang w:eastAsia="zh-CN"/>
        </w:rPr>
        <w:br/>
      </w:r>
      <w:r>
        <w:rPr>
          <w:lang w:eastAsia="zh-CN"/>
        </w:rPr>
        <w:t>　　3。水塔地自然村部分民房存在电线老化现象，</w:t>
      </w:r>
      <w:r>
        <w:rPr>
          <w:lang w:eastAsia="zh-CN"/>
        </w:rPr>
        <w:br/>
      </w:r>
      <w:r>
        <w:rPr>
          <w:lang w:eastAsia="zh-CN"/>
        </w:rPr>
        <w:t>　　五、今后消防工作努力的方向</w:t>
      </w:r>
      <w:r>
        <w:rPr>
          <w:lang w:eastAsia="zh-CN"/>
        </w:rPr>
        <w:br/>
      </w:r>
      <w:r>
        <w:rPr>
          <w:lang w:eastAsia="zh-CN"/>
        </w:rPr>
        <w:t>　　我村将在今后的消防工作中，继续认真落实各项消防安全措施，加大宣传教育力度，经常进行检查督促，特别是火灾高发期组织力量不间断地对重点安全隐患地点进行整废，力争不发生消防安全事故。</w:t>
      </w:r>
      <w:r>
        <w:rPr>
          <w:lang w:eastAsia="zh-CN"/>
        </w:rPr>
        <w:br/>
      </w:r>
      <w:r>
        <w:rPr>
          <w:lang w:eastAsia="zh-CN"/>
        </w:rPr>
        <w:t xml:space="preserve">    2024排查整治工作总结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实施中小学校舍安全工程是党中央、国务院的重大战略部署，是全面提升中小学校舍安全水平的重大举措。它直接关系到广大师生的生命安全，关系到社会和谐稳定。一年来，在上级教育主管部门的悉心指导下，在县委、政府的坚强领导下，我县各相关部门统筹协调，通力协作，扎实做好了各项工程建设我们将以高度负责的态度，按照自治区文件精神和本次会议要求，突出校舍安全这个中心，狠抓工程质量这个关键，高起点谋划，高标准建设，确保按自治区要求完成各项工作任务。</w:t>
      </w:r>
      <w:r>
        <w:rPr>
          <w:lang w:eastAsia="zh-CN"/>
        </w:rPr>
        <w:br/>
      </w:r>
      <w:r>
        <w:rPr>
          <w:lang w:eastAsia="zh-CN"/>
        </w:rPr>
        <w:t>　　一、强化组织领导，落实目标责任。一是建立领导成员联系项目点工作制度，制定项目分解计划，明确职责分工。二是层层签订目标责任书，明确目标责任，做到层层抓、级级管，确保工程有力、有序实施。三是加强校安办工作人员的业务学习，使他们成为行家里手。同时聘请建设工程管理专业人员，教育、发改、财政、建设及各有关单位进一步明确责任，密切配合，齐抓共管。</w:t>
      </w:r>
      <w:r>
        <w:rPr>
          <w:lang w:eastAsia="zh-CN"/>
        </w:rPr>
        <w:br/>
      </w:r>
      <w:r>
        <w:rPr>
          <w:lang w:eastAsia="zh-CN"/>
        </w:rPr>
        <w:t>　　二、严格按程序审批、按要求设计、按标准施工。严格按照校舍安全项目的相关规定做好报批、设计、勘察、施工、验收等工作，把校安工程建设成为最安全、家长最放心的工程。施工中，要确保质量安全这个关键，不折不扣地按照国家有关抗震设防标准和中小学建设标准，保证工程实施的专业水准，及早排除各种隐患，做到在技术上不放宽标准，工作上不放松要求，质量上确保达标。加强过程性监督管理，严格实行法人负责制、招投标制、工程监理制、合同管理制和建设项目终身责任制。严格建设程序,做到事前有规范、事中有监督、事后有检查、完工有管护，确保每一项工程经得住灾害的考验、经得起时间和历史的检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强化项目管理，确保工程安全。一是确保施工安全。要按照工程建设的相关安全要求，加强施工安全管理；二是确保师生人身安全。切实落实好项目学校《学生周转安置方案》和《施工安全保障方案》，按照要求尽快完成各项前期准备工作，为实施好项目建设夯实基础；三是确保资金安全。要加强工程资金管理，严格资金拨付程序，确保专项资金安全做到专款专用，不留缺口，确保及时到位。开启绿色通道，根据区市两级人民政府关于减免工程相关费用的通知精神，认真落实各项优惠政策，充分发挥资金的最大使用效益。</w:t>
      </w:r>
      <w:r>
        <w:rPr>
          <w:lang w:eastAsia="zh-CN"/>
        </w:rPr>
        <w:br/>
      </w:r>
      <w:r>
        <w:rPr>
          <w:lang w:eastAsia="zh-CN"/>
        </w:rPr>
        <w:t>　　四、强化全局意识，确保工程顺利实施。一是在项目运行中树立全局意识，真正做到解决最危险、最急需的问题，把工程实施与中小学校布局调整，与解决我市企业移交学校基础设施差、城市区学校大班额等问题有机结合。二是要加强与自治区校安办的沟通与联系，按照要求做好信息报送和相关工作，力争把每一项工作做在前，做到位，抓实抓细抓好。三是完善工程档案。要严格按照区校安办的要求，认真做好各项工程档案资料的收集、整理、归档等工作。四是强化工程宣传，营造良好氛围。我们将继续通过媒体等形式大力宣传校安工程，使党和政府的惠民政策暖民心，顺民意，努力形成全社会共同关注、人人关心校安工程建设的良好氛围。</w:t>
      </w:r>
      <w:r>
        <w:rPr>
          <w:lang w:eastAsia="zh-CN"/>
        </w:rPr>
        <w:br/>
      </w:r>
      <w:r>
        <w:rPr>
          <w:lang w:eastAsia="zh-CN"/>
        </w:rPr>
        <w:t xml:space="preserve">    2024排查整治工作总结 篇6 </w:t>
      </w:r>
      <w:r>
        <w:rPr>
          <w:lang w:eastAsia="zh-CN"/>
        </w:rPr>
        <w:br/>
      </w:r>
      <w:r>
        <w:rPr>
          <w:lang w:eastAsia="zh-CN"/>
        </w:rPr>
        <w:t>　　为贯彻落实省行的有关文件精神和总分行的总体部署，进一步提高员工的消防安全意识和防火意识，提升防灾减灾能力，确保我行全年安全生产无事故。我行按照总分行的通知要求，开展防火宣传教育活动。现将活动开展情况作如下汇报：</w:t>
      </w:r>
      <w:r>
        <w:rPr>
          <w:lang w:eastAsia="zh-CN"/>
        </w:rPr>
        <w:br/>
      </w:r>
      <w:r>
        <w:rPr>
          <w:lang w:eastAsia="zh-CN"/>
        </w:rPr>
        <w:t>　　一、加强组织领导，落实防火责任。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为进一步做好我行对外宣传活动工作，我行成立了由分管安全的领导任组长，各科室负责人为成员的防火宣传教育领导小组。明确了责任，落实了任务。</w:t>
      </w:r>
      <w:r>
        <w:rPr>
          <w:lang w:eastAsia="zh-CN"/>
        </w:rPr>
        <w:br/>
      </w:r>
      <w:r>
        <w:rPr>
          <w:lang w:eastAsia="zh-CN"/>
        </w:rPr>
        <w:t>　　二、加强宣传培训，提高防火意识。</w:t>
      </w:r>
      <w:r>
        <w:rPr>
          <w:lang w:eastAsia="zh-CN"/>
        </w:rPr>
        <w:br/>
      </w:r>
      <w:r>
        <w:rPr>
          <w:lang w:eastAsia="zh-CN"/>
        </w:rPr>
        <w:t>　　为了提高全体员工的防火意识和防范能力，确保我行防火工作的有序开展，我行在开展防火宣传培训工作中，采取了以下措施：</w:t>
      </w:r>
      <w:r>
        <w:rPr>
          <w:lang w:eastAsia="zh-CN"/>
        </w:rPr>
        <w:br/>
      </w:r>
      <w:r>
        <w:rPr>
          <w:lang w:eastAsia="zh-CN"/>
        </w:rPr>
        <w:t>　　1、加强对各科室的培训学习，组织全行员工学习《消防法》《消防安全知识调查》、《突发火灾的应急处置预案》等法律法规，进一步加强员工的防火意识和自己防火能力。</w:t>
      </w:r>
      <w:r>
        <w:rPr>
          <w:lang w:eastAsia="zh-CN"/>
        </w:rPr>
        <w:br/>
      </w:r>
      <w:r>
        <w:rPr>
          <w:lang w:eastAsia="zh-CN"/>
        </w:rPr>
        <w:t>　　2、利用网络、宣传橱窗、宣传画等形式，开展防火宣传，提高防火宣传的效果。</w:t>
      </w:r>
      <w:r>
        <w:rPr>
          <w:lang w:eastAsia="zh-CN"/>
        </w:rPr>
        <w:br/>
      </w:r>
      <w:r>
        <w:rPr>
          <w:lang w:eastAsia="zh-CN"/>
        </w:rPr>
        <w:t>　　3、加强对科室网点的宣传，组织全行员工学习《安全知识调查》、《突发事件的应急处置预案》等法律法规。</w:t>
      </w:r>
      <w:r>
        <w:rPr>
          <w:lang w:eastAsia="zh-CN"/>
        </w:rPr>
        <w:br/>
      </w:r>
      <w:r>
        <w:rPr>
          <w:lang w:eastAsia="zh-CN"/>
        </w:rPr>
        <w:t>　　4、结合我行的实际情况，制定“防火宣传教育月”活动方案，并落实责任，确保活动顺利开展。</w:t>
      </w:r>
      <w:r>
        <w:rPr>
          <w:lang w:eastAsia="zh-CN"/>
        </w:rPr>
        <w:br/>
      </w:r>
      <w:r>
        <w:rPr>
          <w:lang w:eastAsia="zh-CN"/>
        </w:rPr>
        <w:t>　　三、落实防火宣传任务。</w:t>
      </w:r>
      <w:r>
        <w:rPr>
          <w:lang w:eastAsia="zh-CN"/>
        </w:rPr>
        <w:br/>
      </w:r>
      <w:r>
        <w:rPr>
          <w:lang w:eastAsia="zh-CN"/>
        </w:rPr>
        <w:t>　　通过宣传活动，使全员牢固树立“以人为本、安全第一”的思想，增强防火意识，提高防火意识，掌握防火基本技能，提高自己防护能力，避免和减少火灾事故的发生。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的来讲，防火宣传教育工作取得了一定的.成效，但是，我行消防宣传教育工作的力度、效果仍不够明显，今后我行将继续加强防火宣传力度，积极采取有效措施，切实防范各类火灾事故的发生，为我行的全年安全生产工作营造一个良好的氛围。</w:t>
      </w:r>
      <w:r>
        <w:rPr>
          <w:lang w:eastAsia="zh-CN"/>
        </w:rPr>
        <w:br/>
      </w:r>
      <w:r>
        <w:rPr>
          <w:lang w:eastAsia="zh-CN"/>
        </w:rPr>
        <w:t xml:space="preserve">    2024排查整治工作总结 篇7 </w:t>
      </w:r>
      <w:r>
        <w:rPr>
          <w:lang w:eastAsia="zh-CN"/>
        </w:rPr>
        <w:br/>
      </w:r>
      <w:r>
        <w:rPr>
          <w:lang w:eastAsia="zh-CN"/>
        </w:rPr>
        <w:t>　　为认真贯彻“安全第一、预防为主”的方针，认真查找安全生产上存在的隐患和题，作好安全防措施和危险点控制工作，切实加强现场的安全管理，确保安全目标的顺利完成，运维检修部变电专业认真开展了电力安全生产大检查活动。深入贯彻《关于开展东北区域防范电力生产、建设施工人身伤亡事故专项行动的通知》中对于“安全生产管理、规范现场作业、设备设施安全、人员防火避险”的要求，认真查找安全生产上存在的隐患和问题，不走过场、不留死角。坚持“边检查、边整改”的原则，一时没有条件解决的题，制定了整改计划和防控制措施，明确责任，落实到人，限期解决。对发现的重大安全隐患立即进行了整改。现将检查工作情况总结：</w:t>
      </w:r>
      <w:r>
        <w:rPr>
          <w:lang w:eastAsia="zh-CN"/>
        </w:rPr>
        <w:br/>
      </w:r>
      <w:r>
        <w:rPr>
          <w:lang w:eastAsia="zh-CN"/>
        </w:rPr>
        <w:t>　　一. 结合班组人员情况，成立检查小组</w:t>
      </w:r>
      <w:r>
        <w:rPr>
          <w:lang w:eastAsia="zh-CN"/>
        </w:rPr>
        <w:br/>
      </w:r>
      <w:r>
        <w:rPr>
          <w:lang w:eastAsia="zh-CN"/>
        </w:rPr>
        <w:t>　　运维检修部变电专业成立了以专业主要负责人为首，安全员、班组成员的自查小组，结合电力安全大检查的特点和班组的实际工作情况制订班组电力安全大检查内容，全员参与，责任到人。为统一职工思想，把“安评”工作同日常工作有机的结合起来，不断夯实安全基础，积极发动每一名成员，利用早会时间宣传、贯彻电力安全生产大检查的重要意义和目的和以及注意事项，工作人员的职责和要求等，为此次电力安全生产大检查打下良好的基础。</w:t>
      </w:r>
      <w:r>
        <w:rPr>
          <w:lang w:eastAsia="zh-CN"/>
        </w:rPr>
        <w:br/>
      </w:r>
      <w:r>
        <w:rPr>
          <w:lang w:eastAsia="zh-CN"/>
        </w:rPr>
        <w:t>　　二、 结合实际，认真自查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班组在公司的领导下，组织全体班员补充完善了班组安全管理的制度、措施，按照检查内容，对照检查和评价，以标准、规范等有关规程为依据，结合实际情况进分析，找出工作中存在的隐患和薄弱环节，对存在的的问题逐项逐条作好记录，真实暴露了实际存在的问题，并坚持边检查边整改的做法。</w:t>
      </w:r>
      <w:r>
        <w:rPr>
          <w:lang w:eastAsia="zh-CN"/>
        </w:rPr>
        <w:br/>
      </w:r>
      <w:r>
        <w:rPr>
          <w:lang w:eastAsia="zh-CN"/>
        </w:rPr>
        <w:t>　　三、所做的主要工作：</w:t>
      </w:r>
      <w:r>
        <w:rPr>
          <w:lang w:eastAsia="zh-CN"/>
        </w:rPr>
        <w:br/>
      </w:r>
      <w:r>
        <w:rPr>
          <w:lang w:eastAsia="zh-CN"/>
        </w:rPr>
        <w:t>　　1、组织学习、深化安全生产规章制度。运维检修部定期组织开展学习有关电力生产的各项规章制度，使运维检修部全体员工对各项规章制度和岗位职责时时刻刻铭记于心，同时增强运维检修部干部职工对安全工作的积极性和责任感。</w:t>
      </w:r>
      <w:r>
        <w:rPr>
          <w:lang w:eastAsia="zh-CN"/>
        </w:rPr>
        <w:br/>
      </w:r>
      <w:r>
        <w:rPr>
          <w:lang w:eastAsia="zh-CN"/>
        </w:rPr>
        <w:t>　　2、严格执行安全会议制度和检查制度。运维检修部变电专业一直本着求真务实，扎实深入的工作态度，做到有组织、有计划、有布置、有检查、有整改措施，结合安全性评价手册的要求，坚持“自查自改”、“边查边改”、“严查严改”的原则，我所结合《安全生产工作规定》全面开展以“查思想、查领导、查管理、查规章制度、查隐患”为主要内容的五查活动。与此同时，严格执行每周一的“周安全例会”和安全监察部的例会制度重点检查上周安排的安全、质量、进度和存在问题的落实情况，安排布置下周的安全、质量、进度工作。此项工作的长期坚持，有力的保证了运维检修部变电专业运维站安全工作的隐步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严格执行安全生产事故隐患排查整改制度，及时消除事故隐患。我公司坚持每月末开展一次安全大检查的活动，对本月安全情况及隐患进行排查，安全检查按“七关”要求进行检查，对管理制度、管理思想、安全设施、安全防护、机械设备、劳动防护用品使用、持证上岗、事故处理等方面进行检查，不留死角。对发现的隐患及时与有关部门联系整改，截止本月隐患整改率达100%。有力地推动了安全工作的全面开展，为公司安全生产的稳定发展提供了良好的现场环境。</w:t>
      </w:r>
      <w:r>
        <w:rPr>
          <w:lang w:eastAsia="zh-CN"/>
        </w:rPr>
        <w:br/>
      </w:r>
      <w:r>
        <w:rPr>
          <w:lang w:eastAsia="zh-CN"/>
        </w:rPr>
        <w:t>　　4、落实“雨季防汛”工作措施，做好“雨季防汛”工作。按照兴安供电公司关于开展“雨季防汛”工作的通知要求，运维检修部成立了“雨季防汛”工作领导小组，在所辖范围内以生产、生活及办公区域内开展对排水沟渠的清理，对防洪排水，防雷接地等工作进行了全面检查维护，并加强对天气预报的关注，为“防洪渡夏”提供了保障。</w:t>
      </w:r>
      <w:r>
        <w:rPr>
          <w:lang w:eastAsia="zh-CN"/>
        </w:rPr>
        <w:br/>
      </w:r>
      <w:r>
        <w:rPr>
          <w:lang w:eastAsia="zh-CN"/>
        </w:rPr>
        <w:t>　　5、认真组织开展“百日安全生产”和“安全生产月”活动。为使活动开展得扎实有效，运维检修部成立了以主要领导为组长，运维站负责和运维站值班员为成员的活动小组，加强对活动的组织领导，对开展活动内容做出了详细安排和周密部署。</w:t>
      </w:r>
      <w:r>
        <w:rPr>
          <w:lang w:eastAsia="zh-CN"/>
        </w:rPr>
        <w:br/>
      </w:r>
      <w:r>
        <w:rPr>
          <w:lang w:eastAsia="zh-CN"/>
        </w:rPr>
        <w:t>　　四、 整改情况：</w:t>
      </w:r>
      <w:r>
        <w:rPr>
          <w:lang w:eastAsia="zh-CN"/>
        </w:rPr>
        <w:br/>
      </w:r>
      <w:r>
        <w:rPr>
          <w:lang w:eastAsia="zh-CN"/>
        </w:rPr>
        <w:t>　　结合电力安全生产大检查的要求，班组结合日常工作，边查评，边整改，完成工作如下：</w:t>
      </w:r>
      <w:r>
        <w:rPr>
          <w:lang w:eastAsia="zh-CN"/>
        </w:rPr>
        <w:br/>
      </w:r>
      <w:r>
        <w:rPr>
          <w:lang w:eastAsia="zh-CN"/>
        </w:rPr>
        <w:t>　　1、认真分析发现的问题，明确了责任人员，制定了相应的整改措施和计划。</w:t>
      </w:r>
      <w:r>
        <w:rPr>
          <w:lang w:eastAsia="zh-CN"/>
        </w:rPr>
        <w:br/>
      </w:r>
      <w:r>
        <w:rPr>
          <w:lang w:eastAsia="zh-CN"/>
        </w:rPr>
        <w:t>　　2、加强了对各级安全职责的学习，督促职工在工作中加强互相监督力度，相互关心工作安全。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3、进一步提高安全活动的质量，结合日常工作有针对性的开展多样化的安全知识学习活动。积极引导职工参与讨论学习，按照有关要求完善安全记录。</w:t>
      </w:r>
      <w:r>
        <w:rPr>
          <w:lang w:eastAsia="zh-CN"/>
        </w:rPr>
        <w:br/>
      </w:r>
      <w:r>
        <w:rPr>
          <w:lang w:eastAsia="zh-CN"/>
        </w:rPr>
        <w:t>　　4、已完善班组内部考核办法，加大了对习惯性违章考核的力度。</w:t>
      </w:r>
      <w:r>
        <w:rPr>
          <w:lang w:eastAsia="zh-CN"/>
        </w:rPr>
        <w:br/>
      </w:r>
      <w:r>
        <w:rPr>
          <w:lang w:eastAsia="zh-CN"/>
        </w:rPr>
        <w:t>　　5、落实制度，按时召开班后会，分析总结当天的工作情况。 经过切实认真逐项自查评价，按计划及时进行全面整改，揭示各种隐患，全面了解班组的安全状况，深化了安全管理的系统化、规范化，改变过去不出事就是安全的观念，要变为超前预测，掌握控制的发展趋势，提高班组安全管理水平。通过此项工作消除安全隐患，我们将严格遵循电力生产的基本规律，认认真真的按照上级有关部门的要求，努力工作，为实现运维检修部今年的安全目标打下良好坚实的基础。篇三：公司防火用电安全检查总结</w:t>
      </w:r>
      <w:r>
        <w:rPr>
          <w:lang w:eastAsia="zh-CN"/>
        </w:rPr>
        <w:br/>
      </w:r>
      <w:r>
        <w:rPr>
          <w:lang w:eastAsia="zh-CN"/>
        </w:rPr>
        <w:t xml:space="preserve">    2024排查整治工作总结 篇8 </w:t>
      </w:r>
      <w:r>
        <w:rPr>
          <w:lang w:eastAsia="zh-CN"/>
        </w:rPr>
        <w:br/>
      </w:r>
      <w:r>
        <w:rPr>
          <w:lang w:eastAsia="zh-CN"/>
        </w:rPr>
        <w:t>　　县教育局：</w:t>
      </w:r>
      <w:r>
        <w:rPr>
          <w:lang w:eastAsia="zh-CN"/>
        </w:rPr>
        <w:br/>
      </w:r>
      <w:r>
        <w:rPr>
          <w:lang w:eastAsia="zh-CN"/>
        </w:rPr>
        <w:t>　　学校安全问题一直是我校最为关注和重视的工作之一,也是工作的首要任务、面临当前学校安全教育不容乐观的形式下,在上级领导的指导下,结合我校安全工作的实际情况,坚持以“隐患险于明火,防范重于泰山”为指针,齐抓共管,营造气氛,按通知要求我校于20__年11月4日和5日分两次对校园安全情况进行了拉网式认真排查，现将自查及整改情况汇报如下:</w:t>
      </w:r>
      <w:r>
        <w:rPr>
          <w:lang w:eastAsia="zh-CN"/>
        </w:rPr>
        <w:br/>
      </w:r>
      <w:r>
        <w:rPr>
          <w:lang w:eastAsia="zh-CN"/>
        </w:rPr>
        <w:t>　　一、召开安全工作会议，强化全员安全意识。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校根据局安全办电话通知及包乡干部会议精神，结合学校实际于11月5日晚召开了安全工作专题会议。校长从“把安全意识提到第一的高度”、“把过程管理做到极致的程度”、“汲取11、3周中校园意外事故惨痛教训”和学习贾局长《致全县中小学校长的一封信》三个方面，谈了如何强化意识，加强细节管理，重视检查反思。会议分析了当前学校安全管理的形势，提出了今后管理的重点和措施。</w:t>
      </w:r>
      <w:r>
        <w:rPr>
          <w:lang w:eastAsia="zh-CN"/>
        </w:rPr>
        <w:br/>
      </w:r>
      <w:r>
        <w:rPr>
          <w:lang w:eastAsia="zh-CN"/>
        </w:rPr>
        <w:t>　　二、组织专题交流研讨，落实安全管理措施。</w:t>
      </w:r>
      <w:r>
        <w:rPr>
          <w:lang w:eastAsia="zh-CN"/>
        </w:rPr>
        <w:br/>
      </w:r>
      <w:r>
        <w:rPr>
          <w:lang w:eastAsia="zh-CN"/>
        </w:rPr>
        <w:t>　　学校组织中层以上干部于11月5日早上召开专题研讨会，会议围绕11月4日张股长和乡杨书记一行校内安全排查找出来的安全隐患进行了深入的讨论，逐条分析研究，提出了整改意见，落实了相关的责任人。</w:t>
      </w:r>
      <w:r>
        <w:rPr>
          <w:lang w:eastAsia="zh-CN"/>
        </w:rPr>
        <w:br/>
      </w:r>
      <w:r>
        <w:rPr>
          <w:lang w:eastAsia="zh-CN"/>
        </w:rPr>
        <w:t>　　三、建立项目管理机制，提高安全管理实效。</w:t>
      </w:r>
      <w:r>
        <w:rPr>
          <w:lang w:eastAsia="zh-CN"/>
        </w:rPr>
        <w:br/>
      </w:r>
      <w:r>
        <w:rPr>
          <w:lang w:eastAsia="zh-CN"/>
        </w:rPr>
        <w:t>　　校委会议决定，学校的安全管理将引进“目标责任制管理”的先进经验，强化科学管理、细节管理。根据学校安全实际内容确定了三个项责任组，一是“教育教学和交通安全”，二是“基础设施，三是“食品安全”，分别由校长校长负总责，副校长、总务主任及生活主任具体负责。同时细化责任分工，确保安全工作落到实处。</w:t>
      </w:r>
      <w:r>
        <w:rPr>
          <w:lang w:eastAsia="zh-CN"/>
        </w:rPr>
        <w:br/>
      </w:r>
      <w:r>
        <w:rPr>
          <w:lang w:eastAsia="zh-CN"/>
        </w:rPr>
        <w:t>　　四、存在的问题</w:t>
      </w:r>
      <w:r>
        <w:rPr>
          <w:lang w:eastAsia="zh-CN"/>
        </w:rPr>
        <w:br/>
      </w:r>
      <w:r>
        <w:rPr>
          <w:lang w:eastAsia="zh-CN"/>
        </w:rPr>
        <w:t>　　1、学校后山有滑坡滚石隐患学校依山而建，康南是泥石流滑坡高发区，后山原本植被很好，近年当地百姓开荒种地严重破坏植被，雨季随时有滑坡泥石流危险。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2、学校围墙年久失修，有倒塌危险我校的后山围墙建于上世纪90年代，常年风吹日晒砖已分化，毫无结实可言，一旦有地震或大雨随时有倒塌危险。</w:t>
      </w:r>
      <w:r>
        <w:rPr>
          <w:lang w:eastAsia="zh-CN"/>
        </w:rPr>
        <w:br/>
      </w:r>
      <w:r>
        <w:rPr>
          <w:lang w:eastAsia="zh-CN"/>
        </w:rPr>
        <w:t>　　3、目前学校有D级危房18间学校用房十分紧张，为确保师生安全，全部停用18间砖木结构房屋，在校外为教师租房。</w:t>
      </w:r>
      <w:r>
        <w:rPr>
          <w:lang w:eastAsia="zh-CN"/>
        </w:rPr>
        <w:br/>
      </w:r>
      <w:r>
        <w:rPr>
          <w:lang w:eastAsia="zh-CN"/>
        </w:rPr>
        <w:t>　　4、学校紧邻公路安全隐患大我校校门紧邻康阳路，校门口又恰好处于弯道上，学生上下学安全隐患极大。</w:t>
      </w:r>
      <w:r>
        <w:rPr>
          <w:lang w:eastAsia="zh-CN"/>
        </w:rPr>
        <w:br/>
      </w:r>
      <w:r>
        <w:rPr>
          <w:lang w:eastAsia="zh-CN"/>
        </w:rPr>
        <w:t>　　5、新楼教师宿舍门前有乱堆乱放现象，有安全隐患这次安全排查发现校内新楼刚入住的老师有在楼道乱堆乱放现象，也有在楼侧阳台上放花盆现象，存在极大安全隐患。</w:t>
      </w:r>
      <w:r>
        <w:rPr>
          <w:lang w:eastAsia="zh-CN"/>
        </w:rPr>
        <w:br/>
      </w:r>
      <w:r>
        <w:rPr>
          <w:lang w:eastAsia="zh-CN"/>
        </w:rPr>
        <w:t>　　6、教室及宿舍日光灯太低，尤其是宿舍上床学生很容易接触电线和灯管，个别教室插板破损，有隐患。</w:t>
      </w:r>
      <w:r>
        <w:rPr>
          <w:lang w:eastAsia="zh-CN"/>
        </w:rPr>
        <w:br/>
      </w:r>
      <w:r>
        <w:rPr>
          <w:lang w:eastAsia="zh-CN"/>
        </w:rPr>
        <w:t>　　7、新楼灭火器安装太低，旧楼教室无护窗，小孩子易接触，有隐患。</w:t>
      </w:r>
      <w:r>
        <w:rPr>
          <w:lang w:eastAsia="zh-CN"/>
        </w:rPr>
        <w:br/>
      </w:r>
      <w:r>
        <w:rPr>
          <w:lang w:eastAsia="zh-CN"/>
        </w:rPr>
        <w:t>　　8、校内教师个人杂物堆放太乱，影响校园环境，危及学生安全。</w:t>
      </w:r>
      <w:r>
        <w:rPr>
          <w:lang w:eastAsia="zh-CN"/>
        </w:rPr>
        <w:br/>
      </w:r>
      <w:r>
        <w:rPr>
          <w:lang w:eastAsia="zh-CN"/>
        </w:rPr>
        <w:t>　　9、学生宿舍太拥挤不利于学生疏散。</w:t>
      </w:r>
      <w:r>
        <w:rPr>
          <w:lang w:eastAsia="zh-CN"/>
        </w:rPr>
        <w:br/>
      </w:r>
      <w:r>
        <w:rPr>
          <w:lang w:eastAsia="zh-CN"/>
        </w:rPr>
        <w:t>　　10、原有三层旧楼正面为瓷砖屋面，现已开始脱落，有隐患。枫岭小学校门口农户的电线太低，又年久未更换。</w:t>
      </w:r>
      <w:r>
        <w:rPr>
          <w:lang w:eastAsia="zh-CN"/>
        </w:rPr>
        <w:br/>
      </w:r>
      <w:r>
        <w:rPr>
          <w:lang w:eastAsia="zh-CN"/>
        </w:rPr>
        <w:t>　　11、学生回家路途远，很多乘摩托车和私家车有隐患。</w:t>
      </w:r>
      <w:r>
        <w:rPr>
          <w:lang w:eastAsia="zh-CN"/>
        </w:rPr>
        <w:br/>
      </w:r>
      <w:r>
        <w:rPr>
          <w:lang w:eastAsia="zh-CN"/>
        </w:rPr>
        <w:t>　　12、校外住宿点分散，条件总体较差，冬季取暖和孩子街道、楼顶打闹有隐患。</w:t>
      </w:r>
      <w:r>
        <w:rPr>
          <w:lang w:eastAsia="zh-CN"/>
        </w:rPr>
        <w:br/>
      </w:r>
      <w:r>
        <w:rPr>
          <w:lang w:eastAsia="zh-CN"/>
        </w:rPr>
        <w:t>　　五、整改措施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1、继续分层上报我校安全隐患状况，争取得到当地政府和主管部门支持，争取项目解决我校泥石流威胁和危房现状。</w:t>
      </w:r>
      <w:r>
        <w:rPr>
          <w:lang w:eastAsia="zh-CN"/>
        </w:rPr>
        <w:br/>
      </w:r>
      <w:r>
        <w:rPr>
          <w:lang w:eastAsia="zh-CN"/>
        </w:rPr>
        <w:t>　　2、继续争取交通部门支持早日安装减速带，同时加强校门口路队护送及学生上下学路队制。</w:t>
      </w:r>
      <w:r>
        <w:rPr>
          <w:lang w:eastAsia="zh-CN"/>
        </w:rPr>
        <w:br/>
      </w:r>
      <w:r>
        <w:rPr>
          <w:lang w:eastAsia="zh-CN"/>
        </w:rPr>
        <w:t>　　3、全面规范学校校园环境管理，严格楼道及房屋管理，清理私人物品随意摆放现象。</w:t>
      </w:r>
      <w:r>
        <w:rPr>
          <w:lang w:eastAsia="zh-CN"/>
        </w:rPr>
        <w:br/>
      </w:r>
      <w:r>
        <w:rPr>
          <w:lang w:eastAsia="zh-CN"/>
        </w:rPr>
        <w:t>　　4、全面检修校园电路，更换不安全电器设施。</w:t>
      </w:r>
      <w:r>
        <w:rPr>
          <w:lang w:eastAsia="zh-CN"/>
        </w:rPr>
        <w:br/>
      </w:r>
      <w:r>
        <w:rPr>
          <w:lang w:eastAsia="zh-CN"/>
        </w:rPr>
        <w:t>　　5、强化学生安全教育，落实教师陪低年级学生打扫卫生制度，避免学生私自擦窗户或靠窗户玩耍，有条件时为教室后面的窗户安装护窗。</w:t>
      </w:r>
      <w:r>
        <w:rPr>
          <w:lang w:eastAsia="zh-CN"/>
        </w:rPr>
        <w:br/>
      </w:r>
      <w:r>
        <w:rPr>
          <w:lang w:eastAsia="zh-CN"/>
        </w:rPr>
        <w:t>　　6、开好家长会，加强对家长的教育，并和家长再签责任书，明确责任。</w:t>
      </w:r>
      <w:r>
        <w:rPr>
          <w:lang w:eastAsia="zh-CN"/>
        </w:rPr>
        <w:br/>
      </w:r>
      <w:r>
        <w:rPr>
          <w:lang w:eastAsia="zh-CN"/>
        </w:rPr>
        <w:t>　　7、请乡政府协调解决枫岭校门口电线事宜。</w:t>
      </w:r>
      <w:r>
        <w:rPr>
          <w:lang w:eastAsia="zh-CN"/>
        </w:rPr>
        <w:br/>
      </w:r>
      <w:r>
        <w:rPr>
          <w:lang w:eastAsia="zh-CN"/>
        </w:rPr>
        <w:t>　　8、利用一周时间分片对校外住宿点进行安全巡讲，重点抓好学生校外攀爬打闹教育和家长的监管教育，以及冬季取暖用电安全教育。</w:t>
      </w:r>
      <w:r>
        <w:rPr>
          <w:lang w:eastAsia="zh-CN"/>
        </w:rPr>
        <w:br/>
      </w:r>
      <w:r>
        <w:rPr>
          <w:lang w:eastAsia="zh-CN"/>
        </w:rPr>
        <w:t>　　9、学校建立了教师24小时轮流值班制度，学校采用封闭式管理，外来人员登记准入制度、领导教师值周制度等;确保了学生在上课期间无外来因素干扰。</w:t>
      </w:r>
      <w:r>
        <w:rPr>
          <w:lang w:eastAsia="zh-CN"/>
        </w:rPr>
        <w:br/>
      </w:r>
      <w:r>
        <w:rPr>
          <w:lang w:eastAsia="zh-CN"/>
        </w:rPr>
        <w:t>　　10、加强学生各种安全教育，特别是交通安全、食品安全，禁止学生带零用钱到校，禁止学生在上校期间购买物品(特别是小食品)。</w:t>
      </w:r>
      <w:r>
        <w:rPr>
          <w:lang w:eastAsia="zh-CN"/>
        </w:rPr>
        <w:br/>
      </w:r>
      <w:r>
        <w:rPr>
          <w:lang w:eastAsia="zh-CN"/>
        </w:rPr>
        <w:t xml:space="preserve">    2024排查整治工作总结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为了全面消除农村房屋安全隐患，加强农村房屋安全管理，根据县政府办公室《怀宁县农村房屋安全隐患排查整治实施方案》的文件，结合我镇实际，现制定关于黄墩镇农村房屋安全隐患排查整治实施方案。</w:t>
      </w:r>
      <w:r>
        <w:rPr>
          <w:lang w:eastAsia="zh-CN"/>
        </w:rPr>
        <w:br/>
      </w:r>
      <w:r>
        <w:rPr>
          <w:lang w:eastAsia="zh-CN"/>
        </w:rPr>
        <w:t>　　一、目标任务</w:t>
      </w:r>
      <w:r>
        <w:rPr>
          <w:lang w:eastAsia="zh-CN"/>
        </w:rPr>
        <w:br/>
      </w:r>
      <w:r>
        <w:rPr>
          <w:lang w:eastAsia="zh-CN"/>
        </w:rPr>
        <w:t>　　通过开展房屋安全隐患排查整治专项行动，按照全面摸底、分类排查、重点整治、压茬推进的原则，有序推进全镇范围内所有房屋安全隐患排查整治工作，消除房屋安全隐患，加强房屋安全管理。</w:t>
      </w:r>
      <w:r>
        <w:rPr>
          <w:lang w:eastAsia="zh-CN"/>
        </w:rPr>
        <w:br/>
      </w:r>
      <w:r>
        <w:rPr>
          <w:lang w:eastAsia="zh-CN"/>
        </w:rPr>
        <w:t>　　二、工作安排</w:t>
      </w:r>
      <w:r>
        <w:rPr>
          <w:lang w:eastAsia="zh-CN"/>
        </w:rPr>
        <w:br/>
      </w:r>
      <w:r>
        <w:rPr>
          <w:lang w:eastAsia="zh-CN"/>
        </w:rPr>
        <w:t>　　（一）摸底排查</w:t>
      </w:r>
      <w:r>
        <w:rPr>
          <w:lang w:eastAsia="zh-CN"/>
        </w:rPr>
        <w:br/>
      </w:r>
      <w:r>
        <w:rPr>
          <w:lang w:eastAsia="zh-CN"/>
        </w:rPr>
        <w:t>　　1、分类登记统计。由镇党委政府统一动员部署，以村为单位，</w:t>
      </w:r>
      <w:r>
        <w:rPr>
          <w:lang w:eastAsia="zh-CN"/>
        </w:rPr>
        <w:br/>
      </w:r>
      <w:r>
        <w:rPr>
          <w:lang w:eastAsia="zh-CN"/>
        </w:rPr>
        <w:t>　　各村结合实际，全面动员村两委干部、驻村工作队、包村干部，结合相关部门已有数据，对本村辖区内所有房屋进行分类登记统计，摸清区域内房屋底数及房屋责任主体、类别（自建房、非自建房及是否用作经营等），包括建造年代、结构类型、建造方式等。20__年11月28日前，完成经营性自建房基本信息摸底工作；20__年12月20日前，完成经营性自建房系统录入工作。</w:t>
      </w:r>
      <w:r>
        <w:rPr>
          <w:lang w:eastAsia="zh-CN"/>
        </w:rPr>
        <w:br/>
      </w:r>
      <w:r>
        <w:rPr>
          <w:lang w:eastAsia="zh-CN"/>
        </w:rPr>
        <w:t>　　2、重点排查。调配力量参与排查，对用作经营的农村自建房，开展重点排查、集中排查，排查重点包括使用预制板建设的房屋、经过改建扩建的房屋、人员聚集使用的房屋，并对各类房屋安全隐患情况作出初步判断，对初步判断存在安全隐患的用作经营的农村自建房，要及时进行安全性评估，形成最终排查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全面排查。在开展重点排查的同时，各村根据初步登记统计情况，结合实际，对区域内未用作经营的农村自建房和农村非自建房开展全面摸底排查，排查内容主要包括房屋结构安全、使用安全、地质及周边环境安全等。全面排查预计20__年5月30日前基本完成。</w:t>
      </w:r>
      <w:r>
        <w:rPr>
          <w:lang w:eastAsia="zh-CN"/>
        </w:rPr>
        <w:br/>
      </w:r>
      <w:r>
        <w:rPr>
          <w:lang w:eastAsia="zh-CN"/>
        </w:rPr>
        <w:t>　　（二）整治提升</w:t>
      </w:r>
      <w:r>
        <w:rPr>
          <w:lang w:eastAsia="zh-CN"/>
        </w:rPr>
        <w:br/>
      </w:r>
      <w:r>
        <w:rPr>
          <w:lang w:eastAsia="zh-CN"/>
        </w:rPr>
        <w:t>　　1、重点整治。各村（居）要以排查发现存在安全隐患的用作经营的农村自建房为重点开展整治，力争20__年5月底前基本完成。整治到位前，必须采取切实有效的安全防范措施。</w:t>
      </w:r>
      <w:r>
        <w:rPr>
          <w:lang w:eastAsia="zh-CN"/>
        </w:rPr>
        <w:br/>
      </w:r>
      <w:r>
        <w:rPr>
          <w:lang w:eastAsia="zh-CN"/>
        </w:rPr>
        <w:t>　　制定方案：各村（居）要根据排查发现的安全隐患情况制定重点整治方案，明确整治重点、技术路线、力量组织、工作经费、时限要求等。</w:t>
      </w:r>
      <w:r>
        <w:rPr>
          <w:lang w:eastAsia="zh-CN"/>
        </w:rPr>
        <w:br/>
      </w:r>
      <w:r>
        <w:rPr>
          <w:lang w:eastAsia="zh-CN"/>
        </w:rPr>
        <w:t>　　组织安全性评估或鉴定：对初步判断存在安全隐患的用作经营的农村自建房，要及时组织进行房屋安全性评估，或依据住房城乡建设部《农村住房安全性鉴定技术导则》以及各地简易鉴定规则进行房屋安全性鉴定。确有安全隐患的，要明确整治措施和整治时限。</w:t>
      </w:r>
      <w:r>
        <w:rPr>
          <w:lang w:eastAsia="zh-CN"/>
        </w:rPr>
        <w:br/>
      </w:r>
      <w:r>
        <w:rPr>
          <w:lang w:eastAsia="zh-CN"/>
        </w:rPr>
        <w:t>　　落实产权人主体责任：由产权人（使用人）对存在安全隐患的农村自建房进行整治。</w:t>
      </w:r>
      <w:r>
        <w:rPr>
          <w:lang w:eastAsia="zh-CN"/>
        </w:rPr>
        <w:br/>
      </w:r>
      <w:r>
        <w:rPr>
          <w:lang w:eastAsia="zh-CN"/>
        </w:rPr>
        <w:t>　　建立台账：镇、村记录重点整治台账，实行销号管理，完成一户，销号一户。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全面整治。各村要在摸底排查和重点整治基础上，根据实际情况，对存在安全隐患的未用作经营的农村自建房和农村非自建房制定年度整治计划，坚持产权人主体责任，落实属地责任和行业监管责任，用3年左右时间基本完成所有农村房屋安全隐患整治工作。</w:t>
      </w:r>
      <w:r>
        <w:rPr>
          <w:lang w:eastAsia="zh-CN"/>
        </w:rPr>
        <w:br/>
      </w:r>
      <w:r>
        <w:rPr>
          <w:lang w:eastAsia="zh-CN"/>
        </w:rPr>
        <w:t>　　3、建章立制。各相关行业监管部门将经营场所安全性作为行政审批和日常监管重要内容。各地要结合实际情况，健全乡镇农村房屋建设管理机构，充实技术力量；培育和规范农村房屋设计、施工和建设队伍，加强从业人员政策法规、工程技术和操作技能培训。健全农村房屋建设规范标准，建立农村房屋建设用地、规划、设计、施工、经营、改扩建和变更用途、拆除等全过程管理制度，切实提高农村房屋建设管理水平。</w:t>
      </w:r>
      <w:r>
        <w:rPr>
          <w:lang w:eastAsia="zh-CN"/>
        </w:rPr>
        <w:br/>
      </w:r>
      <w:r>
        <w:rPr>
          <w:lang w:eastAsia="zh-CN"/>
        </w:rPr>
        <w:t>　　（三）保障措施</w:t>
      </w:r>
      <w:r>
        <w:rPr>
          <w:lang w:eastAsia="zh-CN"/>
        </w:rPr>
        <w:br/>
      </w:r>
      <w:r>
        <w:rPr>
          <w:lang w:eastAsia="zh-CN"/>
        </w:rPr>
        <w:t>　　1、强化组织保障。镇政府成立农村房屋安全隐患排查工作领导小组，由主要领导总负责，分管领导、镇直相关部门、村主要负责人具体负责。排查整治小组各成员单位要密切协作，形成合力，深入一线调查研究，共同做好指导督促工作。各村要做好人员和经费保障，成立机制，确保排查整治工作顺利开展。</w:t>
      </w:r>
      <w:r>
        <w:rPr>
          <w:lang w:eastAsia="zh-CN"/>
        </w:rPr>
        <w:br/>
      </w:r>
      <w:r>
        <w:rPr>
          <w:lang w:eastAsia="zh-CN"/>
        </w:rPr>
        <w:t>　　2、强化纪律保障。各村、镇直相关部门要主动作为，奋勇担当，以铁的纪律抓好工作落实，绝不允许推诿扯皮、被动应付，不得以罚代批。对责任落实不到位、工作推进不力的相关责任人，要依法依纪严肃问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强化技术保障。各村排查要按照统一排查标准进行，县住建局负责提供技术指导服务。各村、镇直有关部门在此次整治排查中，要注重运用法律、行政等多种手段，多管齐下，综合施策，推动解决疑难问题和重大矛盾。</w:t>
      </w:r>
      <w:r>
        <w:rPr>
          <w:lang w:eastAsia="zh-CN"/>
        </w:rPr>
        <w:br/>
      </w:r>
      <w:r>
        <w:rPr>
          <w:lang w:eastAsia="zh-CN"/>
        </w:rPr>
        <w:t>　　4、强化长效管理。坚持疏堵结合，既要保障房屋安全、治理有效推进，也要合法合规保障群众的切身利益。建立健全网格化巡查、规划设计引导等制度，加强源头防范。</w:t>
      </w:r>
      <w:r>
        <w:rPr>
          <w:lang w:eastAsia="zh-CN"/>
        </w:rPr>
        <w:br/>
      </w:r>
      <w:r>
        <w:rPr>
          <w:lang w:eastAsia="zh-CN"/>
        </w:rPr>
        <w:t>　　5、强化宣传引导。各村要开展多种形式的宣传活动，深入宣传，广泛发动，正确引导舆论。加强政策解读和安全教育，引导群众特别是房屋业主提高房屋建设和使用的质量安全意识，强调房屋业主承担经济、法律、治安等各项主体责任。做深做细群众工作，争取群众的理解支持和共同参与，共同营造全社会关注支持房屋安全隐患排查整治的良好氛围。要定期公布排查整治情况，建立投诉举报制度，公布举报电话，接受社会监督。</w:t>
      </w:r>
      <w:r>
        <w:rPr>
          <w:lang w:eastAsia="zh-CN"/>
        </w:rPr>
        <w:br/>
      </w:r>
      <w:r>
        <w:rPr>
          <w:lang w:eastAsia="zh-CN"/>
        </w:rPr>
        <w:t xml:space="preserve">    2024排查整治工作总结 篇10 </w:t>
      </w:r>
      <w:r>
        <w:rPr>
          <w:lang w:eastAsia="zh-CN"/>
        </w:rPr>
        <w:br/>
      </w:r>
      <w:r>
        <w:rPr>
          <w:lang w:eastAsia="zh-CN"/>
        </w:rPr>
        <w:t>　　根据管理办公室下发的关于组织用电安全检查的通知精神，我一标项目部成立了用电安全检查专项领导小组，对一标段施工用电、生活用电、变压器以及输电线路等各项用电进行检查，并组织动员所有员工进行安全用电教育。现把开展整改情况总结如下：</w:t>
      </w:r>
      <w:r>
        <w:rPr>
          <w:lang w:eastAsia="zh-CN"/>
        </w:rPr>
        <w:br/>
      </w:r>
      <w:r>
        <w:rPr>
          <w:lang w:eastAsia="zh-CN"/>
        </w:rPr>
        <w:t>　　一、治理的目的</w:t>
      </w:r>
      <w:r>
        <w:rPr>
          <w:lang w:eastAsia="zh-CN"/>
        </w:rPr>
        <w:br/>
      </w:r>
      <w:r>
        <w:rPr>
          <w:lang w:eastAsia="zh-CN"/>
        </w:rPr>
        <w:t>　　通过这次用电安全大检查专项治理，排查施工现场、拌和站、生活区、变压器及输电线路存在的安全隐患和用电安全管理中的薄弱环节，采取有效针对性地措施，清除安全隐患，进一步落实安全用电责任制，认真执行用电管理规定，切实提高用电管理水平，坚决遏止用电事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二、组织领导</w:t>
      </w:r>
      <w:r>
        <w:rPr>
          <w:lang w:eastAsia="zh-CN"/>
        </w:rPr>
        <w:br/>
      </w:r>
      <w:r>
        <w:rPr>
          <w:lang w:eastAsia="zh-CN"/>
        </w:rPr>
        <w:t>　　成立用电管理安全隐患排查专项治理工作领导小组，吕考峰任组长，米庆华、李效军任副组长，史为红、龚自强、秦茂禄、吴晓彬、何荣祥为成员。</w:t>
      </w:r>
      <w:r>
        <w:rPr>
          <w:lang w:eastAsia="zh-CN"/>
        </w:rPr>
        <w:br/>
      </w:r>
      <w:r>
        <w:rPr>
          <w:lang w:eastAsia="zh-CN"/>
        </w:rPr>
        <w:t>　　三、专项治理重点</w:t>
      </w:r>
      <w:r>
        <w:rPr>
          <w:lang w:eastAsia="zh-CN"/>
        </w:rPr>
        <w:br/>
      </w:r>
      <w:r>
        <w:rPr>
          <w:lang w:eastAsia="zh-CN"/>
        </w:rPr>
        <w:t>　　1、施工场地用电设施。</w:t>
      </w:r>
      <w:r>
        <w:rPr>
          <w:lang w:eastAsia="zh-CN"/>
        </w:rPr>
        <w:br/>
      </w:r>
      <w:r>
        <w:rPr>
          <w:lang w:eastAsia="zh-CN"/>
        </w:rPr>
        <w:t>　　2、穿越公路、村庄、山道的电线是否牢固，有无存在损坏及漏电状况。</w:t>
      </w:r>
      <w:r>
        <w:rPr>
          <w:lang w:eastAsia="zh-CN"/>
        </w:rPr>
        <w:br/>
      </w:r>
      <w:r>
        <w:rPr>
          <w:lang w:eastAsia="zh-CN"/>
        </w:rPr>
        <w:t>　　3、生活区用电状况</w:t>
      </w:r>
      <w:r>
        <w:rPr>
          <w:lang w:eastAsia="zh-CN"/>
        </w:rPr>
        <w:br/>
      </w:r>
      <w:r>
        <w:rPr>
          <w:lang w:eastAsia="zh-CN"/>
        </w:rPr>
        <w:t>　　4、半和站和变压器及输电线路四、实施步骤安全用电专项治理工作分三阶段进行</w:t>
      </w:r>
      <w:r>
        <w:rPr>
          <w:lang w:eastAsia="zh-CN"/>
        </w:rPr>
        <w:br/>
      </w:r>
      <w:r>
        <w:rPr>
          <w:lang w:eastAsia="zh-CN"/>
        </w:rPr>
        <w:t>　　（一）宣传动员制定方案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20__年3月16日下午，组织召开动员会，把用电安全专项治理的目的、要求传达到每个施工点、每位施工负责人。采取各种形式广泛宣传，要充分利用用电安全专项治理有利契机，开展施工人员、各工点负责人，特别是民工的全员安全用电教育，充分发挥全体施工人员的积极性，鼓励施工人员积极主动地参与安全用电隐患排查和整治。各施工点要根据自身的实际情况，制定施工用电安全专项治理工作的实施方案，组织施工管理人员、施工人员全面排查各种施工用电安全隐患。在专项治理的实施方案中，以排查施工用电安全工作为主线，以现场施工用电项目为中心，以贯彻落实用电工作要求为目的，明确任务，落实责任单位和责任人。横向到边、纵向到底，不留死角。</w:t>
      </w:r>
      <w:r>
        <w:rPr>
          <w:lang w:eastAsia="zh-CN"/>
        </w:rPr>
        <w:br/>
      </w:r>
      <w:r>
        <w:rPr>
          <w:lang w:eastAsia="zh-CN"/>
        </w:rPr>
        <w:t>　　（二）排查整改的情况</w:t>
      </w:r>
      <w:r>
        <w:rPr>
          <w:lang w:eastAsia="zh-CN"/>
        </w:rPr>
        <w:br/>
      </w:r>
      <w:r>
        <w:rPr>
          <w:lang w:eastAsia="zh-CN"/>
        </w:rPr>
        <w:t>　　20__年3月17日—20__年3月18日，按照《用电管理规定》要求，安全用电专项治理领导小组对全标段施工用电、生活用电等供电用电设施进行全面检查。</w:t>
      </w:r>
      <w:r>
        <w:rPr>
          <w:lang w:eastAsia="zh-CN"/>
        </w:rPr>
        <w:br/>
      </w:r>
      <w:r>
        <w:rPr>
          <w:lang w:eastAsia="zh-CN"/>
        </w:rPr>
        <w:t>　　1、我项目部共有变压器六台。</w:t>
      </w:r>
      <w:r>
        <w:rPr>
          <w:lang w:eastAsia="zh-CN"/>
        </w:rPr>
        <w:br/>
      </w:r>
      <w:r>
        <w:rPr>
          <w:lang w:eastAsia="zh-CN"/>
        </w:rPr>
        <w:t>　　①、K1+420处400KVA，</w:t>
      </w:r>
      <w:r>
        <w:rPr>
          <w:lang w:eastAsia="zh-CN"/>
        </w:rPr>
        <w:br/>
      </w:r>
      <w:r>
        <w:rPr>
          <w:lang w:eastAsia="zh-CN"/>
        </w:rPr>
        <w:t>　　②、K4+850处315KVA，</w:t>
      </w:r>
      <w:r>
        <w:rPr>
          <w:lang w:eastAsia="zh-CN"/>
        </w:rPr>
        <w:br/>
      </w:r>
      <w:r>
        <w:rPr>
          <w:lang w:eastAsia="zh-CN"/>
        </w:rPr>
        <w:t>　　③、K6+300处800KVA，</w:t>
      </w:r>
      <w:r>
        <w:rPr>
          <w:lang w:eastAsia="zh-CN"/>
        </w:rPr>
        <w:br/>
      </w:r>
      <w:r>
        <w:rPr>
          <w:lang w:eastAsia="zh-CN"/>
        </w:rPr>
        <w:t>　　④、K7+640处315KVA，</w:t>
      </w:r>
      <w:r>
        <w:rPr>
          <w:lang w:eastAsia="zh-CN"/>
        </w:rPr>
        <w:br/>
      </w:r>
      <w:r>
        <w:rPr>
          <w:lang w:eastAsia="zh-CN"/>
        </w:rPr>
        <w:t>　　⑤、K8+790处800KVA，</w:t>
      </w:r>
      <w:r>
        <w:rPr>
          <w:lang w:eastAsia="zh-CN"/>
        </w:rPr>
        <w:br/>
      </w:r>
      <w:r>
        <w:rPr>
          <w:lang w:eastAsia="zh-CN"/>
        </w:rPr>
        <w:t>　　⑥、K10+860处500KVA。</w:t>
      </w:r>
      <w:r>
        <w:rPr>
          <w:lang w:eastAsia="zh-CN"/>
        </w:rPr>
        <w:br/>
      </w:r>
      <w:r>
        <w:rPr>
          <w:lang w:eastAsia="zh-CN"/>
        </w:rPr>
        <w:t>　　在对变压器检查中，发现K6+300处变压器一个接头压线螺丝松动以及从变压器输出线路有一项电线老化，责令其立即对次整改</w:t>
      </w:r>
      <w:r>
        <w:rPr>
          <w:lang w:eastAsia="zh-CN"/>
        </w:rPr>
        <w:br/>
      </w:r>
      <w:r>
        <w:rPr>
          <w:lang w:eastAsia="zh-CN"/>
        </w:rPr>
        <w:t>　　2、各桥梁用电。</w:t>
      </w:r>
      <w:r>
        <w:rPr>
          <w:lang w:eastAsia="zh-CN"/>
        </w:rPr>
        <w:br/>
      </w:r>
      <w:r>
        <w:rPr>
          <w:lang w:eastAsia="zh-CN"/>
        </w:rPr>
        <w:t>　　①、和平大桥个别电线放在地上没有架空，还有一个配电箱离地面只有60厘米，责令其按要求整改到位。</w:t>
      </w:r>
      <w:r>
        <w:rPr>
          <w:lang w:eastAsia="zh-CN"/>
        </w:rPr>
        <w:br/>
      </w:r>
      <w:r>
        <w:rPr>
          <w:lang w:eastAsia="zh-CN"/>
        </w:rPr>
        <w:t>　　②、云崖大桥电线挂在钢筋上，责令立即拆除，用木杆重新架设。</w:t>
      </w:r>
      <w:r>
        <w:rPr>
          <w:lang w:eastAsia="zh-CN"/>
        </w:rPr>
        <w:br/>
      </w:r>
      <w:r>
        <w:rPr>
          <w:lang w:eastAsia="zh-CN"/>
        </w:rPr>
        <w:t>　　③、预制梁场有一条电缆没用并放在地上，责令立即拆除。</w:t>
      </w:r>
      <w:r>
        <w:rPr>
          <w:lang w:eastAsia="zh-CN"/>
        </w:rPr>
        <w:br/>
      </w:r>
      <w:r>
        <w:rPr>
          <w:lang w:eastAsia="zh-CN"/>
        </w:rPr>
        <w:t>　　3、生活区用电。</w:t>
      </w:r>
      <w:r>
        <w:rPr>
          <w:lang w:eastAsia="zh-CN"/>
        </w:rPr>
        <w:br/>
      </w:r>
      <w:r>
        <w:rPr>
          <w:lang w:eastAsia="zh-CN"/>
        </w:rPr>
        <w:t>　　①、一工区厨房用电线路有段老化，责令立即更换。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②、二工区工人宿舍为方便给手机充电私自接线，责令立即拆除。</w:t>
      </w:r>
      <w:r>
        <w:rPr>
          <w:lang w:eastAsia="zh-CN"/>
        </w:rPr>
        <w:br/>
      </w:r>
      <w:r>
        <w:rPr>
          <w:lang w:eastAsia="zh-CN"/>
        </w:rPr>
        <w:t>　　三、“回头看”在检查</w:t>
      </w:r>
      <w:r>
        <w:rPr>
          <w:lang w:eastAsia="zh-CN"/>
        </w:rPr>
        <w:br/>
      </w:r>
      <w:r>
        <w:rPr>
          <w:lang w:eastAsia="zh-CN"/>
        </w:rPr>
        <w:t>　　20__年3月19日，为了巩固安全用电排查治理专项行动的成果，确保专项治理取得实效。对施工安全用电再次组织检查，并对专项治理工作回顾总结，针对各施工点安全的薄弱环节制定对策措施，建立安全用电管理长效机制。通过验收检查都以按要求整改到位。</w:t>
      </w:r>
      <w:r>
        <w:rPr>
          <w:lang w:eastAsia="zh-CN"/>
        </w:rPr>
        <w:br/>
      </w:r>
      <w:r>
        <w:rPr>
          <w:lang w:eastAsia="zh-CN"/>
        </w:rPr>
        <w:t>　　四、工作要求</w:t>
      </w:r>
      <w:r>
        <w:rPr>
          <w:lang w:eastAsia="zh-CN"/>
        </w:rPr>
        <w:br/>
      </w:r>
      <w:r>
        <w:rPr>
          <w:lang w:eastAsia="zh-CN"/>
        </w:rPr>
        <w:t>　　1、高度重视，全面抓落实。各施工点和生活区要把安全用电专项治理作为当前安全生产的重要工作来抓，建立由项目经理为组长的安全用电专项治理工作小组，制订切实可行的安全用电管理方案，明确分工，落实责任，切实把安全用电施工方案层层落实到每个施工现场，落实到每个人。</w:t>
      </w:r>
      <w:r>
        <w:rPr>
          <w:lang w:eastAsia="zh-CN"/>
        </w:rPr>
        <w:br/>
      </w:r>
      <w:r>
        <w:rPr>
          <w:lang w:eastAsia="zh-CN"/>
        </w:rPr>
        <w:t>　　2、突出重点，强化措施。安全用电专项治理工作坚持“安全第一、预防为主、综合治理”的方针。突出重点，抓住重点部位和关键环节，层层分解目标，层层落实责任，对查出的问题，严格按照《用电管理规定》要求逐条逐项抓好整改，做到每个施工用电现场不放过，每个事故隐患不放过。</w:t>
      </w:r>
      <w:r>
        <w:rPr>
          <w:lang w:eastAsia="zh-CN"/>
        </w:rPr>
        <w:br/>
      </w:r>
      <w:r>
        <w:rPr>
          <w:lang w:eastAsia="zh-CN"/>
        </w:rPr>
        <w:t>　　3、广泛宣传，群防群治。要通过采取各种形式，广泛宣传，宣传与教育并举，充分调动施工用电人员的积极性，发挥每位人员安全用电主观能动性，鼓励施工用电人员参与隐患排查与治理，普及安全用电知识，全面促进安全用电生产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4、奖惩并举，稳步推进。安全用电专项治理工作以自查整改为主，监督检查为辅，对查出来的问题和安全隐患要立即整改。对开展用电安全专项治理工作较好工点和个人给予表扬，对安全用电治理较差的工点和个人予以通报批评乃至作出相应处罚。</w:t>
      </w:r>
      <w:r>
        <w:rPr>
          <w:lang w:eastAsia="zh-CN"/>
        </w:rPr>
        <w:br/>
      </w:r>
      <w:r>
        <w:rPr>
          <w:lang w:eastAsia="zh-CN"/>
        </w:rPr>
        <w:t>　　五、安全用电实施细则</w:t>
      </w:r>
      <w:r>
        <w:rPr>
          <w:lang w:eastAsia="zh-CN"/>
        </w:rPr>
        <w:br/>
      </w:r>
      <w:r>
        <w:rPr>
          <w:lang w:eastAsia="zh-CN"/>
        </w:rPr>
        <w:t>　　为了配合这次安全用电专项治理活动，我一标项目部制订了安全用电实施细则，把安全用电落实到可控可操作的程序上来。</w:t>
      </w:r>
      <w:r>
        <w:rPr>
          <w:lang w:eastAsia="zh-CN"/>
        </w:rPr>
        <w:br/>
      </w:r>
      <w:r>
        <w:rPr>
          <w:lang w:eastAsia="zh-CN"/>
        </w:rPr>
        <w:t>　　1、单位工程施工临时用电必需配备经市安全用电知识培训考核合格的专职电工上岗值日，严禁带电作业及无证人员上岗。</w:t>
      </w:r>
      <w:r>
        <w:rPr>
          <w:lang w:eastAsia="zh-CN"/>
        </w:rPr>
        <w:br/>
      </w:r>
      <w:r>
        <w:rPr>
          <w:lang w:eastAsia="zh-CN"/>
        </w:rPr>
        <w:t>　　2、单位工程临时用电必须严格按规定进行实施，遵循临时用电施工组织设计有关项目进行电器选配、平面布置、安装检测，按要求安装验收合作后投入生产。</w:t>
      </w:r>
      <w:r>
        <w:rPr>
          <w:lang w:eastAsia="zh-CN"/>
        </w:rPr>
        <w:br/>
      </w:r>
      <w:r>
        <w:rPr>
          <w:lang w:eastAsia="zh-CN"/>
        </w:rPr>
        <w:t>　　3、工地采用三相五线制保护接零系统，具有专用保护的TN-S线路（即保护零线专用，不得与工作零线相混用，所有保护零线均应与专用保护零线相联接）。</w:t>
      </w:r>
      <w:r>
        <w:rPr>
          <w:lang w:eastAsia="zh-CN"/>
        </w:rPr>
        <w:br/>
      </w:r>
      <w:r>
        <w:rPr>
          <w:lang w:eastAsia="zh-CN"/>
        </w:rPr>
        <w:t>　　4、在任何情况下，任何人员不得乱拉乱搭电线，接线端或裸导线是否带电，应用配电设备，不是机电人员不得操作，不得用手来鉴定电线。</w:t>
      </w:r>
      <w:r>
        <w:rPr>
          <w:lang w:eastAsia="zh-CN"/>
        </w:rPr>
        <w:br/>
      </w:r>
      <w:r>
        <w:rPr>
          <w:lang w:eastAsia="zh-CN"/>
        </w:rPr>
        <w:t>　　5、装置或检修设备时应先切断电源切勿带电作业并挂警示牌，遇有人进行电工作业时应于接通电源前告知他人。</w:t>
      </w:r>
      <w:r>
        <w:rPr>
          <w:lang w:eastAsia="zh-CN"/>
        </w:rPr>
        <w:br/>
      </w:r>
      <w:r>
        <w:rPr>
          <w:lang w:eastAsia="zh-CN"/>
        </w:rPr>
        <w:t>　　6、各工作操作人员使用手持电动工具必须穿绝缘鞋，带绝缘手套。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7、移动手持电动工具与潜水泵应安装漏电保护器，额定动力电源应＜15mmA，额定漏电动作时间＜0.15方能使用。潜水电泵要用YHS型防水电缆，电动工具负荷线要按设备容量选用多股铜芯橡皮护套软电缆，其中双色线（绿/黄）在任何情况下只能用作保护零线，重复接地线，不能作为他用。挖孔桩施工时间用水泵抽水要设专人看护电源接近处，下水作业或移动水泵时应先关掉电源。</w:t>
      </w:r>
      <w:r>
        <w:rPr>
          <w:lang w:eastAsia="zh-CN"/>
        </w:rPr>
        <w:br/>
      </w:r>
      <w:r>
        <w:rPr>
          <w:lang w:eastAsia="zh-CN"/>
        </w:rPr>
        <w:t>　　8、橡皮电缆架空敷设时应沿墙壁或电杆设置，严禁用金属裸线作为绑线，电缆的量子最大弧垂距地＞2.5m.</w:t>
      </w:r>
      <w:r>
        <w:rPr>
          <w:lang w:eastAsia="zh-CN"/>
        </w:rPr>
        <w:br/>
      </w:r>
      <w:r>
        <w:rPr>
          <w:lang w:eastAsia="zh-CN"/>
        </w:rPr>
        <w:t>　　9、配电箱、开关箱中导线的进、出线应从箱体底部进出，加圹套、分路形成，并应做防水弯，导线末端不得从箱体进出口直接接出，移动式配电箱的进、出线必须采用橡皮绝缘电缆。</w:t>
      </w:r>
      <w:r>
        <w:rPr>
          <w:lang w:eastAsia="zh-CN"/>
        </w:rPr>
        <w:br/>
      </w:r>
      <w:r>
        <w:rPr>
          <w:lang w:eastAsia="zh-CN"/>
        </w:rPr>
        <w:t>　　10、用电设备要有各自专用的电源控制，必须严格实行“一机一闸”制，严禁一闸多机及超负荷运行。</w:t>
      </w:r>
      <w:r>
        <w:rPr>
          <w:lang w:eastAsia="zh-CN"/>
        </w:rPr>
        <w:br/>
      </w:r>
      <w:r>
        <w:rPr>
          <w:lang w:eastAsia="zh-CN"/>
        </w:rPr>
        <w:t>　　11、本电箱及开关箱内电器必须标明配用分路标志，箱内工作零线必须设专用的接线端子，严禁使用铜、铝线代替熔断器。</w:t>
      </w:r>
      <w:r>
        <w:rPr>
          <w:lang w:eastAsia="zh-CN"/>
        </w:rPr>
        <w:br/>
      </w:r>
      <w:r>
        <w:rPr>
          <w:lang w:eastAsia="zh-CN"/>
        </w:rPr>
        <w:t>　　12、工地全部采用铁制，配电箱及开关箱应能防雨、防砸并设门加锁，安装位置应正确，箱内洁净，并保持长期性的干燥、通风，不得在电箱附近或通道处堆放任何障碍物。</w:t>
      </w:r>
      <w:r>
        <w:rPr>
          <w:lang w:eastAsia="zh-CN"/>
        </w:rPr>
        <w:br/>
      </w:r>
      <w:r>
        <w:rPr>
          <w:lang w:eastAsia="zh-CN"/>
        </w:rPr>
        <w:t>　　13、工地采用漏电保护实行分段保护法，形成最少二级的漏电保护网，接线时严格区分工作零线与保护零线，注意零线的接法。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14、本工程施工用电采用TN-S保护系统，保护线应由配电室或第一维护和平漏电保护器侧引出，保护线必须采用72.5平方毫米多股双色线。</w:t>
      </w:r>
      <w:r>
        <w:rPr>
          <w:lang w:eastAsia="zh-CN"/>
        </w:rPr>
        <w:br/>
      </w:r>
      <w:r>
        <w:rPr>
          <w:lang w:eastAsia="zh-CN"/>
        </w:rPr>
        <w:t>　　15、保护零线必须在线路总配箱、中间、末端设置3处重复接地。</w:t>
      </w:r>
      <w:r>
        <w:rPr>
          <w:lang w:eastAsia="zh-CN"/>
        </w:rPr>
        <w:br/>
      </w:r>
      <w:r>
        <w:rPr>
          <w:lang w:eastAsia="zh-CN"/>
        </w:rPr>
        <w:t>　　16、保护线架空敷设，间距＞12米时，电线要求绝缘铜线截面≥平方毫米绝缘铝线≤16平方毫米。</w:t>
      </w:r>
      <w:r>
        <w:rPr>
          <w:lang w:eastAsia="zh-CN"/>
        </w:rPr>
        <w:br/>
      </w:r>
      <w:r>
        <w:rPr>
          <w:lang w:eastAsia="zh-CN"/>
        </w:rPr>
        <w:t>　　17、施工现场要求工作接地电阻≤4欧，保护接地电阻≤10欧，重复接地电阻≤10欧，防雷接地电阻≤30欧。</w:t>
      </w:r>
      <w:r>
        <w:rPr>
          <w:lang w:eastAsia="zh-CN"/>
        </w:rPr>
        <w:br/>
      </w:r>
      <w:r>
        <w:rPr>
          <w:lang w:eastAsia="zh-CN"/>
        </w:rPr>
        <w:t>　　18、施工现场总配箱（或室）和分配箱应至少配置两级漏电保护器。</w:t>
      </w:r>
      <w:r>
        <w:rPr>
          <w:lang w:eastAsia="zh-CN"/>
        </w:rPr>
        <w:br/>
      </w:r>
      <w:r>
        <w:rPr>
          <w:lang w:eastAsia="zh-CN"/>
        </w:rPr>
        <w:t>　　19、一般场合，开关箱中漏电保护器其启动电流应≤30mA，启动时间≤0.1S。</w:t>
      </w:r>
      <w:r>
        <w:rPr>
          <w:lang w:eastAsia="zh-CN"/>
        </w:rPr>
        <w:br/>
      </w:r>
      <w:r>
        <w:rPr>
          <w:lang w:eastAsia="zh-CN"/>
        </w:rPr>
        <w:t>　　20、配电线路必须采用绝缘铜线或绝缘铝线，导线接头必须牢固可靠不受太大原张力。</w:t>
      </w:r>
      <w:r>
        <w:rPr>
          <w:lang w:eastAsia="zh-CN"/>
        </w:rPr>
        <w:br/>
      </w:r>
      <w:r>
        <w:rPr>
          <w:lang w:eastAsia="zh-CN"/>
        </w:rPr>
        <w:t>　　21、电气装置的电源进线端必须作可靠电气连接。</w:t>
      </w:r>
      <w:r>
        <w:rPr>
          <w:lang w:eastAsia="zh-CN"/>
        </w:rPr>
        <w:br/>
      </w:r>
      <w:r>
        <w:rPr>
          <w:lang w:eastAsia="zh-CN"/>
        </w:rPr>
        <w:t>　　22、危险场所电压不得超过24伏。</w:t>
      </w:r>
      <w:r>
        <w:rPr>
          <w:lang w:eastAsia="zh-CN"/>
        </w:rPr>
        <w:br/>
      </w:r>
      <w:r>
        <w:rPr>
          <w:lang w:eastAsia="zh-CN"/>
        </w:rPr>
        <w:t>　　23、施工现场应建立安全用电检查、现场每天一次、项目部二天一次等</w:t>
      </w:r>
      <w:r>
        <w:rPr>
          <w:lang w:eastAsia="zh-CN"/>
        </w:rPr>
        <w:br/>
      </w:r>
      <w:r>
        <w:rPr>
          <w:lang w:eastAsia="zh-CN"/>
        </w:rPr>
        <w:t xml:space="preserve">    2024排查整治工作总结 篇11 </w:t>
      </w:r>
      <w:r>
        <w:rPr>
          <w:lang w:eastAsia="zh-CN"/>
        </w:rPr>
        <w:br/>
      </w:r>
      <w:r>
        <w:rPr>
          <w:lang w:eastAsia="zh-CN"/>
        </w:rPr>
        <w:t>　　我校认真贯彻安全第一，预防为主的方针，以明确职责、强化责任为核心，在12月18日中午接到城关镇派出所关于开展消防安全隐患排查整改工作通知书后，学校及时开展了消防隐患排查整改工作，为创造平安校园打下扎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一、健全领导机制，加强防患意识。</w:t>
      </w:r>
      <w:r>
        <w:rPr>
          <w:lang w:eastAsia="zh-CN"/>
        </w:rPr>
        <w:br/>
      </w:r>
      <w:r>
        <w:rPr>
          <w:lang w:eastAsia="zh-CN"/>
        </w:rPr>
        <w:t>　　学校成立了火灾隐患排查整治工作领导小组，由校长曹小革任组长，所有管理人员和各班班主任为组员。落实责任，层层负责，人人有责。全校师生齐抓共管，共同营造安全、稳定、文明、健康、和谐的育人环境。我校教职员工清醒地认识到：校园内的各类安全隐患依然存在，旧的隐患消除后，新的安全隐患仍会随时出现，学校在加强安全管理的 同时，突出加强安全教育和安全防范工作。</w:t>
      </w:r>
      <w:r>
        <w:rPr>
          <w:lang w:eastAsia="zh-CN"/>
        </w:rPr>
        <w:br/>
      </w:r>
      <w:r>
        <w:rPr>
          <w:lang w:eastAsia="zh-CN"/>
        </w:rPr>
        <w:t>　　二、严格排查要求，认真排查隐患。</w:t>
      </w:r>
      <w:r>
        <w:rPr>
          <w:lang w:eastAsia="zh-CN"/>
        </w:rPr>
        <w:br/>
      </w:r>
      <w:r>
        <w:rPr>
          <w:lang w:eastAsia="zh-CN"/>
        </w:rPr>
        <w:t>　　1、把学校消防安全问题放在突出位置。按照局、公安、消防等部门的要求严格校园防火管理，开展消防安全专项整治工作，整治期间，学校全面开展了消防安全大检查，对各年级教室、计算机室、图书室、仪器室、实验室、及各办公室和教师宿舍等师生人员密集场所和易燃易爆场所，对电器、电线、灭火器材、消防水源进行了全面的检查，对查出的隐患迅速进行了整改。做到了排查不漏处室、不漏班级、不漏设施，排患务尽、不留死角。发现不安全苗头和现象迅速整改。</w:t>
      </w:r>
      <w:r>
        <w:rPr>
          <w:lang w:eastAsia="zh-CN"/>
        </w:rPr>
        <w:br/>
      </w:r>
      <w:r>
        <w:rPr>
          <w:lang w:eastAsia="zh-CN"/>
        </w:rPr>
        <w:t>　　2、学校派专人及时新增添5个灭火器，更换教室部分已坏插座。</w:t>
      </w:r>
      <w:r>
        <w:rPr>
          <w:lang w:eastAsia="zh-CN"/>
        </w:rPr>
        <w:br/>
      </w:r>
      <w:r>
        <w:rPr>
          <w:lang w:eastAsia="zh-CN"/>
        </w:rPr>
        <w:t>　　三、加强值班管理，强化安全教育。</w:t>
      </w:r>
      <w:r>
        <w:rPr>
          <w:lang w:eastAsia="zh-CN"/>
        </w:rPr>
        <w:br/>
      </w:r>
      <w:r>
        <w:rPr>
          <w:lang w:eastAsia="zh-CN"/>
        </w:rPr>
        <w:t>　　1、校园实行封闭管理，对外来人员进校联系工作实行登记检查制度。禁止社会闲杂人员进入校园，严禁易燃易爆物品进入校园。</w:t>
      </w:r>
      <w:r>
        <w:rPr>
          <w:lang w:eastAsia="zh-CN"/>
        </w:rPr>
        <w:br/>
      </w:r>
      <w:r>
        <w:rPr>
          <w:lang w:eastAsia="zh-CN"/>
        </w:rPr>
        <w:t>　　2、对学校校舍走廊护栏、疏散通道及上下楼梯处加注警示标志，严禁杜绝学生攀爬和伤亡事件的发生。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3、学校确定每周值周员为轮流保安员，进一步加强课间活动督察、强化晚上值班巡查，全面落实安全防范措施。</w:t>
      </w:r>
      <w:r>
        <w:rPr>
          <w:lang w:eastAsia="zh-CN"/>
        </w:rPr>
        <w:br/>
      </w:r>
      <w:r>
        <w:rPr>
          <w:lang w:eastAsia="zh-CN"/>
        </w:rPr>
        <w:t>　　4、加强冬季用电和取暖安全管理，严禁表外用电和超负荷用电，严禁私自接线和改装用电设备。及时检查用电、及时整改安全隐患。取暖安全做到火在人在，人走火灭，尽量不燃放烟花、爆竹，取暖和烘衣物要小心谨慎。</w:t>
      </w:r>
      <w:r>
        <w:rPr>
          <w:lang w:eastAsia="zh-CN"/>
        </w:rPr>
        <w:br/>
      </w:r>
      <w:r>
        <w:rPr>
          <w:lang w:eastAsia="zh-CN"/>
        </w:rPr>
        <w:t>　　5、学校要求教师在教学过程中能根据本学科的特点科学合理、认真组织好教学活动，防止发生学生伤害事故。再根据不同年龄学生的特点，积极探索有效的消防安全教育形式，努力增强学生的防范意识和自我保护能力。</w:t>
      </w:r>
      <w:r>
        <w:rPr>
          <w:lang w:eastAsia="zh-CN"/>
        </w:rPr>
        <w:br/>
      </w:r>
      <w:r>
        <w:rPr>
          <w:lang w:eastAsia="zh-CN"/>
        </w:rPr>
        <w:t>　　四、建立消防隐患排查整治长效工作机制。</w:t>
      </w:r>
      <w:r>
        <w:rPr>
          <w:lang w:eastAsia="zh-CN"/>
        </w:rPr>
        <w:br/>
      </w:r>
      <w:r>
        <w:rPr>
          <w:lang w:eastAsia="zh-CN"/>
        </w:rPr>
        <w:t>　　组织力量对学校消防安全工作进行经常性的检查，对发现的问题和存在的薄弱环节，及时按有关要求加以整改。整改中做到一个环节落到实处，不留死角，树立正确的安全观。</w:t>
      </w:r>
      <w:r>
        <w:rPr>
          <w:lang w:eastAsia="zh-CN"/>
        </w:rPr>
        <w:br/>
      </w:r>
      <w:r>
        <w:rPr>
          <w:lang w:eastAsia="zh-CN"/>
        </w:rPr>
        <w:t>　　我们将把学校消防安全工作放在突出位置，加强管理和防范，充分认识消防安全工作的艰巨性和长期性，力戒形式主义，坚持下大力气、不懈努力，狠抓落实，认真总结经验，加强学校安全工作的前瞻性和预见性，坚持预防为主，标本兼治，初步建立起学校消防安全工作的长效机制。</w:t>
      </w:r>
      <w:r>
        <w:rPr>
          <w:lang w:eastAsia="zh-CN"/>
        </w:rPr>
        <w:br/>
      </w:r>
      <w:r>
        <w:rPr>
          <w:lang w:eastAsia="zh-CN"/>
        </w:rPr>
        <w:t xml:space="preserve">    2024排查整治工作总结 篇12 </w:t>
      </w:r>
      <w:r>
        <w:rPr>
          <w:lang w:eastAsia="zh-CN"/>
        </w:rPr>
        <w:br/>
      </w:r>
    </w:p>
    <w:p w:rsidR="001B1F19" w14:textId="27C3F48A">
      <w:pPr>
        <w:rPr>
          <w:rFonts w:hint="eastAsia"/>
          <w:lang w:eastAsia="zh-CN"/>
        </w:rPr>
      </w:pPr>
      <w:r>
        <w:rPr>
          <w:lang w:eastAsia="zh-CN"/>
        </w:rPr>
        <w:t>　　为确保学生有一个安全、稳定、卫生的学习生活环境，促进优良校风学风的形成，我院认真落实学校《关于加强春季学生宿舍安全管理工作的通知》要求，不断加强学生宿舍安全管理。现将有关情况汇报如下：</w:t>
      </w:r>
      <w:r>
        <w:rPr>
          <w:lang w:eastAsia="zh-CN"/>
        </w:rPr>
        <w:br/>
      </w:r>
      <w:r>
        <w:rPr>
          <w:lang w:eastAsia="zh-CN"/>
        </w:rPr>
        <w:t>　　1、学院高度重视，将宿舍管理列入重要日程。</w:t>
      </w:r>
      <w:r>
        <w:rPr>
          <w:lang w:eastAsia="zh-CN"/>
        </w:rPr>
        <w:br/>
      </w:r>
      <w:r>
        <w:rPr>
          <w:lang w:eastAsia="zh-CN"/>
        </w:rPr>
        <w:t>　　学生宿舍安全管理工作是学生管理工作中的一项常规工作，学院领导一直十分重视。每周辅导员例会，对此项工作反复强调，检查落实状况。在学校下发了本次通知后，4月22日学院又召开了宿舍管理工作专题会议，要求各班首先进行宣传教育，并对学生校外住宿、夜不归宿，违规使用大功率电器，宿舍内经商等行为进行自查，学院再统一组织检查评比。</w:t>
      </w:r>
      <w:r>
        <w:rPr>
          <w:lang w:eastAsia="zh-CN"/>
        </w:rPr>
        <w:br/>
      </w:r>
      <w:r>
        <w:rPr>
          <w:lang w:eastAsia="zh-CN"/>
        </w:rPr>
        <w:t>　　2、加强宣传教育，增强学生安全意识。</w:t>
      </w:r>
      <w:r>
        <w:rPr>
          <w:lang w:eastAsia="zh-CN"/>
        </w:rPr>
        <w:br/>
      </w:r>
      <w:r>
        <w:rPr>
          <w:lang w:eastAsia="zh-CN"/>
        </w:rPr>
        <w:t>　　根据学校和学院的统一要求，我院所有班级在平常利用各种时机，加强对学生安全教育的基础上，又于第8至11周的周末晚点名班会中加入了宿舍文明和安全教育等的内容，进一步促进学生养成良好的行为规范，不断加强安全意识。</w:t>
      </w:r>
      <w:r>
        <w:rPr>
          <w:lang w:eastAsia="zh-CN"/>
        </w:rPr>
        <w:br/>
      </w:r>
      <w:r>
        <w:rPr>
          <w:lang w:eastAsia="zh-CN"/>
        </w:rPr>
        <w:t>　　3、班级自查，纠正不良现象。</w:t>
      </w:r>
      <w:r>
        <w:rPr>
          <w:lang w:eastAsia="zh-CN"/>
        </w:rPr>
        <w:br/>
      </w:r>
      <w:r>
        <w:rPr>
          <w:lang w:eastAsia="zh-CN"/>
        </w:rPr>
        <w:t>　　4月22日至4月30日，各班学生干部在各班级内部组织自查，并将不规范行为在班会中提出批评，辅导员和班级学生干部对其进行督促并限期进行改正。自查过程中，发现校外住宿学生2名，违规使用大功率电器寝室43间，宿舍经营小卖部寝室1间，私拉网线寝室4间。经教育，校外住宿的两名学生已返回学校，其他违规寝室也进行了教育和整改。</w:t>
      </w:r>
      <w:r>
        <w:rPr>
          <w:lang w:eastAsia="zh-CN"/>
        </w:rPr>
        <w:br/>
      </w:r>
      <w:r>
        <w:rPr>
          <w:lang w:eastAsia="zh-CN"/>
        </w:rPr>
        <w:t>　　4、坚持定期检查，每月开展评比。</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https://d.book118.com/396031000201010043</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96031000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