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出纳五月份工作总结报告（32篇）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出纳五月份工作总结报告（精选32篇）</w:t>
      </w:r>
      <w:r>
        <w:rPr>
          <w:lang w:eastAsia="zh-CN"/>
        </w:rPr>
        <w:br/>
      </w:r>
      <w:r>
        <w:rPr>
          <w:lang w:eastAsia="zh-CN"/>
        </w:rPr>
        <w:t xml:space="preserve">    出纳五月份工作总结报告 篇1 </w:t>
      </w:r>
      <w:r>
        <w:rPr>
          <w:lang w:eastAsia="zh-CN"/>
        </w:rPr>
        <w:br/>
      </w:r>
      <w:r>
        <w:rPr>
          <w:lang w:eastAsia="zh-CN"/>
        </w:rPr>
        <w:t>　　一、会计工作</w:t>
      </w:r>
      <w:r>
        <w:rPr>
          <w:lang w:eastAsia="zh-CN"/>
        </w:rPr>
        <w:br/>
      </w:r>
      <w:r>
        <w:rPr>
          <w:lang w:eastAsia="zh-CN"/>
        </w:rPr>
        <w:t>　　我在单位担任出纳会计工作，我的工作宗旨就是为全体九中人服务。我是这样想的，也是这样做的。全校有223名在职职工，62名离退休人员，50多名临时工。我无论老少，一视同仁，全心全意为大家做好服务工作。</w:t>
      </w:r>
      <w:r>
        <w:rPr>
          <w:lang w:eastAsia="zh-CN"/>
        </w:rPr>
        <w:br/>
      </w:r>
      <w:r>
        <w:rPr>
          <w:lang w:eastAsia="zh-CN"/>
        </w:rPr>
        <w:t>　　首先是工资。工资是大家的经济命脉，也是人们最关心，最关注的，我认真做好工资表的编制，工资项目仔细核对，做到万无一失，不能让任何一个人的个人利益受到损失。由于人员比较多，工资项也比较多，所以工作量很大，必须不厌其烦，认真仔细。一年来，我没有一次失误，顺利的完成了自己的工作。现金的发放也是一件繁琐的工作，200多人的结构工资，过节费，值班费等，每个月都多次有现金的发放，不能出任何差错。我一个人现场办公，要身手矫捷，要心细如发，要监督签字，要催促领款，有时中午都不能休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其次是个人所得税和公积金。大家都是教师，觉悟都非常高，个人所得税是每个公民应尽的义务，我为了完成大家积极自觉纳税的心愿，每个月都要进行两次所得税的核算工作，月初还要进行网上上报，并把税款按时交到银行。住房公积金是大家的福利，每年6月，我要根据每个人的年收入测算公积金数额，然后上报，并在每个月的月初到公积金管理处进行全校的公积金汇缴工作。公积金的提取是一项非常复杂的工作，需要提供很多文件，在我的帮助与努力下，已经为100多位教师提取了公积金。</w:t>
      </w:r>
      <w:r>
        <w:rPr>
          <w:lang w:eastAsia="zh-CN"/>
        </w:rPr>
        <w:br/>
      </w:r>
      <w:r>
        <w:rPr>
          <w:lang w:eastAsia="zh-CN"/>
        </w:rPr>
        <w:t>　　再次是公费医疗。我还负责单位职工的公费医疗事项，门诊费报销，区外住院费报销，产前检查，外出就医证明等。一年来，门诊费报销20多万元，区外住院费8人次，产前检查8人次，这16人次每人都要填2张表，跑两次劳动局。单位有6位享受离休待遇的老教师，他们每月都有门诊费报销，所以我每月都要给他们收单据，核算，输机，报劳动局，等款项拨付后，还要取款，发放。周而复始，每年12次。今年又一次公费医疗改革开始了，收医疗手册，选三家医疗机构，输入电脑，打印表册，上报劳动局，制作新的医疗手册</w:t>
      </w:r>
      <w:r>
        <w:rPr>
          <w:lang w:eastAsia="zh-CN"/>
        </w:rPr>
        <w:br/>
      </w:r>
      <w:r>
        <w:rPr>
          <w:lang w:eastAsia="zh-CN"/>
        </w:rPr>
        <w:t>　　最后是其他杂项。由于学校人员较多，组成比较复杂，各种情况都有，我要负责的事情就比较多。有事业编制的，要向教委，人事局，财政局报表，有参加社会保障的人员和临时工，要向劳动局，统计局报表。每年都会有工资变动，这就会令我的工作量增加很多。职称变动，工资项目就要变动4项;退休、调动，要收复印件，填申请表，变工资，变医疗手册，公积金变动，社会保险增减;薪级、年终奖、教龄等变动，每年一次，横表、竖表每人都要制三四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另外，会计的日常工作我也完成的很好，每月按时结账、对账，跑银行、教委、劳动局领任务，交表，网上统计局报表，校内接待财政局、教委、物价局等上级单位的检查等等，工作忙碌而充实，乐在其中。呵呵!</w:t>
      </w:r>
      <w:r>
        <w:rPr>
          <w:lang w:eastAsia="zh-CN"/>
        </w:rPr>
        <w:br/>
      </w:r>
      <w:r>
        <w:rPr>
          <w:lang w:eastAsia="zh-CN"/>
        </w:rPr>
        <w:t>　　二、临时工作</w:t>
      </w:r>
      <w:r>
        <w:rPr>
          <w:lang w:eastAsia="zh-CN"/>
        </w:rPr>
        <w:br/>
      </w:r>
      <w:r>
        <w:rPr>
          <w:lang w:eastAsia="zh-CN"/>
        </w:rPr>
        <w:t>　　说是临时工作，也已经干了三年了，那就是学校基建手续的办理。今年我经手的项目有三个。宿舍楼的开工，食堂加层规划审批、图纸敲定，操场看台验收备案。一提到这些涉外事项，我是一肚子的苦水埃辛苦不说，求爷爷，告奶奶，起早堵门找人，耗时费力等人，点头哈腰求人，这一切都是为了九中人。</w:t>
      </w:r>
      <w:r>
        <w:rPr>
          <w:lang w:eastAsia="zh-CN"/>
        </w:rPr>
        <w:br/>
      </w:r>
      <w:r>
        <w:rPr>
          <w:lang w:eastAsia="zh-CN"/>
        </w:rPr>
        <w:t>　　基建手续相当复杂，一个项目从立项到验收成功，大约需要100多个手续，也就需要100多个章。学校的这三个项目立项申请、可行性研究报告都是我自己写的，可行性研究报告专业性很强，涉及办学政策，气候，水文，地质，施工，预算，招投标，固定资产等多项知识，我20__年一直在学校工作，两眼一抹黑。让我做就是赶鸭子上架，但我还是查资料，寻证据，修改若干次，终于完成了《报告》并通过了审批。还有就是竣工报告，验收报告，结算证明，消防申请，工程说明等都是我独立完成，并通过了验收和审查。财务月工作总结范文食堂加层由解放军总参第四设计院设计，为了完成规划、发改委的审批，我多次往返于设计院和顺义之间，最累的一次是我和李胜利校长走了5里路然后坐公交车回顺义，我们两个早上出来办手续，回到家已经晚上7点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宿舍楼要开工建设了，勘探人员来打眼取土质，正是冬天，挂着五六级的风，我却必须拿着图纸陪他们选点、打眼、取土。</w:t>
      </w:r>
      <w:r>
        <w:rPr>
          <w:lang w:eastAsia="zh-CN"/>
        </w:rPr>
        <w:br/>
      </w:r>
      <w:r>
        <w:rPr>
          <w:lang w:eastAsia="zh-CN"/>
        </w:rPr>
        <w:t>　　一言难尽，冷暖自知。早晨没上班就去办公事，下班了还在跑手续，自己的本职工作还要完成，学校的基建项目也要迅速的顺利进行，我几乎没什么空闲时间，总之，我尽力了，我为九中，为九中人奉献了自己的力量。今后，我会更加努力，无怨无悔的工作，学校和职工的需求，就是我的责任。</w:t>
      </w:r>
      <w:r>
        <w:rPr>
          <w:lang w:eastAsia="zh-CN"/>
        </w:rPr>
        <w:br/>
      </w:r>
      <w:r>
        <w:rPr>
          <w:lang w:eastAsia="zh-CN"/>
        </w:rPr>
        <w:t xml:space="preserve">    出纳五月份工作总结报告 篇2 </w:t>
      </w:r>
      <w:r>
        <w:rPr>
          <w:lang w:eastAsia="zh-CN"/>
        </w:rPr>
        <w:br/>
      </w:r>
      <w:r>
        <w:rPr>
          <w:lang w:eastAsia="zh-CN"/>
        </w:rPr>
        <w:t>　　时间就这样过得很快。还记得大学刚毕业来工厂的时候，我怯生生的和厂里的同事打成一片，一眨眼的功夫，我和同事就熟络起来，半年就这样过去了。在工厂这半年的工作中，作为工厂的新人，我很快熟悉了工厂交给我的工作，得到了厂领导和同事的一致好评。在厂领导、部门领导和同事的关心和帮助下，我顺利完成了各项工作，思想觉悟也有了进一步提高。今年的工作总结主要包括以下几项:</w:t>
      </w:r>
      <w:r>
        <w:rPr>
          <w:lang w:eastAsia="zh-CN"/>
        </w:rPr>
        <w:br/>
      </w:r>
      <w:r>
        <w:rPr>
          <w:lang w:eastAsia="zh-CN"/>
        </w:rPr>
        <w:t>　　一、工作态度和勤奋程度。</w:t>
      </w:r>
      <w:r>
        <w:rPr>
          <w:lang w:eastAsia="zh-CN"/>
        </w:rPr>
        <w:br/>
      </w:r>
      <w:r>
        <w:rPr>
          <w:lang w:eastAsia="zh-CN"/>
        </w:rPr>
        <w:t>　　热爱本职工作，能正确认真对待每一项工作，全身心投入，热情服务大家，认真遵守劳动纪律，保证按时出勤，出勤率高，全年不请假，有效利用工作时间，坚守岗位，需要加班才能按时完成工作，保证工作能按时完成。</w:t>
      </w:r>
      <w:r>
        <w:rPr>
          <w:lang w:eastAsia="zh-CN"/>
        </w:rPr>
        <w:br/>
      </w:r>
      <w:r>
        <w:rPr>
          <w:lang w:eastAsia="zh-CN"/>
        </w:rPr>
        <w:t>　　二。工作质量的成就、效益和贡献。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工作开始前制定个人工作计划，优先及时完成所有工作，达到预期效果，保质保量完成工作，工作效率高。同时在工作中也学到了很多，锻炼了自己。通过不懈的努力，我的工作水平有了很大的进步，开创了工作的新局面，为工厂和部门的工作做出了应有的贡献。</w:t>
      </w:r>
      <w:r>
        <w:rPr>
          <w:lang w:eastAsia="zh-CN"/>
        </w:rPr>
        <w:br/>
      </w:r>
      <w:r>
        <w:rPr>
          <w:lang w:eastAsia="zh-CN"/>
        </w:rPr>
        <w:t>　　三是思想政治表现、道德品质修养和职业道德。</w:t>
      </w:r>
      <w:r>
        <w:rPr>
          <w:lang w:eastAsia="zh-CN"/>
        </w:rPr>
        <w:br/>
      </w:r>
      <w:r>
        <w:rPr>
          <w:lang w:eastAsia="zh-CN"/>
        </w:rPr>
        <w:t>　　能够认真执行党的基本路线、方针、政策，通过报刊、书籍认真学习政治理论；遵纪守法，认真学习法律知识；爱岗敬业，责任心和事业心强，认真积极学习专业知识，工作态度端正，认真负责。</w:t>
      </w:r>
      <w:r>
        <w:rPr>
          <w:lang w:eastAsia="zh-CN"/>
        </w:rPr>
        <w:br/>
      </w:r>
      <w:r>
        <w:rPr>
          <w:lang w:eastAsia="zh-CN"/>
        </w:rPr>
        <w:t>　　四。专业知识，工作潜力，具体工作。</w:t>
      </w:r>
      <w:r>
        <w:rPr>
          <w:lang w:eastAsia="zh-CN"/>
        </w:rPr>
        <w:br/>
      </w:r>
      <w:r>
        <w:rPr>
          <w:lang w:eastAsia="zh-CN"/>
        </w:rPr>
        <w:t>　　10月份来工厂工作，担任工厂行政秘书，协助办公室主任做好工作。行政工作很琐碎，但是为了做好工作，我不怕麻烦。通过向领导请教，向同事学习，自己摸索实践，在很短的时间内熟悉了工厂的工作，明确了工作程序和方向，提高了工作潜力。在具体的工作中，我形成了清晰的工作思路，并且能够顺利地开展工作，熟练而成功地完成自己的工作。</w:t>
      </w:r>
      <w:r>
        <w:rPr>
          <w:lang w:eastAsia="zh-CN"/>
        </w:rPr>
        <w:br/>
      </w:r>
      <w:r>
        <w:rPr>
          <w:lang w:eastAsia="zh-CN"/>
        </w:rPr>
        <w:t>　　在这一年里，我以“做得更好”为目标，培养了创新意识，并用心成功完成了以下工作:</w:t>
      </w:r>
      <w:r>
        <w:rPr>
          <w:lang w:eastAsia="zh-CN"/>
        </w:rPr>
        <w:br/>
      </w:r>
      <w:r>
        <w:rPr>
          <w:lang w:eastAsia="zh-CN"/>
        </w:rPr>
        <w:t>　　1、做好办公用品的管理。做好办公用品领用登记，按需发放，确保不浪费，按时清点，及时补充，满足大家工作需要。</w:t>
      </w:r>
      <w:r>
        <w:rPr>
          <w:lang w:eastAsia="zh-CN"/>
        </w:rPr>
        <w:br/>
      </w:r>
      <w:r>
        <w:rPr>
          <w:lang w:eastAsia="zh-CN"/>
        </w:rPr>
        <w:t>　　2.协助办公室主任做好各类公文的登记、上报和分发工作，将原类别中未具体整理的文件整理出来，放入带标签的文件夹中，给大家查阅文件带来了极大的方便。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3.做好各类信件的收发工作。20__年底，协助办公室主任顺利完成20__年报刊杂志的订阅工作。为了不耽误工厂和大家的工作，我们不怕辛苦，每天按时领信和报纸，及时把公函和备忘录分发到部门和个人。</w:t>
      </w:r>
      <w:r>
        <w:rPr>
          <w:lang w:eastAsia="zh-CN"/>
        </w:rPr>
        <w:br/>
      </w:r>
      <w:r>
        <w:rPr>
          <w:lang w:eastAsia="zh-CN"/>
        </w:rPr>
        <w:t>　　4.认真、按时、高效地完成厂领导和办公室主任交办的其他工作。</w:t>
      </w:r>
      <w:r>
        <w:rPr>
          <w:lang w:eastAsia="zh-CN"/>
        </w:rPr>
        <w:br/>
      </w:r>
      <w:r>
        <w:rPr>
          <w:lang w:eastAsia="zh-CN"/>
        </w:rPr>
        <w:t>　　5.协助办公室主任做好工厂的财务工作。财务是工厂的一项重要工作，需要认真负责的态度和清晰的头脑。我认真研究了工厂的各种财务制度，理清思路，整理各种账目，认真登记。年底前完成了20__年工厂办公用品、出差、接待、会议、教材、低值易耗品账目的报销。工厂的财务工作正在进一步规范，新的一年我会再接再厉，做得更好。</w:t>
      </w:r>
      <w:r>
        <w:rPr>
          <w:lang w:eastAsia="zh-CN"/>
        </w:rPr>
        <w:br/>
      </w:r>
      <w:r>
        <w:rPr>
          <w:lang w:eastAsia="zh-CN"/>
        </w:rPr>
        <w:t>　　6.做好公章管理工作。对公章的使用进行详细登记，严格执行工厂公章管理规定，不滥用公章，不做违法的事情。为了工厂工作的顺利进行和部门间的工作协调，除了做好自己的本职工作，我也尽量配合其他同事。</w:t>
      </w:r>
      <w:r>
        <w:rPr>
          <w:lang w:eastAsia="zh-CN"/>
        </w:rPr>
        <w:br/>
      </w:r>
      <w:r>
        <w:rPr>
          <w:lang w:eastAsia="zh-CN"/>
        </w:rPr>
        <w:t>　　总结一年的工作，尽管取得了必要的进步和成绩，但在某些方面还存在不足。比如创造性的工作思路不多，个别工作不够完善，需要在以后的工作中改进。在新的一年里，我将认真学习各项政策法规，努力使自己的思想觉悟和工作效率全面上一个新台阶，为工厂的发展做出更大、更多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在工厂的半年工资里，我得到了厂领导和同事的大力帮助，这也是我非常感谢他们的地方。在他们的帮助下，我很快适应了工厂的`工作，对此我感到非常感激。</w:t>
      </w:r>
      <w:r>
        <w:rPr>
          <w:lang w:eastAsia="zh-CN"/>
        </w:rPr>
        <w:br/>
      </w:r>
      <w:r>
        <w:rPr>
          <w:lang w:eastAsia="zh-CN"/>
        </w:rPr>
        <w:t>　　在未来的一年里，我会继续努力，把自己的工作潜力提高到一个新的水平，不辜负大家对我的期望。我会尽我所能帮助工厂实现发展。相信工厂的明天会更好！</w:t>
      </w:r>
      <w:r>
        <w:rPr>
          <w:lang w:eastAsia="zh-CN"/>
        </w:rPr>
        <w:br/>
      </w:r>
      <w:r>
        <w:rPr>
          <w:lang w:eastAsia="zh-CN"/>
        </w:rPr>
        <w:t xml:space="preserve">    出纳五月份工作总结报告 篇3 </w:t>
      </w:r>
      <w:r>
        <w:rPr>
          <w:lang w:eastAsia="zh-CN"/>
        </w:rPr>
        <w:br/>
      </w:r>
      <w:r>
        <w:rPr>
          <w:lang w:eastAsia="zh-CN"/>
        </w:rPr>
        <w:t>　　时光总在你忙碌的时候悄悄溜走，不知不觉又是一学期过去了，回想这学期的点点滴滴，与孩子们一起共学、共长，真令人难忘。这些孩子分别来自不同的家庭，所受的教育不同，发展水平也不同。他们有的是平行班过来的，有的是从姐妹幼儿园转入的，也有的是刚刚走出家庭，从未接受过任何正规的学前教育的。虽然他们都有着相似的肌体发展水平，但是在自我服务能力、适应能力、语言发展能力、思维能力等等诸方面都存在较大的不同。因此，面对这样一个层次不一的班级需要我们从多方面入手协调。首先创设一个亮丽、温馨、和谐的环境，帮助个别幼儿尽快适应新的学习生活环境，顺利度过心理上的断奶期。其次从每一个细节入手，建立起一系列良好的常规，以保证各项教学活动的有序开展。同时加强孩子的自我服务意识，提高自我服务能力，形成良好的行为习惯。在各科教学活动中从激发孩子学习兴趣入手进行分层教学，针对不同孩子的不同发展水平进行施教，以促进幼儿身心和谐健康地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回顾这一学期的工作，看着孩子们一张张可爱的笑脸，我们感到很欣慰，因为在教学中我付出的是汗水，但我收获的是孩子的成长与进步以及孩子对我们沉甸甸的爱。现在我就对这一学期的班级工作做如下总结：</w:t>
      </w:r>
      <w:r>
        <w:rPr>
          <w:lang w:eastAsia="zh-CN"/>
        </w:rPr>
        <w:br/>
      </w:r>
      <w:r>
        <w:rPr>
          <w:lang w:eastAsia="zh-CN"/>
        </w:rPr>
        <w:t>　　一、教育发展目标</w:t>
      </w:r>
      <w:r>
        <w:rPr>
          <w:lang w:eastAsia="zh-CN"/>
        </w:rPr>
        <w:br/>
      </w:r>
      <w:r>
        <w:rPr>
          <w:lang w:eastAsia="zh-CN"/>
        </w:rPr>
        <w:t>　　学前教育阶段是人的一生发展的奠基阶段，为了使孩子从小得到全面素质启蒙教育，必须摒弃“知识教育”的价值取向和短视行为，确定培养“完整儿童”的概念，特别要注重儿童生存能力和乐于学习，好奇探索，自主、自信、创造性，责任感等影响人终身发展的教育目标的价值。因此，根据纲要精神，在健康教育领域，我们特别注重用幼儿感兴趣的活动激发幼儿锻炼身体的兴趣，培养儿童健康生活的态度和习惯;在社会教育领域，培养儿童同情责任等社会性情感，发展儿童的交往、合作能力;在科学教育领域，注重引发幼儿探索的兴趣，注重幼儿的探索过程和获得的经验，锻炼解决问题的能力;在语言教育领域，着重培养孩子语言交往的兴趣和能力;在艺术教育领域，注重培养幼儿对艺术活动的兴趣和大胆表现，创造的品质。并以这样的教育价值取向指导中班年龄段儿童教育的目标、内容的选择和活动的设计。</w:t>
      </w:r>
      <w:r>
        <w:rPr>
          <w:lang w:eastAsia="zh-CN"/>
        </w:rPr>
        <w:br/>
      </w:r>
      <w:r>
        <w:rPr>
          <w:lang w:eastAsia="zh-CN"/>
        </w:rPr>
        <w:t>　　二、本学期教学目标和教学内容</w:t>
      </w:r>
      <w:r>
        <w:rPr>
          <w:lang w:eastAsia="zh-CN"/>
        </w:rPr>
        <w:br/>
      </w:r>
      <w:r>
        <w:rPr>
          <w:lang w:eastAsia="zh-CN"/>
        </w:rPr>
        <w:t>　　1)、健康领域</w:t>
      </w:r>
      <w:r>
        <w:rPr>
          <w:lang w:eastAsia="zh-CN"/>
        </w:rPr>
        <w:br/>
      </w:r>
      <w:r>
        <w:rPr>
          <w:lang w:eastAsia="zh-CN"/>
        </w:rPr>
        <w:t>　　1、学习控制、调整自己的情绪。</w:t>
      </w:r>
      <w:r>
        <w:rPr>
          <w:lang w:eastAsia="zh-CN"/>
        </w:rPr>
        <w:br/>
      </w:r>
      <w:r>
        <w:rPr>
          <w:lang w:eastAsia="zh-CN"/>
        </w:rPr>
        <w:t>　　2、独立进餐、盥洗，穿脱衣裤、鞋，学习整理床铺，管理自己的物品。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3、知道必要的卫生保健知识，认识身体的主要器官及基本功能，学习对自己的身体进行适当的保护。爱吃各种食物，养成主动喝水的习惯。注意生活环境卫生。</w:t>
      </w:r>
      <w:r>
        <w:rPr>
          <w:lang w:eastAsia="zh-CN"/>
        </w:rPr>
        <w:br/>
      </w:r>
      <w:r>
        <w:rPr>
          <w:lang w:eastAsia="zh-CN"/>
        </w:rPr>
        <w:t>　　4、了解不要的安全常识，对陌生人和危险事物有警觉。</w:t>
      </w:r>
      <w:r>
        <w:rPr>
          <w:lang w:eastAsia="zh-CN"/>
        </w:rPr>
        <w:br/>
      </w:r>
      <w:r>
        <w:rPr>
          <w:lang w:eastAsia="zh-CN"/>
        </w:rPr>
        <w:t>　　5、积极参加体育活动，提高身体承受气温变化的适应力，动作自然、协调。</w:t>
      </w:r>
      <w:r>
        <w:rPr>
          <w:lang w:eastAsia="zh-CN"/>
        </w:rPr>
        <w:br/>
      </w:r>
      <w:r>
        <w:rPr>
          <w:lang w:eastAsia="zh-CN"/>
        </w:rPr>
        <w:t>　　2)、语言领域</w:t>
      </w:r>
      <w:r>
        <w:rPr>
          <w:lang w:eastAsia="zh-CN"/>
        </w:rPr>
        <w:br/>
      </w:r>
      <w:r>
        <w:rPr>
          <w:lang w:eastAsia="zh-CN"/>
        </w:rPr>
        <w:t>　　1、学习注意倾听、理解日常用语。</w:t>
      </w:r>
      <w:r>
        <w:rPr>
          <w:lang w:eastAsia="zh-CN"/>
        </w:rPr>
        <w:br/>
      </w:r>
      <w:r>
        <w:rPr>
          <w:lang w:eastAsia="zh-CN"/>
        </w:rPr>
        <w:t>　　2、学习用普通话大胆、清楚地说出自己想说的事。</w:t>
      </w:r>
      <w:r>
        <w:rPr>
          <w:lang w:eastAsia="zh-CN"/>
        </w:rPr>
        <w:br/>
      </w:r>
      <w:r>
        <w:rPr>
          <w:lang w:eastAsia="zh-CN"/>
        </w:rPr>
        <w:t>　　3、学习欣赏文学作品，乐意表达自己的感受。能口齿清楚地朗诵儿歌和学习复述故事。</w:t>
      </w:r>
      <w:r>
        <w:rPr>
          <w:lang w:eastAsia="zh-CN"/>
        </w:rPr>
        <w:br/>
      </w:r>
      <w:r>
        <w:rPr>
          <w:lang w:eastAsia="zh-CN"/>
        </w:rPr>
        <w:t>　　4、学习有顺序地看图书，乐意与同伴交流图书的主要内容。喜欢看电视、听广播，并乐意将熟悉的内容与同伴进行交流。</w:t>
      </w:r>
      <w:r>
        <w:rPr>
          <w:lang w:eastAsia="zh-CN"/>
        </w:rPr>
        <w:br/>
      </w:r>
      <w:r>
        <w:rPr>
          <w:lang w:eastAsia="zh-CN"/>
        </w:rPr>
        <w:t>　　3)、社会领域</w:t>
      </w:r>
      <w:r>
        <w:rPr>
          <w:lang w:eastAsia="zh-CN"/>
        </w:rPr>
        <w:br/>
      </w:r>
      <w:r>
        <w:rPr>
          <w:lang w:eastAsia="zh-CN"/>
        </w:rPr>
        <w:t>　　1、关爱并尊敬父母、长辈、老师，接触与自己生活有关的社会工作人员，了解他们的职业与自己的关系，尊重他们的劳动。</w:t>
      </w:r>
      <w:r>
        <w:rPr>
          <w:lang w:eastAsia="zh-CN"/>
        </w:rPr>
        <w:br/>
      </w:r>
      <w:r>
        <w:rPr>
          <w:lang w:eastAsia="zh-CN"/>
        </w:rPr>
        <w:t>　　2、学习结伴、轮流、请求、商量、谦让、表达主张等交往方式，分享群体合作中产生的欢乐和成果。</w:t>
      </w:r>
      <w:r>
        <w:rPr>
          <w:lang w:eastAsia="zh-CN"/>
        </w:rPr>
        <w:br/>
      </w:r>
      <w:r>
        <w:rPr>
          <w:lang w:eastAsia="zh-CN"/>
        </w:rPr>
        <w:t>　　3、觉察他人的快乐、悲伤、生气等情绪表现，并尝试做出适宜的反应。</w:t>
      </w:r>
      <w:r>
        <w:rPr>
          <w:lang w:eastAsia="zh-CN"/>
        </w:rPr>
        <w:br/>
      </w:r>
      <w:r>
        <w:rPr>
          <w:lang w:eastAsia="zh-CN"/>
        </w:rPr>
        <w:t>　　4、学习简单评价自己及别人的行为，对自己能做的事表现出自信。</w:t>
      </w:r>
      <w:r>
        <w:rPr>
          <w:lang w:eastAsia="zh-CN"/>
        </w:rPr>
        <w:br/>
      </w:r>
      <w:r>
        <w:rPr>
          <w:lang w:eastAsia="zh-CN"/>
        </w:rPr>
        <w:t>　　5、初步辨别是非，遵守集体生活中的基本规则。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6、乐意接受成人的指令，完成力所能及的任务。</w:t>
      </w:r>
      <w:r>
        <w:rPr>
          <w:lang w:eastAsia="zh-CN"/>
        </w:rPr>
        <w:br/>
      </w:r>
      <w:r>
        <w:rPr>
          <w:lang w:eastAsia="zh-CN"/>
        </w:rPr>
        <w:t>　　7、了解家乡著名的设施，景观，喜爱参与民间节日活动，萌发爱家乡的情感。</w:t>
      </w:r>
      <w:r>
        <w:rPr>
          <w:lang w:eastAsia="zh-CN"/>
        </w:rPr>
        <w:br/>
      </w:r>
      <w:r>
        <w:rPr>
          <w:lang w:eastAsia="zh-CN"/>
        </w:rPr>
        <w:t>　　4)、科学领域</w:t>
      </w:r>
      <w:r>
        <w:rPr>
          <w:lang w:eastAsia="zh-CN"/>
        </w:rPr>
        <w:br/>
      </w:r>
      <w:r>
        <w:rPr>
          <w:lang w:eastAsia="zh-CN"/>
        </w:rPr>
        <w:t>　　1、对周围的事物、现象感兴趣，有好奇心。</w:t>
      </w:r>
      <w:r>
        <w:rPr>
          <w:lang w:eastAsia="zh-CN"/>
        </w:rPr>
        <w:br/>
      </w:r>
      <w:r>
        <w:rPr>
          <w:lang w:eastAsia="zh-CN"/>
        </w:rPr>
        <w:t>　　2、喜欢用多种感官探索周围环境。喜爱提问。愿意收集感兴趣的信息。</w:t>
      </w:r>
      <w:r>
        <w:rPr>
          <w:lang w:eastAsia="zh-CN"/>
        </w:rPr>
        <w:br/>
      </w:r>
      <w:r>
        <w:rPr>
          <w:lang w:eastAsia="zh-CN"/>
        </w:rPr>
        <w:t>　　3、常识用适当的方式表达自己的探索过程。</w:t>
      </w:r>
      <w:r>
        <w:rPr>
          <w:lang w:eastAsia="zh-CN"/>
        </w:rPr>
        <w:br/>
      </w:r>
      <w:r>
        <w:rPr>
          <w:lang w:eastAsia="zh-CN"/>
        </w:rPr>
        <w:t>　　4、能从生活和游戏中学习简单的数、形、时空等概念。学习使用比较、分类、排序、测量等方法。</w:t>
      </w:r>
      <w:r>
        <w:rPr>
          <w:lang w:eastAsia="zh-CN"/>
        </w:rPr>
        <w:br/>
      </w:r>
      <w:r>
        <w:rPr>
          <w:lang w:eastAsia="zh-CN"/>
        </w:rPr>
        <w:t>　　5、关心周围环境，爱护动物、植物，萌发初步的环保意识。</w:t>
      </w:r>
      <w:r>
        <w:rPr>
          <w:lang w:eastAsia="zh-CN"/>
        </w:rPr>
        <w:br/>
      </w:r>
      <w:r>
        <w:rPr>
          <w:lang w:eastAsia="zh-CN"/>
        </w:rPr>
        <w:t>　　5)、艺术领域</w:t>
      </w:r>
      <w:r>
        <w:rPr>
          <w:lang w:eastAsia="zh-CN"/>
        </w:rPr>
        <w:br/>
      </w:r>
      <w:r>
        <w:rPr>
          <w:lang w:eastAsia="zh-CN"/>
        </w:rPr>
        <w:t>　　1、能发现和感受周围环境中的美。喜欢、欣赏美工作品及音乐作品，能感受它们的明显特征，能表达自己的感受。</w:t>
      </w:r>
      <w:r>
        <w:rPr>
          <w:lang w:eastAsia="zh-CN"/>
        </w:rPr>
        <w:br/>
      </w:r>
      <w:r>
        <w:rPr>
          <w:lang w:eastAsia="zh-CN"/>
        </w:rPr>
        <w:t>　　2、学习表现物体的基本部分和主要特征，会选择颜色初步有目的地调色、配色，能围绕主题大胆安排画面。常识使用各种材料、工具、方法进行拼装、拆卸、制作。</w:t>
      </w:r>
      <w:r>
        <w:rPr>
          <w:lang w:eastAsia="zh-CN"/>
        </w:rPr>
        <w:br/>
      </w:r>
      <w:r>
        <w:rPr>
          <w:lang w:eastAsia="zh-CN"/>
        </w:rPr>
        <w:t>　　3、学习用自然的声音较有表情的唱歌，能完整地唱几首歌曲。喜欢模仿创编歌曲和动作。喜欢随音乐的节奏和情绪做模仿动作、跳舞和做游戏。喜欢用打击乐器和身体动作来表达音乐节奏。</w:t>
      </w:r>
      <w:r>
        <w:rPr>
          <w:lang w:eastAsia="zh-CN"/>
        </w:rPr>
        <w:br/>
      </w:r>
      <w:r>
        <w:rPr>
          <w:lang w:eastAsia="zh-CN"/>
        </w:rPr>
        <w:t>　　4、学习集体艺术活动的规则，体验集体艺术活动的乐趣。</w:t>
      </w:r>
      <w:r>
        <w:rPr>
          <w:lang w:eastAsia="zh-CN"/>
        </w:rPr>
        <w:br/>
      </w:r>
      <w:r>
        <w:rPr>
          <w:lang w:eastAsia="zh-CN"/>
        </w:rPr>
        <w:t>　　三、本学期主题活动内容。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1、《找快乐》;</w:t>
      </w:r>
      <w:r>
        <w:rPr>
          <w:lang w:eastAsia="zh-CN"/>
        </w:rPr>
        <w:br/>
      </w:r>
      <w:r>
        <w:rPr>
          <w:lang w:eastAsia="zh-CN"/>
        </w:rPr>
        <w:t>　　2、《瓶瓶罐罐》;</w:t>
      </w:r>
      <w:r>
        <w:rPr>
          <w:lang w:eastAsia="zh-CN"/>
        </w:rPr>
        <w:br/>
      </w:r>
      <w:r>
        <w:rPr>
          <w:lang w:eastAsia="zh-CN"/>
        </w:rPr>
        <w:t>　　3、《小巴掌》;</w:t>
      </w:r>
      <w:r>
        <w:rPr>
          <w:lang w:eastAsia="zh-CN"/>
        </w:rPr>
        <w:br/>
      </w:r>
      <w:r>
        <w:rPr>
          <w:lang w:eastAsia="zh-CN"/>
        </w:rPr>
        <w:t>　　4、《温暖的家》;</w:t>
      </w:r>
      <w:r>
        <w:rPr>
          <w:lang w:eastAsia="zh-CN"/>
        </w:rPr>
        <w:br/>
      </w:r>
      <w:r>
        <w:rPr>
          <w:lang w:eastAsia="zh-CN"/>
        </w:rPr>
        <w:t>　　5、《和恐龙做朋友》。</w:t>
      </w:r>
      <w:r>
        <w:rPr>
          <w:lang w:eastAsia="zh-CN"/>
        </w:rPr>
        <w:br/>
      </w:r>
      <w:r>
        <w:rPr>
          <w:lang w:eastAsia="zh-CN"/>
        </w:rPr>
        <w:t>　　四、存在不足与努力方向</w:t>
      </w:r>
      <w:r>
        <w:rPr>
          <w:lang w:eastAsia="zh-CN"/>
        </w:rPr>
        <w:br/>
      </w:r>
      <w:r>
        <w:rPr>
          <w:lang w:eastAsia="zh-CN"/>
        </w:rPr>
        <w:t>　　经过一个学期的努力，我们班的小朋友在各方面有了一定的发展，知识面丰富了，独立性增强了，但也存在着不足：</w:t>
      </w:r>
      <w:r>
        <w:rPr>
          <w:lang w:eastAsia="zh-CN"/>
        </w:rPr>
        <w:br/>
      </w:r>
      <w:r>
        <w:rPr>
          <w:lang w:eastAsia="zh-CN"/>
        </w:rPr>
        <w:t>　　在学习习惯上，有的幼儿注意力不易集中;有的幼儿乐意发言，但不爱动脑筋，依样画葫芦;还有的幼儿爱插嘴，回答问题声音不够响亮等。</w:t>
      </w:r>
      <w:r>
        <w:rPr>
          <w:lang w:eastAsia="zh-CN"/>
        </w:rPr>
        <w:br/>
      </w:r>
      <w:r>
        <w:rPr>
          <w:lang w:eastAsia="zh-CN"/>
        </w:rPr>
        <w:t>　　加强对特殊幼儿的观察与指导，培养幼儿自我管理的意识。</w:t>
      </w:r>
      <w:r>
        <w:rPr>
          <w:lang w:eastAsia="zh-CN"/>
        </w:rPr>
        <w:br/>
      </w:r>
      <w:r>
        <w:rPr>
          <w:lang w:eastAsia="zh-CN"/>
        </w:rPr>
        <w:t>　　在以后的学习中我们要在家长的共同配合下让孩子多了解一些新鲜的事物，以此来增长幼儿的知识。有了前行的目标，加上大家的努力，相信孩子们能健康地成长，明天我们将创造更灿烂的阳光!</w:t>
      </w:r>
      <w:r>
        <w:rPr>
          <w:lang w:eastAsia="zh-CN"/>
        </w:rPr>
        <w:br/>
      </w:r>
      <w:r>
        <w:rPr>
          <w:lang w:eastAsia="zh-CN"/>
        </w:rPr>
        <w:t xml:space="preserve">    出纳五月份工作总结报告 篇4 </w:t>
      </w:r>
      <w:r>
        <w:rPr>
          <w:lang w:eastAsia="zh-CN"/>
        </w:rPr>
        <w:br/>
      </w:r>
      <w:r>
        <w:rPr>
          <w:lang w:eastAsia="zh-CN"/>
        </w:rPr>
        <w:t>　　时光流逝，四月刚过五月份又将画上了句号，承接着上个月忙碌的工作，我们模具协会的工作依然在井然有序的开展中。五月里，主要有两件大事，分别是社团评优活动和举行会干竞选大会。这两次活动意义重大，也关系着我们模具协会的兴旺发达和今后更好的发展。在此，特对模具协会五月份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五月份上旬，在校团委学生会社团联合会的组织与策划下，发起了社团评优通知。所以，我们会长接到通知就立刻通知办公室人员，并要求他们准备好要上交的社团评优材料，顺便做好宣传动员行动，可以说我们协会也是积极响应这次行动。在这次社团评优活动中，全体成员或多或少的都为协会出过力。但是，他们的汗水不会白流，曾今用汗水播下的种子，将会硕果累累。尽管还不知道评优结果，但我坚信，努力过就一定会有结果。</w:t>
      </w:r>
      <w:r>
        <w:rPr>
          <w:lang w:eastAsia="zh-CN"/>
        </w:rPr>
        <w:br/>
      </w:r>
      <w:r>
        <w:rPr>
          <w:lang w:eastAsia="zh-CN"/>
        </w:rPr>
        <w:t>　　2、五月份下旬，我们协会积极组织举行了一场具有深远意义的会干竞选大会，参加本次大会的有模具教研室老师和协会10、11级会员。在此次大会过程中，我们11级会员积极上台表达自己对于竞选的想法，会员的积极性见证了我们模具协会的激情与活力，他们就像协会流淌的血液，为协会注入了新的活力，相信在他们的努力下，协会将会更加有活力。</w:t>
      </w:r>
      <w:r>
        <w:rPr>
          <w:lang w:eastAsia="zh-CN"/>
        </w:rPr>
        <w:br/>
      </w:r>
      <w:r>
        <w:rPr>
          <w:lang w:eastAsia="zh-CN"/>
        </w:rPr>
        <w:t>　　忙碌的五月份已经结束，模具协会以后的发展将由我们11级来承担。尽管任务再艰巨，我们仍将坚守着以“为同学服务”为宗旨，“以人为本”为原则，克服困难，团结会员，将我们模具协会管理得更好、更出色。</w:t>
      </w:r>
      <w:r>
        <w:rPr>
          <w:lang w:eastAsia="zh-CN"/>
        </w:rPr>
        <w:br/>
      </w:r>
      <w:r>
        <w:rPr>
          <w:lang w:eastAsia="zh-CN"/>
        </w:rPr>
        <w:t xml:space="preserve">    出纳五月份工作总结报告 篇5 </w:t>
      </w:r>
      <w:r>
        <w:rPr>
          <w:lang w:eastAsia="zh-CN"/>
        </w:rPr>
        <w:br/>
      </w:r>
      <w:r>
        <w:rPr>
          <w:lang w:eastAsia="zh-CN"/>
        </w:rPr>
        <w:t>　　五月，是绿色的五月，校园青翠；五月，是红色的五月，劳动光荣。五月，留给我们的记忆是如此深刻，难以言表，让我们共同回顾这段光辉岁月。</w:t>
      </w:r>
      <w:r>
        <w:rPr>
          <w:lang w:eastAsia="zh-CN"/>
        </w:rPr>
        <w:br/>
      </w:r>
      <w:r>
        <w:rPr>
          <w:lang w:eastAsia="zh-CN"/>
        </w:rPr>
        <w:t>　　一、常规教学</w:t>
      </w:r>
      <w:r>
        <w:rPr>
          <w:lang w:eastAsia="zh-CN"/>
        </w:rPr>
        <w:br/>
      </w:r>
      <w:r>
        <w:rPr>
          <w:lang w:eastAsia="zh-CN"/>
        </w:rPr>
        <w:t>　　1、高三教学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五月，高三复习进入了冲刺阶段，高三各备课组团结协作，发挥集体智慧，精心制定复习方案，备考工作扎实进行。五一放假期间，高三老师放弃了休息，坚持上课两天，非常辛苦。5月6日、7日（师大附中，全体），5月9日、10日（哈三中，宏志），进行了第三次模拟考试。5月18日，召开了三模质量分析会，总体上来看，考生成绩稳定，复习效果较好。</w:t>
      </w:r>
      <w:r>
        <w:rPr>
          <w:lang w:eastAsia="zh-CN"/>
        </w:rPr>
        <w:br/>
      </w:r>
      <w:r>
        <w:rPr>
          <w:lang w:eastAsia="zh-CN"/>
        </w:rPr>
        <w:t>　　体育术科考试</w:t>
      </w:r>
      <w:r>
        <w:rPr>
          <w:lang w:eastAsia="zh-CN"/>
        </w:rPr>
        <w:br/>
      </w:r>
      <w:r>
        <w:rPr>
          <w:lang w:eastAsia="zh-CN"/>
        </w:rPr>
        <w:t>　　5月4日至11日，应届体育特长生在于春信老师的带领下，赴哈参加术科考试。本次考试在黑大及哈理工两所院校进行，春信老师尽心尽力，组织安排周密，学生取得了优异的成绩。</w:t>
      </w:r>
      <w:r>
        <w:rPr>
          <w:lang w:eastAsia="zh-CN"/>
        </w:rPr>
        <w:br/>
      </w:r>
      <w:r>
        <w:rPr>
          <w:lang w:eastAsia="zh-CN"/>
        </w:rPr>
        <w:t>　　2、高一、高二教学</w:t>
      </w:r>
      <w:r>
        <w:rPr>
          <w:lang w:eastAsia="zh-CN"/>
        </w:rPr>
        <w:br/>
      </w:r>
      <w:r>
        <w:rPr>
          <w:lang w:eastAsia="zh-CN"/>
        </w:rPr>
        <w:t>　　本学月教师病事假较多，给教学工作带来了压力。几位学年组长张敏、蒋丽娟、刘新峰，积极协助教务科，统筹安排，保证了正常的教学秩序。很多老师承担了额外的任务，但是，他们都毫无怨言，满腔热忱的对待工作，体现了一种无私的奉献精神，令人感动。</w:t>
      </w:r>
      <w:r>
        <w:rPr>
          <w:lang w:eastAsia="zh-CN"/>
        </w:rPr>
        <w:br/>
      </w:r>
      <w:r>
        <w:rPr>
          <w:lang w:eastAsia="zh-CN"/>
        </w:rPr>
        <w:t>　　二、期中考试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5月12日、13日，进行了高一、高二两个学年的期中考试。本次考试，命题科学严谨，监考认真负责，阅卷及时准确，体现了高一、高二学年教师务实求真的态度。高岩松老师协助完成了地理学科的阅卷工作；李岩老师在监考中，严肃负责，敢于处理违纪现象，为全体教师树立了良好的典范。5月16日，召开了期中考试质量分析会，张敏、刘新峰两位组长会前做了周密的安排和部署，各个备课组及任课教师、班主任精心准备，质分会进行得顺利、流畅，达到了预期的目的。</w:t>
      </w:r>
      <w:r>
        <w:rPr>
          <w:lang w:eastAsia="zh-CN"/>
        </w:rPr>
        <w:br/>
      </w:r>
      <w:r>
        <w:rPr>
          <w:lang w:eastAsia="zh-CN"/>
        </w:rPr>
        <w:t>　　三、检查考评</w:t>
      </w:r>
      <w:r>
        <w:rPr>
          <w:lang w:eastAsia="zh-CN"/>
        </w:rPr>
        <w:br/>
      </w:r>
      <w:r>
        <w:rPr>
          <w:lang w:eastAsia="zh-CN"/>
        </w:rPr>
        <w:t>　　本学月检查了高三以外的教师教案，整体情况良好；检查了听课笔记，情况差强人意，希望引起注意。记录要完整，对于各个环节要有评价，还要做整体评价。本学月进行了评教工作，学生评价认真准确，与学校掌握的情况基本一致。以下老师提出表扬：张敏、白艳涛、蒋丽娟、刘新峰、赵艳英、范金成、陈立元、王艳、孙立成、朱世禹、康秀云、邵晓丹、姜丹、高岩松、陈洪影、宋丽娟、葛欣、宋金龙等。</w:t>
      </w:r>
      <w:r>
        <w:rPr>
          <w:lang w:eastAsia="zh-CN"/>
        </w:rPr>
        <w:br/>
      </w:r>
      <w:r>
        <w:rPr>
          <w:lang w:eastAsia="zh-CN"/>
        </w:rPr>
        <w:t>　　四、其它</w:t>
      </w:r>
      <w:r>
        <w:rPr>
          <w:lang w:eastAsia="zh-CN"/>
        </w:rPr>
        <w:br/>
      </w:r>
      <w:r>
        <w:rPr>
          <w:lang w:eastAsia="zh-CN"/>
        </w:rPr>
        <w:t>　　（一）、获奖情况</w:t>
      </w:r>
      <w:r>
        <w:rPr>
          <w:lang w:eastAsia="zh-CN"/>
        </w:rPr>
        <w:br/>
      </w:r>
      <w:r>
        <w:rPr>
          <w:lang w:eastAsia="zh-CN"/>
        </w:rPr>
        <w:t>　　1在吉林省和黑龙江省高中英语课堂教学培训活动中，我校有4位教师获奖</w:t>
      </w:r>
      <w:r>
        <w:rPr>
          <w:lang w:eastAsia="zh-CN"/>
        </w:rPr>
        <w:br/>
      </w:r>
      <w:r>
        <w:rPr>
          <w:lang w:eastAsia="zh-CN"/>
        </w:rPr>
        <w:t>　　一等奖</w:t>
      </w:r>
      <w:r>
        <w:rPr>
          <w:lang w:eastAsia="zh-CN"/>
        </w:rPr>
        <w:br/>
      </w:r>
      <w:r>
        <w:rPr>
          <w:lang w:eastAsia="zh-CN"/>
        </w:rPr>
        <w:t>　　二等奖</w:t>
      </w:r>
      <w:r>
        <w:rPr>
          <w:lang w:eastAsia="zh-CN"/>
        </w:rPr>
        <w:br/>
      </w:r>
      <w:r>
        <w:rPr>
          <w:lang w:eastAsia="zh-CN"/>
        </w:rPr>
        <w:t>　　2、在全省物理教师基本功大赛中，我校孙丹凤、宋金龙老师获二等奖</w:t>
      </w:r>
      <w:r>
        <w:rPr>
          <w:lang w:eastAsia="zh-CN"/>
        </w:rPr>
        <w:br/>
      </w:r>
      <w:r>
        <w:rPr>
          <w:lang w:eastAsia="zh-CN"/>
        </w:rPr>
        <w:t>　　让我们对他们取得的成绩表示祝贺。</w:t>
      </w:r>
      <w:r>
        <w:rPr>
          <w:lang w:eastAsia="zh-CN"/>
        </w:rPr>
        <w:br/>
      </w:r>
      <w:r>
        <w:rPr>
          <w:lang w:eastAsia="zh-CN"/>
        </w:rPr>
        <w:t>　　（二）、宣传板布展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高二学年，精心准备赞美青春、歌颂青春的一期宣传板报，主题鲜明、内容生动、富于感召力的；宋晓军老师利用业余时间完成了宣传稿的书写，为校园增添了一道风景，起到了教育青年学生、弘扬校园文化的作用。</w:t>
      </w:r>
      <w:r>
        <w:rPr>
          <w:lang w:eastAsia="zh-CN"/>
        </w:rPr>
        <w:br/>
      </w:r>
      <w:r>
        <w:rPr>
          <w:lang w:eastAsia="zh-CN"/>
        </w:rPr>
        <w:t>　　五、近期重点工作</w:t>
      </w:r>
      <w:r>
        <w:rPr>
          <w:lang w:eastAsia="zh-CN"/>
        </w:rPr>
        <w:br/>
      </w:r>
      <w:r>
        <w:rPr>
          <w:lang w:eastAsia="zh-CN"/>
        </w:rPr>
        <w:t>　　1、高三自由复习</w:t>
      </w:r>
      <w:r>
        <w:rPr>
          <w:lang w:eastAsia="zh-CN"/>
        </w:rPr>
        <w:br/>
      </w:r>
      <w:r>
        <w:rPr>
          <w:lang w:eastAsia="zh-CN"/>
        </w:rPr>
        <w:t>　　从5月29日开始，高三进入自由复习阶段，希望高三各位老师安排、指导好学生的复习，迎接高考。班主任做好班级各项管理工作。</w:t>
      </w:r>
      <w:r>
        <w:rPr>
          <w:lang w:eastAsia="zh-CN"/>
        </w:rPr>
        <w:br/>
      </w:r>
      <w:r>
        <w:rPr>
          <w:lang w:eastAsia="zh-CN"/>
        </w:rPr>
        <w:t>　　2、准考证发放，6月6日；考生签订《考试诚信承诺书》，班主任要做好考试诚信教育工作。</w:t>
      </w:r>
      <w:r>
        <w:rPr>
          <w:lang w:eastAsia="zh-CN"/>
        </w:rPr>
        <w:br/>
      </w:r>
      <w:r>
        <w:rPr>
          <w:lang w:eastAsia="zh-CN"/>
        </w:rPr>
        <w:t>　　3、高考</w:t>
      </w:r>
      <w:r>
        <w:rPr>
          <w:lang w:eastAsia="zh-CN"/>
        </w:rPr>
        <w:br/>
      </w:r>
      <w:r>
        <w:rPr>
          <w:lang w:eastAsia="zh-CN"/>
        </w:rPr>
        <w:t>　　6月7日、8日，是全国普通高考时间，高三各位老师，要按照教务科的安排，深入各考点，完成陪考任务。</w:t>
      </w:r>
      <w:r>
        <w:rPr>
          <w:lang w:eastAsia="zh-CN"/>
        </w:rPr>
        <w:br/>
      </w:r>
      <w:r>
        <w:rPr>
          <w:lang w:eastAsia="zh-CN"/>
        </w:rPr>
        <w:t>　　4、质量管理月</w:t>
      </w:r>
      <w:r>
        <w:rPr>
          <w:lang w:eastAsia="zh-CN"/>
        </w:rPr>
        <w:br/>
      </w:r>
      <w:r>
        <w:rPr>
          <w:lang w:eastAsia="zh-CN"/>
        </w:rPr>
        <w:t>　　各位教师要做好候课工作，严禁上课迟到、提前下课。任课教师要做好课堂管理工作。</w:t>
      </w:r>
      <w:r>
        <w:rPr>
          <w:lang w:eastAsia="zh-CN"/>
        </w:rPr>
        <w:br/>
      </w:r>
      <w:r>
        <w:rPr>
          <w:lang w:eastAsia="zh-CN"/>
        </w:rPr>
        <w:t>　　每位教师在上课时，要做好学生出席情况统计工作，并在《学生出勤统计表》上签字；班主任老师要做好督促工作，要求每天早晨学委把头天的《学生出勤统计表》上交教务科董彩香老师处；此表严禁学委代签。</w:t>
      </w:r>
      <w:r>
        <w:rPr>
          <w:lang w:eastAsia="zh-CN"/>
        </w:rPr>
        <w:br/>
      </w:r>
      <w:r>
        <w:rPr>
          <w:lang w:eastAsia="zh-CN"/>
        </w:rPr>
        <w:t>　　体育课、特长课，任课教师也要做好相应记录。</w:t>
      </w:r>
      <w:r>
        <w:rPr>
          <w:lang w:eastAsia="zh-CN"/>
        </w:rPr>
        <w:br/>
      </w:r>
      <w:r>
        <w:rPr>
          <w:lang w:eastAsia="zh-CN"/>
        </w:rPr>
        <w:t>　　5、陪考家长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今年我校有多位教职工子女参加高考，依照惯例，6月7日、8日高考期间，学校给有考生的教职工放假两天。</w:t>
      </w:r>
      <w:r>
        <w:rPr>
          <w:lang w:eastAsia="zh-CN"/>
        </w:rPr>
        <w:br/>
      </w:r>
      <w:r>
        <w:rPr>
          <w:lang w:eastAsia="zh-CN"/>
        </w:rPr>
        <w:t xml:space="preserve">    出纳五月份工作总结报告 篇6 </w:t>
      </w:r>
      <w:r>
        <w:rPr>
          <w:lang w:eastAsia="zh-CN"/>
        </w:rPr>
        <w:br/>
      </w:r>
      <w:r>
        <w:rPr>
          <w:lang w:eastAsia="zh-CN"/>
        </w:rPr>
        <w:t>　　一个月又过去了。学生在卫生、路队、两操、纪律等各个方面都有了很大的进步，各项活动也都顺利开展。</w:t>
      </w:r>
      <w:r>
        <w:rPr>
          <w:lang w:eastAsia="zh-CN"/>
        </w:rPr>
        <w:br/>
      </w:r>
      <w:r>
        <w:rPr>
          <w:lang w:eastAsia="zh-CN"/>
        </w:rPr>
        <w:t>　　第一，以“5.12”大地震为契机，利用班会课对学生进行爱国爱人民的思想教育。并进行了捐款活动，我班共捐款1192.5元,其中王_成200元、徐__100元、丁_100元。使学生的心灵受到了洗礼，知道我们应该珍惜这来之不易的生活，努力学习，报效祖国。</w:t>
      </w:r>
      <w:r>
        <w:rPr>
          <w:lang w:eastAsia="zh-CN"/>
        </w:rPr>
        <w:br/>
      </w:r>
      <w:r>
        <w:rPr>
          <w:lang w:eastAsia="zh-CN"/>
        </w:rPr>
        <w:t>　　第二，为参加学校的艺术节活动，调动学生参与的积极性，加强为班级争光的集体荣誉感，我对各个项目进行了精心的选拔，最终确定了李、王_、高、朱、李、葛_、景等7位学生参加本次艺术节，取得的成绩也不错。</w:t>
      </w:r>
      <w:r>
        <w:rPr>
          <w:lang w:eastAsia="zh-CN"/>
        </w:rPr>
        <w:br/>
      </w:r>
      <w:r>
        <w:rPr>
          <w:lang w:eastAsia="zh-CN"/>
        </w:rPr>
        <w:t>　　第三，为了使学生的`成绩各方面都有所进步提高，召开了部分学生家长座谈会，收到的效果比较好。</w:t>
      </w:r>
      <w:r>
        <w:rPr>
          <w:lang w:eastAsia="zh-CN"/>
        </w:rPr>
        <w:br/>
      </w:r>
      <w:r>
        <w:rPr>
          <w:lang w:eastAsia="zh-CN"/>
        </w:rPr>
        <w:t>　　第四，组织家长进行了第一次家长培训会。到位人数比较多，纪律比较好，他们听记的都非常认真。相信每位家长的收获都会很多。</w:t>
      </w:r>
      <w:r>
        <w:rPr>
          <w:lang w:eastAsia="zh-CN"/>
        </w:rPr>
        <w:br/>
      </w:r>
      <w:r>
        <w:rPr>
          <w:lang w:eastAsia="zh-CN"/>
        </w:rPr>
        <w:t>　　第五，为庆祝北京奥运会，出了一期“讲文明、迎奥运”为主题的黑板报，使学生增长了奥运知识。</w:t>
      </w:r>
      <w:r>
        <w:rPr>
          <w:lang w:eastAsia="zh-CN"/>
        </w:rPr>
        <w:br/>
      </w:r>
      <w:r>
        <w:rPr>
          <w:lang w:eastAsia="zh-CN"/>
        </w:rPr>
        <w:t>　　第六，组织十名学生进行了“数学之星”的评眩</w:t>
      </w:r>
      <w:r>
        <w:rPr>
          <w:lang w:eastAsia="zh-CN"/>
        </w:rPr>
        <w:br/>
      </w:r>
      <w:r>
        <w:rPr>
          <w:lang w:eastAsia="zh-CN"/>
        </w:rPr>
        <w:t>　　第七，为了迎接省的督导工作，对室内外卫生进行了彻底打扫，做到了不留死角。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第八，鼓励学生积极进行小制作（小发明）、小论文（调查报告）的参评。</w:t>
      </w:r>
      <w:r>
        <w:rPr>
          <w:lang w:eastAsia="zh-CN"/>
        </w:rPr>
        <w:br/>
      </w:r>
      <w:r>
        <w:rPr>
          <w:lang w:eastAsia="zh-CN"/>
        </w:rPr>
        <w:t>　　下月努力方向：</w:t>
      </w:r>
      <w:r>
        <w:rPr>
          <w:lang w:eastAsia="zh-CN"/>
        </w:rPr>
        <w:br/>
      </w:r>
      <w:r>
        <w:rPr>
          <w:lang w:eastAsia="zh-CN"/>
        </w:rPr>
        <w:t>　　1、继续加强卫生、路队、两操、纪律等方面的常规要求。</w:t>
      </w:r>
      <w:r>
        <w:rPr>
          <w:lang w:eastAsia="zh-CN"/>
        </w:rPr>
        <w:br/>
      </w:r>
      <w:r>
        <w:rPr>
          <w:lang w:eastAsia="zh-CN"/>
        </w:rPr>
        <w:t>　　2、狠抓学生的课堂纪律。</w:t>
      </w:r>
      <w:r>
        <w:rPr>
          <w:lang w:eastAsia="zh-CN"/>
        </w:rPr>
        <w:br/>
      </w:r>
      <w:r>
        <w:rPr>
          <w:lang w:eastAsia="zh-CN"/>
        </w:rPr>
        <w:t xml:space="preserve">    出纳五月份工作总结报告 篇7 </w:t>
      </w:r>
      <w:r>
        <w:rPr>
          <w:lang w:eastAsia="zh-CN"/>
        </w:rPr>
        <w:br/>
      </w:r>
      <w:r>
        <w:rPr>
          <w:lang w:eastAsia="zh-CN"/>
        </w:rPr>
        <w:t>　　进入五月份以来，我校为全面落实上级领导防灾减灾工作部署，向广大师生员工宣传、普及法治、安全知识，提高他们的法律素养及防灾减灾意识，根据上级工作部署和我校的实际情况，全面开展“法治安全宣传月”活动。通过安全月系列活动给师生创造了一个安全的工作学习环境，为教育教学质量的稳步提高创造了条件。现把本月工作总结如下：</w:t>
      </w:r>
      <w:r>
        <w:rPr>
          <w:lang w:eastAsia="zh-CN"/>
        </w:rPr>
        <w:br/>
      </w:r>
      <w:r>
        <w:rPr>
          <w:lang w:eastAsia="zh-CN"/>
        </w:rPr>
        <w:t>　　一、工作落实情况。</w:t>
      </w:r>
      <w:r>
        <w:rPr>
          <w:lang w:eastAsia="zh-CN"/>
        </w:rPr>
        <w:br/>
      </w:r>
      <w:r>
        <w:rPr>
          <w:lang w:eastAsia="zh-CN"/>
        </w:rPr>
        <w:t>　　1、加强了学校门卫防范工作，严格落实外来人员准入登记制度。</w:t>
      </w:r>
      <w:r>
        <w:rPr>
          <w:lang w:eastAsia="zh-CN"/>
        </w:rPr>
        <w:br/>
      </w:r>
      <w:r>
        <w:rPr>
          <w:lang w:eastAsia="zh-CN"/>
        </w:rPr>
        <w:t>　　2、进一步加强对学生的安全和法制教育，提高学生安全和法制意识。</w:t>
      </w:r>
      <w:r>
        <w:rPr>
          <w:lang w:eastAsia="zh-CN"/>
        </w:rPr>
        <w:br/>
      </w:r>
      <w:r>
        <w:rPr>
          <w:lang w:eastAsia="zh-CN"/>
        </w:rPr>
        <w:t>　　3、切实加强学生晨午检工作。</w:t>
      </w:r>
      <w:r>
        <w:rPr>
          <w:lang w:eastAsia="zh-CN"/>
        </w:rPr>
        <w:br/>
      </w:r>
      <w:r>
        <w:rPr>
          <w:lang w:eastAsia="zh-CN"/>
        </w:rPr>
        <w:t>　　4、切实加强教室消毒和通风，做好消毒记录。</w:t>
      </w:r>
      <w:r>
        <w:rPr>
          <w:lang w:eastAsia="zh-CN"/>
        </w:rPr>
        <w:br/>
      </w:r>
      <w:r>
        <w:rPr>
          <w:lang w:eastAsia="zh-CN"/>
        </w:rPr>
        <w:t>　　5、发现疑似病例，要做好跟踪。发现确诊病例要及时按程序报告。不迟报、瞒报、漏报。</w:t>
      </w:r>
      <w:r>
        <w:rPr>
          <w:lang w:eastAsia="zh-CN"/>
        </w:rPr>
        <w:br/>
      </w:r>
      <w:r>
        <w:rPr>
          <w:lang w:eastAsia="zh-CN"/>
        </w:rPr>
        <w:t>　　6、围绕“防灾减灾日”开展“防灾减灾宣传周活动”。</w:t>
      </w:r>
      <w:r>
        <w:rPr>
          <w:lang w:eastAsia="zh-CN"/>
        </w:rPr>
        <w:br/>
      </w:r>
      <w:r>
        <w:rPr>
          <w:lang w:eastAsia="zh-CN"/>
        </w:rPr>
        <w:t>　　二、具体措施。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5月6日，我校召开了人感染禽流感疫情防控专题会议，向各班班主任布置了有关预防手足口病的相关要求。要求切实加强学生晨午检工作、切实加强教室消毒和通风，做好消毒记录、发现疑似病例，要做好跟踪。发现确诊病例要及时按程序报告。不得迟报、瞒报、漏报。</w:t>
      </w:r>
      <w:r>
        <w:rPr>
          <w:lang w:eastAsia="zh-CN"/>
        </w:rPr>
        <w:br/>
      </w:r>
      <w:r>
        <w:rPr>
          <w:lang w:eastAsia="zh-CN"/>
        </w:rPr>
        <w:t>　　2、我校在5月7日对学校校内教室各班级进行了严密的搜查，没有发现管制刀具。</w:t>
      </w:r>
      <w:r>
        <w:rPr>
          <w:lang w:eastAsia="zh-CN"/>
        </w:rPr>
        <w:br/>
      </w:r>
      <w:r>
        <w:rPr>
          <w:lang w:eastAsia="zh-CN"/>
        </w:rPr>
        <w:t>　　3、5月7日至5月13日为“防灾减灾宣传周”。我校根据上级的要求，学校上了一堂防灾减灾知识教育课。结合安全教育课程，有针对性的开展防雷电、防洪水、防溺水等教育，宣传防灾减灾知识；出了一期宣传栏，宣传普及防灾减灾有关法律法规和防灾避险、自救互救基本知识。</w:t>
      </w:r>
      <w:r>
        <w:rPr>
          <w:lang w:eastAsia="zh-CN"/>
        </w:rPr>
        <w:br/>
      </w:r>
      <w:r>
        <w:rPr>
          <w:lang w:eastAsia="zh-CN"/>
        </w:rPr>
        <w:t>　　4、防溺水教育。学校根据季节的变化，制定强有力的措施，有预见性的对学生进行安全教育，严禁学生擅自到河边游泳，防止溺水死亡事故的发生，经过经常性的教育，学生严格遵守学校的规章制度。</w:t>
      </w:r>
      <w:r>
        <w:rPr>
          <w:lang w:eastAsia="zh-CN"/>
        </w:rPr>
        <w:br/>
      </w:r>
      <w:r>
        <w:rPr>
          <w:lang w:eastAsia="zh-CN"/>
        </w:rPr>
        <w:t>　　责任重于泰山，我校将进一步加强安全工作，查漏补缺，把安全工作搞好，为教学服好务。</w:t>
      </w:r>
      <w:r>
        <w:rPr>
          <w:lang w:eastAsia="zh-CN"/>
        </w:rPr>
        <w:br/>
      </w:r>
      <w:r>
        <w:rPr>
          <w:lang w:eastAsia="zh-CN"/>
        </w:rPr>
        <w:t xml:space="preserve">    出纳五月份工作总结报告 篇8 </w:t>
      </w:r>
      <w:r>
        <w:rPr>
          <w:lang w:eastAsia="zh-CN"/>
        </w:rPr>
        <w:br/>
      </w:r>
      <w:r>
        <w:rPr>
          <w:lang w:eastAsia="zh-CN"/>
        </w:rPr>
        <w:t>　　五月份工作总结</w:t>
      </w:r>
      <w:r>
        <w:rPr>
          <w:lang w:eastAsia="zh-CN"/>
        </w:rPr>
        <w:br/>
      </w:r>
      <w:r>
        <w:rPr>
          <w:lang w:eastAsia="zh-CN"/>
        </w:rPr>
        <w:t>　　1、组织进行了全市农业经济发展情况的调查分析，提出下半年的工作思路及工作重点。为泰州农委调研做好准备。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2、根据江苏省人民政府办公厅的通知要求，提出了本部门的应急管理保障预案（防疫）。</w:t>
      </w:r>
      <w:r>
        <w:rPr>
          <w:lang w:eastAsia="zh-CN"/>
        </w:rPr>
        <w:br/>
      </w:r>
      <w:r>
        <w:rPr>
          <w:lang w:eastAsia="zh-CN"/>
        </w:rPr>
        <w:t>　　3、应市经济动员办公室的要求，完成了全市农业物资类型潜力调查工作，并提出农业应急预案的初步设想。</w:t>
      </w:r>
      <w:r>
        <w:rPr>
          <w:lang w:eastAsia="zh-CN"/>
        </w:rPr>
        <w:br/>
      </w:r>
      <w:r>
        <w:rPr>
          <w:lang w:eastAsia="zh-CN"/>
        </w:rPr>
        <w:t>　　4、根据泰财农（20__）94号文的精神要求，做好了局20__年财政支农项目的申报工作。</w:t>
      </w:r>
      <w:r>
        <w:rPr>
          <w:lang w:eastAsia="zh-CN"/>
        </w:rPr>
        <w:br/>
      </w:r>
      <w:r>
        <w:rPr>
          <w:lang w:eastAsia="zh-CN"/>
        </w:rPr>
        <w:t>　　5、做好了全年农作物播种面积预计和农产品农用生文秘网产资料价格等统计报表的上报工作。</w:t>
      </w:r>
      <w:r>
        <w:rPr>
          <w:lang w:eastAsia="zh-CN"/>
        </w:rPr>
        <w:br/>
      </w:r>
      <w:r>
        <w:rPr>
          <w:lang w:eastAsia="zh-CN"/>
        </w:rPr>
        <w:t>　　六月份工作重点</w:t>
      </w:r>
      <w:r>
        <w:rPr>
          <w:lang w:eastAsia="zh-CN"/>
        </w:rPr>
        <w:br/>
      </w:r>
      <w:r>
        <w:rPr>
          <w:lang w:eastAsia="zh-CN"/>
        </w:rPr>
        <w:t>　　1、组织开展上半年农业生产及有关形势的调研、预测、分析工作。</w:t>
      </w:r>
      <w:r>
        <w:rPr>
          <w:lang w:eastAsia="zh-CN"/>
        </w:rPr>
        <w:br/>
      </w:r>
      <w:r>
        <w:rPr>
          <w:lang w:eastAsia="zh-CN"/>
        </w:rPr>
        <w:t>　　2、做好市对乡镇农业考核指标完成情况的调查统计工作。</w:t>
      </w:r>
      <w:r>
        <w:rPr>
          <w:lang w:eastAsia="zh-CN"/>
        </w:rPr>
        <w:br/>
      </w:r>
      <w:r>
        <w:rPr>
          <w:lang w:eastAsia="zh-CN"/>
        </w:rPr>
        <w:t>　　3、做好市政府、泰州农委对本系统有关考核指标完成情况的调查分析工作。</w:t>
      </w:r>
      <w:r>
        <w:rPr>
          <w:lang w:eastAsia="zh-CN"/>
        </w:rPr>
        <w:br/>
      </w:r>
      <w:r>
        <w:rPr>
          <w:lang w:eastAsia="zh-CN"/>
        </w:rPr>
        <w:t>　　4、做好夏粮夏油产量预计和农产品农用生产资料价格等统计报表的上报工作。</w:t>
      </w:r>
      <w:r>
        <w:rPr>
          <w:lang w:eastAsia="zh-CN"/>
        </w:rPr>
        <w:br/>
      </w:r>
      <w:r>
        <w:rPr>
          <w:lang w:eastAsia="zh-CN"/>
        </w:rPr>
        <w:t xml:space="preserve">    出纳五月份工作总结报告 篇9 </w:t>
      </w:r>
      <w:r>
        <w:rPr>
          <w:lang w:eastAsia="zh-CN"/>
        </w:rPr>
        <w:br/>
      </w:r>
      <w:r>
        <w:rPr>
          <w:lang w:eastAsia="zh-CN"/>
        </w:rPr>
        <w:t>　　本月由于有两名政员按分局路政科及职工学校的要求，在分局职工学校参加全国成人高考考前补习以及考试达半月，在人力不足，时间紧，任务重的情况下，着重抓了以下几项重要工作：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1、与黄埠乡政府联合行动，在黄沙圩进行清障活动，以便黄埠乡政府在公路两旁做建绿化带，此次行动中，共清除砂石、砖头计60m3。</w:t>
      </w:r>
      <w:r>
        <w:rPr>
          <w:lang w:eastAsia="zh-CN"/>
        </w:rPr>
        <w:br/>
      </w:r>
      <w:r>
        <w:rPr>
          <w:lang w:eastAsia="zh-CN"/>
        </w:rPr>
        <w:t>　　2、加紧了路政股争创市级“青年文明号”的申报工作，申报材料及先进事迹已送分局“创建”领导小组进行审批。</w:t>
      </w:r>
      <w:r>
        <w:rPr>
          <w:lang w:eastAsia="zh-CN"/>
        </w:rPr>
        <w:br/>
      </w:r>
      <w:r>
        <w:rPr>
          <w:lang w:eastAsia="zh-CN"/>
        </w:rPr>
        <w:t>　　3、加强了雨季的日常巡视工作，对队组上报的危及交通的水毁病害，能及时的配合生产，工地等相关股室到现场察看，进行必要的拍摄（如上太线、犹陡线的塌方、滑坡）并采取有效的防范措施。</w:t>
      </w:r>
      <w:r>
        <w:rPr>
          <w:lang w:eastAsia="zh-CN"/>
        </w:rPr>
        <w:br/>
      </w:r>
      <w:r>
        <w:rPr>
          <w:lang w:eastAsia="zh-CN"/>
        </w:rPr>
        <w:t>　　4、对公路沿线路障进行了大面积清除，尤其对构成交通安全影响较大的路障进行了彻底清除。</w:t>
      </w:r>
      <w:r>
        <w:rPr>
          <w:lang w:eastAsia="zh-CN"/>
        </w:rPr>
        <w:br/>
      </w:r>
      <w:r>
        <w:rPr>
          <w:lang w:eastAsia="zh-CN"/>
        </w:rPr>
        <w:t>　　存在的不足：</w:t>
      </w:r>
      <w:r>
        <w:rPr>
          <w:lang w:eastAsia="zh-CN"/>
        </w:rPr>
        <w:br/>
      </w:r>
      <w:r>
        <w:rPr>
          <w:lang w:eastAsia="zh-CN"/>
        </w:rPr>
        <w:t>　　1、路政上人力不足，路政股现有3人，担负全段128.09公里的路政管理任务，平均每人需管理42公里多。</w:t>
      </w:r>
      <w:r>
        <w:rPr>
          <w:lang w:eastAsia="zh-CN"/>
        </w:rPr>
        <w:br/>
      </w:r>
      <w:r>
        <w:rPr>
          <w:lang w:eastAsia="zh-CN"/>
        </w:rPr>
        <w:t>　　2、由于尚有一新增路政员未配服装，在着装上不能统一规范。</w:t>
      </w:r>
      <w:r>
        <w:rPr>
          <w:lang w:eastAsia="zh-CN"/>
        </w:rPr>
        <w:br/>
      </w:r>
      <w:r>
        <w:rPr>
          <w:lang w:eastAsia="zh-CN"/>
        </w:rPr>
        <w:t>　　3、由于行政上调度使用路政车辆的次数多，在一定程度上影响了路政管理工作，部分工作计划尚未完全完成。</w:t>
      </w:r>
      <w:r>
        <w:rPr>
          <w:lang w:eastAsia="zh-CN"/>
        </w:rPr>
        <w:br/>
      </w:r>
      <w:r>
        <w:rPr>
          <w:lang w:eastAsia="zh-CN"/>
        </w:rPr>
        <w:t xml:space="preserve">    出纳五月份工作总结报告 篇10 </w:t>
      </w:r>
      <w:r>
        <w:rPr>
          <w:lang w:eastAsia="zh-CN"/>
        </w:rPr>
        <w:br/>
      </w:r>
      <w:r>
        <w:rPr>
          <w:lang w:eastAsia="zh-CN"/>
        </w:rPr>
        <w:t>　　五月，我们开展了丰富多彩的活动，在快乐的时光中五月不知不觉快要过去了，在月末我们进行回顾，做了以下总结：</w:t>
      </w:r>
      <w:r>
        <w:rPr>
          <w:lang w:eastAsia="zh-CN"/>
        </w:rPr>
        <w:br/>
      </w:r>
      <w:r>
        <w:rPr>
          <w:lang w:eastAsia="zh-CN"/>
        </w:rPr>
        <w:t>　　一、教育教学工作：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本月我们开展了“车子叭叭叭”主题活动。本月我们开展了主题活动“汽车叭叭叭”，孩子们认识了各种各样的车，了解了许多汽车的外形特征和功能，在整个月的主题活动中孩子们的兴趣都很浓厚，对活动充满了热情，孩子们也常常把家里的汽车带到班上和大家一起分享，许多孩子都想自己制作一辆自己的汽车。</w:t>
      </w:r>
      <w:r>
        <w:rPr>
          <w:lang w:eastAsia="zh-CN"/>
        </w:rPr>
        <w:br/>
      </w:r>
      <w:r>
        <w:rPr>
          <w:lang w:eastAsia="zh-CN"/>
        </w:rPr>
        <w:t>　　于是我们设计了“奇思妙想--创意环保车”的活动，活动中孩子和爸爸妈妈们一起利用旧图书、报纸、纸袋、包装盒、包装袋、铜丝、旧布料等废旧的材料进行创意制作。各种废旧材料通过家长、孩子们巧妙的创作和再度利用变成了各式各样的小汽车。通过这次的活动，不仅为家长和孩子们搭建了展示自我的平台，提高了孩子们的动手操作能力和创造性思维，同时培养了大家的环保意识。真正做到了：给予幼儿多一个展现自我的机会；多一份快乐和美好的回忆；更增添了一份浓浓的亲子之情。</w:t>
      </w:r>
      <w:r>
        <w:rPr>
          <w:lang w:eastAsia="zh-CN"/>
        </w:rPr>
        <w:br/>
      </w:r>
      <w:r>
        <w:rPr>
          <w:lang w:eastAsia="zh-CN"/>
        </w:rPr>
        <w:t>　　另外为了迎接六一儿童节的到来，我们排练了精彩的节目，孩子们每天一遍遍的练习，不喊苦、不喊累，要把最完美的舞姿展现给所有的小朋友和爸爸妈妈看，家长们对此也十分支持与配合，帮助我们选择道具与服装，报名参加演出那天的化妆师，我们真的很感动！</w:t>
      </w:r>
      <w:r>
        <w:rPr>
          <w:lang w:eastAsia="zh-CN"/>
        </w:rPr>
        <w:br/>
      </w:r>
      <w:r>
        <w:rPr>
          <w:lang w:eastAsia="zh-CN"/>
        </w:rPr>
        <w:t>　　二、卫生保育工作</w:t>
      </w:r>
      <w:r>
        <w:rPr>
          <w:lang w:eastAsia="zh-CN"/>
        </w:rPr>
        <w:br/>
      </w:r>
      <w:r>
        <w:rPr>
          <w:lang w:eastAsia="zh-CN"/>
        </w:rPr>
        <w:t>　　我们重视幼儿的'身体健康，在六一儿童节即将来临之际，我们组织进行六一儿童体检，为幼儿测量视力等，做到早发现早治疗。</w:t>
      </w:r>
      <w:r>
        <w:rPr>
          <w:lang w:eastAsia="zh-CN"/>
        </w:rPr>
        <w:br/>
      </w:r>
      <w:r>
        <w:rPr>
          <w:lang w:eastAsia="zh-CN"/>
        </w:rPr>
        <w:t>　　天气变热，蚊虫较多，为使幼儿安心午睡，我们做好驱蚊工作，保证幼儿午睡的质量。同时还鼓励幼儿自己动手折叠衣物和被子。</w:t>
      </w:r>
      <w:r>
        <w:rPr>
          <w:lang w:eastAsia="zh-CN"/>
        </w:rPr>
        <w:br/>
      </w:r>
      <w:r>
        <w:rPr>
          <w:lang w:eastAsia="zh-CN"/>
        </w:rPr>
        <w:t>　　我们根据天气情况请家长调整棉被的量，天热幼儿出汗较多，我们及时发放被褥请家长带回家洗晒。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我们的工作还存在一些不足，比如：个别幼儿吃饭挑食，吃饭速度太慢，我们在下月将加强对这部分幼儿的指导和帮助。</w:t>
      </w:r>
      <w:r>
        <w:rPr>
          <w:lang w:eastAsia="zh-CN"/>
        </w:rPr>
        <w:br/>
      </w:r>
      <w:r>
        <w:rPr>
          <w:lang w:eastAsia="zh-CN"/>
        </w:rPr>
        <w:t xml:space="preserve">    出纳五月份工作总结报告 篇11 </w:t>
      </w:r>
      <w:r>
        <w:rPr>
          <w:lang w:eastAsia="zh-CN"/>
        </w:rPr>
        <w:br/>
      </w:r>
      <w:r>
        <w:rPr>
          <w:lang w:eastAsia="zh-CN"/>
        </w:rPr>
        <w:t>　　1、五月份工作计划12项。完成8项，未完成4项。未完成的原因：《固定资产管理办法》领导未给指示；一笑堂新开业的分店的固定资产还不齐全，需要增加较多；各分公司未递交报废申请（已通知到各保障经理，信息无延误）；不定期巡查未做，主观认识不到位，不知巡查目的。</w:t>
      </w:r>
      <w:r>
        <w:rPr>
          <w:lang w:eastAsia="zh-CN"/>
        </w:rPr>
        <w:br/>
      </w:r>
      <w:r>
        <w:rPr>
          <w:lang w:eastAsia="zh-CN"/>
        </w:rPr>
        <w:t>　　2、间接成果。通过固定资产总账核对数量和发现不足；各店利用固定资产明细表复核，保证盘点结果准确。</w:t>
      </w:r>
      <w:r>
        <w:rPr>
          <w:lang w:eastAsia="zh-CN"/>
        </w:rPr>
        <w:br/>
      </w:r>
      <w:r>
        <w:rPr>
          <w:lang w:eastAsia="zh-CN"/>
        </w:rPr>
        <w:t>　　3、阶段性成果。完成《安全生产三项制度汇编》、总务权限层级图的拟制；实地盘点并形成公司五月固定资产明细表；建立了固定资产总账。</w:t>
      </w:r>
      <w:r>
        <w:rPr>
          <w:lang w:eastAsia="zh-CN"/>
        </w:rPr>
        <w:br/>
      </w:r>
      <w:r>
        <w:rPr>
          <w:lang w:eastAsia="zh-CN"/>
        </w:rPr>
        <w:t>　　不足：未能甄别出本岗最具价值的岗责；拟制《消防应急预案》《应急疏散预案》用时较长；现有固定资产编号办法不易辨别；固定资产盘点仅仅是数量的核对；确定固定资产使用年限的办法和标准；有的固定资产无购进时间和价格，查原资料也无记录；去霸州、胜芳最好与同事搭车，以节约费用；外出不知有无餐补；自身表现不到位，迟迟未能转正。</w:t>
      </w:r>
      <w:r>
        <w:rPr>
          <w:lang w:eastAsia="zh-CN"/>
        </w:rPr>
        <w:br/>
      </w:r>
      <w:r>
        <w:rPr>
          <w:lang w:eastAsia="zh-CN"/>
        </w:rPr>
        <w:t>　　4、得到的经验和教训。办理手续时，签字顺序必须明确；固定资产名称不统一，不便于总账建立；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5、改进工作的方法。向各保障经理征求对《安全生产三项制度汇编》的意见和建议，整理后报领导审批；本月巡查将固定资产闲置和需求作为重点，便于充分利用现有资源。</w:t>
      </w:r>
      <w:r>
        <w:rPr>
          <w:lang w:eastAsia="zh-CN"/>
        </w:rPr>
        <w:br/>
      </w:r>
      <w:r>
        <w:rPr>
          <w:lang w:eastAsia="zh-CN"/>
        </w:rPr>
        <w:t>　　6、工作建议。</w:t>
      </w:r>
      <w:r>
        <w:rPr>
          <w:lang w:eastAsia="zh-CN"/>
        </w:rPr>
        <w:br/>
      </w:r>
      <w:r>
        <w:rPr>
          <w:lang w:eastAsia="zh-CN"/>
        </w:rPr>
        <w:t>　　6.1使用我的固定资产编号办法，见备注；</w:t>
      </w:r>
      <w:r>
        <w:rPr>
          <w:lang w:eastAsia="zh-CN"/>
        </w:rPr>
        <w:br/>
      </w:r>
      <w:r>
        <w:rPr>
          <w:lang w:eastAsia="zh-CN"/>
        </w:rPr>
        <w:t>　　6.2严格手续中的签字顺序；</w:t>
      </w:r>
      <w:r>
        <w:rPr>
          <w:lang w:eastAsia="zh-CN"/>
        </w:rPr>
        <w:br/>
      </w:r>
      <w:r>
        <w:rPr>
          <w:lang w:eastAsia="zh-CN"/>
        </w:rPr>
        <w:t>　　6.3统一办公，便于沟通和监督；</w:t>
      </w:r>
      <w:r>
        <w:rPr>
          <w:lang w:eastAsia="zh-CN"/>
        </w:rPr>
        <w:br/>
      </w:r>
      <w:r>
        <w:rPr>
          <w:lang w:eastAsia="zh-CN"/>
        </w:rPr>
        <w:t>　　6.4固定资产编号时，品牌电脑编号一式两份，分贴主机和显示器；组装电脑的主机与显示器单独编号，分贴主机和显示器；</w:t>
      </w:r>
      <w:r>
        <w:rPr>
          <w:lang w:eastAsia="zh-CN"/>
        </w:rPr>
        <w:br/>
      </w:r>
      <w:r>
        <w:rPr>
          <w:lang w:eastAsia="zh-CN"/>
        </w:rPr>
        <w:t>　　6.5明确日常工作每一环节所需最大工作时限，以提高效率，为考核提供依据。例，审批工作。</w:t>
      </w:r>
      <w:r>
        <w:rPr>
          <w:lang w:eastAsia="zh-CN"/>
        </w:rPr>
        <w:br/>
      </w:r>
      <w:r>
        <w:rPr>
          <w:lang w:eastAsia="zh-CN"/>
        </w:rPr>
        <w:t>　　6.6请孟总尽快审批《总务权限层级图》，最好在6月10日之前。</w:t>
      </w:r>
      <w:r>
        <w:rPr>
          <w:lang w:eastAsia="zh-CN"/>
        </w:rPr>
        <w:br/>
      </w:r>
      <w:r>
        <w:rPr>
          <w:lang w:eastAsia="zh-CN"/>
        </w:rPr>
        <w:t>　　备注：</w:t>
      </w:r>
      <w:r>
        <w:rPr>
          <w:lang w:eastAsia="zh-CN"/>
        </w:rPr>
        <w:br/>
      </w:r>
      <w:r>
        <w:rPr>
          <w:lang w:eastAsia="zh-CN"/>
        </w:rPr>
        <w:t>　　第三条 固定资产分为五类：</w:t>
      </w:r>
      <w:r>
        <w:rPr>
          <w:lang w:eastAsia="zh-CN"/>
        </w:rPr>
        <w:br/>
      </w:r>
      <w:r>
        <w:rPr>
          <w:lang w:eastAsia="zh-CN"/>
        </w:rPr>
        <w:t>　　（一） 房屋建筑物及附属物（A类）。</w:t>
      </w:r>
      <w:r>
        <w:rPr>
          <w:lang w:eastAsia="zh-CN"/>
        </w:rPr>
        <w:br/>
      </w:r>
      <w:r>
        <w:rPr>
          <w:lang w:eastAsia="zh-CN"/>
        </w:rPr>
        <w:t>　　（二） 车辆（B类）</w:t>
      </w:r>
      <w:r>
        <w:rPr>
          <w:lang w:eastAsia="zh-CN"/>
        </w:rPr>
        <w:br/>
      </w:r>
      <w:r>
        <w:rPr>
          <w:lang w:eastAsia="zh-CN"/>
        </w:rPr>
        <w:t>　　（三） 电器设备（c类）：电视、电脑、打印机、VcD/DVD、功放、收款机、空调、煎药机、冰柜/冰箱、饮水机、监控器、熨烫机、发电机、电子秤、电话传真、电扇、电梯等。</w:t>
      </w:r>
      <w:r>
        <w:rPr>
          <w:lang w:eastAsia="zh-CN"/>
        </w:rPr>
        <w:br/>
      </w:r>
      <w:r>
        <w:rPr>
          <w:lang w:eastAsia="zh-CN"/>
        </w:rPr>
        <w:t>　　（四） 办公用品（D类）：办公桌椅、文件柜、验钞机、保险柜等。</w:t>
      </w:r>
      <w:r>
        <w:rPr>
          <w:lang w:eastAsia="zh-CN"/>
        </w:rPr>
        <w:br/>
      </w:r>
      <w:r>
        <w:rPr>
          <w:lang w:eastAsia="zh-CN"/>
        </w:rPr>
        <w:t>　　（五） 其他（E类）。</w:t>
      </w:r>
      <w:r>
        <w:rPr>
          <w:lang w:eastAsia="zh-CN"/>
        </w:rPr>
        <w:br/>
      </w:r>
      <w:r>
        <w:rPr>
          <w:lang w:eastAsia="zh-CN"/>
        </w:rPr>
        <w:t xml:space="preserve">    出纳五月份工作总结报告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__大学职规部五月份工作总结</w:t>
      </w:r>
      <w:r>
        <w:rPr>
          <w:lang w:eastAsia="zh-CN"/>
        </w:rPr>
        <w:br/>
      </w:r>
      <w:r>
        <w:rPr>
          <w:lang w:eastAsia="zh-CN"/>
        </w:rPr>
        <w:t>　　主要工作内容:</w:t>
      </w:r>
      <w:r>
        <w:rPr>
          <w:lang w:eastAsia="zh-CN"/>
        </w:rPr>
        <w:br/>
      </w:r>
      <w:r>
        <w:rPr>
          <w:lang w:eastAsia="zh-CN"/>
        </w:rPr>
        <w:t>　　一、5月2号召开了部门第二次例会，2人请假13人到会，本次例会主要讨论如何提高部门的凝聚力，干事的积极性。</w:t>
      </w:r>
      <w:r>
        <w:rPr>
          <w:lang w:eastAsia="zh-CN"/>
        </w:rPr>
        <w:br/>
      </w:r>
      <w:r>
        <w:rPr>
          <w:lang w:eastAsia="zh-CN"/>
        </w:rPr>
        <w:t>　　二、5月5号，组织部门成员去天都城游玩，目的在于培养成员之间的默契感，提升团队的凝聚力。</w:t>
      </w:r>
      <w:r>
        <w:rPr>
          <w:lang w:eastAsia="zh-CN"/>
        </w:rPr>
        <w:br/>
      </w:r>
      <w:r>
        <w:rPr>
          <w:lang w:eastAsia="zh-CN"/>
        </w:rPr>
        <w:t>　　三、5月8号，学院举办毕业生晚会，部门成员积极投入工作，配合文艺部顺利完成本届毕业生晚会，给大四学长学姐们留下难忘的一晚。</w:t>
      </w:r>
      <w:r>
        <w:rPr>
          <w:lang w:eastAsia="zh-CN"/>
        </w:rPr>
        <w:br/>
      </w:r>
      <w:r>
        <w:rPr>
          <w:lang w:eastAsia="zh-CN"/>
        </w:rPr>
        <w:t>　　取得的进步:</w:t>
      </w:r>
      <w:r>
        <w:rPr>
          <w:lang w:eastAsia="zh-CN"/>
        </w:rPr>
        <w:br/>
      </w:r>
      <w:r>
        <w:rPr>
          <w:lang w:eastAsia="zh-CN"/>
        </w:rPr>
        <w:t>　　一、通过召开部门第二次例会，让每位干事都畅谈了各自的想法，让大家体会到咋们部门就像是一个大家庭，而每一位成员都是这个大家庭中的主人之一，提高-干事们工作的`积极性。</w:t>
      </w:r>
      <w:r>
        <w:rPr>
          <w:lang w:eastAsia="zh-CN"/>
        </w:rPr>
        <w:br/>
      </w:r>
      <w:r>
        <w:rPr>
          <w:lang w:eastAsia="zh-CN"/>
        </w:rPr>
        <w:t>　　二、通过组织部门成员去天都城游玩，促进了成员之间的沟通与交流，提升团队的凝聚力，为接下去更好的工作打下基础</w:t>
      </w:r>
      <w:r>
        <w:rPr>
          <w:lang w:eastAsia="zh-CN"/>
        </w:rPr>
        <w:br/>
      </w:r>
      <w:r>
        <w:rPr>
          <w:lang w:eastAsia="zh-CN"/>
        </w:rPr>
        <w:t>　　三、通过积极鼓励和带动部门干事投身与毕业生晚会工作，从实践中来提高每位成员的工作效率，提升大家的办事能力。</w:t>
      </w:r>
      <w:r>
        <w:rPr>
          <w:lang w:eastAsia="zh-CN"/>
        </w:rPr>
        <w:br/>
      </w:r>
      <w:r>
        <w:rPr>
          <w:lang w:eastAsia="zh-CN"/>
        </w:rPr>
        <w:t>　　存在的不足:</w:t>
      </w:r>
      <w:r>
        <w:rPr>
          <w:lang w:eastAsia="zh-CN"/>
        </w:rPr>
        <w:br/>
      </w:r>
      <w:r>
        <w:rPr>
          <w:lang w:eastAsia="zh-CN"/>
        </w:rPr>
        <w:t>　　一、召开第二次部门例会时，发现个别干事有迟到的现象，而大多数人没得纸和笔。</w:t>
      </w:r>
      <w:r>
        <w:rPr>
          <w:lang w:eastAsia="zh-CN"/>
        </w:rPr>
        <w:br/>
      </w:r>
      <w:r>
        <w:rPr>
          <w:lang w:eastAsia="zh-CN"/>
        </w:rPr>
        <w:t>　　二、组织天都城游玩提前一周已通知，但当天有半数成员表示周末已有安排，表现出对部门活动的不支持，积极性不高。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三、毕业生晚会我部门多数成员担任演员和工作人员的角色，但从结束后反观有个别干事在担任工作人员时不够积极。</w:t>
      </w:r>
      <w:r>
        <w:rPr>
          <w:lang w:eastAsia="zh-CN"/>
        </w:rPr>
        <w:br/>
      </w:r>
      <w:r>
        <w:rPr>
          <w:lang w:eastAsia="zh-CN"/>
        </w:rPr>
        <w:t>　　改进的措施:</w:t>
      </w:r>
      <w:r>
        <w:rPr>
          <w:lang w:eastAsia="zh-CN"/>
        </w:rPr>
        <w:br/>
      </w:r>
      <w:r>
        <w:rPr>
          <w:lang w:eastAsia="zh-CN"/>
        </w:rPr>
        <w:t>　　一、针对部门例会迟到和不带笔记和纸的做法，我们进行了提醒，并提议下次有人再犯同样的错误，将扣部门内部相应的考核分，该考核分与部门福利挂钩，提议以超过半数人认同而生效。</w:t>
      </w:r>
      <w:r>
        <w:rPr>
          <w:lang w:eastAsia="zh-CN"/>
        </w:rPr>
        <w:br/>
      </w:r>
      <w:r>
        <w:rPr>
          <w:lang w:eastAsia="zh-CN"/>
        </w:rPr>
        <w:t>　　二、针对部门活动不积极参加者，我们据实际情况进行劝说为主，并告知下次不可出现同样现象，如有事需提前向部长请假说明。</w:t>
      </w:r>
      <w:r>
        <w:rPr>
          <w:lang w:eastAsia="zh-CN"/>
        </w:rPr>
        <w:br/>
      </w:r>
      <w:r>
        <w:rPr>
          <w:lang w:eastAsia="zh-CN"/>
        </w:rPr>
        <w:t>　　三、针对个别干事工作不积极的现象，部长和两个副部各自找个别干事谈话，晓之以理，从认识观上明确工作积极的重要性。</w:t>
      </w:r>
      <w:r>
        <w:rPr>
          <w:lang w:eastAsia="zh-CN"/>
        </w:rPr>
        <w:br/>
      </w:r>
      <w:r>
        <w:rPr>
          <w:lang w:eastAsia="zh-CN"/>
        </w:rPr>
        <w:t>　　下个月的工作方向:</w:t>
      </w:r>
      <w:r>
        <w:rPr>
          <w:lang w:eastAsia="zh-CN"/>
        </w:rPr>
        <w:br/>
      </w:r>
      <w:r>
        <w:rPr>
          <w:lang w:eastAsia="zh-CN"/>
        </w:rPr>
        <w:t>　　一、积极配合校、院做好日常工作。</w:t>
      </w:r>
      <w:r>
        <w:rPr>
          <w:lang w:eastAsia="zh-CN"/>
        </w:rPr>
        <w:br/>
      </w:r>
      <w:r>
        <w:rPr>
          <w:lang w:eastAsia="zh-CN"/>
        </w:rPr>
        <w:t>　　二、准备召开第二次部门例会，加强成员之间的沟通与交流。</w:t>
      </w:r>
      <w:r>
        <w:rPr>
          <w:lang w:eastAsia="zh-CN"/>
        </w:rPr>
        <w:br/>
      </w:r>
      <w:r>
        <w:rPr>
          <w:lang w:eastAsia="zh-CN"/>
        </w:rPr>
        <w:t>　　三、临近期末，做好期末复习的动员工作，鼓励每位成员在班级中带好头。</w:t>
      </w:r>
      <w:r>
        <w:rPr>
          <w:lang w:eastAsia="zh-CN"/>
        </w:rPr>
        <w:br/>
      </w:r>
      <w:r>
        <w:rPr>
          <w:lang w:eastAsia="zh-CN"/>
        </w:rPr>
        <w:t>　　四、临近暑假，考虑是否组织成员进行暑期实习工作。</w:t>
      </w:r>
      <w:r>
        <w:rPr>
          <w:lang w:eastAsia="zh-CN"/>
        </w:rPr>
        <w:br/>
      </w:r>
      <w:r>
        <w:rPr>
          <w:lang w:eastAsia="zh-CN"/>
        </w:rPr>
        <w:t xml:space="preserve">    出纳五月份工作总结报告 篇13 </w:t>
      </w:r>
      <w:r>
        <w:rPr>
          <w:lang w:eastAsia="zh-CN"/>
        </w:rPr>
        <w:br/>
      </w:r>
      <w:r>
        <w:rPr>
          <w:lang w:eastAsia="zh-CN"/>
        </w:rPr>
        <w:t>　　6月份以来，在旅游局领导的关心、指导，同事们的支持、帮助下，我认真履行工作职责，服从安排，扎实工作，较好地履行了自己的职责。现将主要情况小结如下：</w:t>
      </w:r>
      <w:r>
        <w:rPr>
          <w:lang w:eastAsia="zh-CN"/>
        </w:rPr>
        <w:br/>
      </w:r>
      <w:r>
        <w:rPr>
          <w:lang w:eastAsia="zh-CN"/>
        </w:rPr>
        <w:t>　　一、主要工作情况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重视理论学习，认真学习国发2号文件、省第十一次党代会、市委一届二次会议等会议精神，积极参加局活动，较好的完成领导安排的相关工作，能针对办公室工作特点，挤出时间学习有关文件、报告和辅导材料，忠实地做好本职工作。</w:t>
      </w:r>
      <w:r>
        <w:rPr>
          <w:lang w:eastAsia="zh-CN"/>
        </w:rPr>
        <w:br/>
      </w:r>
      <w:r>
        <w:rPr>
          <w:lang w:eastAsia="zh-CN"/>
        </w:rPr>
        <w:t>　　2、加强学习，提高工作能力，做好本职工作。重视各项学习知识，积极利用参加会议等机会聆听领导的指导，向领导请教学习，提高自己的工作能力。在实际工作中，把政治理论知识与实际工作结合起来，开阔视野，拓宽思路，丰富自己，弥补自己的不足。</w:t>
      </w:r>
      <w:r>
        <w:rPr>
          <w:lang w:eastAsia="zh-CN"/>
        </w:rPr>
        <w:br/>
      </w:r>
      <w:r>
        <w:rPr>
          <w:lang w:eastAsia="zh-CN"/>
        </w:rPr>
        <w:t>　　3、勤奋干事，积极进取。认真做好本职工作和日常事务性工作，做到腿勤、口勤、手勤，使任何通知和会议及时报告，协助领导做好办公室工作，保持良好的工作秩序和工作环境。及时做好单位各成员的信息收集并按时完成报送情况，使各项工作日趋正规化、规范化。完成办公日常接待、</w:t>
      </w:r>
      <w:r>
        <w:rPr>
          <w:lang w:eastAsia="zh-CN"/>
        </w:rPr>
        <w:br/>
      </w:r>
      <w:r>
        <w:rPr>
          <w:lang w:eastAsia="zh-CN"/>
        </w:rPr>
        <w:t>　　上下沟通、内外联系、资料报刊接收等大量的日常事务，各类事项安排合理有序。</w:t>
      </w:r>
      <w:r>
        <w:rPr>
          <w:lang w:eastAsia="zh-CN"/>
        </w:rPr>
        <w:br/>
      </w:r>
      <w:r>
        <w:rPr>
          <w:lang w:eastAsia="zh-CN"/>
        </w:rPr>
        <w:t>　　4、认真做好文件的收发记录、严格按照规章制度要求，及时将上级文件记录登记，及时将电话、传真、文件精神传达给领导，确保信息畅通。</w:t>
      </w:r>
      <w:r>
        <w:rPr>
          <w:lang w:eastAsia="zh-CN"/>
        </w:rPr>
        <w:br/>
      </w:r>
      <w:r>
        <w:rPr>
          <w:lang w:eastAsia="zh-CN"/>
        </w:rPr>
        <w:t>　　5、尽力做好承接、沟通、协调等工作，为领导、干部做好后勤服务。</w:t>
      </w:r>
      <w:r>
        <w:rPr>
          <w:lang w:eastAsia="zh-CN"/>
        </w:rPr>
        <w:br/>
      </w:r>
      <w:r>
        <w:rPr>
          <w:lang w:eastAsia="zh-CN"/>
        </w:rPr>
        <w:t>　　二、存在不足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这段时间以来，虽然我爱岗敬业、认真地协助领导工作，努力做好领导安排的每一项工作内容，取得了一些成绩，但也存在一些问题和不足。一是工作能力较差，有待进一步提升；二是工作中不够努力，缺乏刻苦学习的态度；三是协调能力较差，与同事沟通不够。四是很多理论学习虽有一定的进步，但还没有深度和广度。这些不足在今后工作中我将尽力克服、改正。</w:t>
      </w:r>
      <w:r>
        <w:rPr>
          <w:lang w:eastAsia="zh-CN"/>
        </w:rPr>
        <w:br/>
      </w:r>
      <w:r>
        <w:rPr>
          <w:lang w:eastAsia="zh-CN"/>
        </w:rPr>
        <w:t>　　三、今后努力方向</w:t>
      </w:r>
      <w:r>
        <w:rPr>
          <w:lang w:eastAsia="zh-CN"/>
        </w:rPr>
        <w:br/>
      </w:r>
      <w:r>
        <w:rPr>
          <w:lang w:eastAsia="zh-CN"/>
        </w:rPr>
        <w:t>　　不断加强个人修养，自觉加强学习，努力提高工作水平，适应新形势下本职工作的需要，扬长避短，发奋工作，克难攻坚，力求把工作做得更好，树立办公室的良好形象。坚持实事求是的原则，做到上情下达、下情上报，真正做好领导的小助手。</w:t>
      </w:r>
      <w:r>
        <w:rPr>
          <w:lang w:eastAsia="zh-CN"/>
        </w:rPr>
        <w:br/>
      </w:r>
      <w:r>
        <w:rPr>
          <w:lang w:eastAsia="zh-CN"/>
        </w:rPr>
        <w:t xml:space="preserve">    出纳五月份工作总结报告 篇14 </w:t>
      </w:r>
      <w:r>
        <w:rPr>
          <w:lang w:eastAsia="zh-CN"/>
        </w:rPr>
        <w:br/>
      </w:r>
      <w:r>
        <w:rPr>
          <w:lang w:eastAsia="zh-CN"/>
        </w:rPr>
        <w:t>　　光阴似箭，时光飞逝！在这寒冬即将敲开大门的时刻，我们学会了很多，经历了很多，也通过生活部的工作和生活锻炼了自我。学生因以学习和生活为整体，结合在一起，才能成为一名合格的大学生，也通过生活部大家庭把我们部员结合在一起。现将十一月份的工作进行总结：</w:t>
      </w:r>
      <w:r>
        <w:rPr>
          <w:lang w:eastAsia="zh-CN"/>
        </w:rPr>
        <w:br/>
      </w:r>
      <w:r>
        <w:rPr>
          <w:lang w:eastAsia="zh-CN"/>
        </w:rPr>
        <w:t>　　一、五月份与校生活管理委员会联合举行了“安全大检查”，对各栋宿舍的卫生、安全进行考核，培养学生养成良好的生活习惯，帮助同学解除安全隐患，给同学舒适的生活环境，防患之于未然。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二、经过一段时间寝室相片征集，我系20__年上学期举行的“寝室相片展”活动已于圆满结束。从这次的寝室相片征集活动中，我们也做出了相应的总结。寝室是每个大学生学习、生活的一个重要场所，寝室文明与否是反映学生素质涵养的重要方面，是优良校风班风的重要体现，对每个大学生都会产生影响；寝室舒适温馨、文明和谐，才是真正的文明寝室。本次活动旨在通过学生寝室的文明创建活动，引导广大同学营造积极健康、乐观向上的学习生活氛围，展现大学生的良好精神风貌。</w:t>
      </w:r>
      <w:r>
        <w:rPr>
          <w:lang w:eastAsia="zh-CN"/>
        </w:rPr>
        <w:br/>
      </w:r>
      <w:r>
        <w:rPr>
          <w:lang w:eastAsia="zh-CN"/>
        </w:rPr>
        <w:t>　　总体来说，本月我们部门的工作圆满完成，取得较好的效果。为给同学们提供一个更好的学习和生活环境，我们仍须努力，加强卫生、安全的检查和管理。我相信在全体部员的努力下，能够共创美好明天！</w:t>
      </w:r>
      <w:r>
        <w:rPr>
          <w:lang w:eastAsia="zh-CN"/>
        </w:rPr>
        <w:br/>
      </w:r>
      <w:r>
        <w:rPr>
          <w:lang w:eastAsia="zh-CN"/>
        </w:rPr>
        <w:t xml:space="preserve">    出纳五月份工作总结报告 篇15 </w:t>
      </w:r>
      <w:r>
        <w:rPr>
          <w:lang w:eastAsia="zh-CN"/>
        </w:rPr>
        <w:br/>
      </w:r>
      <w:r>
        <w:rPr>
          <w:lang w:eastAsia="zh-CN"/>
        </w:rPr>
        <w:t>　　时间飞逝，眨眼间一个月又过去了。在这一个月里我系社联各部门根据学院工作计划安排积极的开展了一系列特色活动，通过的本月的各项活动，本社团联合会的认识也在逐步提高，所有成员的工作能力也在逐步提高。但仍然存在不少问题，有待我们逐步改善。具体情况如下：</w:t>
      </w:r>
      <w:r>
        <w:rPr>
          <w:lang w:eastAsia="zh-CN"/>
        </w:rPr>
        <w:br/>
      </w:r>
      <w:r>
        <w:rPr>
          <w:lang w:eastAsia="zh-CN"/>
        </w:rPr>
        <w:t>　　一、20__年5月_日我社团联合会承担着铁道动力系春季长跑选拔赛的任务，本次活动我系全体学生积极参加，并且全体参赛人员都发扬了良好的体育精神，经过自己的努力拼搏取得了良好的成绩。</w:t>
      </w:r>
      <w:r>
        <w:rPr>
          <w:lang w:eastAsia="zh-CN"/>
        </w:rPr>
        <w:br/>
      </w:r>
      <w:r>
        <w:rPr>
          <w:lang w:eastAsia="zh-CN"/>
        </w:rPr>
        <w:t>　　二、为了响应学院举行的棋艺大赛我社团联合会特举行了铁道动力系棋艺大赛，经过为时五天的激烈比赛五子棋、象棋、军旗、跳棋共五项比赛顺利结束。本次活动为同学们提供了棋艺交流平台，在同学中反映良好。</w:t>
      </w:r>
      <w:r>
        <w:rPr>
          <w:lang w:eastAsia="zh-CN"/>
        </w:rPr>
        <w:br/>
      </w:r>
    </w:p>
    <w:p w:rsidR="001B1F19" w14:textId="27C3F48A">
      <w:pPr>
        <w:rPr>
          <w:rFonts w:hint="eastAsia"/>
          <w:lang w:eastAsia="zh-CN"/>
        </w:rPr>
      </w:pPr>
      <w:r>
        <w:rPr>
          <w:lang w:eastAsia="zh-CN"/>
        </w:rPr>
        <w:t>　　五、五月份我院举行了春季长跑暨阳光体育节开幕式，在本次比赛中我系选手取得了非常好的`成绩。本组织积极的组织人员为参赛人员鼓舞加油、提供矿泉水，做好人员安全工作。</w:t>
      </w:r>
      <w:r>
        <w:rPr>
          <w:lang w:eastAsia="zh-CN"/>
        </w:rPr>
        <w:br/>
      </w:r>
      <w:r>
        <w:rPr>
          <w:lang w:eastAsia="zh-CN"/>
        </w:rPr>
        <w:t>　　四、在五月底我系开始举行铁道动力系田径运动会，本社团联合会承担主办任务，积极协调学生会、团总支人员进行任务分配，保证本次运动会能够顺利完成。</w:t>
      </w:r>
      <w:r>
        <w:rPr>
          <w:lang w:eastAsia="zh-CN"/>
        </w:rPr>
        <w:br/>
      </w:r>
      <w:r>
        <w:rPr>
          <w:lang w:eastAsia="zh-CN"/>
        </w:rPr>
        <w:t>　　五月份是一个忙碌的月份，在忙碌中社团联合会的成员的能力得到了充分的锻炼，提高各成员的能力能够在以后更好的履行自己的职责，全心全意的为同学们服务。</w:t>
      </w:r>
      <w:r>
        <w:rPr>
          <w:lang w:eastAsia="zh-CN"/>
        </w:rPr>
        <w:br/>
      </w:r>
      <w:r>
        <w:rPr>
          <w:lang w:eastAsia="zh-CN"/>
        </w:rPr>
        <w:t xml:space="preserve">    出纳五月份工作总结报告 篇16 </w:t>
      </w:r>
      <w:r>
        <w:rPr>
          <w:lang w:eastAsia="zh-CN"/>
        </w:rPr>
        <w:br/>
      </w:r>
      <w:r>
        <w:rPr>
          <w:lang w:eastAsia="zh-CN"/>
        </w:rPr>
        <w:t>　　5月份，盛夏将至。伴随着逐渐温暖的气候，我们的活动也轰轰烈烈的举行着。本月我部主要进行了以下工作：</w:t>
      </w:r>
      <w:r>
        <w:rPr>
          <w:lang w:eastAsia="zh-CN"/>
        </w:rPr>
        <w:br/>
      </w:r>
      <w:r>
        <w:rPr>
          <w:lang w:eastAsia="zh-CN"/>
        </w:rPr>
        <w:t>　　一、宿舍文化节成果展</w:t>
      </w:r>
      <w:r>
        <w:rPr>
          <w:lang w:eastAsia="zh-CN"/>
        </w:rPr>
        <w:br/>
      </w:r>
      <w:r>
        <w:rPr>
          <w:lang w:eastAsia="zh-CN"/>
        </w:rPr>
        <w:t>　　本次活动充分锻炼了师范学院学生的组织创新能力，展现了同学们宿舍中的团结友爱。在本次活动中，我部主要负责活动赞助、趣味运动会小游戏环节等活动部分的工作。在我们的努力工作和大家的积极配合之下，宿舍文化节取得了圆满成功。我们给活动中表现突出的宿舍办法了奖状和奖品并进行了拍照，以海报的形式将成果进行了展出。</w:t>
      </w:r>
      <w:r>
        <w:rPr>
          <w:lang w:eastAsia="zh-CN"/>
        </w:rPr>
        <w:br/>
      </w:r>
      <w:r>
        <w:rPr>
          <w:lang w:eastAsia="zh-CN"/>
        </w:rPr>
        <w:t>　　二、实习观摩、实习总结经验交流会</w:t>
      </w:r>
      <w:r>
        <w:rPr>
          <w:lang w:eastAsia="zh-CN"/>
        </w:rPr>
        <w:br/>
      </w:r>
      <w:r>
        <w:rPr>
          <w:lang w:eastAsia="zh-CN"/>
        </w:rPr>
        <w:t>　　本月，我们按计划举办了此次活动。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https://d.book118.com/396040205020010055</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96040205020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