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2024缅怀革命先烈心得体会（35篇）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2024缅怀革命先烈心得体会（精选35篇）</w:t>
      </w:r>
      <w:r>
        <w:rPr>
          <w:lang w:eastAsia="zh-CN"/>
        </w:rPr>
        <w:br/>
      </w:r>
      <w:r>
        <w:rPr>
          <w:lang w:eastAsia="zh-CN"/>
        </w:rPr>
        <w:t xml:space="preserve">    2024缅怀革命先烈心得体会 篇1 </w:t>
      </w:r>
      <w:r>
        <w:rPr>
          <w:lang w:eastAsia="zh-CN"/>
        </w:rPr>
        <w:br/>
      </w:r>
      <w:r>
        <w:rPr>
          <w:lang w:eastAsia="zh-CN"/>
        </w:rPr>
        <w:t>　　江南清明节雨落，路上，行人都陷入深深的悲痛之中。</w:t>
      </w:r>
      <w:r>
        <w:rPr>
          <w:lang w:eastAsia="zh-CN"/>
        </w:rPr>
        <w:br/>
      </w:r>
      <w:r>
        <w:rPr>
          <w:lang w:eastAsia="zh-CN"/>
        </w:rPr>
        <w:t>　　清明将至。这是不寻常的一天。不如其他节日热闹。反而清明节很难过。这时候，我们的心情异常沉重。我们伟大的革命烈士!我们已经走了很长的路，但我们不能忘记我们是如何开始的。</w:t>
      </w:r>
      <w:r>
        <w:rPr>
          <w:lang w:eastAsia="zh-CN"/>
        </w:rPr>
        <w:br/>
      </w:r>
      <w:r>
        <w:rPr>
          <w:lang w:eastAsia="zh-CN"/>
        </w:rPr>
        <w:t>　　谁让我们依偎在祖国的怀抱里，谁就是伟大的革命烈士!他们用年轻的生命创造了一条血路，让我们在这一刻过上了幸福的生活。回顾几十年前，革命先烈是如何为革命和共和国牺牲的!</w:t>
      </w:r>
      <w:r>
        <w:rPr>
          <w:lang w:eastAsia="zh-CN"/>
        </w:rPr>
        <w:br/>
      </w:r>
      <w:r>
        <w:rPr>
          <w:lang w:eastAsia="zh-CN"/>
        </w:rPr>
        <w:t>　　革命烈士就像一块煤，就像一捆柴火，就像投入燃烧旧世界的红色火焰!他们使敌人害怕，使人民聪明。为了革命，为了人民，为了新中国的诞生，革命先烈们英勇地献出了宝贵的生命。就像蜡烛一样，烧光了身体，留下的却不是漫天飞舞的一堆死人。他们留下的是为革命和中国而战的精神。革命烈士草会更绿，革命烈士花会更红，我们新中国的年轻一代会越来越强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现在，我们依偎在你身边，心潮澎湃。如果你是晶莹的水滴，一路唱到大海，那么我们就是无数的小水滴，跟在你身后，冲破惊涛骇浪;如果你是银河系的恒星，虽然你已经陨落，但银河系中还会有无数的小恒星放射出自己微弱的光芒。崎岖的小路已经被铲平，黄金大道要由我们来开辟，梦想的风帆已经高高扬起。我们将跟随你的脚步，走完你来不及走完的路。</w:t>
      </w:r>
      <w:r>
        <w:rPr>
          <w:lang w:eastAsia="zh-CN"/>
        </w:rPr>
        <w:br/>
      </w:r>
      <w:r>
        <w:rPr>
          <w:lang w:eastAsia="zh-CN"/>
        </w:rPr>
        <w:t>　　这一天，我们坐在明亮的教室里努力学习。明天，我们将扬起梦想的风帆，把改革开放事业推向共产主义天堂。</w:t>
      </w:r>
      <w:r>
        <w:rPr>
          <w:lang w:eastAsia="zh-CN"/>
        </w:rPr>
        <w:br/>
      </w:r>
      <w:r>
        <w:rPr>
          <w:lang w:eastAsia="zh-CN"/>
        </w:rPr>
        <w:t>　　安息吧，亲爱的革命先烈们，为你们保留精神，为你们唱响春雨。</w:t>
      </w:r>
      <w:r>
        <w:rPr>
          <w:lang w:eastAsia="zh-CN"/>
        </w:rPr>
        <w:br/>
      </w:r>
      <w:r>
        <w:rPr>
          <w:lang w:eastAsia="zh-CN"/>
        </w:rPr>
        <w:t xml:space="preserve">    2024缅怀革命先烈心得体会 篇2 </w:t>
      </w:r>
      <w:r>
        <w:rPr>
          <w:lang w:eastAsia="zh-CN"/>
        </w:rPr>
        <w:br/>
      </w:r>
      <w:r>
        <w:rPr>
          <w:lang w:eastAsia="zh-CN"/>
        </w:rPr>
        <w:t>　　对于清明，世人可能会认为他是悲伤的代名词，但我对他却有不同的感情。</w:t>
      </w:r>
      <w:r>
        <w:rPr>
          <w:lang w:eastAsia="zh-CN"/>
        </w:rPr>
        <w:br/>
      </w:r>
      <w:r>
        <w:rPr>
          <w:lang w:eastAsia="zh-CN"/>
        </w:rPr>
        <w:t>　　的确，清明节充满了悲伤的气氛，想起了太多尘封的回忆和深埋心底的回忆，只能用眼泪来发泄。或许因此，阶级成为了人们眼中最深刻的记忆。</w:t>
      </w:r>
      <w:r>
        <w:rPr>
          <w:lang w:eastAsia="zh-CN"/>
        </w:rPr>
        <w:br/>
      </w:r>
      <w:r>
        <w:rPr>
          <w:lang w:eastAsia="zh-CN"/>
        </w:rPr>
        <w:t>　　但是，眼泪往往有不同的解读，但人们往往认为，清明，呃，充满了无名的悲伤和苍凉。也许他们是对的。清明之类的都难过。但是，现在回忆过去的痛苦记忆对我们有什么意义呢?不如想想我们为什么存在，勾画未来。</w:t>
      </w:r>
      <w:r>
        <w:rPr>
          <w:lang w:eastAsia="zh-CN"/>
        </w:rPr>
        <w:br/>
      </w:r>
      <w:r>
        <w:rPr>
          <w:lang w:eastAsia="zh-CN"/>
        </w:rPr>
        <w:t>　　清明节不应该是皇室的纪念，而应该是未来的展望。想象一下，如果人们一味沉浸在对过去的自责、无助和自责中，世界上有多少人能抓住当下的光芒，憧憬更美好的未来。那么这个世界就会变成一个悲伤的地方。如果清明只是工人发泄愤怒的机会，那么我同意。清明节看到一大堆人哭我已经习惯了，但是有多少人感受到了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现在这个社会充满了欺骗，这让我很纳闷。一个班级还能表达自己的情绪吗?电视剧的场景，感人的情节，再也不能让我泪流满面。大家都流泪了，为了什么?</w:t>
      </w:r>
      <w:r>
        <w:rPr>
          <w:lang w:eastAsia="zh-CN"/>
        </w:rPr>
        <w:br/>
      </w:r>
      <w:r>
        <w:rPr>
          <w:lang w:eastAsia="zh-CN"/>
        </w:rPr>
        <w:t>　　现在早就没了。“清明时节雨水很多。</w:t>
      </w:r>
      <w:r>
        <w:rPr>
          <w:lang w:eastAsia="zh-CN"/>
        </w:rPr>
        <w:br/>
      </w:r>
      <w:r>
        <w:rPr>
          <w:lang w:eastAsia="zh-CN"/>
        </w:rPr>
        <w:t>　　路上行人欲断魂”，究竟是我太过敏感，还是人们的感情早已麻木。路上叫卖声依旧，游人笑语不绝。</w:t>
      </w:r>
      <w:r>
        <w:rPr>
          <w:lang w:eastAsia="zh-CN"/>
        </w:rPr>
        <w:br/>
      </w:r>
      <w:r>
        <w:rPr>
          <w:lang w:eastAsia="zh-CN"/>
        </w:rPr>
        <w:t>　　人么视乎麻木了，没有感情的宣泄，没有对过往的追回，更没有对未来的展望了。</w:t>
      </w:r>
      <w:r>
        <w:rPr>
          <w:lang w:eastAsia="zh-CN"/>
        </w:rPr>
        <w:br/>
      </w:r>
      <w:r>
        <w:rPr>
          <w:lang w:eastAsia="zh-CN"/>
        </w:rPr>
        <w:t xml:space="preserve">    2024缅怀革命先烈心得体会 篇3 </w:t>
      </w:r>
      <w:r>
        <w:rPr>
          <w:lang w:eastAsia="zh-CN"/>
        </w:rPr>
        <w:br/>
      </w:r>
      <w:r>
        <w:rPr>
          <w:lang w:eastAsia="zh-CN"/>
        </w:rPr>
        <w:t>　　__班团支部于3月25日赴南京革命烈士陵园--雨花台开展了最佳团日活动。</w:t>
      </w:r>
      <w:r>
        <w:rPr>
          <w:lang w:eastAsia="zh-CN"/>
        </w:rPr>
        <w:br/>
      </w:r>
      <w:r>
        <w:rPr>
          <w:lang w:eastAsia="zh-CN"/>
        </w:rPr>
        <w:t>　　这次团日活动以“继承革命遗志，树立社会主义荣辱观，争当优秀大学生”为主题，增强团员意识，增强先进意识，增强“五爱”意识，增强“八荣”意识，确立正确的世界观、人生观、价值观，努力把自我培养成“四有”新人。</w:t>
      </w:r>
      <w:r>
        <w:rPr>
          <w:lang w:eastAsia="zh-CN"/>
        </w:rPr>
        <w:br/>
      </w:r>
      <w:r>
        <w:rPr>
          <w:lang w:eastAsia="zh-CN"/>
        </w:rPr>
        <w:t>　　一、活动自我评估</w:t>
      </w:r>
      <w:r>
        <w:rPr>
          <w:lang w:eastAsia="zh-CN"/>
        </w:rPr>
        <w:br/>
      </w:r>
      <w:r>
        <w:rPr>
          <w:lang w:eastAsia="zh-CN"/>
        </w:rPr>
        <w:t>　　总体来说，我们这次团日活动，各个阶段都十分成功，成功的原因我们总结为以下几点：</w:t>
      </w:r>
      <w:r>
        <w:rPr>
          <w:lang w:eastAsia="zh-CN"/>
        </w:rPr>
        <w:br/>
      </w:r>
      <w:r>
        <w:rPr>
          <w:lang w:eastAsia="zh-CN"/>
        </w:rPr>
        <w:t>　　一、准备较充分</w:t>
      </w:r>
      <w:r>
        <w:rPr>
          <w:lang w:eastAsia="zh-CN"/>
        </w:rPr>
        <w:br/>
      </w:r>
      <w:r>
        <w:rPr>
          <w:lang w:eastAsia="zh-CN"/>
        </w:rPr>
        <w:t>　　我们有周全的计划和充分的准备，这就成了本次活动成功的前提。</w:t>
      </w:r>
      <w:r>
        <w:rPr>
          <w:lang w:eastAsia="zh-CN"/>
        </w:rPr>
        <w:br/>
      </w:r>
      <w:r>
        <w:rPr>
          <w:lang w:eastAsia="zh-CN"/>
        </w:rPr>
        <w:t>　　二、密切配合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多方面的进取协助和努力，是活动得以完成的保证。所有团支部干部和一部分团员主动配合工作，使活动更容易进行。</w:t>
      </w:r>
      <w:r>
        <w:rPr>
          <w:lang w:eastAsia="zh-CN"/>
        </w:rPr>
        <w:br/>
      </w:r>
      <w:r>
        <w:rPr>
          <w:lang w:eastAsia="zh-CN"/>
        </w:rPr>
        <w:t>　　在成功的背后，我们思考了我们的不足。</w:t>
      </w:r>
      <w:r>
        <w:rPr>
          <w:lang w:eastAsia="zh-CN"/>
        </w:rPr>
        <w:br/>
      </w:r>
      <w:r>
        <w:rPr>
          <w:lang w:eastAsia="zh-CN"/>
        </w:rPr>
        <w:t>　　三、严肃性不够。很多团员并未完全抱着一种缅怀先烈的、庄重的、严肃的心态。</w:t>
      </w:r>
      <w:r>
        <w:rPr>
          <w:lang w:eastAsia="zh-CN"/>
        </w:rPr>
        <w:br/>
      </w:r>
      <w:r>
        <w:rPr>
          <w:lang w:eastAsia="zh-CN"/>
        </w:rPr>
        <w:t>　　四、安排上存在不足。在活动中个别团员不够进取，不愿意参加团体活动，我们的动员效果也没到达最佳效果。</w:t>
      </w:r>
      <w:r>
        <w:rPr>
          <w:lang w:eastAsia="zh-CN"/>
        </w:rPr>
        <w:br/>
      </w:r>
      <w:r>
        <w:rPr>
          <w:lang w:eastAsia="zh-CN"/>
        </w:rPr>
        <w:t>　　五、经验不足。我们团支部第一次搞这么隆重而有意义的活动，经验还不足，管理本事还有待加强。</w:t>
      </w:r>
      <w:r>
        <w:rPr>
          <w:lang w:eastAsia="zh-CN"/>
        </w:rPr>
        <w:br/>
      </w:r>
      <w:r>
        <w:rPr>
          <w:lang w:eastAsia="zh-CN"/>
        </w:rPr>
        <w:t>　　三、活动的意义和结果</w:t>
      </w:r>
      <w:r>
        <w:rPr>
          <w:lang w:eastAsia="zh-CN"/>
        </w:rPr>
        <w:br/>
      </w:r>
      <w:r>
        <w:rPr>
          <w:lang w:eastAsia="zh-CN"/>
        </w:rPr>
        <w:t>　　一、活动虽然小，却含义深远，充分体现了团员的爱国之情。</w:t>
      </w:r>
      <w:r>
        <w:rPr>
          <w:lang w:eastAsia="zh-CN"/>
        </w:rPr>
        <w:br/>
      </w:r>
      <w:r>
        <w:rPr>
          <w:lang w:eastAsia="zh-CN"/>
        </w:rPr>
        <w:t>　　二、这次活动紧紧围绕“缅怀先烈遗志，争做优秀大学生”这一主题，进展顺利，取得了圆满的成功，也到达了预期的目的。</w:t>
      </w:r>
      <w:r>
        <w:rPr>
          <w:lang w:eastAsia="zh-CN"/>
        </w:rPr>
        <w:br/>
      </w:r>
      <w:r>
        <w:rPr>
          <w:lang w:eastAsia="zh-CN"/>
        </w:rPr>
        <w:t>　　三、这次活动也充分锻炼和教育了我支部全体团员。</w:t>
      </w:r>
      <w:r>
        <w:rPr>
          <w:lang w:eastAsia="zh-CN"/>
        </w:rPr>
        <w:br/>
      </w:r>
      <w:r>
        <w:rPr>
          <w:lang w:eastAsia="zh-CN"/>
        </w:rPr>
        <w:t>　　这次活动我们以低费用高质量完成了具有实践意义的团日活动。</w:t>
      </w:r>
      <w:r>
        <w:rPr>
          <w:lang w:eastAsia="zh-CN"/>
        </w:rPr>
        <w:br/>
      </w:r>
      <w:r>
        <w:rPr>
          <w:lang w:eastAsia="zh-CN"/>
        </w:rPr>
        <w:t>　　四、活动经费结算</w:t>
      </w:r>
      <w:r>
        <w:rPr>
          <w:lang w:eastAsia="zh-CN"/>
        </w:rPr>
        <w:br/>
      </w:r>
      <w:r>
        <w:rPr>
          <w:lang w:eastAsia="zh-CN"/>
        </w:rPr>
        <w:t>　　一、车费11元/人</w:t>
      </w:r>
      <w:r>
        <w:rPr>
          <w:lang w:eastAsia="zh-CN"/>
        </w:rPr>
        <w:br/>
      </w:r>
      <w:r>
        <w:rPr>
          <w:lang w:eastAsia="zh-CN"/>
        </w:rPr>
        <w:t>　　二、门票16元/人</w:t>
      </w:r>
      <w:r>
        <w:rPr>
          <w:lang w:eastAsia="zh-CN"/>
        </w:rPr>
        <w:br/>
      </w:r>
      <w:r>
        <w:rPr>
          <w:lang w:eastAsia="zh-CN"/>
        </w:rPr>
        <w:t>　　三、花圈29元</w:t>
      </w:r>
      <w:r>
        <w:rPr>
          <w:lang w:eastAsia="zh-CN"/>
        </w:rPr>
        <w:br/>
      </w:r>
      <w:r>
        <w:rPr>
          <w:lang w:eastAsia="zh-CN"/>
        </w:rPr>
        <w:t>　　共计：30元/人</w:t>
      </w:r>
      <w:r>
        <w:rPr>
          <w:lang w:eastAsia="zh-CN"/>
        </w:rPr>
        <w:br/>
      </w:r>
      <w:r>
        <w:rPr>
          <w:lang w:eastAsia="zh-CN"/>
        </w:rPr>
        <w:t xml:space="preserve">    2024缅怀革命先烈心得体会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天下艰难际，时势造英雄。反抗日本军国主义侵略的艰苦岁月里，涌现出无数抛头颅、洒热血的抗日英烈。是彭雪枫，率领新四军直取遵义城，横渡金沙江，飞越大渡河，通过大草原，壮烈牺牲;是戴安澜，带领中国远征军攻克昆仑关，拿下同古城，收复棠吉地，血洒他乡土，壮烈牺牲;是杨靖宇，率领东北军民与日寇血战于白山黑水之间，冰天雪地，弹尽粮绝，孤身周旋，壮烈牺牲;是无数革命英烈，带领全体中华儿女万众一心、抵御外侮、救亡图存，壮烈牺牲!</w:t>
      </w:r>
      <w:r>
        <w:rPr>
          <w:lang w:eastAsia="zh-CN"/>
        </w:rPr>
        <w:br/>
      </w:r>
      <w:r>
        <w:rPr>
          <w:lang w:eastAsia="zh-CN"/>
        </w:rPr>
        <w:t>　　时穷节乃见，一一垂丹青。英雄的血肉，铸就了伟大的抗日长城;英雄的气概，铸就了伟大的抗战精神。伟大的抗战精神，永远是激励中国人民克服一切艰难险阻、为实现中华民族伟大复兴而奋斗的强大精神动力。是视死如归、宁死不屈的民族气节，促使中华儿女面对生死存亡，挺身而出，共赴国难;是天下兴亡、匹夫有责的爱国情怀，促使中华儿女同心同德、艰苦奋斗，建设起新中国;是不畏艰难、血战到底的英雄气概，促使中华儿女自力更生、光复旧物，实现改革开放;是百折不挠、坚忍不拔的必胜信念，促使中华儿女不忘初心、牢记使命，脱贫致富建成小康社会</w:t>
      </w:r>
      <w:r>
        <w:rPr>
          <w:lang w:eastAsia="zh-CN"/>
        </w:rPr>
        <w:br/>
      </w:r>
      <w:r>
        <w:rPr>
          <w:lang w:eastAsia="zh-CN"/>
        </w:rPr>
        <w:t>　　今天的我们拥抱胜利与和平，胜利属于人民，和平属于人民，让我们向人民致敬!</w:t>
      </w:r>
      <w:r>
        <w:rPr>
          <w:lang w:eastAsia="zh-CN"/>
        </w:rPr>
        <w:br/>
      </w:r>
      <w:r>
        <w:rPr>
          <w:lang w:eastAsia="zh-CN"/>
        </w:rPr>
        <w:t xml:space="preserve">    2024缅怀革命先烈心得体会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在凤凰山烈士公墓举行“缅怀先烈、践行四德”教育大会。通过此次教育活动，进一步加强了党员干部自身思想道德建设和作风建设，弘扬爱国主义精神，继承了先烈的革命传统，树立了亲民爱民的公仆情怀和尽职尽责的工作作风。通过这次活动，倡导了说文明话、办文明事、做文明人，增强干部职工的文明意识，全面提升机关形象，同时也引导了干部职工践行“四德”，达到“四缅怀、四树立”的要求，即：“缅怀先烈不怕牺牲的奉献精神，树立忘我付出的工作境界;缅怀先烈英勇无畏的顽强斗志，树立攻坚破难的拼搏精神;缅怀先烈大公无私的高尚品质，树立亲民为民的公仆情怀;缅怀先烈锲而不舍的坚定信念，树立尽职尽责的工作作风”。</w:t>
      </w:r>
      <w:r>
        <w:rPr>
          <w:lang w:eastAsia="zh-CN"/>
        </w:rPr>
        <w:br/>
      </w:r>
      <w:r>
        <w:rPr>
          <w:lang w:eastAsia="zh-CN"/>
        </w:rPr>
        <w:t>　　全体干部职工神情肃穆，向烈士们敬献花圈，并默哀三分钟，表达了对先烈的崇敬和怀念之情。</w:t>
      </w:r>
      <w:r>
        <w:rPr>
          <w:lang w:eastAsia="zh-CN"/>
        </w:rPr>
        <w:br/>
      </w:r>
      <w:r>
        <w:rPr>
          <w:lang w:eastAsia="zh-CN"/>
        </w:rPr>
        <w:t>　　站在烈士墓前，我们心潮起伏，思绪万千。革命先烈们有的为了民族独立和国家尊严献出了宝贵的生命;有的为了彻底埋葬旧世界，建立社会主义新中国而前赴后继，英勇作战，抛头颅、洒热血;也有的在和平建设时期，为了祖国的繁荣富强而献出青春和热血。</w:t>
      </w:r>
      <w:r>
        <w:rPr>
          <w:lang w:eastAsia="zh-CN"/>
        </w:rPr>
        <w:br/>
      </w:r>
      <w:r>
        <w:rPr>
          <w:lang w:eastAsia="zh-CN"/>
        </w:rPr>
        <w:t>　　先烈们，在中华民族面临生死存亡的危险时刻，是你们用自己的血肉之躯筑起了长城，与日本帝国主义侵略者进行着拼搏。你们倒下了，但成千上万“不愿做奴隶的人们”站起来了，他们高唱着“义勇军进行曲”，去继承你们未完成的事业;先烈们，是你们把对国家、对劳苦大众的爱化作战斗中同敌人拼杀的精神力量，不怕牺牲，勇往直前，建立了人民当家作主的新中国;先烈们，在社会主义建设最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要的时刻，又是你们抛去了家庭和个人的一切，毫不犹豫，挺身而出，把宝贵的生命无私地献给了祖国和人民，把满腔的热血洒遍祖国大地。面对你们，我们怎么能不肃然起敬?你们的辉煌业绩，将深深地刻在史记上!你们的英名将与日月同辉，与江河共存!我们敬慕你们,无私奉献的英雄!正是因为有了你们这些无数的革命先烈，有了你们的崇高，有了你们的无私才有了今天的和平环境。</w:t>
      </w:r>
      <w:r>
        <w:rPr>
          <w:lang w:eastAsia="zh-CN"/>
        </w:rPr>
        <w:br/>
      </w:r>
      <w:r>
        <w:rPr>
          <w:lang w:eastAsia="zh-CN"/>
        </w:rPr>
        <w:t>　　忘记过去就意味着背叛。先烈们把生命献给了他们热爱的祖国和人民,只留下一个个平凡而又崇高的名字,一行行简短而厚重的事迹。那些烈士纪念建筑物,是一座座革命先烈舍生忘死、英勇斗争的丰碑,是一部部凝固的中国革命史,是一面面激励后人为崇高理想而奋斗的旗帜。这些建筑物,正因为留下了英雄奋斗的足迹,掩埋着先驱的骸骨,浸透着烈士的鲜血,才有了光耀千载的历史价值,才值得后人瞻仰、凭吊、怀念……</w:t>
      </w:r>
      <w:r>
        <w:rPr>
          <w:lang w:eastAsia="zh-CN"/>
        </w:rPr>
        <w:br/>
      </w:r>
      <w:r>
        <w:rPr>
          <w:lang w:eastAsia="zh-CN"/>
        </w:rPr>
        <w:t>　　回顾我们党和国家走过的历程，无论是在血雨腥风的战争岁月，还是在社会主义建设的和平年代，为了党和人民的事业，无数先烈义无反顾地献出了自己宝贵的生命，谱写了惊天动地、可歌可泣的壮丽诗篇。没有他们的牺牲，就没有我们的.今天。我们缅怀他们：就是要学习他们那种为了实现理想信念忠贞不渝、抛头颅、洒热血，不屈不挠的革命英雄主义精神;就要学他们那种模范遵守党的纪律，一生交给党安排的高贵品格;我们纪念他们：就是要象他们那样为了人民的利益，持有上下求索坚忍不拔的毅力。对于我们中华民族来说，清明节承载的是一种道德、一种文化，始终以国家统一和宗族团结为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时代在变化，我们更是要与时俱进，坚持科学发展观，清明节要寄托炎黄子孙崇敬先人、仰慕先贤的情怀，要起到延续中华民族血脉相连、薪火相传精神的作用，要表达对先人的感恩以及对先贤先烈风范的缅怀和景仰。优良的传统是宝贵的精神财富，体现了中华民族的卓越精神。如今一些人对党的历史学习不够系统，对党的优良传统和作风缺乏亲身感受，对党与人民群众的血肉联系理解不足;尤其是一些青少年对_，对革命历史不清楚，对先烈们可歌可泣的英雄事迹知之甚少;社会中一些人恶搞英雄还有一定的市场，这些都说明传统教育之重要。在和平发展的新时代，传统教育是我们党取之不竭的宝贵精神资源，是我们克服各种障碍的重要武器，是形成良好思想作风、提高政治道德品质的巨大精神力量。一年一度的清明节，缅怀先烈，就是为了进一步弘扬党的优良传统，铭记身上的使命，牢记肩上的责任，不辜负先人的期望。</w:t>
      </w:r>
      <w:r>
        <w:rPr>
          <w:lang w:eastAsia="zh-CN"/>
        </w:rPr>
        <w:br/>
      </w:r>
      <w:r>
        <w:rPr>
          <w:lang w:eastAsia="zh-CN"/>
        </w:rPr>
        <w:t xml:space="preserve">    2024缅怀革命先烈心得体会 篇6 </w:t>
      </w:r>
      <w:r>
        <w:rPr>
          <w:lang w:eastAsia="zh-CN"/>
        </w:rPr>
        <w:br/>
      </w:r>
      <w:r>
        <w:rPr>
          <w:lang w:eastAsia="zh-CN"/>
        </w:rPr>
        <w:t>　　清明节到了，在这个微风轻拂，细雨满天的时节里，学校组织了一次“网上祭英烈”活动，以此来祭奠那些曾经为国家、为人民，牺牲自己生命的革命先烈。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每当国旗冉冉升起的时候，耳边回荡着我们的国歌《义勇军进行曲》，听着这铿锵有力、斗志昂扬的歌声，我心潮起伏，思绪万千。先烈们，是你们把对国家、对劳苦大众的爱化作战斗中同敌人拼杀的精神力量，不怕牺牲，勇往直前，建立了人民当家作主的新中国;先烈们，是你们在社会主义建设最需要的时刻，抛去了家庭和个人的一切，毫不犹豫，挺身而出，把宝贵的生命无私地奉献给了祖国和人民，把满腔的热血洒遍祖国大地。</w:t>
      </w:r>
      <w:r>
        <w:rPr>
          <w:lang w:eastAsia="zh-CN"/>
        </w:rPr>
        <w:br/>
      </w:r>
      <w:r>
        <w:rPr>
          <w:lang w:eastAsia="zh-CN"/>
        </w:rPr>
        <w:t>　　看现在我们生活的时代，没有硝烟、没有战火;看现在我们生活的时代，祖国繁荣富强、环境优越;看现在我们生活的时代，人民生活富足、安居乐业......这所有的一切，是由先烈们的血水和泪水铸成，没有昔日烈士们的浴血奋战，就没有我们今日的美好生活!和平的生活环境为我们提供了良好的学习机会，我们应该认真学习，不辜负祖国对我们的期望!我们不仅要珍惜现在的生活，更要牢记历史，不忘过去的那些艰辛岁月。在需要我们做出贡献时，也一定要学习他们的精神品质，英勇的为了国家而奋斗!</w:t>
      </w:r>
      <w:r>
        <w:rPr>
          <w:lang w:eastAsia="zh-CN"/>
        </w:rPr>
        <w:br/>
      </w:r>
      <w:r>
        <w:rPr>
          <w:lang w:eastAsia="zh-CN"/>
        </w:rPr>
        <w:t>　　“鹰击长空，鱼翔浅底，万类霜天竞自由。怅寥廓，问苍茫大地，谁主沉浮?携来百侣曾游，忆往昔峥嵘岁月稠。恰同学少年，风华正茂;书生意气，挥斥方遒。指点江山，激扬文字，粪土当年万户侯。</w:t>
      </w:r>
      <w:r>
        <w:rPr>
          <w:lang w:eastAsia="zh-CN"/>
        </w:rPr>
        <w:br/>
      </w:r>
      <w:r>
        <w:rPr>
          <w:lang w:eastAsia="zh-CN"/>
        </w:rPr>
        <w:t xml:space="preserve">    2024缅怀革命先烈心得体会 篇7 </w:t>
      </w:r>
      <w:r>
        <w:rPr>
          <w:lang w:eastAsia="zh-CN"/>
        </w:rPr>
        <w:br/>
      </w:r>
      <w:r>
        <w:rPr>
          <w:lang w:eastAsia="zh-CN"/>
        </w:rPr>
        <w:t>　　清明时节扫墓，不要忘记那些为新中国抛头颅洒热血的革命先烈，是他们用自己的生命铺就了中华强国之路，没有他们就没有我们今天的幸福生活，我们永远不会忘记他们!</w:t>
      </w:r>
      <w:r>
        <w:rPr>
          <w:lang w:eastAsia="zh-CN"/>
        </w:rPr>
        <w:br/>
      </w:r>
      <w:r>
        <w:rPr>
          <w:lang w:eastAsia="zh-CN"/>
        </w:rPr>
        <w:t>　　先祖之魂如一首浩瀚的长歌撼人心魄。民族先烈似一泓雄浑的江水使人心澈。正是因为一代又一代的中华儿女用生命谱写民族的篇章，中华之精神才得以传承。也正是这一脉相承的民族精神，我们的祖国才能屹立五千年而不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中华大地，无数革命先烈，仁人之士，为了人民的幸福、民族的解放和国家的富强，在战场上，英勇战斗，直到流尽最后一滴血，永远长眠在我们脚下的这片热土上。</w:t>
      </w:r>
      <w:r>
        <w:rPr>
          <w:lang w:eastAsia="zh-CN"/>
        </w:rPr>
        <w:br/>
      </w:r>
      <w:r>
        <w:rPr>
          <w:lang w:eastAsia="zh-CN"/>
        </w:rPr>
        <w:t>　　继承先烈遗志，奉献自己一切!向烈士们致敬!你们是中华民族的骄傲，是中华民族的象征。我们带着梦想展翅，怀着向往奋飞，争做文明学生，创建文明校园。雕刻在石头上的记录，可能会随时间的流逝而渐渐消失，但镌刻在人们头脑中的记忆，却会永远清晰。不忘烈士抛忠骨，民族复兴中华魂。为国捐躯，虽死犹荣。</w:t>
      </w:r>
      <w:r>
        <w:rPr>
          <w:lang w:eastAsia="zh-CN"/>
        </w:rPr>
        <w:br/>
      </w:r>
      <w:r>
        <w:rPr>
          <w:lang w:eastAsia="zh-CN"/>
        </w:rPr>
        <w:t>　　抬头看看我们中华民族飘扬着的五星红旗吧，那永不褪色的红色，是历史的见证。英烈们，我们永远不会忘记你们，你们是我们心中那盏永不熄灭的灯!人民不会忘记，共和国不会忘记，我们不会忘记，先烈不朽。你们用青春和岁月，谱下了我们今天的美好生活，你们的名字我们历历在目，你们的事迹永生长存!红领巾是五星红旗的一角，是无数先烈用鲜血换来的，我们要热爱她，我们要好好学习，天天向上，向革命先烈学习，热爱祖国，做一名对国家有用的人。</w:t>
      </w:r>
      <w:r>
        <w:rPr>
          <w:lang w:eastAsia="zh-CN"/>
        </w:rPr>
        <w:br/>
      </w:r>
      <w:r>
        <w:rPr>
          <w:lang w:eastAsia="zh-CN"/>
        </w:rPr>
        <w:t>　　青山不老，绿水无忧。是革命烈士们用炽热的鲜血换取了国家的安宁与太平，伟大的烈士们，伟大的新中国来之不易，踏着先人的脚步，用我们的双手，共同建造这美好的家园。</w:t>
      </w:r>
      <w:r>
        <w:rPr>
          <w:lang w:eastAsia="zh-CN"/>
        </w:rPr>
        <w:br/>
      </w:r>
      <w:r>
        <w:rPr>
          <w:lang w:eastAsia="zh-CN"/>
        </w:rPr>
        <w:t xml:space="preserve">    2024缅怀革命先烈心得体会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缅怀先烈，报效祖国，圆梦中华”活动总结为认真贯彻合阳县教育局《关于开展“缅怀先烈，报效祖国，圆梦中华”主题宣传教育活动的通知》，我校经过丰富多彩的校内外活动，使学生在活动中体验、感悟、认同民族精神。注重知行统一，鼓励和引导学生在生活实际中身体力行，弘扬民族精神，激发学生的爱国情感，培养学生道德观念和社会职责意识。现将我校开展此次活动总结如下：</w:t>
      </w:r>
      <w:r>
        <w:rPr>
          <w:lang w:eastAsia="zh-CN"/>
        </w:rPr>
        <w:br/>
      </w:r>
      <w:r>
        <w:rPr>
          <w:lang w:eastAsia="zh-CN"/>
        </w:rPr>
        <w:t>　　一、提升对民族精神的思想认识</w:t>
      </w:r>
      <w:r>
        <w:rPr>
          <w:lang w:eastAsia="zh-CN"/>
        </w:rPr>
        <w:br/>
      </w:r>
      <w:r>
        <w:rPr>
          <w:lang w:eastAsia="zh-CN"/>
        </w:rPr>
        <w:t>　　今年我校开展了以年级为单位的“民族精神”大讨论活动，学生经过查找资料，相互交流，进一步懂得了民族精神的具体资料，认识到弘扬和培育民族精神的重要性，并自觉投入到这一活动中来。经过讨论，同学们深深认识到“民族精神是一个民族赖以生存和发展的精神支柱”。一个民族，没有振奋的精神和高尚的品格，不可能自立世界民族之林。一个民族、一个国家如果没有自我的精神支柱，就等于没有灵魂，就会失去凝聚力和生命力。精神理念是一种文化的深层性资料，相应的民族精神则是民族文化的深层次资料。作为一种既存的文化因子，它能熏染、浸润，溶解人民的思维方式、情感方式、行为方式，甚至在必要时刻把民族的千千万万民众凝聚起来，团结起来，动员起来，从而捍卫民族团体的尊严与利益，从而使一个民族历以艰难曲折但却能自我岿然屹立。</w:t>
      </w:r>
      <w:r>
        <w:rPr>
          <w:lang w:eastAsia="zh-CN"/>
        </w:rPr>
        <w:br/>
      </w:r>
      <w:r>
        <w:rPr>
          <w:lang w:eastAsia="zh-CN"/>
        </w:rPr>
        <w:t>　　二、营造氛围，进取响应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进行中华传统美德教育不是心血来潮，不是权宜之计，而是一项长期的系统工作。学校高度重视此项工作的传承与开展，在星期一升旗仪式上学校举行了隆重的“清明节缅怀革命先烈纪念活动”的启动仪式，利用宣传厨窗、广播站、板报等宣传阵地大力宣传民族精神的实质和，在学校营造了一种良好的氛围。各班进取响应此项工作;认真制定了活动计划、实施方案，有计划有步骤地开展活动，调动了广大同学的进取性，在全校范围内掀起了一个弘扬和培育民族精神的高潮。</w:t>
      </w:r>
      <w:r>
        <w:rPr>
          <w:lang w:eastAsia="zh-CN"/>
        </w:rPr>
        <w:br/>
      </w:r>
      <w:r>
        <w:rPr>
          <w:lang w:eastAsia="zh-CN"/>
        </w:rPr>
        <w:t>　　三、用丰富的活动激励人</w:t>
      </w:r>
      <w:r>
        <w:rPr>
          <w:lang w:eastAsia="zh-CN"/>
        </w:rPr>
        <w:br/>
      </w:r>
      <w:r>
        <w:rPr>
          <w:lang w:eastAsia="zh-CN"/>
        </w:rPr>
        <w:t>　　为了抓好此项工作，学校以开展活动为载体，不断丰富弘扬和培育民族精神的，拓展德育教育的空间;从而确保了弘扬和培育民族精神工作的有序开展，具体开展了以下活动：</w:t>
      </w:r>
      <w:r>
        <w:rPr>
          <w:lang w:eastAsia="zh-CN"/>
        </w:rPr>
        <w:br/>
      </w:r>
      <w:r>
        <w:rPr>
          <w:lang w:eastAsia="zh-CN"/>
        </w:rPr>
        <w:t>　　一、学校动员和发挥教职工教书育人、管理育人、服务育人，主动承担弘扬和培育民族精神教育的应尽职责，把弘扬和培育民族精神民族精神资料纳入教育教学的全过程，教师们把爱国主义、民族精神的教育融于课堂教学中，挖掘教材中蕴藏的人文精神与教育。教师根据学科特点上一节课，让民族精神教育进入课堂。</w:t>
      </w:r>
      <w:r>
        <w:rPr>
          <w:lang w:eastAsia="zh-CN"/>
        </w:rPr>
        <w:br/>
      </w:r>
      <w:r>
        <w:rPr>
          <w:lang w:eastAsia="zh-CN"/>
        </w:rPr>
        <w:t>　　二、组织师生参加了“网上祭先烈”活动，激发了师生对革命先烈们的深深崇敬和怀念之情。</w:t>
      </w:r>
      <w:r>
        <w:rPr>
          <w:lang w:eastAsia="zh-CN"/>
        </w:rPr>
        <w:br/>
      </w:r>
      <w:r>
        <w:rPr>
          <w:lang w:eastAsia="zh-CN"/>
        </w:rPr>
        <w:t>　　三、部分有本事的学生参与为先烈扫墓、敬献花圈、瞻仰纪念碑等烈士公祭活动，受到革命传统文化教育，传承了先烈遗志。</w:t>
      </w:r>
      <w:r>
        <w:rPr>
          <w:lang w:eastAsia="zh-CN"/>
        </w:rPr>
        <w:br/>
      </w:r>
      <w:r>
        <w:rPr>
          <w:lang w:eastAsia="zh-CN"/>
        </w:rPr>
        <w:t>　　四、教职工都做弘扬和培育民族精神的表率，主动承担弘扬和培育民族精神教育的职责。组织学生优秀征文。</w:t>
      </w:r>
      <w:r>
        <w:rPr>
          <w:lang w:eastAsia="zh-CN"/>
        </w:rPr>
        <w:br/>
      </w:r>
      <w:r>
        <w:rPr>
          <w:lang w:eastAsia="zh-CN"/>
        </w:rPr>
        <w:t>　　四、用先烈的形象感召人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针对学生实际，学校对广大青少年不失时机地进行了国情教育和梦想前途教育。组织全校师生缅怀革命先烈，感受他们为了中华民族的伟大复兴而甘洒热血、勇于献身的民族气魄;二是激励广大青年从小事做起，从此刻做起，采取一周一评比的办法，评选学校学先烈优秀学生。经过身边可感的先进典型，用身边的事教育身边的人，从而使青少年从中受到教育和启发。</w:t>
      </w:r>
      <w:r>
        <w:rPr>
          <w:lang w:eastAsia="zh-CN"/>
        </w:rPr>
        <w:br/>
      </w:r>
      <w:r>
        <w:rPr>
          <w:lang w:eastAsia="zh-CN"/>
        </w:rPr>
        <w:t>　　五、用科学的理论武装人</w:t>
      </w:r>
      <w:r>
        <w:rPr>
          <w:lang w:eastAsia="zh-CN"/>
        </w:rPr>
        <w:br/>
      </w:r>
      <w:r>
        <w:rPr>
          <w:lang w:eastAsia="zh-CN"/>
        </w:rPr>
        <w:t>　　要将加强和改善未成年人思想道德建设工作和弘扬培育民族精神工作落到实处，必须充分认识到这不是一朝一夕的事，需要常抓不懈。为此，学校出台了相应的政策，要求全体教育工作者高度重视，充分认识此项工作的长期性、艰巨性和重要性。号召广大青少年多方面学习理论知识，树立正确的世界观、人生观和价值观，树立为中华之崛起而努力学习的远大志向，继承发扬伟大的中华民族精神和悠久的文化传统。同时要了解世界，吸收世界一切优秀文化成果，丰富、创造和提升民族文化和民族精神。</w:t>
      </w:r>
      <w:r>
        <w:rPr>
          <w:lang w:eastAsia="zh-CN"/>
        </w:rPr>
        <w:br/>
      </w:r>
      <w:r>
        <w:rPr>
          <w:lang w:eastAsia="zh-CN"/>
        </w:rPr>
        <w:t xml:space="preserve">    2024缅怀革命先烈心得体会 篇9 </w:t>
      </w:r>
      <w:r>
        <w:rPr>
          <w:lang w:eastAsia="zh-CN"/>
        </w:rPr>
        <w:br/>
      </w:r>
      <w:r>
        <w:rPr>
          <w:lang w:eastAsia="zh-CN"/>
        </w:rPr>
        <w:t>　　开展“我们的节日.清明”活动，是认真贯彻落实党的十八大精神的具体体现，是全面落实科学发展观，加强精神礼貌建设，提高公民道德素质和社会礼貌程度的一个行之有效的途径。我校根据上级文件要求，结合实际积极开展形式多样、丰富的实践活动，努力培育和弘扬民族精神。现总结如下：</w:t>
      </w:r>
      <w:r>
        <w:rPr>
          <w:lang w:eastAsia="zh-CN"/>
        </w:rPr>
        <w:br/>
      </w:r>
      <w:r>
        <w:rPr>
          <w:lang w:eastAsia="zh-CN"/>
        </w:rPr>
        <w:t>　　一、高度重视、认真落实，确保活动实效。</w:t>
      </w:r>
      <w:r>
        <w:rPr>
          <w:lang w:eastAsia="zh-CN"/>
        </w:rPr>
        <w:br/>
      </w:r>
      <w:r>
        <w:rPr>
          <w:lang w:eastAsia="zh-CN"/>
        </w:rPr>
        <w:t>　　“宣传月”活动是加强我校精神礼貌建设的重要举措，学校行政组高度重视，精心组织，各尽其力，齐抓共管，认真落实方案要求，保证所承办活动的顺利开展。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二、加强引导，广泛发动，营造良好氛围。</w:t>
      </w:r>
      <w:r>
        <w:rPr>
          <w:lang w:eastAsia="zh-CN"/>
        </w:rPr>
        <w:br/>
      </w:r>
      <w:r>
        <w:rPr>
          <w:lang w:eastAsia="zh-CN"/>
        </w:rPr>
        <w:t>　　我校充分利用早会、班(队)会、教师会、“向日葵”广播站、黑板报等载体，认真学习《纲要》的指导思想、方针、原则及主要资料等理论知识，大力倡导道德规范，在师生中普及基本道德规范。开展有声势有深度的集中宣传，努力营造有利于公民道德建设宣传活动的良好氛围。</w:t>
      </w:r>
      <w:r>
        <w:rPr>
          <w:lang w:eastAsia="zh-CN"/>
        </w:rPr>
        <w:br/>
      </w:r>
      <w:r>
        <w:rPr>
          <w:lang w:eastAsia="zh-CN"/>
        </w:rPr>
        <w:t>　　三、精心组织，统筹安排，活动丰富多彩。</w:t>
      </w:r>
      <w:r>
        <w:rPr>
          <w:lang w:eastAsia="zh-CN"/>
        </w:rPr>
        <w:br/>
      </w:r>
      <w:r>
        <w:rPr>
          <w:lang w:eastAsia="zh-CN"/>
        </w:rPr>
        <w:t>　　一、开展国学《弟子规》的诵读活动。</w:t>
      </w:r>
      <w:r>
        <w:rPr>
          <w:lang w:eastAsia="zh-CN"/>
        </w:rPr>
        <w:br/>
      </w:r>
      <w:r>
        <w:rPr>
          <w:lang w:eastAsia="zh-CN"/>
        </w:rPr>
        <w:t>　　《弟子规》传承三百年，被誉为“人生第一步，天下第一规”，凝聚着中华民族数千年的处世哲学与人生智慧。今年开学初，我校开始将中华传统经典《弟子规》引进学校，引进课堂，作为学校文化建设的一项重要资料。学校开展了一系列学习践行《弟子规》的专题活动，收到了良好的教育效果。</w:t>
      </w:r>
      <w:r>
        <w:rPr>
          <w:lang w:eastAsia="zh-CN"/>
        </w:rPr>
        <w:br/>
      </w:r>
      <w:r>
        <w:rPr>
          <w:lang w:eastAsia="zh-CN"/>
        </w:rPr>
        <w:t>　　3月初，学校就召开了“学习践行《弟子规》”动员大会，强调要把学习践行《弟子规》作为德育教育抓手，与孝道教育、诚信教育、爱国教育相结合起来，在实际行动中规范师生言行，礼貌做人，还就学习践行《弟子规》活动进行了全面部署。学校要求每个班级每一天利用早读和晨会组织学生诵读《弟子规》，每周五的班队活动课要举行以《弟子规》为专题的班队活动。为确保活动取得实效，学校分阶段有步骤抓好《弟子规》的学习践行工作，从诵读记忆到理解感悟再到践行落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开展学习践行《弟子规》活动以来，全校师生的精神面貌发生很大变化，学生能更主动地向教师打招呼，同学之间相处更融洽了，课间追逐打闹等不礼貌现象明显减少，课堂纪律也有了显著好转……为建立平等友爱、团结互助的和谐学校奠定了良好的基础。目前，学校正努力坚持“文化立校”的办学理念，全力打造“文化学校”，并力图将《弟子规》这一国学经典进一步融入学校软文化之中，让经典育人“润物无声”，融入到养成教育和实践活动之中，构成和平小学新的文化特色。</w:t>
      </w:r>
      <w:r>
        <w:rPr>
          <w:lang w:eastAsia="zh-CN"/>
        </w:rPr>
        <w:br/>
      </w:r>
      <w:r>
        <w:rPr>
          <w:lang w:eastAsia="zh-CN"/>
        </w:rPr>
        <w:t>　　二、开展“网上祭英烈”活动。</w:t>
      </w:r>
      <w:r>
        <w:rPr>
          <w:lang w:eastAsia="zh-CN"/>
        </w:rPr>
        <w:br/>
      </w:r>
      <w:r>
        <w:rPr>
          <w:lang w:eastAsia="zh-CN"/>
        </w:rPr>
        <w:t>　　清明节期间，我校广泛开展了“网上祭英烈”活动，广大师生登陆中国礼貌网、晋江新闻网、晋江礼貌网、晋江德育网等，在网上进行祭拜，撰写感言体会，发表祭奠感言、撰写心得体会，充分表达对先烈的缅怀之情和珍惜今日幸福生活。积极参与“网上祭英烈”活动，经过学校、家庭、动员家长和孩子共同参与、共同祭奠，表达对英烈的感恩、敬仰之情。进取引导广大未成年人上网祭奠英烈，为他们献一束鲜花，寄托一片哀思，抒发一遍感言等方式缅怀革命先烈。</w:t>
      </w:r>
      <w:r>
        <w:rPr>
          <w:lang w:eastAsia="zh-CN"/>
        </w:rPr>
        <w:br/>
      </w:r>
      <w:r>
        <w:rPr>
          <w:lang w:eastAsia="zh-CN"/>
        </w:rPr>
        <w:t>　　经过开展网上祭英烈活动，寄托哀思、追忆历史、缅怀先烈，对全校青少年进行爱国主义教育和忆苦思甜教育，使网络对青少年学生的健康成长产生进取的、有益的影响，取得了良好的效果。</w:t>
      </w:r>
      <w:r>
        <w:rPr>
          <w:lang w:eastAsia="zh-CN"/>
        </w:rPr>
        <w:br/>
      </w:r>
      <w:r>
        <w:rPr>
          <w:lang w:eastAsia="zh-CN"/>
        </w:rPr>
        <w:t>　　三、组织学生开展“沿着先烈的足迹，走近心中的英雄”祭扫烈士陵园活动。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4月1日组织我校第6中队的队员开展“沿着先烈的足迹，走近心中的英雄”活动，此次活动得到校领导和学生家长的大力支持。主要是经过组织学生祭扫晋江市革命烈士陵园，参观烈士纪念堂，把爱国主义教育融入社会实践当中，让学生更多地了解我们身边革命烈士的丰功伟绩，借此参观机会让学生真正地体验这种伟大的民族精神，并在实践中更好地了解我们晋江的历史。</w:t>
      </w:r>
      <w:r>
        <w:rPr>
          <w:lang w:eastAsia="zh-CN"/>
        </w:rPr>
        <w:br/>
      </w:r>
      <w:r>
        <w:rPr>
          <w:lang w:eastAsia="zh-CN"/>
        </w:rPr>
        <w:t>　　四、广泛开展悼念革命先烈活动</w:t>
      </w:r>
      <w:r>
        <w:rPr>
          <w:lang w:eastAsia="zh-CN"/>
        </w:rPr>
        <w:br/>
      </w:r>
      <w:r>
        <w:rPr>
          <w:lang w:eastAsia="zh-CN"/>
        </w:rPr>
        <w:t>　　为缅怀革命烈士的光辉业绩，增进爱党、爱国、爱社会主义情感，我校广泛开展了悼念革命烈士活动。“__年清明后林小学悼念烈士活动”在学校举行，全校500余名师生参加活动，经过佩戴小白花等方式表达了对革命先烈的深深敬意和无限哀思。缅怀革命先烈、继承革命传统，把爱国之情化作构建和谐学校实际行动。激发广大师生珍惜今日来之不易的幸福生活。</w:t>
      </w:r>
      <w:r>
        <w:rPr>
          <w:lang w:eastAsia="zh-CN"/>
        </w:rPr>
        <w:br/>
      </w:r>
      <w:r>
        <w:rPr>
          <w:lang w:eastAsia="zh-CN"/>
        </w:rPr>
        <w:t>　　五、开展送温暖活动，让爱心层层传递</w:t>
      </w:r>
      <w:r>
        <w:rPr>
          <w:lang w:eastAsia="zh-CN"/>
        </w:rPr>
        <w:br/>
      </w:r>
      <w:r>
        <w:rPr>
          <w:lang w:eastAsia="zh-CN"/>
        </w:rPr>
        <w:t>　　清明节期间，我校还开展了形式多样的送关爱献爱心活动。要求广大师生深入到社区、养老院等地走访、慰问烈士遗孀、帮扶社区孤寡老人、空巢老人，为他们洗衣、打扫室内清洁，和他们话家常、送去慰问品和衷心的祝福。我校还开展了以“送关爱，献爱心”为主题的清明节关爱弱势群众志愿服务活动，同学们在教师地方带领下共清理后林村500平方米的遗留垃圾，同时还将向村民们宣传了环境卫生保护的重要性，增强住户对环境卫生爱护的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总之，经过一系列活动的开展，使全校师生在参与中思想感情得到熏陶，精神生活得到充实，道德素质得到升华，礼貌习惯不断养成。大大推动了学校校风建设和教育教学质量的不断提高。我校将会乘着这股社会主义礼貌之风，不断巩固深化教育成果，使我校校风建设迈上一个新的台阶!</w:t>
      </w:r>
      <w:r>
        <w:rPr>
          <w:lang w:eastAsia="zh-CN"/>
        </w:rPr>
        <w:br/>
      </w:r>
      <w:r>
        <w:rPr>
          <w:lang w:eastAsia="zh-CN"/>
        </w:rPr>
        <w:t xml:space="preserve">    2024缅怀革命先烈心得体会 篇10 </w:t>
      </w:r>
      <w:r>
        <w:rPr>
          <w:lang w:eastAsia="zh-CN"/>
        </w:rPr>
        <w:br/>
      </w:r>
      <w:r>
        <w:rPr>
          <w:lang w:eastAsia="zh-CN"/>
        </w:rPr>
        <w:t>　　怀着敬仰之情迈进园内，映入眼帘的是一座矗立园中心的纪念碑，如顶天立地的巨人，屹立在金溪大地上。“革命烈士纪念碑”一个个大字，铿锵有力，仿佛完美诠释了先辈烈士们的铮铮铁骨、英雄豪迈。这一切，激起了我发愤图强的意志。</w:t>
      </w:r>
      <w:r>
        <w:rPr>
          <w:lang w:eastAsia="zh-CN"/>
        </w:rPr>
        <w:br/>
      </w:r>
      <w:r>
        <w:rPr>
          <w:lang w:eastAsia="zh-CN"/>
        </w:rPr>
        <w:t>　　印象最深的活动环节便是默哀一分钟。主持人介绍之后，我闭眼沉思。霎那间，脑海便浮现先辈与敌人作战，或死、或伤，但他们从未有一分惧怕的神色。他们乃是世界上的最勇敢者!保卫祖国、保卫家乡，他们用年轻的生命谱写了可歌可泣的革命战斗史。战争虽剥夺了烈士们的肉体，但他们的英勇灵魂不散，高尚的精神播撒人间……</w:t>
      </w:r>
      <w:r>
        <w:rPr>
          <w:lang w:eastAsia="zh-CN"/>
        </w:rPr>
        <w:br/>
      </w:r>
      <w:r>
        <w:rPr>
          <w:lang w:eastAsia="zh-CN"/>
        </w:rPr>
        <w:t>　　如今，我们这些新时代的学生们，身上穿的，嘴里吃的，一点儿不用忧愁;坐在教室里读书、求知识是我们心中所念，无需再多想其他。那种缺衣少食、饥寒交迫、战火连天的年代已经一去不复返了。这都得益于无数革命烈士生命和鲜血的付出。“已知泉路近，欲别故乡难，毅魂归来日，灵旗空际开。”如今，他们当初最纯朴、最坚定的革命愿望，如今已经成为了现实。</w:t>
      </w:r>
      <w:r>
        <w:rPr>
          <w:lang w:eastAsia="zh-CN"/>
        </w:rPr>
        <w:br/>
      </w:r>
      <w:r>
        <w:rPr>
          <w:lang w:eastAsia="zh-CN"/>
        </w:rPr>
        <w:t>　　烈士们，你们如今躺在冰冷的地下，我愿意用滚烫的心和汗水温暖这土地，放心把未来交入我们手中，我们是共产主义的接班人!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此致敬礼!愿您们安息!</w:t>
      </w:r>
      <w:r>
        <w:rPr>
          <w:lang w:eastAsia="zh-CN"/>
        </w:rPr>
        <w:br/>
      </w:r>
      <w:r>
        <w:rPr>
          <w:lang w:eastAsia="zh-CN"/>
        </w:rPr>
        <w:t xml:space="preserve">    2024缅怀革命先烈心得体会 篇11 </w:t>
      </w:r>
      <w:r>
        <w:rPr>
          <w:lang w:eastAsia="zh-CN"/>
        </w:rPr>
        <w:br/>
      </w:r>
      <w:r>
        <w:rPr>
          <w:lang w:eastAsia="zh-CN"/>
        </w:rPr>
        <w:t>　　4月_日上午，在凤凰山烈士公墓举行“缅怀先烈、践行四德”教育大会。通过此次教育活动，进一步加强了党员干部自身思想道德建设和作风建设，弘扬爱国主义精神，继承了先烈的革命传统，树立了亲民爱民的公仆情怀和尽职尽责的工作作风。通过这次活动，倡导了说文明话、办文明事、做文明人，增强干部职工的文明意识，全面提升机关形象，同时也引导了干部职工践行“四德”，达到“四缅怀、四树立”的要求，即：“缅怀先烈不怕牺牲的奉献精神，树立忘我付出的工作境界;缅怀先烈英勇无畏的顽强斗志，树立攻坚破难的拼搏精神;缅怀先烈大公无私的高尚品质，树立亲民为民的公仆情怀;缅怀先烈锲而不舍的坚定信念，树立尽职尽责的工作作风”。</w:t>
      </w:r>
      <w:r>
        <w:rPr>
          <w:lang w:eastAsia="zh-CN"/>
        </w:rPr>
        <w:br/>
      </w:r>
      <w:r>
        <w:rPr>
          <w:lang w:eastAsia="zh-CN"/>
        </w:rPr>
        <w:t>　　全体干部职工神情肃穆，向烈士们敬献花圈，并默哀三分钟，表达了对先烈的崇敬和怀念之情。</w:t>
      </w:r>
      <w:r>
        <w:rPr>
          <w:lang w:eastAsia="zh-CN"/>
        </w:rPr>
        <w:br/>
      </w:r>
      <w:r>
        <w:rPr>
          <w:lang w:eastAsia="zh-CN"/>
        </w:rPr>
        <w:t>　　站在烈士墓前，我们心潮起伏，思绪万千。革命先烈们有的为了民族独立和国家尊严献出了宝贵的生命;有的为了彻底埋葬旧世界，建立社会主义新中国而前赴后继，英勇作战，抛头颅、洒热血;也有的在和平建设时期，为了祖国的繁荣富强而献出青春和热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先烈们，在中华民族面临生死存亡的危险时刻，是你们用自己的血肉之躯筑起了长城，与日本帝国主义侵略者进行着拼搏。你们倒下了，但成千上万“不愿做奴隶的人们”站起来了，他们高唱着“义勇军进行曲”，去继承你们未完成的事业;先烈们，是你们把对国家、对劳苦大众的爱化作战斗中同敌人拼杀的精神力量，不怕牺牲，勇往直前，建立了人民当家作主的新中国;先烈们，在社会主义建设最需要的时刻，又是你们抛去了家庭和个人的一切，毫不犹豫，挺身而出，把宝贵的生命无私地献给了祖国和人民，把满腔的热血洒遍祖国大地。面对你们，我们怎么能不肃然起敬?你们的辉煌业绩，将深深地刻在史记上!你们的英名将与日月同辉，与江河共存!我们敬慕你们,无私奉献的英雄!正是因为有了你们这些无数的革命先烈，有了你们的崇高，有了你们的无私才有了今天的和平环境。</w:t>
      </w:r>
      <w:r>
        <w:rPr>
          <w:lang w:eastAsia="zh-CN"/>
        </w:rPr>
        <w:br/>
      </w:r>
      <w:r>
        <w:rPr>
          <w:lang w:eastAsia="zh-CN"/>
        </w:rPr>
        <w:t>　　忘记过去就意味着背叛。先烈们把生命献给了他们热爱的祖国和人民,只留下一个个平凡而又崇高的名字,一行行简短而厚重的事迹。那些烈士纪念建筑物,是一座座革命先烈舍生忘死、英勇斗争的丰碑,是一部部凝固的中国革命史,是一面面激励后人为崇高理想而奋斗的旗帜。这些建筑物,正因为留下了英雄奋斗的足迹,掩埋着先驱的骸骨,浸透着烈士的鲜血,才有了光耀千载的历史价值,才值得后人瞻仰、凭吊、怀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回顾我们党和国家走过的历程，无论是在血雨腥风的战争岁月，还是在社会主义建设的和平年代，为了党和人民的事业，无数先烈义无反顾地献出了自己宝贵的生命，谱写了惊天动地、可歌可泣的壮丽诗篇。没有他们的牺牲，就没有我们的今天。我们缅怀他们：就是要学习他们那种为了实现理想信念忠贞不渝、抛头颅、洒热血，不屈不挠的革命英雄主义精神;就要学他们那种模范遵守党的纪律，一生交给党安排的高贵品格;我们纪念他们：就是要象他们那样为了人民的利益，持有上下求索坚忍不拔的毅力。对于我们中华民族来说，清明节承载的是一种道德、一种文化，始终以国家统一和宗族团结为目的。时代在变化，我们更是要与时俱进，坚持科学发展观，清明节要寄托炎黄子孙崇敬先人、仰慕先贤的情怀，要起到延续中华民族血脉相连、薪火相传精神的作用，要表达对先人的感恩以及对先贤先烈风范的缅怀和景仰。优良的传统是宝贵的精神财富，体现了中华民族的卓越精神。如今一些人对党的历史学习不够系统，对党的优良传统和作风缺乏亲身感受，对党与人民群众的血肉联系理解不足;尤其是一些青少年对党史，对革命历史不清楚，对先烈们可歌可泣的英雄事迹知之甚少;社会中一些人恶搞英雄还有一定的市场，这些都说明传统教育之重要。在和平发展的新时代，传统教育是我们党取之不竭的宝贵精神资源，是我们克服各种障碍的重要武器，是形成良好思想作风、提高政治道德品质的巨大精神力量。一年一度的清明节，缅怀先烈，就是为了进一步弘扬党的优良传统，铭记身上的使命，牢记肩上的责任，不辜负先人的期望。</w:t>
      </w:r>
      <w:r>
        <w:rPr>
          <w:lang w:eastAsia="zh-CN"/>
        </w:rPr>
        <w:br/>
      </w:r>
      <w:r>
        <w:rPr>
          <w:lang w:eastAsia="zh-CN"/>
        </w:rPr>
        <w:t xml:space="preserve">    2024缅怀革命先烈心得体会 篇12 </w:t>
      </w:r>
      <w:r>
        <w:rPr>
          <w:lang w:eastAsia="zh-CN"/>
        </w:rPr>
        <w:br/>
      </w:r>
      <w:r>
        <w:rPr>
          <w:lang w:eastAsia="zh-CN"/>
        </w:rPr>
        <w:t>　　四月，一路春光，只是春光虽好，我们却使提不起一丝兴致。</w:t>
      </w:r>
      <w:r>
        <w:rPr>
          <w:lang w:eastAsia="zh-CN"/>
        </w:rPr>
        <w:br/>
      </w:r>
      <w:r>
        <w:rPr>
          <w:lang w:eastAsia="zh-CN"/>
        </w:rPr>
        <w:t>　　一切只因为“清明时节雨纷纷，路上行人欲断魂”。今天下午我们坐着公交，跟学校老师一起去金溪烈士陵园祭扫。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公交缓缓停下，我们走下车。最先映入眼帘的便是那块纪念碑了，我们怀着崇敬的心情迈着整齐而坚定的步伐进入烈士陵园。烈士陵园是多么庄严肃穆，进门两侧的松柏是多么苍翠挺拔，这一切不禁让人肃然起敬。一步一步地走向台阶，一片空地上，最显眼的便是那高高矗立的纪念碑。纪念碑下面有一幅幅浮雕，雕刻的是几位战士，正端着冲锋枪上阵杀敌。</w:t>
      </w:r>
      <w:r>
        <w:rPr>
          <w:lang w:eastAsia="zh-CN"/>
        </w:rPr>
        <w:br/>
      </w:r>
      <w:r>
        <w:rPr>
          <w:lang w:eastAsia="zh-CN"/>
        </w:rPr>
        <w:t>　　祭扫活动开始了。先开展默哀环节，默哀一分钟。我看见手中娇嫩的白菊花，默默地闭上眼睛。脑海里不禁浮想起烈士们为了祖国付出了一切，为了人民献出了自己宝贵的生命。他们有着文天祥“人生自古谁无死，留取丹心照汗青”的赤子之心。想到这些，我的内心也是满腔热血。烈士们，你们就像那美丽的鲜花，在祖国大地上散发出阵阵花香，让祖国的每一个角落都充满生机与希望。</w:t>
      </w:r>
      <w:r>
        <w:rPr>
          <w:lang w:eastAsia="zh-CN"/>
        </w:rPr>
        <w:br/>
      </w:r>
      <w:r>
        <w:rPr>
          <w:lang w:eastAsia="zh-CN"/>
        </w:rPr>
        <w:t>　　默哀完后，我们绕着纪念碑绕了一圈，将寄托我们哀思的菊花轻轻放下，纪念碑下面的台基上。瞻仰一圈，又回到自己站原先的地方。然后我们还开展了团员献词、重温团员誓词等活动，听着同学们铿锵有力的朗读与宣誓，每一个人表情严肃但内心激情澎湃。</w:t>
      </w:r>
      <w:r>
        <w:rPr>
          <w:lang w:eastAsia="zh-CN"/>
        </w:rPr>
        <w:br/>
      </w:r>
      <w:r>
        <w:rPr>
          <w:lang w:eastAsia="zh-CN"/>
        </w:rPr>
        <w:t>　　给我印象最深的是陵园工作人员余老爷爷为我们讲革命故事。他说，有一个革命先烈，当时国民党反动派在追他抓他，他跑着跑着，突然看到路上有一个挑着牛粪的老百姓。革命者赶紧跟他说明情况，请他想办法救一救。老百姓见是为了人民闹革命的共产党，就二话不说将牛粪盖在他头上……故事那么感人，那么真实，我仿佛回到了那烽火连天的岁月，仿佛闻到了战争残酷的硝烟，感受到先烈们为祖国大义不畏牺牲的豪情，更为那个年代共产党人、革命战士和老百姓那种生死与共的精神而感动叫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我们还跟着工作人员到后面的烈士林，怀着敬重的心情走了一遍。我仿佛看见了无数英烈顶天立地地站在我们面前。对!就是他们!为了我们的新中国，为了人民的解放，不惜抛头颅、洒热血，牺牲了自己换来了今天的美好生活，烈士们啊，你们那些宁死不屈的精神激励着我们前行!</w:t>
      </w:r>
      <w:r>
        <w:rPr>
          <w:lang w:eastAsia="zh-CN"/>
        </w:rPr>
        <w:br/>
      </w:r>
      <w:r>
        <w:rPr>
          <w:lang w:eastAsia="zh-CN"/>
        </w:rPr>
        <w:t>　　英烈们，你们放心，我们不会辜负你们的牺牲与鲜血，我们一定会努力学习，做国家的栋梁之材!</w:t>
      </w:r>
      <w:r>
        <w:rPr>
          <w:lang w:eastAsia="zh-CN"/>
        </w:rPr>
        <w:br/>
      </w:r>
      <w:r>
        <w:rPr>
          <w:lang w:eastAsia="zh-CN"/>
        </w:rPr>
        <w:t xml:space="preserve">    2024缅怀革命先烈心得体会 篇13 </w:t>
      </w:r>
      <w:r>
        <w:rPr>
          <w:lang w:eastAsia="zh-CN"/>
        </w:rPr>
        <w:br/>
      </w:r>
      <w:r>
        <w:rPr>
          <w:lang w:eastAsia="zh-CN"/>
        </w:rPr>
        <w:t>　　“清明时节雨纷纷，路上行人欲断魂”，随着草长莺飞、万物复苏，在勃发的春日里，我们也即将迎来清明——这个属于祭奠、哀思的节日。清明是忧伤的，每到这一日，我们都会想起那些已经逝去的亲人，抔一捧黄土，挥洒满腔热泪，仿若他们的音容笑貌还在，却已经再无影踪;清明，也是深沉的，在这个传承了千年的传统节日里，我们能看见经过一代代积淀下来的孝文化，在祖国各地，遍地开花，这昭示着独属于我们民族的血脉传承和文化特色。清明节，是一个可以放纵悲伤的日子。悲伤过后，整理好心情，借着美好的春光，再度起航，开始新的一年的征程。在这一天，我们可以尽情的释放对于亲人们的想念。然而，清明节的祭奠，并不局限在亲人的范围之内。清明节，也当有一抹哀思，献给那些逝去的“英雄”。</w:t>
      </w:r>
      <w:r>
        <w:rPr>
          <w:lang w:eastAsia="zh-CN"/>
        </w:rPr>
        <w:br/>
      </w:r>
    </w:p>
    <w:p w:rsidR="001B1F19" w14:textId="27C3F48A">
      <w:pPr>
        <w:rPr>
          <w:rFonts w:hint="eastAsia"/>
          <w:lang w:eastAsia="zh-CN"/>
        </w:rPr>
      </w:pPr>
      <w:r>
        <w:rPr>
          <w:lang w:eastAsia="zh-CN"/>
        </w:rPr>
        <w:t>　　战火中牺牲的烈士，值得我们用心感恩。随着国家建设的“步步高”，似乎那些战火纷飞，只有在南非一些国家才可以看到;而实际上，数一数，从抗日战争、到解放战争、到抗美援朝，其实距离我们也就只有不到百年的时光，正是在这些战争中挣扎起来的先辈们，用鲜血为我们铺开了今日的和平之路。战火已消，但是这些英雄们的精神却依旧还在。清明节，当有一抹哀思献给为我们铺就了光明前路的烈士们，感谢先辈们的付出，让我们有了今日的富足和安定。</w:t>
      </w:r>
      <w:r>
        <w:rPr>
          <w:lang w:eastAsia="zh-CN"/>
        </w:rPr>
        <w:br/>
      </w:r>
      <w:r>
        <w:rPr>
          <w:lang w:eastAsia="zh-CN"/>
        </w:rPr>
        <w:t>　　建设中逝去的祖辈父辈们，值得我们用心怀念。将时光的钟摆转回到60、70年前，那是我们父辈们拼搏的时代。他们那一代，受限于动荡不安的岁月和贫穷的条件，他们需要节衣缩食，才能满足基本的生存需要。然而，正是这些在贫瘠物质条件下长大的祖辈和父辈们，却在建设中奉献了全部的心力，在现代化的建设大潮中，为了能够让祖国变得更加强大，他们中的很多人，以满腔热血为今日的辉煌奠定了根基。清明节，当有一抹哀思献给祖国建设中的献身者，他们是我们的榜样和骄傲。</w:t>
      </w:r>
      <w:r>
        <w:rPr>
          <w:lang w:eastAsia="zh-CN"/>
        </w:rPr>
        <w:br/>
      </w:r>
      <w:r>
        <w:rPr>
          <w:lang w:eastAsia="zh-CN"/>
        </w:rPr>
        <w:t>　　社会上已经逝去的各类好人榜样，值得我们不断效仿。令我们感动的事情有很多，但是对于这个社会来说，那些令人感动落泪的好人们，是我们的榜样。从某种程度上来说，他们都是我们的“亲人”，有的好人，一生奉献在了慈善事业上;有的好人，危机时刻见义勇为、挺身而出，用生命谱写了互助勇敢的壮歌。清明节，当有一抹哀思送给这些已经逝去的好人们，他们是生活中的英雄，是让我们这个社会变得更好的善的暖流。</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https://d.book118.com/396132125113010044</w:t>
        </w:r>
      </w:hyperlink>
    </w:p>
    <w:p w:rsidR="001B1F19">
      <w:pPr>
        <w:rPr>
          <w:rFonts w:hint="eastAsia"/>
          <w:lang w:eastAsia="zh-CN"/>
        </w:rPr>
      </w:pPr>
    </w:p>
    <w:sectPr>
      <w:type w:val="nextPage"/>
      <w:pgSz w:w="11906" w:h="16838"/>
      <w:pgMar w:top="1440" w:right="1800" w:bottom="1440" w:left="1800" w:header="851" w:footer="992" w:gutter="0"/>
      <w:pgNumType w:start="2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96132125113010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