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活动策划范文</w:t>
      </w:r>
    </w:p>
    <w:p>
      <w:pPr>
        <w:spacing w:before="100" w:after="200" w:line="360" w:lineRule="auto"/>
        <w:ind w:firstLine="576"/>
        <w:jc w:val="left"/>
      </w:pPr>
      <w:r>
        <w:rPr>
          <w:rFonts w:ascii="宋体" w:eastAsia="宋体" w:hAnsi="宋体"/>
          <w:sz w:val="28"/>
        </w:rPr>
        <w:t>关于活动策划(15篇)</w:t>
      </w:r>
    </w:p>
    <w:p>
      <w:pPr>
        <w:spacing w:before="100" w:after="200" w:line="360" w:lineRule="auto"/>
        <w:ind w:firstLine="576"/>
        <w:jc w:val="left"/>
      </w:pPr>
      <w:r>
        <w:rPr>
          <w:rFonts w:ascii="宋体" w:eastAsia="宋体" w:hAnsi="宋体"/>
          <w:sz w:val="28"/>
        </w:rPr>
        <w:t>关于活动策划1</w:t>
      </w:r>
    </w:p>
    <w:p>
      <w:pPr>
        <w:spacing w:before="100" w:after="200" w:line="360" w:lineRule="auto"/>
        <w:jc w:val="left"/>
      </w:pPr>
      <w:r>
        <w:rPr>
          <w:rFonts w:ascii="宋体 (中文正文)" w:eastAsia="宋体" w:hAnsi="宋体 (中文正文)"/>
          <w:sz w:val="28"/>
        </w:rPr>
        <w:t>一、总方案概括：</w:t>
      </w:r>
    </w:p>
    <w:p>
      <w:pPr>
        <w:spacing w:before="100" w:after="200" w:line="360" w:lineRule="auto"/>
        <w:ind w:firstLine="576"/>
        <w:jc w:val="left"/>
      </w:pPr>
      <w:r>
        <w:rPr>
          <w:rFonts w:ascii="宋体" w:eastAsia="宋体" w:hAnsi="宋体"/>
          <w:sz w:val="28"/>
        </w:rPr>
        <w:t>（一）酒店开设亲情粽子套餐（来酒店消费的家庭成员均可参加）。</w:t>
      </w:r>
    </w:p>
    <w:p>
      <w:pPr>
        <w:spacing w:before="100" w:after="200" w:line="360" w:lineRule="auto"/>
        <w:ind w:firstLine="576"/>
        <w:jc w:val="left"/>
      </w:pPr>
      <w:r>
        <w:rPr>
          <w:rFonts w:ascii="宋体" w:eastAsia="宋体" w:hAnsi="宋体"/>
          <w:sz w:val="28"/>
        </w:rPr>
        <w:t>（二）目标：端午节期间的散客、家庭、亲朋好友。</w:t>
      </w:r>
    </w:p>
    <w:p>
      <w:pPr>
        <w:spacing w:before="100" w:after="200" w:line="360" w:lineRule="auto"/>
        <w:ind w:firstLine="576"/>
        <w:jc w:val="left"/>
      </w:pPr>
      <w:r>
        <w:rPr>
          <w:rFonts w:ascii="宋体" w:eastAsia="宋体" w:hAnsi="宋体"/>
          <w:sz w:val="28"/>
        </w:rPr>
        <w:t>（三）活动方式：全家粽动员</w:t>
      </w:r>
    </w:p>
    <w:p>
      <w:pPr>
        <w:spacing w:before="100" w:after="200" w:line="360" w:lineRule="auto"/>
        <w:ind w:firstLine="576"/>
        <w:jc w:val="left"/>
      </w:pPr>
      <w:r>
        <w:rPr>
          <w:rFonts w:ascii="宋体" w:eastAsia="宋体" w:hAnsi="宋体"/>
          <w:sz w:val="28"/>
        </w:rPr>
        <w:t>1.粽子所需材料由酒店提供</w:t>
      </w:r>
    </w:p>
    <w:p>
      <w:pPr>
        <w:spacing w:before="100" w:after="200" w:line="360" w:lineRule="auto"/>
        <w:ind w:firstLine="576"/>
        <w:jc w:val="left"/>
      </w:pPr>
      <w:r>
        <w:rPr>
          <w:rFonts w:ascii="宋体" w:eastAsia="宋体" w:hAnsi="宋体"/>
          <w:sz w:val="28"/>
        </w:rPr>
        <w:t>2.全家一起包粽子</w:t>
      </w:r>
    </w:p>
    <w:p>
      <w:pPr>
        <w:spacing w:before="100" w:after="200" w:line="360" w:lineRule="auto"/>
        <w:ind w:firstLine="576"/>
        <w:jc w:val="left"/>
      </w:pPr>
      <w:r>
        <w:rPr>
          <w:rFonts w:ascii="宋体" w:eastAsia="宋体" w:hAnsi="宋体"/>
          <w:sz w:val="28"/>
        </w:rPr>
        <w:t>3.专业厨师临场指导</w:t>
      </w:r>
    </w:p>
    <w:p>
      <w:pPr>
        <w:spacing w:before="100" w:after="200" w:line="360" w:lineRule="auto"/>
        <w:ind w:firstLine="576"/>
        <w:jc w:val="left"/>
      </w:pPr>
      <w:r>
        <w:rPr>
          <w:rFonts w:ascii="宋体" w:eastAsia="宋体" w:hAnsi="宋体"/>
          <w:sz w:val="28"/>
        </w:rPr>
        <w:t>4.煮粽子（酒店提供餐具、家庭成员负责自煮）</w:t>
      </w:r>
    </w:p>
    <w:p>
      <w:pPr>
        <w:spacing w:before="100" w:after="200" w:line="360" w:lineRule="auto"/>
        <w:ind w:firstLine="576"/>
        <w:jc w:val="left"/>
      </w:pPr>
      <w:r>
        <w:rPr>
          <w:rFonts w:ascii="宋体" w:eastAsia="宋体" w:hAnsi="宋体"/>
          <w:sz w:val="28"/>
        </w:rPr>
        <w:t>5.吃粽子。酒店免费提供：为顾客拍照吃粽子全家福照片。</w:t>
      </w:r>
    </w:p>
    <w:p>
      <w:pPr>
        <w:spacing w:before="100" w:after="200" w:line="360" w:lineRule="auto"/>
        <w:jc w:val="left"/>
      </w:pPr>
      <w:r>
        <w:rPr>
          <w:rFonts w:ascii="宋体 (中文正文)" w:eastAsia="宋体" w:hAnsi="宋体 (中文正文)"/>
          <w:b/>
          <w:sz w:val="28"/>
        </w:rPr>
        <w:t>二、做好前期推广工作（举例）</w:t>
      </w:r>
    </w:p>
    <w:p>
      <w:pPr>
        <w:spacing w:before="100" w:after="200" w:line="360" w:lineRule="auto"/>
        <w:ind w:firstLine="576"/>
        <w:jc w:val="left"/>
      </w:pPr>
      <w:r>
        <w:rPr>
          <w:rFonts w:ascii="宋体" w:eastAsia="宋体" w:hAnsi="宋体"/>
          <w:sz w:val="28"/>
        </w:rPr>
        <w:t>（一）推广形式</w:t>
      </w:r>
    </w:p>
    <w:p>
      <w:pPr>
        <w:spacing w:before="100" w:after="200" w:line="360" w:lineRule="auto"/>
        <w:ind w:firstLine="576"/>
        <w:jc w:val="left"/>
      </w:pPr>
      <w:r>
        <w:rPr>
          <w:rFonts w:ascii="宋体" w:eastAsia="宋体" w:hAnsi="宋体"/>
          <w:sz w:val="28"/>
        </w:rPr>
        <w:t>1．xx酒家从五月十八日起推出三款新颖的健康特色粽子（价格待定）：</w:t>
      </w:r>
    </w:p>
    <w:p>
      <w:pPr>
        <w:spacing w:before="100" w:after="200" w:line="360" w:lineRule="auto"/>
        <w:ind w:firstLine="576"/>
        <w:jc w:val="left"/>
      </w:pPr>
      <w:r>
        <w:rPr>
          <w:rFonts w:ascii="宋体" w:eastAsia="宋体" w:hAnsi="宋体"/>
          <w:sz w:val="28"/>
        </w:rPr>
        <w:t>a.绿茶咸肉粽：清咽利喉，益气养颜；</w:t>
      </w:r>
    </w:p>
    <w:p>
      <w:pPr>
        <w:spacing w:before="100" w:after="200" w:line="360" w:lineRule="auto"/>
        <w:ind w:firstLine="576"/>
        <w:jc w:val="left"/>
      </w:pPr>
      <w:r>
        <w:rPr>
          <w:rFonts w:ascii="宋体" w:eastAsia="宋体" w:hAnsi="宋体"/>
          <w:sz w:val="28"/>
        </w:rPr>
        <w:t>b.豆沙碱水粽：清凉解暑，消食健胃；</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c.薏米灵菇粽：清热解毒，散风通窍。</w:t>
      </w:r>
    </w:p>
    <w:p>
      <w:pPr>
        <w:spacing w:before="100" w:after="200" w:line="360" w:lineRule="auto"/>
        <w:ind w:firstLine="576"/>
        <w:jc w:val="left"/>
      </w:pPr>
      <w:r>
        <w:rPr>
          <w:rFonts w:ascii="宋体" w:eastAsia="宋体" w:hAnsi="宋体"/>
          <w:sz w:val="28"/>
        </w:rPr>
        <w:t>2．xx酒家拟同时大力推出一系列健康特色菜肴，以强身健体功效明显作为卖点向食客进行促销；</w:t>
      </w:r>
    </w:p>
    <w:p>
      <w:pPr>
        <w:spacing w:before="100" w:after="200" w:line="360" w:lineRule="auto"/>
        <w:ind w:firstLine="576"/>
        <w:jc w:val="left"/>
      </w:pPr>
      <w:r>
        <w:rPr>
          <w:rFonts w:ascii="宋体" w:eastAsia="宋体" w:hAnsi="宋体"/>
          <w:sz w:val="28"/>
        </w:rPr>
        <w:t>3．xx酒家拟在端午节期间结合传统风俗推出端午佳节品香粽、祛病除疾保健康的活动。</w:t>
      </w:r>
    </w:p>
    <w:p>
      <w:pPr>
        <w:spacing w:before="100" w:after="200" w:line="360" w:lineRule="auto"/>
        <w:ind w:firstLine="576"/>
        <w:jc w:val="left"/>
      </w:pPr>
      <w:r>
        <w:rPr>
          <w:rFonts w:ascii="宋体" w:eastAsia="宋体" w:hAnsi="宋体"/>
          <w:sz w:val="28"/>
        </w:rPr>
        <w:t>(二)店内装饰、气氛</w:t>
      </w:r>
    </w:p>
    <w:p>
      <w:pPr>
        <w:spacing w:before="100" w:after="200" w:line="360" w:lineRule="auto"/>
        <w:ind w:firstLine="576"/>
        <w:jc w:val="left"/>
      </w:pPr>
      <w:r>
        <w:rPr>
          <w:rFonts w:ascii="宋体" w:eastAsia="宋体" w:hAnsi="宋体"/>
          <w:sz w:val="28"/>
        </w:rPr>
        <w:t>1．xx酒家在门口设一展示台，将制作精美的粽子和艾草饼进行促销、售卖。</w:t>
      </w:r>
    </w:p>
    <w:p>
      <w:pPr>
        <w:spacing w:before="100" w:after="200" w:line="360" w:lineRule="auto"/>
        <w:ind w:firstLine="576"/>
        <w:jc w:val="left"/>
      </w:pPr>
      <w:r>
        <w:rPr>
          <w:rFonts w:ascii="宋体" w:eastAsia="宋体" w:hAnsi="宋体"/>
          <w:sz w:val="28"/>
        </w:rPr>
        <w:t>2．用香包、艾草对酒家门面进行适当的装饰，楼面再用各色汽球进行装点；</w:t>
      </w:r>
    </w:p>
    <w:p>
      <w:pPr>
        <w:spacing w:before="100" w:after="200" w:line="360" w:lineRule="auto"/>
        <w:ind w:firstLine="576"/>
        <w:jc w:val="left"/>
      </w:pPr>
      <w:r>
        <w:rPr>
          <w:rFonts w:ascii="宋体" w:eastAsia="宋体" w:hAnsi="宋体"/>
          <w:sz w:val="28"/>
        </w:rPr>
        <w:t>3．制作精美的宣传单张和海报进行派发和张贴，以扩大影响力，引导宾客消费。</w:t>
      </w:r>
    </w:p>
    <w:p>
      <w:pPr>
        <w:spacing w:before="100" w:after="200" w:line="360" w:lineRule="auto"/>
        <w:ind w:firstLine="576"/>
        <w:jc w:val="left"/>
      </w:pPr>
      <w:r>
        <w:rPr>
          <w:rFonts w:ascii="宋体" w:eastAsia="宋体" w:hAnsi="宋体"/>
          <w:sz w:val="28"/>
        </w:rPr>
        <w:t>（三）广告宣传</w:t>
      </w:r>
    </w:p>
    <w:p>
      <w:pPr>
        <w:spacing w:before="100" w:after="200" w:line="360" w:lineRule="auto"/>
        <w:ind w:firstLine="576"/>
        <w:jc w:val="left"/>
      </w:pPr>
      <w:r>
        <w:rPr>
          <w:rFonts w:ascii="宋体" w:eastAsia="宋体" w:hAnsi="宋体"/>
          <w:sz w:val="28"/>
        </w:rPr>
        <w:t>1．宣传单张（由美工负责制作，16日前完成）</w:t>
      </w:r>
    </w:p>
    <w:p>
      <w:pPr>
        <w:spacing w:before="100" w:after="200" w:line="360" w:lineRule="auto"/>
        <w:ind w:firstLine="576"/>
        <w:jc w:val="left"/>
      </w:pPr>
      <w:r>
        <w:rPr>
          <w:rFonts w:ascii="宋体" w:eastAsia="宋体" w:hAnsi="宋体"/>
          <w:sz w:val="28"/>
        </w:rPr>
        <w:t>2．报纸广告（由营销部负责，五月底和六月初在南山报和晚报上各做一次广告）</w:t>
      </w:r>
    </w:p>
    <w:p>
      <w:pPr>
        <w:spacing w:before="100" w:after="200" w:line="360" w:lineRule="auto"/>
        <w:ind w:firstLine="576"/>
        <w:jc w:val="left"/>
      </w:pPr>
      <w:r>
        <w:rPr>
          <w:rFonts w:ascii="宋体" w:eastAsia="宋体" w:hAnsi="宋体"/>
          <w:sz w:val="28"/>
        </w:rPr>
        <w:t>3．海报制作（由美工负责设计，并制作彩色喷绘图加kt板张贴于大堂立柱正面，16日前完成）。</w:t>
      </w:r>
    </w:p>
    <w:p>
      <w:pPr>
        <w:spacing w:before="100" w:after="200" w:line="360" w:lineRule="auto"/>
        <w:ind w:firstLine="576"/>
        <w:jc w:val="left"/>
      </w:pPr>
      <w:r>
        <w:rPr>
          <w:rFonts w:ascii="宋体" w:eastAsia="宋体" w:hAnsi="宋体"/>
          <w:sz w:val="28"/>
        </w:rPr>
        <w:t>（四）促销分工</w:t>
      </w:r>
    </w:p>
    <w:p>
      <w:pPr>
        <w:spacing w:before="100" w:after="200" w:line="360" w:lineRule="auto"/>
        <w:ind w:firstLine="576"/>
        <w:jc w:val="left"/>
      </w:pPr>
      <w:r>
        <w:rPr>
          <w:rFonts w:ascii="宋体" w:eastAsia="宋体" w:hAnsi="宋体"/>
          <w:sz w:val="28"/>
        </w:rPr>
        <w:t>1．宣传单张派发由中餐营销主要负责，其它部门配合。</w:t>
      </w:r>
    </w:p>
    <w:p>
      <w:pPr>
        <w:spacing w:before="100" w:after="200" w:line="360" w:lineRule="auto"/>
        <w:ind w:firstLine="576"/>
        <w:jc w:val="left"/>
      </w:pPr>
      <w:r>
        <w:rPr>
          <w:rFonts w:ascii="宋体" w:eastAsia="宋体" w:hAnsi="宋体"/>
          <w:sz w:val="28"/>
        </w:rPr>
        <w:t>2．散客预订工作由中餐营业台负责。</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3．常客、协议客预订工作由酒店营销部负责。</w:t>
      </w:r>
    </w:p>
    <w:p>
      <w:pPr>
        <w:spacing w:before="100" w:after="200" w:line="360" w:lineRule="auto"/>
        <w:ind w:firstLine="576"/>
        <w:jc w:val="left"/>
      </w:pPr>
      <w:r>
        <w:rPr>
          <w:rFonts w:ascii="宋体" w:eastAsia="宋体" w:hAnsi="宋体"/>
          <w:sz w:val="28"/>
        </w:rPr>
        <w:t>4．促销及预订工作由郑云芳经理全面负责。</w:t>
      </w:r>
    </w:p>
    <w:p>
      <w:pPr>
        <w:spacing w:before="100" w:after="200" w:line="360" w:lineRule="auto"/>
        <w:jc w:val="left"/>
      </w:pPr>
      <w:r>
        <w:rPr>
          <w:rFonts w:ascii="宋体 (中文正文)" w:eastAsia="宋体" w:hAnsi="宋体 (中文正文)"/>
          <w:sz w:val="28"/>
        </w:rPr>
        <w:t>三、活动期间准备工作：</w:t>
      </w:r>
    </w:p>
    <w:p>
      <w:pPr>
        <w:spacing w:before="100" w:after="200" w:line="360" w:lineRule="auto"/>
        <w:ind w:firstLine="576"/>
        <w:jc w:val="left"/>
      </w:pPr>
      <w:r>
        <w:rPr>
          <w:rFonts w:ascii="宋体" w:eastAsia="宋体" w:hAnsi="宋体"/>
          <w:sz w:val="28"/>
        </w:rPr>
        <w:t>1、横幅：全家‘粽’动员</w:t>
      </w:r>
    </w:p>
    <w:p>
      <w:pPr>
        <w:spacing w:before="100" w:after="200" w:line="360" w:lineRule="auto"/>
        <w:ind w:firstLine="576"/>
        <w:jc w:val="left"/>
      </w:pPr>
      <w:r>
        <w:rPr>
          <w:rFonts w:ascii="宋体" w:eastAsia="宋体" w:hAnsi="宋体"/>
          <w:sz w:val="28"/>
        </w:rPr>
        <w:t>2、浸泡过的糯米、粽叶若干；棉线若干；勺子4把；硬币和蜜枣若干；毛巾架；桌子。</w:t>
      </w:r>
    </w:p>
    <w:p>
      <w:pPr>
        <w:spacing w:before="100" w:after="200" w:line="360" w:lineRule="auto"/>
        <w:ind w:firstLine="576"/>
        <w:jc w:val="left"/>
      </w:pPr>
      <w:r>
        <w:rPr>
          <w:rFonts w:ascii="宋体" w:eastAsia="宋体" w:hAnsi="宋体"/>
          <w:sz w:val="28"/>
        </w:rPr>
        <w:t>3、围兜和一次性手套。</w:t>
      </w:r>
    </w:p>
    <w:p>
      <w:pPr>
        <w:spacing w:before="100" w:after="200" w:line="360" w:lineRule="auto"/>
        <w:ind w:firstLine="576"/>
        <w:jc w:val="left"/>
      </w:pPr>
      <w:r>
        <w:rPr>
          <w:rFonts w:ascii="宋体" w:eastAsia="宋体" w:hAnsi="宋体"/>
          <w:sz w:val="28"/>
        </w:rPr>
        <w:t>关于活动策划2</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为隆重庆祝第38个教师节和进一步推进师德建设，在全校营造尊师重教的浓厚氛围，弘扬尊师重教的良好风尚，激励广大教师热爱教育事业，积极进取，开拓创新，推动学校各项事业的全面发展，我校德育处、团委本着“隆重、热烈、务实、实效”的原则，开展教师节系列活动，力求变单纯的庆祝活动为一段时间的主题活动，使活动内容更为丰富，力求活动形式创新，更好的突出活动主题和内容，增强活动的感染力和影响力。</w:t>
      </w:r>
    </w:p>
    <w:p>
      <w:pPr>
        <w:spacing w:before="100" w:after="200" w:line="360" w:lineRule="auto"/>
        <w:jc w:val="left"/>
      </w:pPr>
      <w:r>
        <w:rPr>
          <w:rFonts w:ascii="宋体 (中文正文)" w:eastAsia="宋体" w:hAnsi="宋体 (中文正文)"/>
          <w:sz w:val="28"/>
        </w:rPr>
        <w:t>二、主题：</w:t>
      </w:r>
    </w:p>
    <w:p>
      <w:pPr>
        <w:spacing w:before="100" w:after="200" w:line="360" w:lineRule="auto"/>
        <w:ind w:firstLine="576"/>
        <w:jc w:val="left"/>
      </w:pPr>
      <w:r>
        <w:rPr>
          <w:rFonts w:ascii="宋体" w:eastAsia="宋体" w:hAnsi="宋体"/>
          <w:sz w:val="28"/>
        </w:rPr>
        <w:t>“金秋九月颂恩师”</w:t>
      </w:r>
    </w:p>
    <w:p>
      <w:pPr>
        <w:spacing w:before="100" w:after="200" w:line="360" w:lineRule="auto"/>
        <w:jc w:val="left"/>
      </w:pPr>
      <w:r>
        <w:rPr>
          <w:rFonts w:ascii="宋体 (中文正文)" w:eastAsia="宋体" w:hAnsi="宋体 (中文正文)"/>
          <w:sz w:val="28"/>
        </w:rPr>
        <w:t>三、活动时间：</w:t>
      </w:r>
    </w:p>
    <w:p>
      <w:pPr>
        <w:spacing w:before="100" w:after="200" w:line="360" w:lineRule="auto"/>
        <w:ind w:firstLine="576"/>
        <w:jc w:val="left"/>
      </w:pPr>
      <w:r>
        <w:rPr>
          <w:rFonts w:ascii="宋体" w:eastAsia="宋体" w:hAnsi="宋体"/>
          <w:sz w:val="28"/>
        </w:rPr>
        <w:t>9月xx日，9月11日</w:t>
      </w:r>
    </w:p>
    <w:p>
      <w:pPr>
        <w:spacing w:before="100" w:after="200" w:line="360" w:lineRule="auto"/>
        <w:jc w:val="left"/>
      </w:pPr>
      <w:r>
        <w:rPr>
          <w:rFonts w:ascii="宋体 (中文正文)" w:eastAsia="宋体" w:hAnsi="宋体 (中文正文)"/>
          <w:b/>
          <w:sz w:val="28"/>
        </w:rPr>
        <w:t>四、活动安排</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1、9月xx日，9月xx日“尊师心语”之手抄报比赛</w:t>
      </w:r>
    </w:p>
    <w:p>
      <w:pPr>
        <w:spacing w:before="100" w:after="200" w:line="360" w:lineRule="auto"/>
        <w:ind w:firstLine="576"/>
        <w:jc w:val="left"/>
      </w:pPr>
      <w:r>
        <w:rPr>
          <w:rFonts w:ascii="宋体" w:eastAsia="宋体" w:hAnsi="宋体"/>
          <w:sz w:val="28"/>
        </w:rPr>
        <w:t>本活动由团委向47个团支部发放倡议书及比赛相关要求，每班推荐4份作品上交参赛，团委将组织评选并将优秀作品在校园内展示。</w:t>
      </w:r>
    </w:p>
    <w:p>
      <w:pPr>
        <w:spacing w:before="100" w:after="200" w:line="360" w:lineRule="auto"/>
        <w:ind w:firstLine="576"/>
        <w:jc w:val="left"/>
      </w:pPr>
      <w:r>
        <w:rPr>
          <w:rFonts w:ascii="宋体" w:eastAsia="宋体" w:hAnsi="宋体"/>
          <w:sz w:val="28"/>
        </w:rPr>
        <w:t>3、9月xx日，9月11日“尊师心语”之黑板报比赛</w:t>
      </w:r>
    </w:p>
    <w:p>
      <w:pPr>
        <w:spacing w:before="100" w:after="200" w:line="360" w:lineRule="auto"/>
        <w:ind w:firstLine="576"/>
        <w:jc w:val="left"/>
      </w:pPr>
      <w:r>
        <w:rPr>
          <w:rFonts w:ascii="宋体" w:eastAsia="宋体" w:hAnsi="宋体"/>
          <w:sz w:val="28"/>
        </w:rPr>
        <w:t>本活动由德育处统一安排布置，评比时间为9月11号，由美术备课组老师组织执行。</w:t>
      </w:r>
    </w:p>
    <w:p>
      <w:pPr>
        <w:spacing w:before="100" w:after="200" w:line="360" w:lineRule="auto"/>
        <w:ind w:firstLine="576"/>
        <w:jc w:val="left"/>
      </w:pPr>
      <w:r>
        <w:rPr>
          <w:rFonts w:ascii="宋体" w:eastAsia="宋体" w:hAnsi="宋体"/>
          <w:sz w:val="28"/>
        </w:rPr>
        <w:t>4、9月xx日，9月xx日“尊师心语”之“班级祝福袋”</w:t>
      </w:r>
    </w:p>
    <w:p>
      <w:pPr>
        <w:spacing w:before="100" w:after="200" w:line="360" w:lineRule="auto"/>
        <w:ind w:firstLine="576"/>
        <w:jc w:val="left"/>
      </w:pPr>
      <w:r>
        <w:rPr>
          <w:rFonts w:ascii="宋体" w:eastAsia="宋体" w:hAnsi="宋体"/>
          <w:sz w:val="28"/>
        </w:rPr>
        <w:t>本活动由团委向各团支部发出倡议，在自己本班利用卡纸制作关于老师的“祝福袋”并贴在墙上，班委发动全班同学写上心里话或祝福放进“祝福袋”，增进师生之间的情感沟通。</w:t>
      </w:r>
    </w:p>
    <w:p>
      <w:pPr>
        <w:spacing w:before="100" w:after="200" w:line="360" w:lineRule="auto"/>
        <w:ind w:firstLine="576"/>
        <w:jc w:val="left"/>
      </w:pPr>
      <w:r>
        <w:rPr>
          <w:rFonts w:ascii="宋体" w:eastAsia="宋体" w:hAnsi="宋体"/>
          <w:sz w:val="28"/>
        </w:rPr>
        <w:t>5、9月xx日“我爱我师”之电影欣赏</w:t>
      </w:r>
    </w:p>
    <w:p>
      <w:pPr>
        <w:spacing w:before="100" w:after="200" w:line="360" w:lineRule="auto"/>
        <w:ind w:firstLine="576"/>
        <w:jc w:val="left"/>
      </w:pPr>
      <w:r>
        <w:rPr>
          <w:rFonts w:ascii="宋体" w:eastAsia="宋体" w:hAnsi="宋体"/>
          <w:sz w:val="28"/>
        </w:rPr>
        <w:t>全校各班在晚修7点至9点期间统一播放影片，《美丽的大脚》，团委组织，信息技术中心技术支持。</w:t>
      </w:r>
    </w:p>
    <w:p>
      <w:pPr>
        <w:spacing w:before="100" w:after="200" w:line="360" w:lineRule="auto"/>
        <w:ind w:firstLine="576"/>
        <w:jc w:val="left"/>
      </w:pPr>
      <w:r>
        <w:rPr>
          <w:rFonts w:ascii="宋体" w:eastAsia="宋体" w:hAnsi="宋体"/>
          <w:sz w:val="28"/>
        </w:rPr>
        <w:t>6、9月xx日星期三下午第八节隆重庆祝第38个教师节暨教师颁奖大会</w:t>
      </w:r>
    </w:p>
    <w:p>
      <w:pPr>
        <w:spacing w:before="100" w:after="200" w:line="360" w:lineRule="auto"/>
        <w:jc w:val="left"/>
      </w:pPr>
      <w:r>
        <w:rPr>
          <w:rFonts w:ascii="宋体 (中文正文)" w:eastAsia="宋体" w:hAnsi="宋体 (中文正文)"/>
          <w:sz w:val="28"/>
        </w:rPr>
        <w:t>具体安排：</w:t>
      </w:r>
    </w:p>
    <w:p>
      <w:pPr>
        <w:spacing w:before="100" w:after="200" w:line="360" w:lineRule="auto"/>
        <w:ind w:firstLine="576"/>
        <w:jc w:val="left"/>
      </w:pPr>
      <w:r>
        <w:rPr>
          <w:rFonts w:ascii="宋体" w:eastAsia="宋体" w:hAnsi="宋体"/>
          <w:sz w:val="28"/>
        </w:rPr>
        <w:t>1)横幅：主横幅，隆重庆祝第38个教师节暨教师颁奖大会</w:t>
      </w:r>
    </w:p>
    <w:p>
      <w:pPr>
        <w:spacing w:before="100" w:after="200" w:line="360" w:lineRule="auto"/>
        <w:ind w:firstLine="576"/>
        <w:jc w:val="left"/>
      </w:pPr>
      <w:r>
        <w:rPr>
          <w:rFonts w:ascii="宋体" w:eastAsia="宋体" w:hAnsi="宋体"/>
          <w:sz w:val="28"/>
        </w:rPr>
        <w:t>副横幅，金秋九月颂恩师</w:t>
      </w:r>
    </w:p>
    <w:p>
      <w:pPr>
        <w:spacing w:before="100" w:after="200" w:line="360" w:lineRule="auto"/>
        <w:ind w:firstLine="576"/>
        <w:jc w:val="left"/>
      </w:pPr>
      <w:r>
        <w:rPr>
          <w:rFonts w:ascii="宋体" w:eastAsia="宋体" w:hAnsi="宋体"/>
          <w:sz w:val="28"/>
        </w:rPr>
        <w:t>师恩深如海，桃李满天下!</w:t>
      </w:r>
    </w:p>
    <w:p>
      <w:pPr>
        <w:spacing w:before="100" w:after="200" w:line="360" w:lineRule="auto"/>
        <w:ind w:firstLine="576"/>
        <w:jc w:val="left"/>
      </w:pPr>
      <w:r>
        <w:rPr>
          <w:rFonts w:ascii="宋体" w:eastAsia="宋体" w:hAnsi="宋体"/>
          <w:sz w:val="28"/>
        </w:rPr>
        <w:t>老师，祝您生日快乐!</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2)总务布置主席台、和桌椅(180张)、买花400朵(玫瑰和康乃馨)和礼炮(10个)</w:t>
      </w:r>
    </w:p>
    <w:p>
      <w:pPr>
        <w:spacing w:before="100" w:after="200" w:line="360" w:lineRule="auto"/>
        <w:ind w:firstLine="576"/>
        <w:jc w:val="left"/>
      </w:pPr>
      <w:r>
        <w:rPr>
          <w:rFonts w:ascii="宋体" w:eastAsia="宋体" w:hAnsi="宋体"/>
          <w:sz w:val="28"/>
        </w:rPr>
        <w:t>3)信息技术负责电子屏幕、背景音乐、音响操控(话筒四个)、现场摄影、录像</w:t>
      </w:r>
    </w:p>
    <w:p>
      <w:pPr>
        <w:spacing w:before="100" w:after="200" w:line="360" w:lineRule="auto"/>
        <w:jc w:val="left"/>
      </w:pPr>
      <w:r>
        <w:rPr>
          <w:rFonts w:ascii="宋体 (中文正文)" w:eastAsia="宋体" w:hAnsi="宋体 (中文正文)"/>
          <w:sz w:val="28"/>
        </w:rPr>
        <w:t>具体程序：</w:t>
      </w:r>
    </w:p>
    <w:p>
      <w:pPr>
        <w:spacing w:before="100" w:after="200" w:line="360" w:lineRule="auto"/>
        <w:ind w:firstLine="576"/>
        <w:jc w:val="left"/>
      </w:pPr>
      <w:r>
        <w:rPr>
          <w:rFonts w:ascii="宋体" w:eastAsia="宋体" w:hAnsi="宋体"/>
          <w:sz w:val="28"/>
        </w:rPr>
        <w:t>璧合</w:t>
      </w:r>
    </w:p>
    <w:p>
      <w:pPr>
        <w:spacing w:before="100" w:after="200" w:line="360" w:lineRule="auto"/>
        <w:ind w:firstLine="576"/>
        <w:jc w:val="left"/>
      </w:pPr>
      <w:r>
        <w:rPr>
          <w:rFonts w:ascii="宋体" w:eastAsia="宋体" w:hAnsi="宋体"/>
          <w:sz w:val="28"/>
        </w:rPr>
        <w:t>1)颁奖</w:t>
      </w:r>
    </w:p>
    <w:p>
      <w:pPr>
        <w:spacing w:before="100" w:after="200" w:line="360" w:lineRule="auto"/>
        <w:ind w:firstLine="576"/>
        <w:jc w:val="left"/>
      </w:pPr>
      <w:r>
        <w:rPr>
          <w:rFonts w:ascii="宋体" w:eastAsia="宋体" w:hAnsi="宋体"/>
          <w:sz w:val="28"/>
        </w:rPr>
        <w:t>2)庆祝活动：主持人引入，学生代表送花，学生代表发言，—校长讲话，全校学生齐朗诵《致谢》，礼炮，结束</w:t>
      </w:r>
    </w:p>
    <w:p>
      <w:pPr>
        <w:spacing w:before="100" w:after="200" w:line="360" w:lineRule="auto"/>
        <w:ind w:firstLine="576"/>
        <w:jc w:val="left"/>
      </w:pPr>
      <w:r>
        <w:rPr>
          <w:rFonts w:ascii="宋体" w:eastAsia="宋体" w:hAnsi="宋体"/>
          <w:sz w:val="28"/>
        </w:rPr>
        <w:t>3)当天下午5点30分全体教职员工外出聚餐(地点待定)</w:t>
      </w:r>
    </w:p>
    <w:p>
      <w:pPr>
        <w:spacing w:before="100" w:after="200" w:line="360" w:lineRule="auto"/>
        <w:ind w:firstLine="576"/>
        <w:jc w:val="left"/>
      </w:pPr>
      <w:r>
        <w:rPr>
          <w:rFonts w:ascii="宋体" w:eastAsia="宋体" w:hAnsi="宋体"/>
          <w:sz w:val="28"/>
        </w:rPr>
        <w:t>7、9月10号早上全体教师参加镇的教师节会议(具体时间待通知)</w:t>
      </w:r>
    </w:p>
    <w:p>
      <w:pPr>
        <w:spacing w:before="100" w:after="200" w:line="360" w:lineRule="auto"/>
        <w:ind w:firstLine="576"/>
        <w:jc w:val="left"/>
      </w:pPr>
      <w:r>
        <w:rPr>
          <w:rFonts w:ascii="宋体" w:eastAsia="宋体" w:hAnsi="宋体"/>
          <w:sz w:val="28"/>
        </w:rPr>
        <w:t>关于活动策划3</w:t>
      </w:r>
    </w:p>
    <w:p>
      <w:pPr>
        <w:spacing w:before="100" w:after="200" w:line="360" w:lineRule="auto"/>
        <w:jc w:val="left"/>
      </w:pPr>
      <w:r>
        <w:rPr>
          <w:rFonts w:ascii="宋体 (中文正文)" w:eastAsia="宋体" w:hAnsi="宋体 (中文正文)"/>
          <w:sz w:val="28"/>
        </w:rPr>
        <w:t>一.活动主题：</w:t>
      </w:r>
    </w:p>
    <w:p>
      <w:pPr>
        <w:spacing w:before="100" w:after="200" w:line="360" w:lineRule="auto"/>
        <w:ind w:firstLine="576"/>
        <w:jc w:val="left"/>
      </w:pPr>
      <w:r>
        <w:rPr>
          <w:rFonts w:ascii="宋体" w:eastAsia="宋体" w:hAnsi="宋体"/>
          <w:sz w:val="28"/>
        </w:rPr>
        <w:t>加油祖国，祝福母校</w:t>
      </w:r>
    </w:p>
    <w:p>
      <w:pPr>
        <w:spacing w:before="100" w:after="200" w:line="360" w:lineRule="auto"/>
        <w:jc w:val="left"/>
      </w:pPr>
      <w:r>
        <w:rPr>
          <w:rFonts w:ascii="宋体 (中文正文)" w:eastAsia="宋体" w:hAnsi="宋体 (中文正文)"/>
          <w:sz w:val="28"/>
        </w:rPr>
        <w:t>二.活动背景：</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随着社会的高速发展，在城市化越来越普及的今天，关爱空巢老人应该引起社会的关注。农村青年都外出去到城市打拼。只留下年迈的双亲留守家园。他们家中无劳动力，许多重活都无法做。因而许多老人都生活窘困。空巢老人孤独的身影，窘困的生活需要我们去关注，需要我们用爱心去温暖他们的晚年，更需要社会的关注，需要社会的支持和帮助。恰逢母校六十周年寿辰，我们广油人决定把乐于助人的精神弘扬出去，让母校这个生日过得更有意义！所以我们应化14—4班团支部决定开展以“加油祖国，祝福母校”的团日活动</w:t>
      </w:r>
    </w:p>
    <w:p>
      <w:pPr>
        <w:spacing w:before="100" w:after="200" w:line="360" w:lineRule="auto"/>
        <w:jc w:val="left"/>
      </w:pPr>
      <w:r>
        <w:rPr>
          <w:rFonts w:ascii="宋体 (中文正文)" w:eastAsia="宋体" w:hAnsi="宋体 (中文正文)"/>
          <w:sz w:val="28"/>
        </w:rPr>
        <w:t>三.活动目的：</w:t>
      </w:r>
    </w:p>
    <w:p>
      <w:pPr>
        <w:spacing w:before="100" w:after="200" w:line="360" w:lineRule="auto"/>
        <w:ind w:firstLine="576"/>
        <w:jc w:val="left"/>
      </w:pPr>
      <w:r>
        <w:rPr>
          <w:rFonts w:ascii="宋体" w:eastAsia="宋体" w:hAnsi="宋体"/>
          <w:sz w:val="28"/>
        </w:rPr>
        <w:t>1.随着农村劳动力的大量外出，农村中出现的弱势群体，空巢老人，他们生活处境困难，急需社会各界的支持和帮助。通过这次关爱农村空巢老人的活动，我们可以了解他们具体的生活现状，从而积极寻找可以帮助并解决他们生活上出现的问题的方案，并以此希望能够引起社会对空巢老人更广泛的关注</w:t>
      </w:r>
    </w:p>
    <w:p>
      <w:pPr>
        <w:spacing w:before="100" w:after="200" w:line="360" w:lineRule="auto"/>
        <w:ind w:firstLine="576"/>
        <w:jc w:val="left"/>
      </w:pPr>
      <w:r>
        <w:rPr>
          <w:rFonts w:ascii="宋体" w:eastAsia="宋体" w:hAnsi="宋体"/>
          <w:sz w:val="28"/>
        </w:rPr>
        <w:t>2.活动中通过帮助老人干农活和陪老人聊天等环节，可以让我们明白种植粮食的辛苦不易和关爱老人的重要性。通过这次的团日活动，可以增强班级人员的团结性，提升班级人员的奉献精神。同时进一步倡导“奉献，友爱，互助，进步”的志愿者精神，促我们的自身发展。</w:t>
      </w:r>
    </w:p>
    <w:p>
      <w:pPr>
        <w:spacing w:before="100" w:after="200" w:line="360" w:lineRule="auto"/>
        <w:jc w:val="left"/>
      </w:pPr>
      <w:r>
        <w:rPr>
          <w:rFonts w:ascii="宋体 (中文正文)" w:eastAsia="宋体" w:hAnsi="宋体 (中文正文)"/>
          <w:sz w:val="28"/>
        </w:rPr>
        <w:t>四.活动地点：</w:t>
      </w:r>
    </w:p>
    <w:p>
      <w:pPr>
        <w:spacing w:before="100" w:after="200" w:line="360" w:lineRule="auto"/>
        <w:ind w:firstLine="576"/>
        <w:jc w:val="left"/>
      </w:pPr>
      <w:r>
        <w:rPr>
          <w:rFonts w:ascii="宋体" w:eastAsia="宋体" w:hAnsi="宋体"/>
          <w:sz w:val="28"/>
        </w:rPr>
        <w:t>xx市xx区xx村</w:t>
      </w:r>
    </w:p>
    <w:p>
      <w:pPr>
        <w:spacing w:before="100" w:after="200" w:line="360" w:lineRule="auto"/>
        <w:jc w:val="left"/>
      </w:pPr>
      <w:r>
        <w:rPr>
          <w:rFonts w:ascii="宋体 (中文正文)" w:eastAsia="宋体" w:hAnsi="宋体 (中文正文)"/>
          <w:sz w:val="28"/>
        </w:rPr>
        <w:t>五.活动时间：</w:t>
      </w:r>
    </w:p>
    <w:p>
      <w:pPr>
        <w:spacing w:before="100" w:after="200" w:line="360" w:lineRule="auto"/>
        <w:ind w:firstLine="576"/>
        <w:jc w:val="left"/>
      </w:pPr>
      <w:r>
        <w:rPr>
          <w:rFonts w:ascii="宋体" w:eastAsia="宋体" w:hAnsi="宋体"/>
          <w:sz w:val="28"/>
        </w:rPr>
        <w:t>2022年7月8日上午8:00—12:00</w:t>
      </w:r>
    </w:p>
    <w:p>
      <w:pPr>
        <w:spacing w:before="100" w:after="200" w:line="360" w:lineRule="auto"/>
        <w:jc w:val="left"/>
      </w:pPr>
      <w:r>
        <w:rPr>
          <w:rFonts w:ascii="宋体 (中文正文)" w:eastAsia="宋体" w:hAnsi="宋体 (中文正文)"/>
          <w:sz w:val="28"/>
        </w:rPr>
        <w:t>六.活动参与人员：</w:t>
      </w:r>
    </w:p>
    <w:p>
      <w:pPr>
        <w:spacing w:before="100" w:after="200" w:line="360" w:lineRule="auto"/>
        <w:ind w:firstLine="576"/>
        <w:jc w:val="left"/>
      </w:pPr>
      <w:r>
        <w:rPr>
          <w:rFonts w:ascii="宋体" w:eastAsia="宋体" w:hAnsi="宋体"/>
          <w:sz w:val="28"/>
        </w:rPr>
        <w:t>应化14-4班团支部全体人员</w:t>
      </w:r>
    </w:p>
    <w:p>
      <w:pPr>
        <w:spacing w:before="100" w:after="200" w:line="360" w:lineRule="auto"/>
        <w:jc w:val="left"/>
      </w:pPr>
      <w:r>
        <w:rPr>
          <w:rFonts w:ascii="宋体 (中文正文)" w:eastAsia="宋体" w:hAnsi="宋体 (中文正文)"/>
          <w:sz w:val="28"/>
        </w:rPr>
        <w:t>七.活动服务对象：</w:t>
      </w:r>
    </w:p>
    <w:p>
      <w:pPr>
        <w:spacing w:before="100" w:after="200" w:line="360" w:lineRule="auto"/>
        <w:ind w:firstLine="576"/>
        <w:jc w:val="left"/>
      </w:pPr>
      <w:r>
        <w:rPr>
          <w:rFonts w:ascii="宋体" w:eastAsia="宋体" w:hAnsi="宋体"/>
          <w:sz w:val="28"/>
        </w:rPr>
        <w:t>xx村空巢老人</w:t>
      </w:r>
    </w:p>
    <w:p>
      <w:pPr>
        <w:spacing w:before="100" w:after="200" w:line="360" w:lineRule="auto"/>
        <w:jc w:val="left"/>
      </w:pPr>
      <w:r>
        <w:rPr>
          <w:rFonts w:ascii="宋体 (中文正文)" w:eastAsia="宋体" w:hAnsi="宋体 (中文正文)"/>
          <w:sz w:val="28"/>
        </w:rPr>
        <w:t>八.活动前期准备：</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1.班干实地考察，确定前去的路线并与当地村民沟通，确定活动开展的时间、地点</w:t>
      </w:r>
    </w:p>
    <w:p>
      <w:pPr>
        <w:spacing w:before="100" w:after="200" w:line="360" w:lineRule="auto"/>
        <w:ind w:firstLine="576"/>
        <w:jc w:val="left"/>
      </w:pPr>
      <w:r>
        <w:rPr>
          <w:rFonts w:ascii="宋体" w:eastAsia="宋体" w:hAnsi="宋体"/>
          <w:sz w:val="28"/>
        </w:rPr>
        <w:t>2.宣传委员向班里同学介绍此次活动，团支书确定活动参与人员人数。</w:t>
      </w:r>
    </w:p>
    <w:p>
      <w:pPr>
        <w:spacing w:before="100" w:after="200" w:line="360" w:lineRule="auto"/>
        <w:ind w:firstLine="576"/>
        <w:jc w:val="left"/>
      </w:pPr>
      <w:r>
        <w:rPr>
          <w:rFonts w:ascii="宋体" w:eastAsia="宋体" w:hAnsi="宋体"/>
          <w:sz w:val="28"/>
        </w:rPr>
        <w:t>3.向当地村民借取农活工具。</w:t>
      </w:r>
    </w:p>
    <w:p>
      <w:pPr>
        <w:spacing w:before="100" w:after="200" w:line="360" w:lineRule="auto"/>
        <w:ind w:firstLine="576"/>
        <w:jc w:val="left"/>
      </w:pPr>
      <w:r>
        <w:rPr>
          <w:rFonts w:ascii="宋体" w:eastAsia="宋体" w:hAnsi="宋体"/>
          <w:sz w:val="28"/>
        </w:rPr>
        <w:t>4.购买活动所需品，如干农活所需的手套和做饭用的食材。</w:t>
      </w:r>
    </w:p>
    <w:p>
      <w:pPr>
        <w:spacing w:before="100" w:after="200" w:line="360" w:lineRule="auto"/>
        <w:jc w:val="left"/>
      </w:pPr>
      <w:r>
        <w:rPr>
          <w:rFonts w:ascii="宋体 (中文正文)" w:eastAsia="宋体" w:hAnsi="宋体 (中文正文)"/>
          <w:sz w:val="28"/>
        </w:rPr>
        <w:t>九.活动流程：</w:t>
      </w:r>
    </w:p>
    <w:p>
      <w:pPr>
        <w:spacing w:before="100" w:after="200" w:line="360" w:lineRule="auto"/>
        <w:ind w:firstLine="576"/>
        <w:jc w:val="left"/>
      </w:pPr>
      <w:r>
        <w:rPr>
          <w:rFonts w:ascii="宋体" w:eastAsia="宋体" w:hAnsi="宋体"/>
          <w:sz w:val="28"/>
        </w:rPr>
        <w:t>1.7月8日上午7:00在xx校区升旗台前集合签到。</w:t>
      </w:r>
    </w:p>
    <w:p>
      <w:pPr>
        <w:spacing w:before="100" w:after="200" w:line="360" w:lineRule="auto"/>
        <w:ind w:firstLine="576"/>
        <w:jc w:val="left"/>
      </w:pPr>
      <w:r>
        <w:rPr>
          <w:rFonts w:ascii="宋体" w:eastAsia="宋体" w:hAnsi="宋体"/>
          <w:sz w:val="28"/>
        </w:rPr>
        <w:t>2.7:20集合完毕出发。分成两批乘坐11路公交车（两批人各由班干带领），车程大概15分钟</w:t>
      </w:r>
    </w:p>
    <w:p>
      <w:pPr>
        <w:spacing w:before="100" w:after="200" w:line="360" w:lineRule="auto"/>
        <w:ind w:firstLine="576"/>
        <w:jc w:val="left"/>
      </w:pPr>
      <w:r>
        <w:rPr>
          <w:rFonts w:ascii="宋体" w:eastAsia="宋体" w:hAnsi="宋体"/>
          <w:sz w:val="28"/>
        </w:rPr>
        <w:t>3.8:00之前到达xx村，开始帮助当地空巢老人干农活拔草，整理树苗等</w:t>
      </w:r>
    </w:p>
    <w:p>
      <w:pPr>
        <w:spacing w:before="100" w:after="200" w:line="360" w:lineRule="auto"/>
        <w:ind w:firstLine="576"/>
        <w:jc w:val="left"/>
      </w:pPr>
      <w:r>
        <w:rPr>
          <w:rFonts w:ascii="宋体" w:eastAsia="宋体" w:hAnsi="宋体"/>
          <w:sz w:val="28"/>
        </w:rPr>
        <w:t>4.10:30参与人员分成两组，一组与老人聊天做家务活，另一组开始着手准备午饭</w:t>
      </w:r>
    </w:p>
    <w:p>
      <w:pPr>
        <w:spacing w:before="100" w:after="200" w:line="360" w:lineRule="auto"/>
        <w:ind w:firstLine="576"/>
        <w:jc w:val="left"/>
      </w:pPr>
      <w:r>
        <w:rPr>
          <w:rFonts w:ascii="宋体" w:eastAsia="宋体" w:hAnsi="宋体"/>
          <w:sz w:val="28"/>
        </w:rPr>
        <w:t>5.12:00整理收拾，结束活动，大家拍照留念。</w:t>
      </w:r>
    </w:p>
    <w:p>
      <w:pPr>
        <w:spacing w:before="100" w:after="200" w:line="360" w:lineRule="auto"/>
        <w:jc w:val="left"/>
      </w:pPr>
      <w:r>
        <w:rPr>
          <w:rFonts w:ascii="宋体 (中文正文)" w:eastAsia="宋体" w:hAnsi="宋体 (中文正文)"/>
          <w:sz w:val="28"/>
        </w:rPr>
        <w:t>十.活动后期：</w:t>
      </w:r>
    </w:p>
    <w:p>
      <w:pPr>
        <w:spacing w:before="100" w:after="200" w:line="360" w:lineRule="auto"/>
        <w:ind w:firstLine="576"/>
        <w:jc w:val="left"/>
      </w:pPr>
      <w:r>
        <w:rPr>
          <w:rFonts w:ascii="宋体" w:eastAsia="宋体" w:hAnsi="宋体"/>
          <w:sz w:val="28"/>
        </w:rPr>
        <w:t>拍照留念，写总结书记录本次活动</w:t>
      </w:r>
    </w:p>
    <w:p>
      <w:pPr>
        <w:spacing w:before="100" w:after="200" w:line="360" w:lineRule="auto"/>
        <w:jc w:val="left"/>
      </w:pPr>
      <w:r>
        <w:rPr>
          <w:rFonts w:ascii="宋体 (中文正文)" w:eastAsia="宋体" w:hAnsi="宋体 (中文正文)"/>
          <w:sz w:val="28"/>
        </w:rPr>
        <w:t>十一.注意事项：</w:t>
      </w:r>
    </w:p>
    <w:p>
      <w:pPr>
        <w:spacing w:before="100" w:after="200" w:line="360" w:lineRule="auto"/>
        <w:ind w:firstLine="576"/>
        <w:jc w:val="left"/>
      </w:pPr>
      <w:r>
        <w:rPr>
          <w:rFonts w:ascii="宋体" w:eastAsia="宋体" w:hAnsi="宋体"/>
          <w:sz w:val="28"/>
        </w:rPr>
        <w:t>1.参与人员必须听从班干指挥安排，认真工作</w:t>
      </w:r>
    </w:p>
    <w:p>
      <w:pPr>
        <w:spacing w:before="100" w:after="200" w:line="360" w:lineRule="auto"/>
        <w:ind w:firstLine="576"/>
        <w:jc w:val="left"/>
      </w:pPr>
      <w:r>
        <w:rPr>
          <w:rFonts w:ascii="宋体" w:eastAsia="宋体" w:hAnsi="宋体"/>
          <w:sz w:val="28"/>
        </w:rPr>
        <w:t>2.不可随意采摘、破坏农作物，要珍惜农民的劳动成果。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3.活动过程中不可中途无故离开（特殊情况除外,但需告知班干后方可离开</w:t>
      </w:r>
    </w:p>
    <w:p>
      <w:pPr>
        <w:spacing w:before="100" w:after="200" w:line="360" w:lineRule="auto"/>
        <w:ind w:firstLine="576"/>
        <w:jc w:val="left"/>
      </w:pPr>
      <w:r>
        <w:rPr>
          <w:rFonts w:ascii="宋体" w:eastAsia="宋体" w:hAnsi="宋体"/>
          <w:sz w:val="28"/>
        </w:rPr>
        <w:t>十二.活动经费</w:t>
      </w:r>
    </w:p>
    <w:p>
      <w:pPr>
        <w:spacing w:before="100" w:after="200" w:line="360" w:lineRule="auto"/>
        <w:ind w:firstLine="576"/>
        <w:jc w:val="left"/>
      </w:pPr>
      <w:r>
        <w:rPr>
          <w:rFonts w:ascii="宋体" w:eastAsia="宋体" w:hAnsi="宋体"/>
          <w:sz w:val="28"/>
        </w:rPr>
        <w:t>1.车费：90元</w:t>
      </w:r>
    </w:p>
    <w:p>
      <w:pPr>
        <w:spacing w:before="100" w:after="200" w:line="360" w:lineRule="auto"/>
        <w:ind w:firstLine="576"/>
        <w:jc w:val="left"/>
      </w:pPr>
      <w:r>
        <w:rPr>
          <w:rFonts w:ascii="宋体" w:eastAsia="宋体" w:hAnsi="宋体"/>
          <w:sz w:val="28"/>
        </w:rPr>
        <w:t>2.食材：200元</w:t>
      </w:r>
    </w:p>
    <w:p>
      <w:pPr>
        <w:spacing w:before="100" w:after="200" w:line="360" w:lineRule="auto"/>
        <w:ind w:firstLine="576"/>
        <w:jc w:val="left"/>
      </w:pPr>
      <w:r>
        <w:rPr>
          <w:rFonts w:ascii="宋体" w:eastAsia="宋体" w:hAnsi="宋体"/>
          <w:sz w:val="28"/>
        </w:rPr>
        <w:t>（由班费支出）</w:t>
      </w:r>
    </w:p>
    <w:p>
      <w:pPr>
        <w:spacing w:before="100" w:after="200" w:line="360" w:lineRule="auto"/>
        <w:ind w:firstLine="576"/>
        <w:jc w:val="left"/>
      </w:pPr>
      <w:r>
        <w:rPr>
          <w:rFonts w:ascii="宋体" w:eastAsia="宋体" w:hAnsi="宋体"/>
          <w:sz w:val="28"/>
        </w:rPr>
        <w:t>关于活动策划4</w:t>
      </w:r>
    </w:p>
    <w:p>
      <w:pPr>
        <w:spacing w:before="100" w:after="200" w:line="360" w:lineRule="auto"/>
        <w:jc w:val="left"/>
      </w:pPr>
      <w:r>
        <w:rPr>
          <w:rFonts w:ascii="宋体 (中文正文)" w:eastAsia="宋体" w:hAnsi="宋体 (中文正文)"/>
          <w:b/>
          <w:sz w:val="28"/>
        </w:rPr>
        <w:t>一、竞赛名称：第一届排球联赛“活力杯”</w:t>
      </w:r>
    </w:p>
    <w:p>
      <w:pPr>
        <w:spacing w:before="100" w:after="200" w:line="360" w:lineRule="auto"/>
        <w:jc w:val="left"/>
      </w:pPr>
      <w:r>
        <w:rPr>
          <w:rFonts w:ascii="宋体 (中文正文)" w:eastAsia="宋体" w:hAnsi="宋体 (中文正文)"/>
          <w:b/>
          <w:sz w:val="28"/>
        </w:rPr>
        <w:t>二、竞赛日期、地点</w:t>
      </w:r>
    </w:p>
    <w:p>
      <w:pPr>
        <w:spacing w:before="100" w:after="200" w:line="360" w:lineRule="auto"/>
        <w:ind w:firstLine="576"/>
        <w:jc w:val="left"/>
      </w:pPr>
      <w:r>
        <w:rPr>
          <w:rFonts w:ascii="宋体" w:eastAsia="宋体" w:hAnsi="宋体"/>
          <w:sz w:val="28"/>
        </w:rPr>
        <w:t>（一）预赛：4月18日至4月23日分别在长岗和明秀校区举行。</w:t>
      </w:r>
    </w:p>
    <w:p>
      <w:pPr>
        <w:spacing w:before="100" w:after="200" w:line="360" w:lineRule="auto"/>
        <w:ind w:firstLine="576"/>
        <w:jc w:val="left"/>
      </w:pPr>
      <w:r>
        <w:rPr>
          <w:rFonts w:ascii="宋体" w:eastAsia="宋体" w:hAnsi="宋体"/>
          <w:sz w:val="28"/>
        </w:rPr>
        <w:t>（二）决赛：4月25日至30日在长岗校区举行。</w:t>
      </w:r>
    </w:p>
    <w:p>
      <w:pPr>
        <w:spacing w:before="100" w:after="200" w:line="360" w:lineRule="auto"/>
        <w:jc w:val="left"/>
      </w:pPr>
      <w:r>
        <w:rPr>
          <w:rFonts w:ascii="宋体 (中文正文)" w:eastAsia="宋体" w:hAnsi="宋体 (中文正文)"/>
          <w:b/>
          <w:sz w:val="28"/>
        </w:rPr>
        <w:t>三、参赛单位：甲组：各院系及社团自由组队。</w:t>
      </w:r>
    </w:p>
    <w:p>
      <w:pPr>
        <w:spacing w:before="100" w:after="200" w:line="360" w:lineRule="auto"/>
        <w:ind w:firstLine="576"/>
        <w:jc w:val="left"/>
      </w:pPr>
      <w:r>
        <w:rPr>
          <w:rFonts w:ascii="宋体" w:eastAsia="宋体" w:hAnsi="宋体"/>
          <w:sz w:val="28"/>
        </w:rPr>
        <w:t>乙组：体育系各班或自由组队。</w:t>
      </w:r>
    </w:p>
    <w:p>
      <w:pPr>
        <w:spacing w:before="100" w:after="200" w:line="360" w:lineRule="auto"/>
        <w:jc w:val="left"/>
      </w:pPr>
      <w:r>
        <w:rPr>
          <w:rFonts w:ascii="宋体 (中文正文)" w:eastAsia="宋体" w:hAnsi="宋体 (中文正文)"/>
          <w:b/>
          <w:sz w:val="28"/>
        </w:rPr>
        <w:t>四、参赛办法：（一）参赛资格：取得广西师范学院学籍的在校本专科生。</w:t>
      </w:r>
    </w:p>
    <w:p>
      <w:pPr>
        <w:spacing w:before="100" w:after="200" w:line="360" w:lineRule="auto"/>
        <w:ind w:firstLine="576"/>
        <w:jc w:val="left"/>
      </w:pPr>
      <w:r>
        <w:rPr>
          <w:rFonts w:ascii="宋体" w:eastAsia="宋体" w:hAnsi="宋体"/>
          <w:sz w:val="28"/>
        </w:rPr>
        <w:t>（二）人数：每队领队1名，教练1~3名，运动员6~12名。</w:t>
      </w:r>
    </w:p>
    <w:p>
      <w:pPr>
        <w:spacing w:before="100" w:after="200" w:line="360" w:lineRule="auto"/>
        <w:jc w:val="left"/>
      </w:pPr>
      <w:r>
        <w:rPr>
          <w:rFonts w:ascii="宋体 (中文正文)" w:eastAsia="宋体" w:hAnsi="宋体 (中文正文)"/>
          <w:sz w:val="28"/>
        </w:rPr>
        <w:t>（三）报名和报到：</w:t>
      </w:r>
    </w:p>
    <w:p>
      <w:pPr>
        <w:spacing w:before="100" w:after="200" w:line="360" w:lineRule="auto"/>
        <w:ind w:firstLine="576"/>
        <w:jc w:val="left"/>
      </w:pPr>
      <w:r>
        <w:rPr>
          <w:rFonts w:ascii="宋体" w:eastAsia="宋体" w:hAnsi="宋体"/>
          <w:sz w:val="28"/>
        </w:rPr>
        <w:t>2、报到：当天有比赛任务的参赛队需提前20分钟到指定的比赛地点报到，并填写参赛队名称和首发队员的名单以及位置表。无故迟到15分钟的算弃权。</w:t>
      </w:r>
    </w:p>
    <w:p>
      <w:pPr>
        <w:spacing w:before="100" w:after="200" w:line="360" w:lineRule="auto"/>
        <w:jc w:val="left"/>
      </w:pPr>
      <w:r>
        <w:rPr>
          <w:rFonts w:ascii="宋体 (中文正文)" w:eastAsia="宋体" w:hAnsi="宋体 (中文正文)"/>
          <w:sz w:val="28"/>
        </w:rPr>
        <w:t>五、竞赛办法：</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sz w:val="28"/>
        </w:rPr>
        <w:t>（一）预赛阶段：</w:t>
      </w:r>
    </w:p>
    <w:p>
      <w:pPr>
        <w:spacing w:before="100" w:after="200" w:line="360" w:lineRule="auto"/>
        <w:ind w:firstLine="576"/>
        <w:jc w:val="left"/>
      </w:pPr>
      <w:r>
        <w:rPr>
          <w:rFonts w:ascii="宋体" w:eastAsia="宋体" w:hAnsi="宋体"/>
          <w:sz w:val="28"/>
        </w:rPr>
        <w:t>1、抽签办法另行通知。</w:t>
      </w:r>
    </w:p>
    <w:p>
      <w:pPr>
        <w:spacing w:before="100" w:after="200" w:line="360" w:lineRule="auto"/>
        <w:ind w:firstLine="576"/>
        <w:jc w:val="left"/>
      </w:pPr>
      <w:r>
        <w:rPr>
          <w:rFonts w:ascii="宋体" w:eastAsia="宋体" w:hAnsi="宋体"/>
          <w:sz w:val="28"/>
        </w:rPr>
        <w:t>2、赛区：预赛共设三个赛区，长岗2个（男、女），明秀1个。</w:t>
      </w:r>
    </w:p>
    <w:p>
      <w:pPr>
        <w:spacing w:before="100" w:after="200" w:line="360" w:lineRule="auto"/>
        <w:ind w:firstLine="576"/>
        <w:jc w:val="left"/>
      </w:pPr>
      <w:r>
        <w:rPr>
          <w:rFonts w:ascii="宋体" w:eastAsia="宋体" w:hAnsi="宋体"/>
          <w:sz w:val="28"/>
        </w:rPr>
        <w:t>3、竞赛办法：预赛各组采用分组单循环赛制，排出小组名次。</w:t>
      </w:r>
    </w:p>
    <w:p>
      <w:pPr>
        <w:spacing w:before="100" w:after="200" w:line="360" w:lineRule="auto"/>
        <w:ind w:firstLine="576"/>
        <w:jc w:val="left"/>
      </w:pPr>
      <w:r>
        <w:rPr>
          <w:rFonts w:ascii="宋体" w:eastAsia="宋体" w:hAnsi="宋体"/>
          <w:sz w:val="28"/>
        </w:rPr>
        <w:t>4、编排：采用《贝格尔编排法》编排。</w:t>
      </w:r>
    </w:p>
    <w:p>
      <w:pPr>
        <w:spacing w:before="100" w:after="200" w:line="360" w:lineRule="auto"/>
        <w:ind w:firstLine="576"/>
        <w:jc w:val="left"/>
      </w:pPr>
      <w:r>
        <w:rPr>
          <w:rFonts w:ascii="宋体" w:eastAsia="宋体" w:hAnsi="宋体"/>
          <w:sz w:val="28"/>
        </w:rPr>
        <w:t>预赛各组的1~3名进入决赛，小组3名以后的队不再比赛。</w:t>
      </w:r>
    </w:p>
    <w:p>
      <w:pPr>
        <w:spacing w:before="100" w:after="200" w:line="360" w:lineRule="auto"/>
        <w:jc w:val="left"/>
      </w:pPr>
      <w:r>
        <w:rPr>
          <w:rFonts w:ascii="宋体 (中文正文)" w:eastAsia="宋体" w:hAnsi="宋体 (中文正文)"/>
          <w:sz w:val="28"/>
        </w:rPr>
        <w:t>（二）决赛阶段：</w:t>
      </w:r>
    </w:p>
    <w:p>
      <w:pPr>
        <w:spacing w:before="100" w:after="200" w:line="360" w:lineRule="auto"/>
        <w:ind w:firstLine="576"/>
        <w:jc w:val="left"/>
      </w:pPr>
      <w:r>
        <w:rPr>
          <w:rFonts w:ascii="宋体" w:eastAsia="宋体" w:hAnsi="宋体"/>
          <w:sz w:val="28"/>
        </w:rPr>
        <w:t>决赛阶段的比赛分为小组赛：四分之一决赛、半决赛、和决赛。</w:t>
      </w:r>
    </w:p>
    <w:p>
      <w:pPr>
        <w:spacing w:before="100" w:after="200" w:line="360" w:lineRule="auto"/>
        <w:jc w:val="left"/>
      </w:pPr>
      <w:r>
        <w:rPr>
          <w:rFonts w:ascii="宋体 (中文正文)" w:eastAsia="宋体" w:hAnsi="宋体 (中文正文)"/>
          <w:sz w:val="28"/>
        </w:rPr>
        <w:t>六、决赛名次办法：</w:t>
      </w:r>
    </w:p>
    <w:p>
      <w:pPr>
        <w:spacing w:before="100" w:after="200" w:line="360" w:lineRule="auto"/>
        <w:ind w:firstLine="576"/>
        <w:jc w:val="left"/>
      </w:pPr>
      <w:r>
        <w:rPr>
          <w:rFonts w:ascii="宋体" w:eastAsia="宋体" w:hAnsi="宋体"/>
          <w:sz w:val="28"/>
        </w:rPr>
        <w:t>各队胜一场记2分，负一场记1分，弃权记0分，积分多者名次列前，如此类推。</w:t>
      </w:r>
    </w:p>
    <w:p>
      <w:pPr>
        <w:spacing w:before="100" w:after="200" w:line="360" w:lineRule="auto"/>
        <w:jc w:val="left"/>
      </w:pPr>
      <w:r>
        <w:rPr>
          <w:rFonts w:ascii="宋体 (中文正文)" w:eastAsia="宋体" w:hAnsi="宋体 (中文正文)"/>
          <w:b/>
          <w:sz w:val="28"/>
        </w:rPr>
        <w:t>七、比赛规则、用球</w:t>
      </w:r>
    </w:p>
    <w:p>
      <w:pPr>
        <w:spacing w:before="100" w:after="200" w:line="360" w:lineRule="auto"/>
        <w:ind w:firstLine="576"/>
        <w:jc w:val="left"/>
      </w:pPr>
      <w:r>
        <w:rPr>
          <w:rFonts w:ascii="宋体" w:eastAsia="宋体" w:hAnsi="宋体"/>
          <w:sz w:val="28"/>
        </w:rPr>
        <w:t>1、采用中国排球协会审定的排球竞赛规则。</w:t>
      </w:r>
    </w:p>
    <w:p>
      <w:pPr>
        <w:spacing w:before="100" w:after="200" w:line="360" w:lineRule="auto"/>
        <w:ind w:firstLine="576"/>
        <w:jc w:val="left"/>
      </w:pPr>
      <w:r>
        <w:rPr>
          <w:rFonts w:ascii="宋体" w:eastAsia="宋体" w:hAnsi="宋体"/>
          <w:sz w:val="28"/>
        </w:rPr>
        <w:t>2、比赛用球：略。</w:t>
      </w:r>
    </w:p>
    <w:p>
      <w:pPr>
        <w:spacing w:before="100" w:after="200" w:line="360" w:lineRule="auto"/>
        <w:jc w:val="left"/>
      </w:pPr>
      <w:r>
        <w:rPr>
          <w:rFonts w:ascii="宋体 (中文正文)" w:eastAsia="宋体" w:hAnsi="宋体 (中文正文)"/>
          <w:sz w:val="28"/>
        </w:rPr>
        <w:t>八、录取名次：</w:t>
      </w:r>
    </w:p>
    <w:p>
      <w:pPr>
        <w:spacing w:before="100" w:after="200" w:line="360" w:lineRule="auto"/>
        <w:ind w:firstLine="576"/>
        <w:jc w:val="left"/>
      </w:pPr>
      <w:r>
        <w:rPr>
          <w:rFonts w:ascii="宋体" w:eastAsia="宋体" w:hAnsi="宋体"/>
          <w:sz w:val="28"/>
        </w:rPr>
        <w:t>1、获甲、乙（男、女）前六名的队，给以奖励。</w:t>
      </w:r>
    </w:p>
    <w:p>
      <w:pPr>
        <w:spacing w:before="100" w:after="200" w:line="360" w:lineRule="auto"/>
        <w:ind w:firstLine="576"/>
        <w:jc w:val="left"/>
      </w:pPr>
      <w:r>
        <w:rPr>
          <w:rFonts w:ascii="宋体" w:eastAsia="宋体" w:hAnsi="宋体"/>
          <w:sz w:val="28"/>
        </w:rPr>
        <w:t>2、设“体育道德风尚奖”,预、决赛各一队。</w:t>
      </w:r>
    </w:p>
    <w:p>
      <w:pPr>
        <w:spacing w:before="100" w:after="200" w:line="360" w:lineRule="auto"/>
        <w:jc w:val="left"/>
      </w:pPr>
      <w:r>
        <w:rPr>
          <w:rFonts w:ascii="宋体 (中文正文)" w:eastAsia="宋体" w:hAnsi="宋体 (中文正文)"/>
          <w:sz w:val="28"/>
        </w:rPr>
        <w:t>九、裁判员：</w:t>
      </w:r>
    </w:p>
    <w:p>
      <w:pPr>
        <w:spacing w:before="100" w:after="200" w:line="360" w:lineRule="auto"/>
        <w:ind w:firstLine="576"/>
        <w:jc w:val="left"/>
      </w:pPr>
      <w:r>
        <w:rPr>
          <w:rFonts w:ascii="宋体" w:eastAsia="宋体" w:hAnsi="宋体"/>
          <w:sz w:val="28"/>
        </w:rPr>
        <w:t>1、由排球协会、体育系选派，须获国家二级以上。</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2、裁判名额不足时，由各赛区选派。</w:t>
      </w:r>
    </w:p>
    <w:p>
      <w:pPr>
        <w:spacing w:before="100" w:after="200" w:line="360" w:lineRule="auto"/>
        <w:ind w:firstLine="576"/>
        <w:jc w:val="left"/>
      </w:pPr>
      <w:r>
        <w:rPr>
          <w:rFonts w:ascii="宋体" w:eastAsia="宋体" w:hAnsi="宋体"/>
          <w:sz w:val="28"/>
        </w:rPr>
        <w:t>3、赛前2天集中培训、学习，统一认识、统一认识、统一尺度，做到公平、公正。</w:t>
      </w:r>
    </w:p>
    <w:p>
      <w:pPr>
        <w:spacing w:before="100" w:after="200" w:line="360" w:lineRule="auto"/>
        <w:jc w:val="left"/>
      </w:pPr>
      <w:r>
        <w:rPr>
          <w:rFonts w:ascii="宋体 (中文正文)" w:eastAsia="宋体" w:hAnsi="宋体 (中文正文)"/>
          <w:b/>
          <w:sz w:val="28"/>
        </w:rPr>
        <w:t>十、未尽事宜，另行通知。</w:t>
      </w:r>
    </w:p>
    <w:p>
      <w:pPr>
        <w:spacing w:before="100" w:after="200" w:line="360" w:lineRule="auto"/>
        <w:ind w:firstLine="576"/>
        <w:jc w:val="left"/>
      </w:pPr>
      <w:r>
        <w:rPr>
          <w:rFonts w:ascii="宋体" w:eastAsia="宋体" w:hAnsi="宋体"/>
          <w:sz w:val="28"/>
        </w:rPr>
        <w:t>关于活动策划5</w:t>
      </w:r>
    </w:p>
    <w:p>
      <w:pPr>
        <w:spacing w:before="100" w:after="200" w:line="360" w:lineRule="auto"/>
        <w:jc w:val="left"/>
      </w:pPr>
      <w:r>
        <w:rPr>
          <w:rFonts w:ascii="宋体 (中文正文)" w:eastAsia="宋体" w:hAnsi="宋体 (中文正文)"/>
          <w:sz w:val="28"/>
        </w:rPr>
        <w:t>一、论坛主题：</w:t>
      </w:r>
    </w:p>
    <w:p>
      <w:pPr>
        <w:spacing w:before="100" w:after="200" w:line="360" w:lineRule="auto"/>
        <w:ind w:firstLine="576"/>
        <w:jc w:val="left"/>
      </w:pPr>
      <w:r>
        <w:rPr>
          <w:rFonts w:ascii="宋体" w:eastAsia="宋体" w:hAnsi="宋体"/>
          <w:sz w:val="28"/>
        </w:rPr>
        <w:t>论坛主题为“尊重规律创新方法实现高效”。此次活动旨在基础教育各学段，树立和推广一批常态教学中创新课堂模式（或方法）的先进典型。</w:t>
      </w:r>
    </w:p>
    <w:p>
      <w:pPr>
        <w:spacing w:before="100" w:after="200" w:line="360" w:lineRule="auto"/>
        <w:jc w:val="left"/>
      </w:pPr>
      <w:r>
        <w:rPr>
          <w:rFonts w:ascii="宋体 (中文正文)" w:eastAsia="宋体" w:hAnsi="宋体 (中文正文)"/>
          <w:b/>
          <w:sz w:val="28"/>
        </w:rPr>
        <w:t>二、参加条件</w:t>
      </w:r>
    </w:p>
    <w:p>
      <w:pPr>
        <w:spacing w:before="100" w:after="200" w:line="360" w:lineRule="auto"/>
        <w:ind w:firstLine="576"/>
        <w:jc w:val="left"/>
      </w:pPr>
      <w:r>
        <w:rPr>
          <w:rFonts w:ascii="宋体" w:eastAsia="宋体" w:hAnsi="宋体"/>
          <w:sz w:val="28"/>
        </w:rPr>
        <w:t>1、凡我市中小学、幼儿园年龄在35岁以下（即1980年1月1日以后出生），并已注册本会会员的青年教师，均可报名参加。</w:t>
      </w:r>
    </w:p>
    <w:p>
      <w:pPr>
        <w:spacing w:before="100" w:after="200" w:line="360" w:lineRule="auto"/>
        <w:ind w:firstLine="576"/>
        <w:jc w:val="left"/>
      </w:pPr>
      <w:r>
        <w:rPr>
          <w:rFonts w:ascii="宋体" w:eastAsia="宋体" w:hAnsi="宋体"/>
          <w:sz w:val="28"/>
        </w:rPr>
        <w:t>2、对“高效教学”有坚持不懈的追求与大胆创新的探索。尊重教育规律，创新教学方法，日常教学始终能够很好的体现“高效教学”的思想，教学效果好，效率高；学生兴趣浓，负担轻。方法和质量赢得本校和本区县教师的广泛认同。</w:t>
      </w:r>
    </w:p>
    <w:p>
      <w:pPr>
        <w:spacing w:before="100" w:after="200" w:line="360" w:lineRule="auto"/>
        <w:ind w:firstLine="576"/>
        <w:jc w:val="left"/>
      </w:pPr>
      <w:r>
        <w:rPr>
          <w:rFonts w:ascii="宋体" w:eastAsia="宋体" w:hAnsi="宋体"/>
          <w:sz w:val="28"/>
        </w:rPr>
        <w:t>3、对“高效教学”有较为深入的思考。能够清晰表达基本思路和具体做法，并总结出比较系统，便于操作，可以推广的教学经验。</w:t>
      </w:r>
    </w:p>
    <w:p>
      <w:pPr>
        <w:spacing w:before="100" w:after="200" w:line="360" w:lineRule="auto"/>
        <w:jc w:val="left"/>
      </w:pPr>
      <w:r>
        <w:rPr>
          <w:rFonts w:ascii="宋体 (中文正文)" w:eastAsia="宋体" w:hAnsi="宋体 (中文正文)"/>
          <w:b/>
          <w:sz w:val="28"/>
        </w:rPr>
        <w:t>三、活动安排</w:t>
      </w:r>
    </w:p>
    <w:p>
      <w:pPr>
        <w:spacing w:before="100" w:after="200" w:line="360" w:lineRule="auto"/>
        <w:ind w:firstLine="576"/>
        <w:jc w:val="left"/>
      </w:pPr>
      <w:r>
        <w:rPr>
          <w:rFonts w:ascii="宋体" w:eastAsia="宋体" w:hAnsi="宋体"/>
          <w:sz w:val="28"/>
        </w:rPr>
        <w:t>论坛活动分三个阶段进行。</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1、校级论坛：上半年进行。</w:t>
      </w:r>
    </w:p>
    <w:p>
      <w:pPr>
        <w:spacing w:before="100" w:after="200" w:line="360" w:lineRule="auto"/>
        <w:ind w:firstLine="576"/>
        <w:jc w:val="left"/>
      </w:pPr>
      <w:r>
        <w:rPr>
          <w:rFonts w:ascii="宋体" w:eastAsia="宋体" w:hAnsi="宋体"/>
          <w:sz w:val="28"/>
        </w:rPr>
        <w:t>校级论坛由各中小学幼儿园（幼儿园含乡镇中心园）基层学会组织，有条件的学校，可以自行组织本单位的校级论坛，部分规模较小的学校，可按乡镇总校、合作学区或就近学校联合举办。</w:t>
      </w:r>
    </w:p>
    <w:p>
      <w:pPr>
        <w:spacing w:before="100" w:after="200" w:line="360" w:lineRule="auto"/>
        <w:ind w:firstLine="576"/>
        <w:jc w:val="left"/>
      </w:pPr>
      <w:r>
        <w:rPr>
          <w:rFonts w:ascii="宋体" w:eastAsia="宋体" w:hAnsi="宋体"/>
          <w:sz w:val="28"/>
        </w:rPr>
        <w:t>2、区县级论坛：20xx年9月20日之前举办，具体时间由各区县教育学会根据本区县实际情况自行确定。</w:t>
      </w:r>
    </w:p>
    <w:p>
      <w:pPr>
        <w:spacing w:before="100" w:after="200" w:line="360" w:lineRule="auto"/>
        <w:ind w:firstLine="576"/>
        <w:jc w:val="left"/>
      </w:pPr>
      <w:r>
        <w:rPr>
          <w:rFonts w:ascii="宋体" w:eastAsia="宋体" w:hAnsi="宋体"/>
          <w:sz w:val="28"/>
        </w:rPr>
        <w:t>区县级论坛由各区县教育学会组织。各区县教育学会协调本区县教育学会各专业委员会，研究确定本区县论坛活动方案（包括本区县聘任的评委、评选标准、评选办法等），并推选出本区县参加市级论坛的选手。各直属单位每单位推荐一人参加直属单位联合会论坛，在此基础上推选产生市级论坛人选。</w:t>
      </w:r>
    </w:p>
    <w:p>
      <w:pPr>
        <w:spacing w:before="100" w:after="200" w:line="360" w:lineRule="auto"/>
        <w:ind w:firstLine="576"/>
        <w:jc w:val="left"/>
      </w:pPr>
      <w:r>
        <w:rPr>
          <w:rFonts w:ascii="宋体" w:eastAsia="宋体" w:hAnsi="宋体"/>
          <w:sz w:val="28"/>
        </w:rPr>
        <w:t>3、市级论坛：20xx年10-11月举办。</w:t>
      </w:r>
    </w:p>
    <w:p>
      <w:pPr>
        <w:spacing w:before="100" w:after="200" w:line="360" w:lineRule="auto"/>
        <w:ind w:firstLine="576"/>
        <w:jc w:val="left"/>
      </w:pPr>
      <w:r>
        <w:rPr>
          <w:rFonts w:ascii="宋体" w:eastAsia="宋体" w:hAnsi="宋体"/>
          <w:sz w:val="28"/>
        </w:rPr>
        <w:t>按参评教师任教学段，分设中学、小学、幼儿园3个分论坛，进行论文宣讲与交流研讨。</w:t>
      </w:r>
    </w:p>
    <w:p>
      <w:pPr>
        <w:spacing w:before="100" w:after="200" w:line="360" w:lineRule="auto"/>
        <w:jc w:val="left"/>
      </w:pPr>
      <w:r>
        <w:rPr>
          <w:rFonts w:ascii="宋体 (中文正文)" w:eastAsia="宋体" w:hAnsi="宋体 (中文正文)"/>
          <w:sz w:val="28"/>
        </w:rPr>
        <w:t>论文征集：</w:t>
      </w:r>
    </w:p>
    <w:p>
      <w:pPr>
        <w:spacing w:before="100" w:after="200" w:line="360" w:lineRule="auto"/>
        <w:ind w:firstLine="576"/>
        <w:jc w:val="left"/>
      </w:pPr>
      <w:r>
        <w:rPr>
          <w:rFonts w:ascii="宋体" w:eastAsia="宋体" w:hAnsi="宋体"/>
          <w:sz w:val="28"/>
        </w:rPr>
        <w:t>每位参与论坛活动者（含校级和区县级论坛参与者）须提交一篇论坛讲稿。论坛讲稿应为一篇教学论文，字数20xx字左右。内容要紧扣论坛主题，并能回答本人进行“高效教学”教改创新的以下四方面问题。即背景思考：即此项创新的动因和意义；理念阐释：即此项创新的思路和理念；具体方法：即此项创新的做法和措施；实际效果：即此项创新的成绩和反思。</w:t>
      </w:r>
    </w:p>
    <w:p>
      <w:pPr>
        <w:spacing w:before="100" w:after="200" w:line="360" w:lineRule="auto"/>
        <w:jc w:val="left"/>
      </w:pPr>
      <w:r>
        <w:rPr>
          <w:rFonts w:ascii="宋体 (中文正文)" w:eastAsia="宋体" w:hAnsi="宋体 (中文正文)"/>
          <w:sz w:val="28"/>
        </w:rPr>
        <w:t>四、组织培训：</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本届论坛将在暑假期间组织对推荐参加市、区两级论坛的选手进行培训。具体安排，另行通知。</w:t>
      </w:r>
    </w:p>
    <w:p>
      <w:pPr>
        <w:spacing w:before="100" w:after="200" w:line="360" w:lineRule="auto"/>
        <w:jc w:val="left"/>
      </w:pPr>
      <w:r>
        <w:rPr>
          <w:rFonts w:ascii="宋体 (中文正文)" w:eastAsia="宋体" w:hAnsi="宋体 (中文正文)"/>
          <w:b/>
          <w:sz w:val="28"/>
        </w:rPr>
        <w:t>五、推荐参加市级论坛名额分配：</w:t>
      </w:r>
    </w:p>
    <w:p>
      <w:pPr>
        <w:spacing w:before="100" w:after="200" w:line="360" w:lineRule="auto"/>
        <w:ind w:firstLine="576"/>
        <w:jc w:val="left"/>
      </w:pPr>
      <w:r>
        <w:rPr>
          <w:rFonts w:ascii="宋体" w:eastAsia="宋体" w:hAnsi="宋体"/>
          <w:sz w:val="28"/>
        </w:rPr>
        <w:t>各区县和滨海新区的塘沽、汉沽、大港，推荐参加市级论坛的选手3人（中学、小学、幼儿园各一人）；开发区、海滨教育中心、天铁教委及直属单位联合会各2人。承办论坛的区县可增加一个名额。</w:t>
      </w:r>
    </w:p>
    <w:p>
      <w:pPr>
        <w:spacing w:before="100" w:after="200" w:line="360" w:lineRule="auto"/>
        <w:ind w:firstLine="576"/>
        <w:jc w:val="left"/>
      </w:pPr>
      <w:r>
        <w:rPr>
          <w:rFonts w:ascii="宋体" w:eastAsia="宋体" w:hAnsi="宋体"/>
          <w:sz w:val="28"/>
        </w:rPr>
        <w:t>各区县要协调本区县各专业委员会对推选出来参加市级论坛的选手进行课堂教学随机考查，随堂听课，主要考查常态教学的效果和质量，包括面向全体，师生互动，精讲多练，技术应用，目标达成，反思深刻等基本要素。选手本人论文中所提出的观点、策略、方法等高效教学理念及模式，应在其课堂教学中有所体现。本区县教育学会相关专业委员会评议后在选手报名表专家推荐意见一栏中填写推荐意见，并由理事长或秘书长签章。</w:t>
      </w:r>
    </w:p>
    <w:p>
      <w:pPr>
        <w:spacing w:before="100" w:after="200" w:line="360" w:lineRule="auto"/>
        <w:jc w:val="left"/>
      </w:pPr>
      <w:r>
        <w:rPr>
          <w:rFonts w:ascii="宋体 (中文正文)" w:eastAsia="宋体" w:hAnsi="宋体 (中文正文)"/>
          <w:sz w:val="28"/>
        </w:rPr>
        <w:t>六、程序规则：</w:t>
      </w:r>
    </w:p>
    <w:p>
      <w:pPr>
        <w:spacing w:before="100" w:after="200" w:line="360" w:lineRule="auto"/>
        <w:ind w:firstLine="576"/>
        <w:jc w:val="left"/>
      </w:pPr>
      <w:r>
        <w:rPr>
          <w:rFonts w:ascii="宋体" w:eastAsia="宋体" w:hAnsi="宋体"/>
          <w:sz w:val="28"/>
        </w:rPr>
        <w:t>论坛活动分为论文宣讲、答辩互动、素质考核三部分。满分为10分，论文宣讲8分，答辩互动1分，素质考核1分。论文宣讲时间为8分钟，答辩互动（与评委及现场教师互动答疑）时间为5分钟，评委现场点评、打分。素质考核提前进行，采取笔试方式，时间为30分钟。</w:t>
      </w:r>
    </w:p>
    <w:p>
      <w:pPr>
        <w:spacing w:before="100" w:after="200" w:line="360" w:lineRule="auto"/>
        <w:ind w:firstLine="576"/>
        <w:jc w:val="left"/>
      </w:pPr>
      <w:r>
        <w:rPr>
          <w:rFonts w:ascii="宋体" w:eastAsia="宋体" w:hAnsi="宋体"/>
          <w:sz w:val="28"/>
        </w:rPr>
        <w:t>1、论文宣讲要求论点正确鲜明；论据翔实有力；论证清晰明确；语言准确、鲜明、生动；富有逻辑性，体现创新精神。普通话标准，流利；声音响亮；语调、语速节奏合理、适当；以流畅、平实、清新的语言阐述本人的学术研究成果，富有较强的感染力。着装得体，仪态端庄，文明礼貌，举止大方，体现教师应有的素养。</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2、答辩互动部分为评委和现场观众围绕论文宣讲中涉及的问题向该选手提问，选手回答。要求选手回答正确、准确、全面、完整。</w:t>
      </w:r>
    </w:p>
    <w:p>
      <w:pPr>
        <w:spacing w:before="100" w:after="200" w:line="360" w:lineRule="auto"/>
        <w:ind w:firstLine="576"/>
        <w:jc w:val="left"/>
      </w:pPr>
      <w:r>
        <w:rPr>
          <w:rFonts w:ascii="宋体" w:eastAsia="宋体" w:hAnsi="宋体"/>
          <w:sz w:val="28"/>
        </w:rPr>
        <w:t>3、素质考核为笔试，与抽签一并进行。主要内容是，关于教育的政策、法律、法规和中外教育名家的教育思想及有关教育新理念方面的内容。市教育学会学术委员会专家指定《国家中长期教育和发展规划纲要20xx-20xx年》为参加本届论坛活动的主要自学资料。</w:t>
      </w:r>
    </w:p>
    <w:p>
      <w:pPr>
        <w:spacing w:before="100" w:after="200" w:line="360" w:lineRule="auto"/>
        <w:ind w:firstLine="576"/>
        <w:jc w:val="left"/>
      </w:pPr>
      <w:r>
        <w:rPr>
          <w:rFonts w:ascii="宋体" w:eastAsia="宋体" w:hAnsi="宋体"/>
          <w:sz w:val="28"/>
        </w:rPr>
        <w:t>活动奖项：本次活动设一、二、三等奖，学校推荐奖，区县组织奖，突出贡献奖。</w:t>
      </w:r>
    </w:p>
    <w:p>
      <w:pPr>
        <w:spacing w:before="100" w:after="200" w:line="360" w:lineRule="auto"/>
        <w:jc w:val="left"/>
      </w:pPr>
      <w:r>
        <w:rPr>
          <w:rFonts w:ascii="宋体 (中文正文)" w:eastAsia="宋体" w:hAnsi="宋体 (中文正文)"/>
          <w:sz w:val="28"/>
        </w:rPr>
        <w:t>七、申报要求：</w:t>
      </w:r>
    </w:p>
    <w:p>
      <w:pPr>
        <w:spacing w:before="100" w:after="200" w:line="360" w:lineRule="auto"/>
        <w:ind w:firstLine="576"/>
        <w:jc w:val="left"/>
      </w:pPr>
      <w:r>
        <w:rPr>
          <w:rFonts w:ascii="宋体" w:eastAsia="宋体" w:hAnsi="宋体"/>
          <w:sz w:val="28"/>
        </w:rPr>
        <w:t>1、申报材料内容为4项：</w:t>
      </w:r>
    </w:p>
    <w:p>
      <w:pPr>
        <w:spacing w:before="100" w:after="200" w:line="360" w:lineRule="auto"/>
        <w:ind w:firstLine="576"/>
        <w:jc w:val="left"/>
      </w:pPr>
      <w:r>
        <w:rPr>
          <w:rFonts w:ascii="宋体" w:eastAsia="宋体" w:hAnsi="宋体"/>
          <w:sz w:val="28"/>
        </w:rPr>
        <w:t>（2）论文，即论坛讲稿，内容长短以参评者本人正常语速宣讲不超过8分钟为限；</w:t>
      </w:r>
    </w:p>
    <w:p>
      <w:pPr>
        <w:spacing w:before="100" w:after="200" w:line="360" w:lineRule="auto"/>
        <w:ind w:firstLine="576"/>
        <w:jc w:val="left"/>
      </w:pPr>
      <w:r>
        <w:rPr>
          <w:rFonts w:ascii="宋体" w:eastAsia="宋体" w:hAnsi="宋体"/>
          <w:sz w:val="28"/>
        </w:rPr>
        <w:t>（3）照片，参评者本人近期工作照或生活照；</w:t>
      </w:r>
    </w:p>
    <w:p>
      <w:pPr>
        <w:spacing w:before="100" w:after="200" w:line="360" w:lineRule="auto"/>
        <w:ind w:firstLine="576"/>
        <w:jc w:val="left"/>
      </w:pPr>
      <w:r>
        <w:rPr>
          <w:rFonts w:ascii="宋体" w:eastAsia="宋体" w:hAnsi="宋体"/>
          <w:sz w:val="28"/>
        </w:rPr>
        <w:t>（4）个人简介，含个人信息与工作业绩，其中个人信息包括姓名、性别、学历、党派、从教时间、职称职务、任教年级、学科等，工作业绩包括获奖情况、论文发表情况、承担或参与课题研究情况等，总字数约为300-500字。</w:t>
      </w:r>
    </w:p>
    <w:p>
      <w:pPr>
        <w:spacing w:before="100" w:after="200" w:line="360" w:lineRule="auto"/>
        <w:jc w:val="left"/>
      </w:pPr>
      <w:r>
        <w:rPr>
          <w:rFonts w:ascii="宋体 (中文正文)" w:eastAsia="宋体" w:hAnsi="宋体 (中文正文)"/>
          <w:sz w:val="28"/>
        </w:rPr>
        <w:t>2、材料要求：</w:t>
      </w:r>
    </w:p>
    <w:p>
      <w:pPr>
        <w:spacing w:before="100" w:after="200" w:line="360" w:lineRule="auto"/>
        <w:ind w:firstLine="576"/>
        <w:jc w:val="left"/>
      </w:pPr>
      <w:r>
        <w:rPr>
          <w:rFonts w:ascii="宋体" w:eastAsia="宋体" w:hAnsi="宋体"/>
          <w:sz w:val="28"/>
        </w:rPr>
        <w:t>以上材料均报电子版文档，另外《申报表》还须要有加盖公章并有推荐专家签名的纸介文档。</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电子文档要求：设一个总文件夹，文件名为“区县编号区县名称八届教师论坛报名材料”，如“006红桥八届教师论坛报名材料”；在总文件夹中，为每个选手设一个子文件夹，文件名为“区县单位姓名”，如“红桥勤俭道小学李芳菲”；在子文件夹中的4个材料文档，分别命名为“姓名材料主题”，如“李芳菲申报表”、“李芳菲论文”、“李芳菲照片”、“李芳菲个人简介”。</w:t>
      </w:r>
    </w:p>
    <w:p>
      <w:pPr>
        <w:spacing w:before="100" w:after="200" w:line="360" w:lineRule="auto"/>
        <w:ind w:firstLine="576"/>
        <w:jc w:val="left"/>
      </w:pPr>
      <w:r>
        <w:rPr>
          <w:rFonts w:ascii="宋体" w:eastAsia="宋体" w:hAnsi="宋体"/>
          <w:sz w:val="28"/>
        </w:rPr>
        <w:t>关于活动策划6</w:t>
      </w:r>
    </w:p>
    <w:p>
      <w:pPr>
        <w:spacing w:before="100" w:after="200" w:line="360" w:lineRule="auto"/>
        <w:jc w:val="left"/>
      </w:pPr>
      <w:r>
        <w:rPr>
          <w:rFonts w:ascii="宋体 (中文正文)" w:eastAsia="宋体" w:hAnsi="宋体 (中文正文)"/>
          <w:b/>
          <w:sz w:val="28"/>
        </w:rPr>
        <w:t>一、活动主题</w:t>
      </w:r>
    </w:p>
    <w:p>
      <w:pPr>
        <w:spacing w:before="100" w:after="200" w:line="360" w:lineRule="auto"/>
        <w:ind w:firstLine="576"/>
        <w:jc w:val="left"/>
      </w:pPr>
      <w:r>
        <w:rPr>
          <w:rFonts w:ascii="宋体" w:eastAsia="宋体" w:hAnsi="宋体"/>
          <w:sz w:val="28"/>
        </w:rPr>
        <w:t>全民疯抢，惠不当初</w:t>
      </w:r>
    </w:p>
    <w:p>
      <w:pPr>
        <w:spacing w:before="100" w:after="200" w:line="360" w:lineRule="auto"/>
        <w:jc w:val="left"/>
      </w:pPr>
      <w:r>
        <w:rPr>
          <w:rFonts w:ascii="宋体 (中文正文)" w:eastAsia="宋体" w:hAnsi="宋体 (中文正文)"/>
          <w:b/>
          <w:sz w:val="28"/>
        </w:rPr>
        <w:t>二、活动时间</w:t>
      </w:r>
    </w:p>
    <w:p>
      <w:pPr>
        <w:spacing w:before="100" w:after="200" w:line="360" w:lineRule="auto"/>
        <w:ind w:firstLine="576"/>
        <w:jc w:val="left"/>
      </w:pPr>
      <w:r>
        <w:rPr>
          <w:rFonts w:ascii="宋体" w:eastAsia="宋体" w:hAnsi="宋体"/>
          <w:sz w:val="28"/>
        </w:rPr>
        <w:t>20xx年12月6日-20xx年12月12日</w:t>
      </w:r>
    </w:p>
    <w:p>
      <w:pPr>
        <w:spacing w:before="100" w:after="200" w:line="360" w:lineRule="auto"/>
        <w:jc w:val="left"/>
      </w:pPr>
      <w:r>
        <w:rPr>
          <w:rFonts w:ascii="宋体 (中文正文)" w:eastAsia="宋体" w:hAnsi="宋体 (中文正文)"/>
          <w:b/>
          <w:sz w:val="28"/>
        </w:rPr>
        <w:t>三、活动目的</w:t>
      </w:r>
    </w:p>
    <w:p>
      <w:pPr>
        <w:spacing w:before="100" w:after="200" w:line="360" w:lineRule="auto"/>
        <w:ind w:firstLine="576"/>
        <w:jc w:val="left"/>
      </w:pPr>
      <w:r>
        <w:rPr>
          <w:rFonts w:ascii="宋体" w:eastAsia="宋体" w:hAnsi="宋体"/>
          <w:sz w:val="28"/>
        </w:rPr>
        <w:t>1、赚足噱头，为寒假招生提前预热;</w:t>
      </w:r>
    </w:p>
    <w:p>
      <w:pPr>
        <w:spacing w:before="100" w:after="200" w:line="360" w:lineRule="auto"/>
        <w:ind w:firstLine="576"/>
        <w:jc w:val="left"/>
      </w:pPr>
      <w:r>
        <w:rPr>
          <w:rFonts w:ascii="宋体" w:eastAsia="宋体" w:hAnsi="宋体"/>
          <w:sz w:val="28"/>
        </w:rPr>
        <w:t>2、提高家长对本培训中心的关注度;</w:t>
      </w:r>
    </w:p>
    <w:p>
      <w:pPr>
        <w:spacing w:before="100" w:after="200" w:line="360" w:lineRule="auto"/>
        <w:ind w:firstLine="576"/>
        <w:jc w:val="left"/>
      </w:pPr>
      <w:r>
        <w:rPr>
          <w:rFonts w:ascii="宋体" w:eastAsia="宋体" w:hAnsi="宋体"/>
          <w:sz w:val="28"/>
        </w:rPr>
        <w:t>3、提高续班率及新增报名;</w:t>
      </w:r>
    </w:p>
    <w:p>
      <w:pPr>
        <w:spacing w:before="100" w:after="200" w:line="360" w:lineRule="auto"/>
        <w:ind w:firstLine="576"/>
        <w:jc w:val="left"/>
      </w:pPr>
      <w:r>
        <w:rPr>
          <w:rFonts w:ascii="宋体" w:eastAsia="宋体" w:hAnsi="宋体"/>
          <w:sz w:val="28"/>
        </w:rPr>
        <w:t>四：活动宣传</w:t>
      </w:r>
    </w:p>
    <w:p>
      <w:pPr>
        <w:spacing w:before="100" w:after="200" w:line="360" w:lineRule="auto"/>
        <w:ind w:firstLine="576"/>
        <w:jc w:val="left"/>
      </w:pPr>
      <w:r>
        <w:rPr>
          <w:rFonts w:ascii="宋体" w:eastAsia="宋体" w:hAnsi="宋体"/>
          <w:sz w:val="28"/>
        </w:rPr>
        <w:t>海报：根据圣贤博大总部安排。</w:t>
      </w:r>
    </w:p>
    <w:p>
      <w:pPr>
        <w:spacing w:before="100" w:after="200" w:line="360" w:lineRule="auto"/>
        <w:ind w:firstLine="576"/>
        <w:jc w:val="left"/>
      </w:pPr>
      <w:r>
        <w:rPr>
          <w:rFonts w:ascii="宋体" w:eastAsia="宋体" w:hAnsi="宋体"/>
          <w:sz w:val="28"/>
        </w:rPr>
        <w:t>传单：设计版本由圣贤博大安排，传单发送次数及数量由各分校决定。</w:t>
      </w:r>
    </w:p>
    <w:p>
      <w:pPr>
        <w:spacing w:before="100" w:after="200" w:line="360" w:lineRule="auto"/>
        <w:ind w:firstLine="576"/>
        <w:jc w:val="left"/>
      </w:pPr>
      <w:r>
        <w:rPr>
          <w:rFonts w:ascii="宋体" w:eastAsia="宋体" w:hAnsi="宋体"/>
          <w:sz w:val="28"/>
        </w:rPr>
        <w:t>场内外广告牌：总体要求(活动公布一定要提前、准确无误、排版美观大方、主题突出)。</w:t>
      </w:r>
    </w:p>
    <w:p>
      <w:pPr>
        <w:spacing w:before="100" w:after="200" w:line="360" w:lineRule="auto"/>
        <w:jc w:val="left"/>
      </w:pPr>
      <w:r>
        <w:rPr>
          <w:rFonts w:ascii="宋体 (中文正文)" w:eastAsia="宋体" w:hAnsi="宋体 (中文正文)"/>
          <w:b/>
          <w:sz w:val="28"/>
        </w:rPr>
        <w:t>五、活动组织计划</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全民疯抢，惠不当初第一重：团购科目，优惠多多</w:t>
      </w:r>
    </w:p>
    <w:p>
      <w:pPr>
        <w:spacing w:before="100" w:after="200" w:line="360" w:lineRule="auto"/>
        <w:ind w:firstLine="576"/>
        <w:jc w:val="left"/>
      </w:pPr>
      <w:r>
        <w:rPr>
          <w:rFonts w:ascii="宋体" w:eastAsia="宋体" w:hAnsi="宋体"/>
          <w:sz w:val="28"/>
        </w:rPr>
        <w:t>在12月6日-12月12日活动时间内，凡到本培训中心报名满2科，可享受9折优惠;报名满3科，可享受8.5折优惠;报名越多，优惠更多。</w:t>
      </w:r>
    </w:p>
    <w:p>
      <w:pPr>
        <w:spacing w:before="100" w:after="200" w:line="360" w:lineRule="auto"/>
        <w:ind w:firstLine="576"/>
        <w:jc w:val="left"/>
      </w:pPr>
      <w:r>
        <w:rPr>
          <w:rFonts w:ascii="宋体" w:eastAsia="宋体" w:hAnsi="宋体"/>
          <w:sz w:val="28"/>
        </w:rPr>
        <w:t>全民疯抢，惠不当初第二重：提前预约，免费体验</w:t>
      </w:r>
    </w:p>
    <w:p>
      <w:pPr>
        <w:spacing w:before="100" w:after="200" w:line="360" w:lineRule="auto"/>
        <w:ind w:firstLine="576"/>
        <w:jc w:val="left"/>
      </w:pPr>
      <w:r>
        <w:rPr>
          <w:rFonts w:ascii="宋体" w:eastAsia="宋体" w:hAnsi="宋体"/>
          <w:sz w:val="28"/>
        </w:rPr>
        <w:t>在12月6日-12月12日活动时间内，到本培训中心提前报名预约，可享受寒假班免费体验半个月特权。</w:t>
      </w:r>
    </w:p>
    <w:p>
      <w:pPr>
        <w:spacing w:before="100" w:after="200" w:line="360" w:lineRule="auto"/>
        <w:ind w:firstLine="576"/>
        <w:jc w:val="left"/>
      </w:pPr>
      <w:r>
        <w:rPr>
          <w:rFonts w:ascii="宋体" w:eastAsia="宋体" w:hAnsi="宋体"/>
          <w:sz w:val="28"/>
        </w:rPr>
        <w:t>全民疯抢，惠不当初第三重：秒杀课程</w:t>
      </w:r>
    </w:p>
    <w:p>
      <w:pPr>
        <w:spacing w:before="100" w:after="200" w:line="360" w:lineRule="auto"/>
        <w:ind w:firstLine="576"/>
        <w:jc w:val="left"/>
      </w:pPr>
      <w:r>
        <w:rPr>
          <w:rFonts w:ascii="宋体" w:eastAsia="宋体" w:hAnsi="宋体"/>
          <w:sz w:val="28"/>
        </w:rPr>
        <w:t>在12月12日当天10:00，13:00，16:00，19:00发送短信至指定号码进行秒杀，每个时间段秒杀名额仅限1人，每人仅限1科。</w:t>
      </w:r>
    </w:p>
    <w:p>
      <w:pPr>
        <w:spacing w:before="100" w:after="200" w:line="360" w:lineRule="auto"/>
        <w:ind w:firstLine="576"/>
        <w:jc w:val="left"/>
      </w:pPr>
      <w:r>
        <w:rPr>
          <w:rFonts w:ascii="宋体" w:eastAsia="宋体" w:hAnsi="宋体"/>
          <w:sz w:val="28"/>
        </w:rPr>
        <w:t>全民疯抢，惠不当初第四重：用品购买，全场5折</w:t>
      </w:r>
    </w:p>
    <w:p>
      <w:pPr>
        <w:spacing w:before="100" w:after="200" w:line="360" w:lineRule="auto"/>
        <w:ind w:firstLine="576"/>
        <w:jc w:val="left"/>
      </w:pPr>
      <w:r>
        <w:rPr>
          <w:rFonts w:ascii="宋体" w:eastAsia="宋体" w:hAnsi="宋体"/>
          <w:sz w:val="28"/>
        </w:rPr>
        <w:t>在12月12日9:00-10:00和15:00-16:00这两个时间段，在本培训中心购买任意学习用具5折优惠，并有机会参与免单抽奖。(注：两个时间段内各有一名免单名额。)</w:t>
      </w:r>
    </w:p>
    <w:p>
      <w:pPr>
        <w:spacing w:before="100" w:after="200" w:line="360" w:lineRule="auto"/>
        <w:jc w:val="left"/>
      </w:pPr>
      <w:r>
        <w:rPr>
          <w:rFonts w:ascii="宋体 (中文正文)" w:eastAsia="宋体" w:hAnsi="宋体 (中文正文)"/>
          <w:b/>
          <w:sz w:val="28"/>
        </w:rPr>
        <w:t>六、经费预算</w:t>
      </w:r>
    </w:p>
    <w:p>
      <w:pPr>
        <w:spacing w:before="100" w:after="200" w:line="360" w:lineRule="auto"/>
        <w:ind w:firstLine="576"/>
        <w:jc w:val="left"/>
      </w:pPr>
      <w:r>
        <w:rPr>
          <w:rFonts w:ascii="宋体" w:eastAsia="宋体" w:hAnsi="宋体"/>
          <w:sz w:val="28"/>
        </w:rPr>
        <w:t>此活动可依据学校实际情况，举办地点为各分校之内，要根据情况作出活动预算，收入包括老生续班、新生转化和现场定金等，支出包含场地布置费、宣传费、人力成本、礼品费用等。</w:t>
      </w:r>
    </w:p>
    <w:p>
      <w:pPr>
        <w:spacing w:before="100" w:after="200" w:line="360" w:lineRule="auto"/>
        <w:jc w:val="left"/>
      </w:pPr>
      <w:r>
        <w:rPr>
          <w:rFonts w:ascii="宋体 (中文正文)" w:eastAsia="宋体" w:hAnsi="宋体 (中文正文)"/>
          <w:b/>
          <w:sz w:val="28"/>
        </w:rPr>
        <w:t>七、特别声明</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1、本创意仅供培训机构借鉴和参考，希望能点燃大家的创意之火，做出更有创意的活动，详细活动策划方案还需要大家动员学校相关人员完善。</w:t>
      </w:r>
    </w:p>
    <w:p>
      <w:pPr>
        <w:spacing w:before="100" w:after="200" w:line="360" w:lineRule="auto"/>
        <w:ind w:firstLine="576"/>
        <w:jc w:val="left"/>
      </w:pPr>
      <w:r>
        <w:rPr>
          <w:rFonts w:ascii="宋体" w:eastAsia="宋体" w:hAnsi="宋体"/>
          <w:sz w:val="28"/>
        </w:rPr>
        <w:t>2、活动现场转化环节应在隐性下成交，不能太直白，以便影响活动氛围。</w:t>
      </w:r>
    </w:p>
    <w:p>
      <w:pPr>
        <w:spacing w:before="100" w:after="200" w:line="360" w:lineRule="auto"/>
        <w:ind w:firstLine="576"/>
        <w:jc w:val="left"/>
      </w:pPr>
      <w:r>
        <w:rPr>
          <w:rFonts w:ascii="宋体" w:eastAsia="宋体" w:hAnsi="宋体"/>
          <w:sz w:val="28"/>
        </w:rPr>
        <w:t>3、活动组织时依据学校情况酌情安排，适合的才是最好的。</w:t>
      </w:r>
    </w:p>
    <w:p>
      <w:pPr>
        <w:spacing w:before="100" w:after="200" w:line="360" w:lineRule="auto"/>
        <w:ind w:firstLine="576"/>
        <w:jc w:val="left"/>
      </w:pPr>
      <w:r>
        <w:rPr>
          <w:rFonts w:ascii="宋体" w:eastAsia="宋体" w:hAnsi="宋体"/>
          <w:sz w:val="28"/>
        </w:rPr>
        <w:t>4、我们坚信：一流的策划三流的执行，不如一流的执行三流的策划。</w:t>
      </w:r>
    </w:p>
    <w:p>
      <w:pPr>
        <w:spacing w:before="100" w:after="200" w:line="360" w:lineRule="auto"/>
        <w:ind w:firstLine="576"/>
        <w:jc w:val="left"/>
      </w:pPr>
      <w:r>
        <w:rPr>
          <w:rFonts w:ascii="宋体" w:eastAsia="宋体" w:hAnsi="宋体"/>
          <w:sz w:val="28"/>
        </w:rPr>
        <w:t>5、我们会关注举办圣诞、元旦活动的机构，欢迎大家活动结束后提供详细的方案、现场照片及活动成果展示汇报。</w:t>
      </w:r>
    </w:p>
    <w:p>
      <w:pPr>
        <w:spacing w:before="100" w:after="200" w:line="360" w:lineRule="auto"/>
        <w:ind w:firstLine="576"/>
        <w:jc w:val="left"/>
      </w:pPr>
      <w:r>
        <w:rPr>
          <w:rFonts w:ascii="宋体" w:eastAsia="宋体" w:hAnsi="宋体"/>
          <w:sz w:val="28"/>
        </w:rPr>
        <w:t>关于活动策划7</w:t>
      </w:r>
    </w:p>
    <w:p>
      <w:pPr>
        <w:spacing w:before="100" w:after="200" w:line="360" w:lineRule="auto"/>
        <w:jc w:val="left"/>
      </w:pPr>
      <w:r>
        <w:rPr>
          <w:rFonts w:ascii="宋体 (中文正文)" w:eastAsia="宋体" w:hAnsi="宋体 (中文正文)"/>
          <w:b/>
          <w:sz w:val="28"/>
        </w:rPr>
        <w:t>一、活动背景</w:t>
      </w:r>
    </w:p>
    <w:p>
      <w:pPr>
        <w:spacing w:before="100" w:after="200" w:line="360" w:lineRule="auto"/>
        <w:ind w:firstLine="576"/>
        <w:jc w:val="left"/>
      </w:pPr>
      <w:r>
        <w:rPr>
          <w:rFonts w:ascii="宋体" w:eastAsia="宋体" w:hAnsi="宋体"/>
          <w:sz w:val="28"/>
        </w:rPr>
        <w:t>随着6月份的到来，我校20xx届毕业生即将走出校园，迈向社会。但毕业班的同学手里拥有很多闲置的旧书籍无法处置，最后只能当做废品卖掉，造成严重浪费。</w:t>
      </w:r>
    </w:p>
    <w:p>
      <w:pPr>
        <w:spacing w:before="100" w:after="200" w:line="360" w:lineRule="auto"/>
        <w:ind w:firstLine="576"/>
        <w:jc w:val="left"/>
      </w:pPr>
      <w:r>
        <w:rPr>
          <w:rFonts w:ascii="宋体" w:eastAsia="宋体" w:hAnsi="宋体"/>
          <w:sz w:val="28"/>
        </w:rPr>
        <w:t>“爱心接力，知识传递”校园书籍义卖活动的举办，可以为我校广大师生建立一个互通有无的平台，提高书籍使用率，减少资源浪费，20xx届毕业班或非毕业班的同学可以通过爱心义卖活动将书出售给广大低年级的同学，为此，我院拟在长岗校区大门内侧计算机与信息工程学院创业与实践协会办公室（大学生电脑维护工作站旁）举行旧书交易会，为即将毕业的20xx级的同学免费提供旧书籍和学习用品交易场地。</w:t>
      </w:r>
    </w:p>
    <w:p>
      <w:pPr>
        <w:spacing w:before="100" w:after="200" w:line="360" w:lineRule="auto"/>
        <w:jc w:val="left"/>
      </w:pPr>
      <w:r>
        <w:rPr>
          <w:rFonts w:ascii="宋体 (中文正文)" w:eastAsia="宋体" w:hAnsi="宋体 (中文正文)"/>
          <w:b/>
          <w:sz w:val="28"/>
        </w:rPr>
        <w:t>二、活动主题</w:t>
      </w:r>
    </w:p>
    <w:p>
      <w:pPr>
        <w:spacing w:before="100" w:after="200" w:line="360" w:lineRule="auto"/>
        <w:ind w:firstLine="576"/>
        <w:jc w:val="left"/>
      </w:pPr>
      <w:r>
        <w:rPr>
          <w:rFonts w:ascii="宋体" w:eastAsia="宋体" w:hAnsi="宋体"/>
          <w:sz w:val="28"/>
        </w:rPr>
        <w:t>爱心接力，知识传递</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，20xx届毕业生旧书义卖活动</w:t>
      </w:r>
    </w:p>
    <w:p>
      <w:pPr>
        <w:spacing w:before="100" w:after="200" w:line="360" w:lineRule="auto"/>
        <w:jc w:val="left"/>
      </w:pPr>
      <w:r>
        <w:rPr>
          <w:rFonts w:ascii="宋体 (中文正文)" w:eastAsia="宋体" w:hAnsi="宋体 (中文正文)"/>
          <w:b/>
          <w:sz w:val="28"/>
        </w:rPr>
        <w:t>三、举办单位</w:t>
      </w:r>
    </w:p>
    <w:p>
      <w:pPr>
        <w:spacing w:before="100" w:after="200" w:line="360" w:lineRule="auto"/>
        <w:ind w:firstLine="576"/>
        <w:jc w:val="left"/>
      </w:pPr>
      <w:r>
        <w:rPr>
          <w:rFonts w:ascii="宋体" w:eastAsia="宋体" w:hAnsi="宋体"/>
          <w:sz w:val="28"/>
        </w:rPr>
        <w:t>主办：共青团广西师范学院计算机与信息工程学院委员会承办：广西计算机与信息工程学院分团委学生会创业与实践协会长岗校区各二级学院分团委学生会有关部门</w:t>
      </w:r>
    </w:p>
    <w:p>
      <w:pPr>
        <w:spacing w:before="100" w:after="200" w:line="360" w:lineRule="auto"/>
        <w:jc w:val="left"/>
      </w:pPr>
      <w:r>
        <w:rPr>
          <w:rFonts w:ascii="宋体 (中文正文)" w:eastAsia="宋体" w:hAnsi="宋体 (中文正文)"/>
          <w:b/>
          <w:sz w:val="28"/>
        </w:rPr>
        <w:t>四、活动时间</w:t>
      </w:r>
    </w:p>
    <w:p>
      <w:pPr>
        <w:spacing w:before="100" w:after="200" w:line="360" w:lineRule="auto"/>
        <w:jc w:val="left"/>
      </w:pPr>
      <w:r>
        <w:rPr>
          <w:rFonts w:ascii="宋体 (中文正文)" w:eastAsia="宋体" w:hAnsi="宋体 (中文正文)"/>
          <w:sz w:val="28"/>
        </w:rPr>
        <w:t>1.收书时间：</w:t>
      </w:r>
    </w:p>
    <w:p>
      <w:pPr>
        <w:spacing w:before="100" w:after="200" w:line="360" w:lineRule="auto"/>
        <w:ind w:firstLine="576"/>
        <w:jc w:val="left"/>
      </w:pPr>
      <w:r>
        <w:rPr>
          <w:rFonts w:ascii="宋体" w:eastAsia="宋体" w:hAnsi="宋体"/>
          <w:sz w:val="28"/>
        </w:rPr>
        <w:t>20xx年6月12日</w:t>
      </w:r>
    </w:p>
    <w:p>
      <w:pPr>
        <w:spacing w:before="100" w:after="200" w:line="360" w:lineRule="auto"/>
        <w:ind w:firstLine="576"/>
        <w:jc w:val="left"/>
      </w:pPr>
      <w:r>
        <w:rPr>
          <w:rFonts w:ascii="宋体" w:eastAsia="宋体" w:hAnsi="宋体"/>
          <w:sz w:val="28"/>
        </w:rPr>
        <w:t>上午：8：00--12：00下午：15：00—18：00</w:t>
      </w:r>
    </w:p>
    <w:p>
      <w:pPr>
        <w:spacing w:before="100" w:after="200" w:line="360" w:lineRule="auto"/>
        <w:jc w:val="left"/>
      </w:pPr>
      <w:r>
        <w:rPr>
          <w:rFonts w:ascii="宋体 (中文正文)" w:eastAsia="宋体" w:hAnsi="宋体 (中文正文)"/>
          <w:sz w:val="28"/>
        </w:rPr>
        <w:t>2.义卖时间：</w:t>
      </w:r>
    </w:p>
    <w:p>
      <w:pPr>
        <w:spacing w:before="100" w:after="200" w:line="360" w:lineRule="auto"/>
        <w:ind w:firstLine="576"/>
        <w:jc w:val="left"/>
      </w:pPr>
      <w:r>
        <w:rPr>
          <w:rFonts w:ascii="宋体" w:eastAsia="宋体" w:hAnsi="宋体"/>
          <w:sz w:val="28"/>
        </w:rPr>
        <w:t>20xx年6月13日-20xx年6月14日</w:t>
      </w:r>
    </w:p>
    <w:p>
      <w:pPr>
        <w:spacing w:before="100" w:after="200" w:line="360" w:lineRule="auto"/>
        <w:ind w:firstLine="576"/>
        <w:jc w:val="left"/>
      </w:pPr>
      <w:r>
        <w:rPr>
          <w:rFonts w:ascii="宋体" w:eastAsia="宋体" w:hAnsi="宋体"/>
          <w:sz w:val="28"/>
        </w:rPr>
        <w:t>上午11：30--13：30下午17：30-18：30</w:t>
      </w:r>
    </w:p>
    <w:p>
      <w:pPr>
        <w:spacing w:before="100" w:after="200" w:line="360" w:lineRule="auto"/>
        <w:jc w:val="left"/>
      </w:pPr>
      <w:r>
        <w:rPr>
          <w:rFonts w:ascii="宋体 (中文正文)" w:eastAsia="宋体" w:hAnsi="宋体 (中文正文)"/>
          <w:b/>
          <w:sz w:val="28"/>
        </w:rPr>
        <w:t>五、活动地点</w:t>
      </w:r>
    </w:p>
    <w:p>
      <w:pPr>
        <w:spacing w:before="100" w:after="200" w:line="360" w:lineRule="auto"/>
        <w:jc w:val="left"/>
      </w:pPr>
      <w:r>
        <w:rPr>
          <w:rFonts w:ascii="宋体 (中文正文)" w:eastAsia="宋体" w:hAnsi="宋体 (中文正文)"/>
          <w:sz w:val="28"/>
        </w:rPr>
        <w:t>1.收书地点：</w:t>
      </w:r>
    </w:p>
    <w:p>
      <w:pPr>
        <w:spacing w:before="100" w:after="200" w:line="360" w:lineRule="auto"/>
        <w:ind w:firstLine="576"/>
        <w:jc w:val="left"/>
      </w:pPr>
      <w:r>
        <w:rPr>
          <w:rFonts w:ascii="宋体" w:eastAsia="宋体" w:hAnsi="宋体"/>
          <w:sz w:val="28"/>
        </w:rPr>
        <w:t>长岗校区4、7、8栋宿舍楼下</w:t>
      </w:r>
    </w:p>
    <w:p>
      <w:pPr>
        <w:spacing w:before="100" w:after="200" w:line="360" w:lineRule="auto"/>
        <w:jc w:val="left"/>
      </w:pPr>
      <w:r>
        <w:rPr>
          <w:rFonts w:ascii="宋体 (中文正文)" w:eastAsia="宋体" w:hAnsi="宋体 (中文正文)"/>
          <w:sz w:val="28"/>
        </w:rPr>
        <w:t>2.义卖地点：</w:t>
      </w:r>
    </w:p>
    <w:p>
      <w:pPr>
        <w:spacing w:before="100" w:after="200" w:line="360" w:lineRule="auto"/>
        <w:ind w:firstLine="576"/>
        <w:jc w:val="left"/>
      </w:pPr>
      <w:r>
        <w:rPr>
          <w:rFonts w:ascii="宋体" w:eastAsia="宋体" w:hAnsi="宋体"/>
          <w:sz w:val="28"/>
        </w:rPr>
        <w:t>广西师范学院长岗校区校大门内侧计算机与信息工程学院创业与实践协会办公室（大学生电脑义务维护工作站/广西师范学院家教中心工作室旁）</w:t>
      </w:r>
    </w:p>
    <w:p>
      <w:pPr>
        <w:spacing w:before="100" w:after="200" w:line="360" w:lineRule="auto"/>
        <w:jc w:val="left"/>
      </w:pPr>
      <w:r>
        <w:rPr>
          <w:rFonts w:ascii="宋体 (中文正文)" w:eastAsia="宋体" w:hAnsi="宋体 (中文正文)"/>
          <w:b/>
          <w:sz w:val="28"/>
        </w:rPr>
        <w:t>六、活动对象</w:t>
      </w:r>
    </w:p>
    <w:p>
      <w:pPr>
        <w:spacing w:before="100" w:after="200" w:line="360" w:lineRule="auto"/>
        <w:ind w:firstLine="576"/>
        <w:jc w:val="left"/>
      </w:pPr>
      <w:r>
        <w:rPr>
          <w:rFonts w:ascii="宋体" w:eastAsia="宋体" w:hAnsi="宋体"/>
          <w:sz w:val="28"/>
        </w:rPr>
        <w:t>广西师范学院长岗校区全体学生</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https://d.book118.com/396140134155010102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96140134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