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年度安全质量工作总结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年度安全质量工作总结1</w:t>
      </w:r>
      <w:r>
        <w:rPr>
          <w:lang w:eastAsia="zh-CN"/>
        </w:rPr>
        <w:br/>
      </w:r>
      <w:r>
        <w:rPr>
          <w:lang w:eastAsia="zh-CN"/>
        </w:rPr>
        <w:t xml:space="preserve">    20__年，根据上级煤矿安全管理部门关于矿井安全质量标准化工作的相关指示，结合《河南省国有煤矿生产矿井质量标准化标准》要求，成立了以付建伟矿长为组长的质量标准化领导小组，制订了《20__年度渠里煤矿安全质量标准化年度规划》和实施细则，按质量标准化专业项目，制定了各专业年度安全质量达标规划和验收标准,责任到人，加大奖惩力度，严格监督落实，突出重点，以点带面。实现以矿井安全质量标准化建设为工作中心的质量管理体系，坚持向质量要安全，向安全要效益，高标准、强管理、严要求，认真开展20__年度矿井安全质量标准化工作。实现了各专业20__年度达到河南省二级以上的安全质量标准化矿井。具体情况如下： </w:t>
      </w:r>
      <w:r>
        <w:rPr>
          <w:lang w:eastAsia="zh-CN"/>
        </w:rPr>
        <w:br/>
      </w:r>
      <w:r>
        <w:rPr>
          <w:lang w:eastAsia="zh-CN"/>
        </w:rPr>
        <w:t>　　一、20__年矿井安全质量标准化建设工作情况</w:t>
      </w:r>
      <w:r>
        <w:rPr>
          <w:lang w:eastAsia="zh-CN"/>
        </w:rPr>
        <w:br/>
      </w:r>
      <w:r>
        <w:rPr>
          <w:lang w:eastAsia="zh-CN"/>
        </w:rPr>
        <w:t>　　（一）统一思想、明确职责、提高认识。</w:t>
      </w:r>
      <w:r>
        <w:rPr>
          <w:lang w:eastAsia="zh-CN"/>
        </w:rPr>
        <w:br/>
      </w:r>
    </w:p>
    <w:p w:rsidR="001B1F19" w14:textId="0AE8485B">
      <w:pPr>
        <w:pStyle w:val="Heading1"/>
        <w:jc w:val="center"/>
        <w:rPr>
          <w:rFonts w:hint="eastAsia"/>
          <w:lang w:eastAsia="zh-CN"/>
        </w:rPr>
      </w:pPr>
      <w:r>
        <w:rPr>
          <w:sz w:val="44"/>
          <w:lang w:eastAsia="zh-CN"/>
        </w:rPr>
        <w:t>年度安全质量工作总结</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年度安全质量工作总结1</w:t>
      </w:r>
      <w:r>
        <w:rPr>
          <w:lang w:eastAsia="zh-CN"/>
        </w:rPr>
        <w:br/>
      </w:r>
      <w:r>
        <w:rPr>
          <w:lang w:eastAsia="zh-CN"/>
        </w:rPr>
        <w:t xml:space="preserve">    20__年，根据上级煤矿安全管理部门关于矿井安全质量标准化工作的相关指示，结合《河南省国有煤矿生产矿井质量标准化标准》要求，成立了以付建伟矿长为组长的质量标准化领导小组，制订了《20__年度渠里煤矿安全质量标准化年度规划》和实施细则，按质量标准化专业项目，制定了各专业年度安全质量达标规划和验收标准,责任到人，加大奖惩力度，严格监督落实，突出重点，以点带面。实现以矿井安全质量标准化建设为工作中心的质量管理体系，坚持向质量要安全，向安全要效益，高标准、强管理、严要求，认真开展20__年度矿井安全质量标准化工作。实现了各专业20__年度达到河南省二级以上的安全质量标准化矿井。具体情况如下： </w:t>
      </w:r>
      <w:r>
        <w:rPr>
          <w:lang w:eastAsia="zh-CN"/>
        </w:rPr>
        <w:br/>
      </w:r>
      <w:r>
        <w:rPr>
          <w:lang w:eastAsia="zh-CN"/>
        </w:rPr>
        <w:t>　　一、20__年矿井安全质量标准化建设工作情况</w:t>
      </w:r>
      <w:r>
        <w:rPr>
          <w:lang w:eastAsia="zh-CN"/>
        </w:rPr>
        <w:br/>
      </w:r>
      <w:r>
        <w:rPr>
          <w:lang w:eastAsia="zh-CN"/>
        </w:rPr>
        <w:t>　　（一）统一思想、明确职责、提高认识。</w:t>
      </w:r>
      <w:r>
        <w:rPr>
          <w:lang w:eastAsia="zh-CN"/>
        </w:rPr>
        <w:br/>
      </w:r>
    </w:p>
    <w:p w:rsidR="001B1F19" w14:textId="0AE8485B">
      <w:pPr>
        <w:pStyle w:val="Heading1"/>
        <w:jc w:val="center"/>
        <w:rPr>
          <w:rFonts w:hint="eastAsia"/>
          <w:lang w:eastAsia="zh-CN"/>
        </w:rPr>
      </w:pPr>
      <w:r>
        <w:rPr>
          <w:sz w:val="44"/>
          <w:lang w:eastAsia="zh-CN"/>
        </w:rPr>
        <w:t>年度安全质量工作总结</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年度安全质量工作总结1</w:t>
      </w:r>
      <w:r>
        <w:rPr>
          <w:lang w:eastAsia="zh-CN"/>
        </w:rPr>
        <w:br/>
      </w:r>
      <w:r>
        <w:rPr>
          <w:lang w:eastAsia="zh-CN"/>
        </w:rPr>
        <w:t xml:space="preserve">    20__年，根据上级煤矿安全管理部门关于矿井安全质量标准化工作的相关指示，结合《河南省国有煤矿生产矿井质量标准化标准》要求，成立了以付建伟矿长为组长的质量标准化领导小组，制订了《20__年度渠里煤矿安全质量标准化年度规划》和实施细则，按质量标准化专业项目，制定了各专业年度安全质量达标规划和验收标准,责任到人，加大奖惩力度，严格监督落实，突出重点，以点带面。实现以矿井安全质量标准化建设为工作中心的质量管理体系，坚持向质量要安全，向安全要效益，高标准、强管理、严要求，认真开展20__年度矿井安全质量标准化工作。实现了各专业20__年度达到河南省二级以上的安全质量标准化矿井。具体情况如下： </w:t>
      </w:r>
      <w:r>
        <w:rPr>
          <w:lang w:eastAsia="zh-CN"/>
        </w:rPr>
        <w:br/>
      </w:r>
      <w:r>
        <w:rPr>
          <w:lang w:eastAsia="zh-CN"/>
        </w:rPr>
        <w:t>　　一、20__年矿井安全质量标准化建设工作情况</w:t>
      </w:r>
      <w:r>
        <w:rPr>
          <w:lang w:eastAsia="zh-CN"/>
        </w:rPr>
        <w:br/>
      </w:r>
      <w:r>
        <w:rPr>
          <w:lang w:eastAsia="zh-CN"/>
        </w:rPr>
        <w:t>　　（一）统一思想、明确职责、提高认识。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我矿按照市局和上级批示，积极组织复工复产，在全矿掀起安全质量标准化学习高潮，成立了以矿长___任组长，总工__、生产矿长__、安全矿长__、机电矿长__为副组长，各科、队长为成员的质量标准化领导小组，制定了严格的年度安全质量标准化规划和实施细则，根据专业特点，认真进行了分工，由各副组长负责相应专业的具体领导，相关科室负责具体管理：技术矿长负责地测防治水和掘进专业，安全矿长负责“一通三防”专业和爆破专业，生产矿长负责调度专业和采煤专业，机电矿长负责机电运输专业，各自组织制定相应的标准、管理办法，并组织了全矿干部职工认真学习，增强了全矿干部职工对安全质量标准化工作重要性的认识，确立了安全质量标准化工作在矿井生产、安全中的地位，把安全质量标准化工作作为形象工程、效益工程，纳入矿井安全生产长效机制建设中，在全矿职工中形成了“以安全质量标准化促安全，以安全促生产”，“比学习质量标准化标准，比干标准化工程”的良好氛围，为20__年安全质量标准化工作奠定了思想基础。</w:t>
      </w:r>
      <w:r>
        <w:rPr>
          <w:lang w:eastAsia="zh-CN"/>
        </w:rPr>
        <w:br/>
      </w:r>
      <w:r>
        <w:rPr>
          <w:lang w:eastAsia="zh-CN"/>
        </w:rPr>
        <w:t>　　（二）、加强检查、重奖重罚、精细管理。</w:t>
      </w:r>
      <w:r>
        <w:rPr>
          <w:lang w:eastAsia="zh-CN"/>
        </w:rPr>
        <w:br/>
      </w:r>
      <w:r>
        <w:rPr>
          <w:lang w:eastAsia="zh-CN"/>
        </w:rPr>
        <w:t>　　我矿以全员、全过程“上标准岗，做标准工程”为目的，坚持“安全第一、质量为本”推行精细化管理，重奖为标准化工作做出突出贡献的区队、班组和个人，重罚质量始终达不到标准要求的区队、班组。实行工资和质量标准化挂钩的机制，有效有又调动了区队长质量标准化管理的主动性。质量标准化的检查、考核、评比严格按照《质量标准化标准》和验收办法进行详细检查验收，执行旬检、月查、季总结的检查模式，验收实行“谁检查、谁签字、谁负责”的原则，按验收实际得分情况进行严格考核，根据考核结果进行严格的奖惩。领导小组每月28日下午5点召开专门会议，总结当月质量标准化工作进展情况，同时对下月质量标准化工作进行布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安全、生产各环节中推行精细化管理，注重每个环节，每道工序，把各项工作具体细化，量化到生产全过程，达到人人、事事、处处、时时有制度约束，以精细化的制度、措施去实现精细化的行为、精细化的产出。现在，在采、掘、修理等作业地点形成了不上尺子、不上线绳不作业的良好局面，通过一系列强有力的措施和办法，常抓不懈，使我矿采、掘、修理等各项工作的安全质量标准化工作步入健康向前发展的轨道。</w:t>
      </w:r>
      <w:r>
        <w:rPr>
          <w:lang w:eastAsia="zh-CN"/>
        </w:rPr>
        <w:br/>
      </w:r>
      <w:r>
        <w:rPr>
          <w:lang w:eastAsia="zh-CN"/>
        </w:rPr>
        <w:t>　　（三）、突出重点、以点带面。</w:t>
      </w:r>
      <w:r>
        <w:rPr>
          <w:lang w:eastAsia="zh-CN"/>
        </w:rPr>
        <w:br/>
      </w:r>
      <w:r>
        <w:rPr>
          <w:lang w:eastAsia="zh-CN"/>
        </w:rPr>
        <w:t>　　根据我矿煤层为典型的‘三软煤层’的实际情况和特点，我们把“一通三防”、机电运输、防治水作为安全质量标准化工作的重点，同时根据“三软”煤层的受力情况，改进了矿井的`支护方式，对运输大巷，回风巷道及管子道，主井筒下部采用U钢支护，对地面机房、井筒、运输大巷硐室等进行了刷白处理，对采区变电所进行了升级改造，对管路、线路进行了重新铺设，刷漆处理，给人强烈的视觉冲击，打造亮点工程，以点带面，努力让老矿井爆发新的青春，从而带动矿井其它专业安全质量标准化的全面升级，使全矿井安全质量标准化工作有了迅速发展。</w:t>
      </w:r>
      <w:r>
        <w:rPr>
          <w:lang w:eastAsia="zh-CN"/>
        </w:rPr>
        <w:br/>
      </w:r>
      <w:r>
        <w:rPr>
          <w:lang w:eastAsia="zh-CN"/>
        </w:rPr>
        <w:t>　　（四）、依靠科技、保证投入、推动发展。</w:t>
      </w:r>
      <w:r>
        <w:rPr>
          <w:lang w:eastAsia="zh-CN"/>
        </w:rPr>
        <w:br/>
      </w:r>
      <w:r>
        <w:rPr>
          <w:lang w:eastAsia="zh-CN"/>
        </w:rPr>
        <w:t>　　先进的技术和装备是提高安全质量标准化的重要途径，我们始终坚持优先保证安全质量标准化方面的投入，推广使用新技术、新装备，不断完善质量标准化基础设施。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20__年矿井质量标准化投入按5元/吨煤标准进行提取，建立专帐，专款专用。全年共生产原煤__万吨，提取专项资金__万元，实际使用__万元。各专业投入费用和所做工作如下：采掘专业资金投入551.73万元；机电运输方专业投入94.5万元；一通三防专业投入96.5万元，调度专业投入2.09万元；地测防治水专业投入62.3万元；爆破专业12.18万元。从而推动了矿井质量标准化工作的正常进行，为矿井安全生产打下了坚实的基础。</w:t>
      </w:r>
      <w:r>
        <w:rPr>
          <w:lang w:eastAsia="zh-CN"/>
        </w:rPr>
        <w:br/>
      </w:r>
      <w:r>
        <w:rPr>
          <w:lang w:eastAsia="zh-CN"/>
        </w:rPr>
        <w:t>　　二、20__年安全质量标准化考核情况</w:t>
      </w:r>
      <w:r>
        <w:rPr>
          <w:lang w:eastAsia="zh-CN"/>
        </w:rPr>
        <w:br/>
      </w:r>
      <w:r>
        <w:rPr>
          <w:lang w:eastAsia="zh-CN"/>
        </w:rPr>
        <w:t>　　1、本矿各专业自检评定情况：</w:t>
      </w:r>
      <w:r>
        <w:rPr>
          <w:lang w:eastAsia="zh-CN"/>
        </w:rPr>
        <w:br/>
      </w:r>
      <w:r>
        <w:rPr>
          <w:lang w:eastAsia="zh-CN"/>
        </w:rPr>
        <w:t>　　采煤专业：质量得分93.63分，评定等级为一级；</w:t>
      </w:r>
      <w:r>
        <w:rPr>
          <w:lang w:eastAsia="zh-CN"/>
        </w:rPr>
        <w:br/>
      </w:r>
      <w:r>
        <w:rPr>
          <w:lang w:eastAsia="zh-CN"/>
        </w:rPr>
        <w:t>　　掘进专业：质量得分87.5分，评定等级为二级；机电专业：质量得分88.15分，评定等级为二级；运输专业：质量得分87.88分，评定等级为二级；通风专业：质量得分88.5分，评定等级为二级；地测防治水专业：质量得分89.25分，评定等级为二级；调度专业：质量得分89分，评定等级为二级；爆破专业：质量得分89.33分，评定等级为二级；矿井综合质量得分89.47分，评定等级为二级。</w:t>
      </w:r>
      <w:r>
        <w:rPr>
          <w:lang w:eastAsia="zh-CN"/>
        </w:rPr>
        <w:br/>
      </w:r>
      <w:r>
        <w:rPr>
          <w:lang w:eastAsia="zh-CN"/>
        </w:rPr>
        <w:t>　　三、目前存在问题及下步工作打算</w:t>
      </w:r>
      <w:r>
        <w:rPr>
          <w:lang w:eastAsia="zh-CN"/>
        </w:rPr>
        <w:br/>
      </w:r>
      <w:r>
        <w:rPr>
          <w:lang w:eastAsia="zh-CN"/>
        </w:rPr>
        <w:t>　　1）目前存在问题</w:t>
      </w:r>
      <w:r>
        <w:rPr>
          <w:lang w:eastAsia="zh-CN"/>
        </w:rPr>
        <w:br/>
      </w:r>
      <w:r>
        <w:rPr>
          <w:lang w:eastAsia="zh-CN"/>
        </w:rPr>
        <w:t>　　矿井安全质量标准化建设从硬件安装到软件运用管理个别地方还有不完善、达不到标准要求的地方。</w:t>
      </w:r>
      <w:r>
        <w:rPr>
          <w:lang w:eastAsia="zh-CN"/>
        </w:rPr>
        <w:br/>
      </w:r>
      <w:r>
        <w:rPr>
          <w:lang w:eastAsia="zh-CN"/>
        </w:rPr>
        <w:t>　　2）工作打算</w:t>
      </w:r>
      <w:r>
        <w:rPr>
          <w:lang w:eastAsia="zh-CN"/>
        </w:rPr>
        <w:br/>
      </w:r>
      <w:r>
        <w:rPr>
          <w:lang w:eastAsia="zh-CN"/>
        </w:rPr>
        <w:t>　　1、正视现实，坚定信心，观摩学习先进矿井经验，努力做好本矿质量标准化达标工作，确保质量标准化达到更高层次。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2、加强领导，强化责任，营造全矿上下齐抓安全质量标准化建设的良好局面，使质量标准化意识再上一个新台阶。</w:t>
      </w:r>
      <w:r>
        <w:rPr>
          <w:lang w:eastAsia="zh-CN"/>
        </w:rPr>
        <w:br/>
      </w:r>
      <w:r>
        <w:rPr>
          <w:lang w:eastAsia="zh-CN"/>
        </w:rPr>
        <w:t>　　3、加大投入力度，提高装备标准化水平，加强“一通三防”、地测防治水、机电运输及基础设施建设，使矿井面貌大为改观。</w:t>
      </w:r>
      <w:r>
        <w:rPr>
          <w:lang w:eastAsia="zh-CN"/>
        </w:rPr>
        <w:br/>
      </w:r>
      <w:r>
        <w:rPr>
          <w:lang w:eastAsia="zh-CN"/>
        </w:rPr>
        <w:t>　　4、扎实做好基础性软件工作，提升安全质量标准化管理水平。</w:t>
      </w:r>
      <w:r>
        <w:rPr>
          <w:lang w:eastAsia="zh-CN"/>
        </w:rPr>
        <w:br/>
      </w:r>
      <w:r>
        <w:rPr>
          <w:lang w:eastAsia="zh-CN"/>
        </w:rPr>
        <w:t>　　5、明确目标，强化责任，严格考核，奖惩分明，精细管理，努力实现现场动态达标。</w:t>
      </w:r>
      <w:r>
        <w:rPr>
          <w:lang w:eastAsia="zh-CN"/>
        </w:rPr>
        <w:br/>
      </w:r>
      <w:r>
        <w:rPr>
          <w:lang w:eastAsia="zh-CN"/>
        </w:rPr>
        <w:t>　　6、积极采用新技术、新科技，典型引路，以点带面，建设质量标准化精品工程(上山开拓工程)，促进安全质量标准化工作整体推进。</w:t>
      </w:r>
      <w:r>
        <w:rPr>
          <w:lang w:eastAsia="zh-CN"/>
        </w:rPr>
        <w:br/>
      </w:r>
      <w:r>
        <w:rPr>
          <w:lang w:eastAsia="zh-CN"/>
        </w:rPr>
        <w:t>　　在今后的工作中，我们要百尺竿头，更进一步，在党和政府的正确领导下，在各级主管部门的悉心监管下，狠抓安全质量标准化工作，确保矿井又好有快发展，努力实现20__年安全质量标准化工作目标。年度安全质量工作总结2</w:t>
      </w:r>
      <w:r>
        <w:rPr>
          <w:lang w:eastAsia="zh-CN"/>
        </w:rPr>
        <w:br/>
      </w:r>
      <w:r>
        <w:rPr>
          <w:lang w:eastAsia="zh-CN"/>
        </w:rPr>
        <w:t xml:space="preserve">    一年来，在局党组的正确领导下，按照“保类进位”的总目标，科学谋划、勤恳工作，严格履行相关法律法规所赋职责，通过强化监管职能、创新监管措施、加大执法力度，有效保障了畜禽水产品质量安全，未发生重大畜禽水产品质量安全事件，全面完成了省局下达的各项任务，取得了一定成绩。总结如下： </w:t>
      </w:r>
      <w:r>
        <w:rPr>
          <w:lang w:eastAsia="zh-CN"/>
        </w:rPr>
        <w:br/>
      </w:r>
      <w:r>
        <w:rPr>
          <w:lang w:eastAsia="zh-CN"/>
        </w:rPr>
        <w:t>　　一、抓工作部署，落实监管责任。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是科学筹划，制定实施方案。制定下发了《20年市畜禽水产品质量安全监管工作实施方案》、《20年市养殖业投入品打假工作方案》、《20年市畜牧兽医水产“执法年”活动实施方案》、《20年市畜牧兽医水产“执法年”活动考核方案》、《20年市水产品专项整治方案》、《20年市关于开展养殖环节“瘦肉精”集中排查监测的通知》等工作方案，对全年工作进行部署与安排。二是签订责任状，落实监管责任。市局与省局和县市区局签订了20年畜禽水产品质量安全工作目标管理责任状，畜禽水产品质量安全监管工作细化分解到各级，人人身上有担子，确保工作顺利开展。三是创新工作方法，提高监管实效。在继续推进《畜禽水产品质量安全监管工作规范》的基础上，制定了《监管工作动态月报表》，将工作内容细化到每个月，并以表格的形式将屠宰场监管情况、流通领域风险监测情况、兽药监管情况、乡镇站监督情况、养殖场日常监管情况、违法案件查处情况等内容列入，实行月报制，便于及时掌握监管工作情况。</w:t>
      </w:r>
      <w:r>
        <w:rPr>
          <w:lang w:eastAsia="zh-CN"/>
        </w:rPr>
        <w:br/>
      </w:r>
      <w:r>
        <w:rPr>
          <w:lang w:eastAsia="zh-CN"/>
        </w:rPr>
        <w:t>　　二、抓体系建设，健全监管机制。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是健全监管机构。督促县（市、区）局健全监管机构，配备2名以上的工作人员；乡镇动物防疫站配备1名以上专职监管人员，行政村明确1名协管员，规模养殖场明确1名监管员开展日常监管工作，逐步建起了市、县、乡、村四级监管网络。全市直接从事畜禽水产品质量安全监管工作人员市局3人、县局27人、乡镇站189人，80%的行政村明确了1名协管员。二是逐步建立检验检测体系。我市畜禽水产品（农产品）质量检验检测中心（站）共6个，即市畜禽水产品质检中心、永兴、汝城、桂阳、临武、嘉禾5个县级农产品质量检验检测中心（站）。市畜禽水产品质量检验检测中心（市动物检疫站、市兽医诊断室），现有职员4人（高级职称1人，硕士研究生2人，本科生1人），拥有价值180余万元各类检验检测仪器91台套，具备一定的检测能力，2009年计量认证到期后因费用问题未能通过复评审。</w:t>
      </w:r>
      <w:r>
        <w:rPr>
          <w:lang w:eastAsia="zh-CN"/>
        </w:rPr>
        <w:br/>
      </w:r>
      <w:r>
        <w:rPr>
          <w:lang w:eastAsia="zh-CN"/>
        </w:rPr>
        <w:t>　　三、抓工作重点，提升监管水平。</w:t>
      </w:r>
      <w:r>
        <w:rPr>
          <w:lang w:eastAsia="zh-CN"/>
        </w:rPr>
        <w:br/>
      </w:r>
      <w:r>
        <w:rPr>
          <w:lang w:eastAsia="zh-CN"/>
        </w:rPr>
        <w:t>　　深化专项整治行动。始终把专项整治行动作为畜禽水产品质量安全监管的重要手段，开展了生猪“瘦肉精”、兽药及兽药残留专项整治行动，协助饲料办、渔政科、畜牧科、行政审批科及科教科开展饲料、水产品、奶源、农资打假等专项整治行动及“三品一标”监管。</w:t>
      </w:r>
      <w:r>
        <w:rPr>
          <w:lang w:eastAsia="zh-CN"/>
        </w:rPr>
        <w:br/>
      </w:r>
      <w:r>
        <w:rPr>
          <w:lang w:eastAsia="zh-CN"/>
        </w:rPr>
        <w:t>　　四、抓宣传教育，安全氛围不断改善。</w:t>
      </w:r>
      <w:r>
        <w:rPr>
          <w:lang w:eastAsia="zh-CN"/>
        </w:rPr>
        <w:br/>
      </w:r>
      <w:r>
        <w:rPr>
          <w:lang w:eastAsia="zh-CN"/>
        </w:rPr>
        <w:t>　　一是结合地方特色，开展了形式多样宣传活动。各地都开展了宣传活动，安仁利用一年一度的“春分药王节”开展养殖业法律法规知识宣传；永兴在各个乡镇动物卫生监督分所办墙刊42期，宣传养殖业法律法规；嘉禾投入8000元安装电子显示屏，不定时滚动二、组织业务学习岗位培训，提高全员的业务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根据本年度制定的业务学习计划和泰州市2008年度质管工作要点以及本站质量管理工作计划，开展了环境监测基础知识、质量保证与质量控制技术的应用、水污染防治法相关法律法规等方面的学习，同时组织全站人员继续学习ISO/IEC17025实验室能力认可准则，通过加强监测人员的业务学习，业务素质都有明显的提高。在抓好自身学习的同时，积极参加上级部门举办的各类学习班、培训班。全年共有14人先后分别参加了《实验室资质认定内审员培训》、《实验室资质评定》、《新闻稿件写作培训》、《机动车尾气检测培训》、《核与辐射监测培训》、《污染源自动监控系统比对监测实际应用》、《水、土壤、空气中挥发性有机物分析》等培训工作。为提高我站监测工作能力，拓宽监测领域打下了基础。</w:t>
      </w:r>
      <w:r>
        <w:rPr>
          <w:lang w:eastAsia="zh-CN"/>
        </w:rPr>
        <w:br/>
      </w:r>
      <w:r>
        <w:rPr>
          <w:lang w:eastAsia="zh-CN"/>
        </w:rPr>
        <w:t>　　三、积极参加上级部门组织的能力验证、比对和技能竞赛等活动</w:t>
      </w:r>
      <w:r>
        <w:rPr>
          <w:lang w:eastAsia="zh-CN"/>
        </w:rPr>
        <w:br/>
      </w:r>
      <w:r>
        <w:rPr>
          <w:lang w:eastAsia="zh-CN"/>
        </w:rPr>
        <w:t>　　本年度，我站积极组织相关人员分别参加了2021年度省环境监测中心组织的水质中挥发酚、总氮的实验室比对和中国合格评定国家认可委组织的水中五种无机盐检测的能力验证以及泰州市环境监测系统监测技能竞赛，比对结果一次性全部合格，能力验证结果未下达通报，在监测技能竞赛中荣获团体第一名，徐畅荣获理论竞赛第三名和监测技能竞赛优秀选手。</w:t>
      </w:r>
      <w:r>
        <w:rPr>
          <w:lang w:eastAsia="zh-CN"/>
        </w:rPr>
        <w:br/>
      </w:r>
      <w:r>
        <w:rPr>
          <w:lang w:eastAsia="zh-CN"/>
        </w:rPr>
        <w:t>　　四、严把质量控制关，提高监测工作质量</w:t>
      </w:r>
      <w:r>
        <w:rPr>
          <w:lang w:eastAsia="zh-CN"/>
        </w:rPr>
        <w:br/>
      </w:r>
      <w:r>
        <w:rPr>
          <w:lang w:eastAsia="zh-CN"/>
        </w:rPr>
        <w:t>　　为继续加强现场监测和污染源监测两方面工作的规范化，使现场采样工作的'质量得到有效控制，今年，在上年度质控的基础上，结合我省实施的环境监测质控样要求的具体规定，继续对现场采样、污染源监测实施相应的质控措施，通过实施现场全程序空白、现场平行样、室内平行样、加标回收、质量控制图和标准样品比对等质控措施的应用，使我站的监测工作质量得到有效控制。全年共完成质控数据7582个，检查率大于20</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%，合格率大于97%。其中，现场平行样2116个；室内平行样2327个；加标回收样1911个；标准样品9个；全程序空白1219个。全年质控样品的检查率和质控数据的合格率均达到省相关质控要求。</w:t>
      </w:r>
      <w:r>
        <w:rPr>
          <w:lang w:eastAsia="zh-CN"/>
        </w:rPr>
        <w:br/>
      </w:r>
      <w:r>
        <w:rPr>
          <w:lang w:eastAsia="zh-CN"/>
        </w:rPr>
        <w:t>　　五、加大监督检查力度，做好实验室日常质量管理工作</w:t>
      </w:r>
      <w:r>
        <w:rPr>
          <w:lang w:eastAsia="zh-CN"/>
        </w:rPr>
        <w:br/>
      </w:r>
      <w:r>
        <w:rPr>
          <w:lang w:eastAsia="zh-CN"/>
        </w:rPr>
        <w:t>　　根据省、市质管工作要求及要点，按照本年度质控工作计划，每月不定期对监测工作进行质量抽查，站质量管理小组每季度对全站进行一次全面质量监督检查，从现场采样到实验室分析再到监测报告的编制、审核，仪器设备的使用、维护、检定等方面各个环节的质量是否得到有效控制，是否按规定要求操作进行全过程的质量监督检查，通过定期和不定期的质量监督检查，对存在的不符合质量要求的问题，查找原因，及时提出整改措施及要求，责任室按整改措施及要求进行整改，然后由室监督员和站质量管理员进行跟踪验证，对在整改中整改不到位的的地方，验证人员提出警告，由责任室和责任人进行再次整改，站质量管理员进行二次跟踪验证，直至整改到位，通过加大监督检查力度，保证了监测工作各环节的质量。</w:t>
      </w:r>
      <w:r>
        <w:rPr>
          <w:lang w:eastAsia="zh-CN"/>
        </w:rPr>
        <w:br/>
      </w:r>
      <w:r>
        <w:rPr>
          <w:lang w:eastAsia="zh-CN"/>
        </w:rPr>
        <w:t>　　六、加强计量仪器管理，保证在用仪器持证运行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根据年初制订的计量仪器周检计划，技术业务室负责对在用的各类计量仪器进行了定期送检，同时对新购仪器设备也及时进行了送检；对出现故障的仪器设备加以标识，分开管理，由责任室负责进行了维修；对仪器设备的日常维护、保养工作由责任室采取专人负责，定期检查仪器设备的运行使用情况，避免了计量仪器非正常情况下的使用，保证了在用仪器有效持证运行。年度安全质量工作总结3</w:t>
      </w:r>
      <w:r>
        <w:rPr>
          <w:lang w:eastAsia="zh-CN"/>
        </w:rPr>
        <w:br/>
      </w:r>
      <w:r>
        <w:rPr>
          <w:lang w:eastAsia="zh-CN"/>
        </w:rPr>
        <w:t xml:space="preserve">    医疗卫生改革的最终目标是要以较低廉的费用为病人提供较优质的医疗效劳。近几年来，我院和其它市级综合性医院一样，成为了我市医疗卫生工作的根本组成局部，而且形成了独有的妇幼医疗卫生工作体系，在为全区妇女儿童提供质优价廉的医药医疗保健效劳、继承开展医药学术和培养医药人才方面作了不懈的努力。在20__年，我院坚持以病人为中心的效劳理念，以提高医疗质量、合理收费、降低医疗费用为落脚点，努力为广阔患者提供优质的医疗效劳。 </w:t>
      </w:r>
      <w:r>
        <w:rPr>
          <w:lang w:eastAsia="zh-CN"/>
        </w:rPr>
        <w:br/>
      </w:r>
      <w:r>
        <w:rPr>
          <w:lang w:eastAsia="zh-CN"/>
        </w:rPr>
        <w:t>　　一、加强医疗质量管理，保证和提高医疗效劳质量</w:t>
      </w:r>
      <w:r>
        <w:rPr>
          <w:lang w:eastAsia="zh-CN"/>
        </w:rPr>
        <w:br/>
      </w:r>
      <w:r>
        <w:rPr>
          <w:lang w:eastAsia="zh-CN"/>
        </w:rPr>
        <w:t>　　〔一〕医疗质量管理是医院管理的核心，提高医疗质量是管理医院根本目的。医疗质量是医院的生命线，医疗水平的上下、医疗质量的优劣直接关系到医院的生存和开展。近些年，我院在医疗质量效劳的根底上，把减少医疗质量缺陷，及时排查、消除医疗安全隐患，减少医疗事故争议，杜绝医疗事故当作重中之重的工作。我院严把医疗质量关，各科室严格执行各项规章制度，标准诊疗行为，坚持首诊负责制、三级查房制、疑难病人会诊、重危病人及术前术后讨论制度。增强责任意识，注重医疗活动中的动态分析，做好各种防范措施，防患于未然。针对当前患者对医疗知情权要求的提高，完善各项告知制度。加强质控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优化医疗效劳流程以提高医疗质量的根底。效劳流程是医疗机构的运行结构和方式，在不增加病房、卫技人员的根底上，优化的医疗效劳流程决定了医疗机构的效率和竞争力，这在很大程度上增强了医院的长期生存能力，使医院的可用资源通过平衡流程中的各组成局部来减少重复和浪费，使医院现有硬件和软件到达较高的利用率和较好的利用水平，尽可能发挥专业技术人员的能力，尽可能满足病员的需求，取得较高的经济效益和社会效益。我院坚持以病人为中心，在优化医疗流程，方便病人就医上下功夫，求实效，增强效劳意识，优化开展环境，努力为病人提供温馨便捷、优质的医疗效劳。推出各项便民措施，如收费挂号窗口联网，减少挂号排长队，局部专家设立专门挂号窗口，推出电话预约挂号等措施。医技科室出报告单推出限时承诺。护理部门在开展星级护士评选活动中涌现了一批先进护士，护患构筑连心桥，推出便民措施，想方设法为病人解决实际问题，住院病人对护理工作满意度达98%。</w:t>
      </w:r>
      <w:r>
        <w:rPr>
          <w:lang w:eastAsia="zh-CN"/>
        </w:rPr>
        <w:br/>
      </w:r>
      <w:r>
        <w:rPr>
          <w:lang w:eastAsia="zh-CN"/>
        </w:rPr>
        <w:t>　　〔三〕实施医疗质量、医疗安全教育，是加强医疗质量的根底。如何提高管理者自身素质和加强全院医务人员的素质教育是质量管理的根底。提高医疗质量不是单靠几位管理者或局部医务人员的努力可以实现的"，而是需要医院全体职工具有正</w:t>
      </w:r>
      <w:r>
        <w:rPr>
          <w:lang w:eastAsia="zh-CN"/>
        </w:rPr>
        <w:br/>
      </w:r>
      <w:r>
        <w:rPr>
          <w:lang w:eastAsia="zh-CN"/>
        </w:rPr>
        <w:t>　　确的人生观、价值观、职业道德观；需要强烈的责任感、事业心、同情心；需要树立牢固的医疗质量、医疗安全意识；在院内全面开展优质效劳和“安全就是最大的节约，事故就是最大的浪费〞活动，激发职工比学习、讲奉献的敬业精神，形成了比、学、赶、超的良好气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建立完善的质量管理体系，标准医疗行为是核心。近年来，我院从加强制度建设入手，结合各岗位的工作性质、工作内容，制定了岗位职责、医德医风、人事管理、会议、学习、考勤、安全保卫、后勤管理、财务财产管理、统计报表管理、医疗文书档案管理，奖、惩等共五局部241条管理制度；制定了行政管理、医疗质量管理、护理质量管理、药品管理、院内感染控制管理、财务管理以及思想政治工作和医德医风管理等26项质量控制考核细那么；制定职能科室、业务科室综合目标责任书，做到一级管一级，一级向一级负责的格局。明确责任，保证职能，做到责、权明确，利益适度，从而管理上做到了有章可循，有章必依，逐步完善管理上的法制化、制度化、标准化、标准化。</w:t>
      </w:r>
      <w:r>
        <w:rPr>
          <w:lang w:eastAsia="zh-CN"/>
        </w:rPr>
        <w:br/>
      </w:r>
      <w:r>
        <w:rPr>
          <w:lang w:eastAsia="zh-CN"/>
        </w:rPr>
        <w:t>　　建立符合医院实际的质量管理体系，医院成立了以院长、副院长、医务科和各临床科室为成员的质量管理，质量控制考核领导小组，负责全院质量管理工作。全院形成了主要领导亲自抓；分管领导具体抓；职能科室天天抓；临床科室时时抓的医疗质量、医疗安全管理的格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加强医疗质量管理坚持平时检查与月、季、年质控相结合，严把环节质量关，确保终末质量关。“抓三基〞、“促三严〞、落实“三级医师〞查房制度。医务科经常组织院内职工学习卫生法律、法规、制度、操作规程及操作常规，并记入个人业务档案。近年来通过开展以医疗业务管理，努力提高医疗质量，确保医疗安全为目标的全方位质量管理工作，使医院的`各项工作到达到了综合目标责任制预期目的，医疗质量逐步提高，安全隐患逐渐减少，无医疗事故发生，医疗纠纷也相对较少，提高了医疗质量，确保医疗安全，为明年二级甲等妇幼保健院复查复评工作做准备。</w:t>
      </w:r>
      <w:r>
        <w:rPr>
          <w:lang w:eastAsia="zh-CN"/>
        </w:rPr>
        <w:br/>
      </w:r>
      <w:r>
        <w:rPr>
          <w:lang w:eastAsia="zh-CN"/>
        </w:rPr>
        <w:t>　　二、提高医疗质量，降低医疗费用，是医院的最根本目标</w:t>
      </w:r>
      <w:r>
        <w:rPr>
          <w:lang w:eastAsia="zh-CN"/>
        </w:rPr>
        <w:br/>
      </w:r>
      <w:r>
        <w:rPr>
          <w:lang w:eastAsia="zh-CN"/>
        </w:rPr>
        <w:t>　　提高医疗质量，降低医疗费用，让老百姓用较少的钱享受较为优良的医疗效劳是医疗体制改革的最根本目标。降低医疗费用，提高经济效益也是每一位院长、患者、社会人、医护人员等共同关心的社会问题，它是社会性质和效劳宗旨的直接反映。作为医院的管理者要从加强科学管理素质，降低管理本钱着手，从提高效劳质量和业务质量上下功夫，突出以“技〞取胜而非以“费〞取胜。</w:t>
      </w:r>
      <w:r>
        <w:rPr>
          <w:lang w:eastAsia="zh-CN"/>
        </w:rPr>
        <w:br/>
      </w:r>
      <w:r>
        <w:rPr>
          <w:lang w:eastAsia="zh-CN"/>
        </w:rPr>
        <w:t>　　今年我院严格执行药品、大型医疗器械设备采购招标政策和药品“顺加作价〞政策，实行医药分开核算、分别管理、调整医疗效劳价格，降低总的医疗费用，降低药品收入在医院总收入中的比重。实实在在减轻了病人的经济负担。要实现“降低病人费用〞这一目标，首要的是解决思想认识问题和改善医德医风问题，要坚持“为人民效劳〞的宗旨，正确处理社会效益和经济收益的关系，把社会效益放在首位，防止片面追求经济收益而无视社会效益的倾向的思想。“以病人为中心〞，以广阔患者利益为前提，切实把医护工作作为一个崇高的职业，处理好医院、个人与患者之间的利益问题；切实做到合理检查、合理用药，以低廉的价格提供优质的效劳。年度安全质量工作总结4</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20__年，我站在市建设局的直接领导下，认真学习实践科学发展观，以落实“三法三条例”为主线，按照市委、市政府的总体思路，围绕工作目标，坚持以“监、帮、促”为理念，进一步加强巡查力度，完善“差别化管理”，稳步推进建筑节能、结构抗震、商品混凝土生产企业的质量控制工作及住宅工程竣工分户验收工作，突出安全文明生产薄弱环节、重大危险源隐患的专项整治，确保全年工程质量安全工作有明显好转，工程质量总体受控，安全态势平稳，取得较好的成效。</w:t>
      </w:r>
      <w:r>
        <w:rPr>
          <w:lang w:eastAsia="zh-CN"/>
        </w:rPr>
        <w:t xml:space="preserve"> </w:t>
      </w:r>
      <w:r>
        <w:rPr>
          <w:lang w:eastAsia="zh-CN"/>
        </w:rPr>
        <w:br/>
      </w:r>
      <w:r>
        <w:rPr>
          <w:lang w:eastAsia="zh-CN"/>
        </w:rPr>
        <w:t>　　一、工作基本情况</w:t>
      </w:r>
      <w:r>
        <w:rPr>
          <w:lang w:eastAsia="zh-CN"/>
        </w:rPr>
        <w:br/>
      </w:r>
      <w:r>
        <w:rPr>
          <w:lang w:eastAsia="zh-CN"/>
        </w:rPr>
        <w:t>　　受理质量监督工程项，其中房建工程项，建筑面积万m，工程造价约亿元，市政工程项，工程造价约亿元；工程竣工备案幢；受监工程未发生重大质量事故。</w:t>
      </w:r>
      <w:r>
        <w:rPr>
          <w:lang w:eastAsia="zh-CN"/>
        </w:rPr>
        <w:br/>
      </w:r>
      <w:r>
        <w:rPr>
          <w:lang w:eastAsia="zh-CN"/>
        </w:rPr>
        <w:t>　　受理安全监督项；发生安全生产事故起，死亡人；共办理建筑起重机械备案登记的台、建筑起重机械使用登记台；共个工程项目申报创市级文明工地，有个工程项目通过市级文明工地的初评审。在全市安全监督岗位技能竞赛获得较好成绩。</w:t>
      </w:r>
      <w:r>
        <w:rPr>
          <w:lang w:eastAsia="zh-CN"/>
        </w:rPr>
        <w:br/>
      </w:r>
      <w:r>
        <w:rPr>
          <w:lang w:eastAsia="zh-CN"/>
        </w:rPr>
        <w:t>　　二、质量安全监督主要工作措施及成效</w:t>
      </w:r>
      <w:r>
        <w:rPr>
          <w:lang w:eastAsia="zh-CN"/>
        </w:rPr>
        <w:br/>
      </w:r>
      <w:r>
        <w:rPr>
          <w:lang w:eastAsia="zh-CN"/>
        </w:rPr>
        <w:t>　　建立健全工作制度，保障建设工程质量安全监督工作有力开展，提高监管效能。结合工程质量安全监管工作及我2站学习实践科学发展观调研项目“工程质量安全监管工作走前列新突破”，深化开展科学发展观学习活动，共制定6项工作制度，逐步建立、完善工程质量安全监管工作长效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强化“两场联动”及质量安全专项检查制度，规范进一步各方责任主体行为。对在建工程项共开展质量安全专项检次，检查施工单位个，监理单位个，机械设备台，共发出整改意见书份，督察处理重大工程质量问题起，处理完毕起；督察处理重大工程安全问题起，处理完毕起。</w:t>
      </w:r>
      <w:r>
        <w:rPr>
          <w:lang w:eastAsia="zh-CN"/>
        </w:rPr>
        <w:br/>
      </w:r>
      <w:r>
        <w:rPr>
          <w:lang w:eastAsia="zh-CN"/>
        </w:rPr>
        <w:t>　　深入开展程建设主体行为综合整治行动，切实规范各方主体履职。根据省建设厅、市建设局《关于开展全省工程建设主体行为综合整治行动的通知》要求，分阶段、分步骤开展我站监督工程建设主体行为综合整治行动，并结合“工程建设主体行为三项建设”和“三项行动”，组织召开建设工程安全生产综合治理专项行动专题会议，加大监督检查与执法力度，抓好隐患排查与治理，督促企业抓好特种作业人员、“三类人员”等从业人员的安全教育培训。</w:t>
      </w:r>
      <w:r>
        <w:rPr>
          <w:lang w:eastAsia="zh-CN"/>
        </w:rPr>
        <w:br/>
      </w:r>
      <w:r>
        <w:rPr>
          <w:lang w:eastAsia="zh-CN"/>
        </w:rPr>
        <w:t>　　突出重点，确保工程质量和施工安全。</w:t>
      </w:r>
      <w:r>
        <w:rPr>
          <w:lang w:eastAsia="zh-CN"/>
        </w:rPr>
        <w:br/>
      </w:r>
      <w:r>
        <w:rPr>
          <w:lang w:eastAsia="zh-CN"/>
        </w:rPr>
        <w:t>　　1、深化建筑节能工程的监管，对建筑节能工程实行样板先行，有效地督促工程参建各方认真落实节能措施，切实推进建筑节能的各项措施落到实处，确保建筑节能全面有效实施。</w:t>
      </w:r>
      <w:r>
        <w:rPr>
          <w:lang w:eastAsia="zh-CN"/>
        </w:rPr>
        <w:br/>
      </w:r>
      <w:r>
        <w:rPr>
          <w:lang w:eastAsia="zh-CN"/>
        </w:rPr>
        <w:t>　　2、加大政府投资工程、市政基础设施工程、住宅工程的监管力度，切实保障公众利益和公共安全，有效提升工程质量品质。</w:t>
      </w:r>
      <w:r>
        <w:rPr>
          <w:lang w:eastAsia="zh-CN"/>
        </w:rPr>
        <w:br/>
      </w:r>
      <w:r>
        <w:rPr>
          <w:lang w:eastAsia="zh-CN"/>
        </w:rPr>
        <w:t>　　3、制定《关于加强建筑抗震措施施工管理的通知》，规范框架节点加密箍筋、砌体拉结筋、框架节点区质量监督要求，加大结构抗震施工的监管力度，确保主体结构工程质量。</w:t>
      </w:r>
      <w:r>
        <w:rPr>
          <w:lang w:eastAsia="zh-CN"/>
        </w:rPr>
        <w:br/>
      </w:r>
      <w:r>
        <w:rPr>
          <w:lang w:eastAsia="zh-CN"/>
        </w:rPr>
        <w:t>　　4、制定《受监工程监督检测工作规范要求》，规范主体结构工程砼强度、钢筋保护层厚度、楼板厚度以及建筑材料抽样检测制度，提高检测监督管理水平。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5、按照文明工地标准及创建全国卫生城市和各项要求，强化安全生产及文明施工管理，开展建设工程安全文明施工专项整治工作，突出薄弱环节及重大安全隐患的专项整治。</w:t>
      </w:r>
      <w:r>
        <w:rPr>
          <w:lang w:eastAsia="zh-CN"/>
        </w:rPr>
        <w:br/>
      </w:r>
      <w:r>
        <w:rPr>
          <w:lang w:eastAsia="zh-CN"/>
        </w:rPr>
        <w:t>　　加强队伍作风建设。按照年初制定的《全市建设工程质安监督系统开展“监督队伍作风建设年”活动的实施方案》，确立作风建设的.目标要求，要求全站干部职工树立“六种良好作风”，避免“六种不良现象”，并认真查找自身在作风建设、效能建设上存在的问题，进一步有针对性地加以整改，将作风建设贯穿全年，扎实推进监督队伍健康稳定发展。</w:t>
      </w:r>
      <w:r>
        <w:rPr>
          <w:lang w:eastAsia="zh-CN"/>
        </w:rPr>
        <w:br/>
      </w:r>
      <w:r>
        <w:rPr>
          <w:lang w:eastAsia="zh-CN"/>
        </w:rPr>
        <w:t>　　三、20__年工作安排</w:t>
      </w:r>
      <w:r>
        <w:rPr>
          <w:lang w:eastAsia="zh-CN"/>
        </w:rPr>
        <w:br/>
      </w:r>
      <w:r>
        <w:rPr>
          <w:lang w:eastAsia="zh-CN"/>
        </w:rPr>
        <w:t>　　1、继续完善和强化质量安全监管制度和措施。</w:t>
      </w:r>
      <w:r>
        <w:rPr>
          <w:lang w:eastAsia="zh-CN"/>
        </w:rPr>
        <w:br/>
      </w:r>
      <w:r>
        <w:rPr>
          <w:lang w:eastAsia="zh-CN"/>
        </w:rPr>
        <w:t>　　2、结合市建设局各项要求，深入开展工程建设主体行为综合整治行动及质量安全动态管理制度，加大监督检查与执法力度，抓好质量安全生产隐患排查与治理。</w:t>
      </w:r>
      <w:r>
        <w:rPr>
          <w:lang w:eastAsia="zh-CN"/>
        </w:rPr>
        <w:br/>
      </w:r>
      <w:r>
        <w:rPr>
          <w:lang w:eastAsia="zh-CN"/>
        </w:rPr>
        <w:t>　　3、加大对违法违规行为的查处力度，对不认真落实安全文明施工措施，存在重大质量安全隐患或问题，未按期改正的，根据相应工作制度采取约谈通报措施或挂牌警示措施；对情节恶劣的，依法依规进行立案调查取证，报市建设局进行相应的处罚。</w:t>
      </w:r>
      <w:r>
        <w:rPr>
          <w:lang w:eastAsia="zh-CN"/>
        </w:rPr>
        <w:br/>
      </w:r>
      <w:r>
        <w:rPr>
          <w:lang w:eastAsia="zh-CN"/>
        </w:rPr>
        <w:t>　　4、进一步强化安全生产、文明施工监督管理，突出薄弱环节及重大安全隐患的专项整治，加强对施工现场火灾事故隐患的排查与治理。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进一步加强市、县工程质量安全监督“区域化”建设，实行质量安全监督“技术、力量、信息”等资源共享原则，协助县站开展质量安全监督工作，提供县里重大、重要工程和村镇工程的技术指导，促进市、县建设工程质量安全水平共同提高。</w:t>
      </w:r>
      <w:r>
        <w:rPr>
          <w:lang w:eastAsia="zh-CN"/>
        </w:rPr>
        <w:br/>
      </w:r>
      <w:r>
        <w:rPr>
          <w:lang w:eastAsia="zh-CN"/>
        </w:rPr>
        <w:t>　　6、全面加强队伍建设，打造一支业务水平高、政治素质过硬的质安监队伍。年度安全质量工作总结5</w:t>
      </w:r>
      <w:r>
        <w:rPr>
          <w:lang w:eastAsia="zh-CN"/>
        </w:rPr>
        <w:br/>
      </w:r>
      <w:r>
        <w:rPr>
          <w:lang w:eastAsia="zh-CN"/>
        </w:rPr>
        <w:t xml:space="preserve">    今年以来，我们在局__委的正确领导下，以“优化发展环境建设”为宗旨，以“质量第一”为__，以整体提升全市工程质量水平、杜绝重大工程质量隐患为目的，认真做好我市工程质量监督管理工作。现将20__年年终总结如下： </w:t>
      </w:r>
      <w:r>
        <w:rPr>
          <w:lang w:eastAsia="zh-CN"/>
        </w:rPr>
        <w:br/>
      </w:r>
      <w:r>
        <w:rPr>
          <w:lang w:eastAsia="zh-CN"/>
        </w:rPr>
        <w:t>　　一、受监工程概况</w:t>
      </w:r>
      <w:r>
        <w:rPr>
          <w:lang w:eastAsia="zh-CN"/>
        </w:rPr>
        <w:br/>
      </w:r>
      <w:r>
        <w:rPr>
          <w:lang w:eastAsia="zh-CN"/>
        </w:rPr>
        <w:t>　　新开工项目工程__个，建筑面积__万平方米，总投资__万，建筑面积__万平方米，总投资__万元。收取检测费__元。针对工程具体情况，由站统一安排，组成三个质监组，一个检测组，对工程进行全过程全方位实施监督。</w:t>
      </w:r>
      <w:r>
        <w:rPr>
          <w:lang w:eastAsia="zh-CN"/>
        </w:rPr>
        <w:br/>
      </w:r>
      <w:r>
        <w:rPr>
          <w:lang w:eastAsia="zh-CN"/>
        </w:rPr>
        <w:t>　　二、学习方面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采取集中学习和自学相结合的方法，周五下午集中学习《关于实行__风廉政建设责任制的规定》、《我为优化发展环境做贡献学习文件资料》及我局的各项规定，加强考勤制度，提高大家的自律性；加强作风建设，提高服务质量。__学习的同时加强监督人员的业务学习，年初积极参加省质监总站组织的质量监督人员岗位考核培训，学习国家新颁布的相关条例、文件、新规范和新技术标准，不断提高专业人员业务素质。省建设厅组织的质监机构考核领导小组于_来我站进行监督机构和监督人员的考核，对我站的工作给予了肯定，并顺利通过了考核。</w:t>
      </w:r>
      <w:r>
        <w:rPr>
          <w:lang w:eastAsia="zh-CN"/>
        </w:rPr>
        <w:br/>
      </w:r>
      <w:r>
        <w:rPr>
          <w:lang w:eastAsia="zh-CN"/>
        </w:rPr>
        <w:t>　　三、质量监督方面</w:t>
      </w:r>
      <w:r>
        <w:rPr>
          <w:lang w:eastAsia="zh-CN"/>
        </w:rPr>
        <w:br/>
      </w:r>
      <w:r>
        <w:rPr>
          <w:lang w:eastAsia="zh-CN"/>
        </w:rPr>
        <w:t>　　一是严格按照建设部《建筑法》、《房屋建筑和市政基础设施工程质量监督管理规定》、《建设工程质量管理条例》、《河北省房屋建筑和市政基础设施工程质量监督管理实施办法》和各种验收规范，始终做到有法可依，有法必依，执法必严，__必究。报建建筑工程项目受监率达100%。每一个项目工程的各方责任主体的质量行为、工程实体质量、工程施工验收、施工技术资料、监理资料以及检测报告等有关工程质量的文件和资料的受监率达100%。</w:t>
      </w:r>
      <w:r>
        <w:rPr>
          <w:lang w:eastAsia="zh-CN"/>
        </w:rPr>
        <w:br/>
      </w:r>
      <w:r>
        <w:rPr>
          <w:lang w:eastAsia="zh-CN"/>
        </w:rPr>
        <w:t>　　二是简化监督手续。为了贯彻优化发展环境精神，我们在办理质量监督手续时，应当查验建设单位提供的资料简化为以下几项：</w:t>
      </w:r>
      <w:r>
        <w:rPr>
          <w:lang w:eastAsia="zh-CN"/>
        </w:rPr>
        <w:br/>
      </w:r>
      <w:r>
        <w:rPr>
          <w:lang w:eastAsia="zh-CN"/>
        </w:rPr>
        <w:t>　　1、施工图设计文件审查报告及合格书；</w:t>
      </w:r>
      <w:r>
        <w:rPr>
          <w:lang w:eastAsia="zh-CN"/>
        </w:rPr>
        <w:br/>
      </w:r>
      <w:r>
        <w:rPr>
          <w:lang w:eastAsia="zh-CN"/>
        </w:rPr>
        <w:t>　　2、备案的施工、监理合同；</w:t>
      </w:r>
      <w:r>
        <w:rPr>
          <w:lang w:eastAsia="zh-CN"/>
        </w:rPr>
        <w:br/>
      </w:r>
      <w:r>
        <w:rPr>
          <w:lang w:eastAsia="zh-CN"/>
        </w:rPr>
        <w:t>　　3、施工现场质量管理关键岗位人员资格审查表及相关人员资格证书。经查验，符合条件的，签发《工程质量监督书》，待工程施工许可证颁发后开始实施监督。对在报监前已经进行施工的工程，我站应对其施工资料进行监督检查，并对其工程实体质量进行监督检测。检测合格后及时进行后期的质量监督。将执法与服务有机地结合在一起，受到了各界人士的好评。</w:t>
      </w:r>
      <w:r>
        <w:rPr>
          <w:lang w:eastAsia="zh-CN"/>
        </w:rPr>
        <w:br/>
      </w:r>
      <w:r>
        <w:rPr>
          <w:lang w:eastAsia="zh-CN"/>
        </w:rPr>
        <w:t>　　四、转变监督方式，实行监督巡查制度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从土建工程的基础施工到工程竣工验收全过程，采取巡查和抽查相结合、宏观把关和重点监督相结合、定期和不定期相结合的方法，将工作重点放到工程巡查和重点部位抽查，同时采取“差别化”管理模式，对质量信誉差的企业实行重点监督。四是加强商品混凝土质量的监督管理。针对建筑工程开始大量使用商品混凝土这一情况，我们按《预拌混凝土质量施工控制管理》，要求各商品混凝土生产厂家严格按文件要求贯彻执行。定期或不定期到商品混凝土生产企业进行监督检查，强化管理。采取跟踪监督方式到建筑工地，对应实体检测与同条件和标准试块进行对比分析，看其是否符合要求。使商品混凝土质量控制做到了事前控制，保证了商品混凝土质量。市建设局6月12日对我市的混凝土搅拌站进行了检查，并顺利通过。五是设置永久性标牌，确保工程质量安全终身责任制。按照河北省住房和城乡建设厅《关于新竣工工程设置永久性质量责任标牌的通知》的要求，提高工程质量责任主体的责任意识，充分发挥社会监督作用，促进工程质量提高，新竣工房屋建筑和市政基础设施工程设置永久性质量责任标牌。标牌上载明：工程名称、开竣工日期、建设、勘察、设计、施工、监理单位全称，法人代表及工程项目负责人姓名。在监督工程竣工验收时，发现标牌不符合规定要求的，责令建设单位整改并重新组织验收。尤其对重点工程安排业务能力高，__素质好的质监工程师严格按照质量规范、监督程序严格监督热情服务。</w:t>
      </w:r>
      <w:r>
        <w:rPr>
          <w:lang w:eastAsia="zh-CN"/>
        </w:rPr>
        <w:br/>
      </w:r>
      <w:r>
        <w:rPr>
          <w:lang w:eastAsia="zh-CN"/>
        </w:rPr>
        <w:t>　　五、检测方面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工程质量的'优劣只凭眼看是不能完全评定工程的好坏。要凭仪器设备检测、人员素质的提高。</w:t>
      </w:r>
      <w:r>
        <w:rPr>
          <w:lang w:eastAsia="zh-CN"/>
        </w:rPr>
        <w:br/>
      </w:r>
      <w:r>
        <w:rPr>
          <w:lang w:eastAsia="zh-CN"/>
        </w:rPr>
        <w:t>　　（一）材料检测：一是定期鉴定仪器设备。由我市技术监督局和省计量院对我站部分设备进行了检定，并颁发了检定证书，保证了设备的正常使用和检测结果的准确性。二是坚持设备的定期维护和维修。我们将设备的维护和清洁分配到人，实验完毕后实验员及时对设备进行清扫，保证设备的清洁卫生。购买了易损件钳口，保证了检测工作的正常运转。三是严格按照国家法律、法规、执行标准、试验方法进行检测，保证了检测结果的真实性、公正性、准确性。对进入施工现场的所有原材料均应按要求做到见证取样检测，各种材料检测结果必须符合国家有关施工规范及验收规范，杜绝不合格材料流入或堆放在施工现场，为建筑工程从源头上把好关。对于其中不合格的材料，及时通知监督员、委托方和监理，能复检的要求其做复检试验，不能复检的要求更换材料，坚决杜绝其在工程中使用。截至目前建材检测__多个，合格率为97。5%。四是在5月11日—12日由省质量技术监督局根据《资质认证获证实验室定期监督评审工作方案的通知》组织专家小组，对我实验室进行了监督评审，并对我实验室工作给予了肯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主体检测：加强对基础、主体结构实体进行检测，在工程主体验收之前，必须用混凝土回弹仪、砂浆贯入仪、钢筋位置测定仪、激光三维定向仪、激光测距仪、渗漏巡检仪、漏电开关测试仪和楼板楼度测定仪等来对混凝土的强度、砂浆的强度、钢筋的直径、间距、位置、混凝土保护层的厚度、楼板的厚度等来进行检测，用科学数据来鉴定工程质量，提高了监督工作质量和水平，减少了人为判断失误，确保了工程的结构安全和使用功能的质量安全。工程实体结构检测49个项目工程，合格率100%。</w:t>
      </w:r>
      <w:r>
        <w:rPr>
          <w:lang w:eastAsia="zh-CN"/>
        </w:rPr>
        <w:br/>
      </w:r>
      <w:r>
        <w:rPr>
          <w:lang w:eastAsia="zh-CN"/>
        </w:rPr>
        <w:t>　　六、服务质量方面</w:t>
      </w:r>
      <w:r>
        <w:rPr>
          <w:lang w:eastAsia="zh-CN"/>
        </w:rPr>
        <w:br/>
      </w:r>
      <w:r>
        <w:rPr>
          <w:lang w:eastAsia="zh-CN"/>
        </w:rPr>
        <w:t>　　在日常监督工作中我们坚持树立“寓监督于服务”的理念，要求全站人员在做好监督工作的前提下搞好服务。实施四项基本制度：首问责任制；一次性告知制；服务承诺制；限时办结制。按照优化经济发展环境的总体要求，我们以提高全市建筑工程质量整体水平为目标，努力为各方责任主体提供及时、优质的服务。在新农村改造、安居工程建设中，我们采取了提前介入的监督方式，将严厉执法与保姆式服务有机地相结合起来，保证工程质量，年度安全质量工作总结6</w:t>
      </w:r>
      <w:r>
        <w:rPr>
          <w:lang w:eastAsia="zh-CN"/>
        </w:rPr>
        <w:br/>
      </w:r>
      <w:r>
        <w:rPr>
          <w:lang w:eastAsia="zh-CN"/>
        </w:rPr>
        <w:t xml:space="preserve">    一年来，项目部认真贯彻执行《安全生产法》、《建设工程安全生产管理条例》、《建设工程质量管理条例》、《环境保护管理条例》等有关法律法规，认真贯彻落实集团公司及铁三院兴保铁路总承包项目部文件精神和相关规定，以“安全第一，预防为主；百年大计，质量第一”为目标，以各项规范及设计文件为标准，以各专业细则及方法为手段，紧紧围绕施工生产积极开展安全质量环保工作，实现了全年无人身死亡事故，无火灾、机械、设备损坏事故，无重大交通事故；施工质量有序可控，无环境保护投诉。现将本项目自开工至今的安全质量管理工作开展情况总结如下： </w:t>
      </w:r>
      <w:r>
        <w:rPr>
          <w:lang w:eastAsia="zh-CN"/>
        </w:rPr>
        <w:br/>
      </w:r>
      <w:r>
        <w:rPr>
          <w:lang w:eastAsia="zh-CN"/>
        </w:rPr>
        <w:t>　　一、建立组织机构，制定规章制度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建立完善项目部各项管理制度的同时，制定了项目部《安全生产管理办法》、《工程质量管理办法》、《环境保护管理办法》、《安全质量环保管理体系》及《各类应急预案》等管理资料，根据管理办法的有关要求，成立了项目部安全质量领导小组和安全质量专职管理机构，配备了专职安全质量管理人员 8 名，制定了各部门、各 工区（架子队） 和各岗位安全质量职责，从组织上和制度上建立了安全质量管理长效机制。</w:t>
      </w:r>
      <w:r>
        <w:rPr>
          <w:lang w:eastAsia="zh-CN"/>
        </w:rPr>
        <w:br/>
      </w:r>
      <w:r>
        <w:rPr>
          <w:lang w:eastAsia="zh-CN"/>
        </w:rPr>
        <w:t>　　1、项目部建立以项目经理为安全生产第一责任人，项目安全总监为主抓、安全管理部门具体抓、各业务部门配合抓的安全管理体系。根据“管生产必须管安全”和“谁施工谁负责安全”的原则，建立各级安全生产责任制度，分级管理，层层签定安全生产责任书，落实安全生产责任制。项目安全监察部配备6名安全监察员；在各个劳务队中选拔2名安全协管员（一名负责白班，一名负责夜班）；对危险性较大工程项目（火工品使用、人工挖孔桩、高墩施工、隧道施工）设专职安全员跟班作业。整个工程的安全生产处于安全、有效、合理的受控状态。</w:t>
      </w:r>
      <w:r>
        <w:rPr>
          <w:lang w:eastAsia="zh-CN"/>
        </w:rPr>
        <w:br/>
      </w:r>
      <w:r>
        <w:rPr>
          <w:lang w:eastAsia="zh-CN"/>
        </w:rPr>
        <w:t>　　2、对施工现场的每道工序及作业环节进行安全技术交底，为确保安全技术交底能及时传达至每位参建员工，我部举行现场安全技术交底会，对每个交底内容进行解读，现场解答施工人员心中的不明之处，确保交底全面覆盖。从而有效的杜绝了施工中存在的违章作业、违章指挥等不安全行为，为我部安全质量管理工作的开展提供了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二、加大安全教育，确保施工安全</w:t>
      </w:r>
      <w:r>
        <w:rPr>
          <w:lang w:eastAsia="zh-CN"/>
        </w:rPr>
        <w:br/>
      </w:r>
      <w:r>
        <w:rPr>
          <w:lang w:eastAsia="zh-CN"/>
        </w:rPr>
        <w:t>　　1、项目部高度重视对现场施工人员及管理人员的安全教育培训工作，在开工之初，我部便根据施工具体情况及进度安排制定施工安全培训计划，为我部安全质量教育工作的开展提供参考。从新入场劳务队工人开始，我们首先组织员工观看一次安全教育片，以直观的安全事故惨案让员工心理受到触动，增强员工自我安全保护意识。然后组织专业技能和安全知识学习。针对不同岗位特点，我们对现场作业人员进行施工机械、高空作业、电气设备等相应业务知识培训，并进行安全考试，避免因技术操作原因造成安全事故。</w:t>
      </w:r>
      <w:r>
        <w:rPr>
          <w:lang w:eastAsia="zh-CN"/>
        </w:rPr>
        <w:br/>
      </w:r>
      <w:r>
        <w:rPr>
          <w:lang w:eastAsia="zh-CN"/>
        </w:rPr>
        <w:t>　　2、在施工现场设立安全标语、宣传栏等，普及施工安全知识，潜移默化的提高员工安全防护和处理危机的能力。</w:t>
      </w:r>
      <w:r>
        <w:rPr>
          <w:lang w:eastAsia="zh-CN"/>
        </w:rPr>
        <w:br/>
      </w:r>
      <w:r>
        <w:rPr>
          <w:lang w:eastAsia="zh-CN"/>
        </w:rPr>
        <w:t>　　3、对所有上岗人员实行安全交底及安全意识和安全技术知识教育，把有关安全操作规程印发到工班，审查特殊工种作业人员的特种作业证件有效性，保证持证上岗，并建立特种作业人员档案。</w:t>
      </w:r>
      <w:r>
        <w:rPr>
          <w:lang w:eastAsia="zh-CN"/>
        </w:rPr>
        <w:br/>
      </w:r>
      <w:r>
        <w:rPr>
          <w:lang w:eastAsia="zh-CN"/>
        </w:rPr>
        <w:t>　　4、我们由工区负责人组织作业队坚持每天召开班前会和收工会，班前对当天的作业内容和安全控制重点进行交底，对危险源及时提醒，让作业人员心中有数，督促其保证安全生产。班后召开安全总结会，对一天来的安全施工情况进行点评，查漏纠错，改正不合理的施工方法，把安全生产的理念深入渗透到现场的每一个工序，每一个环节，每一个人的心中，做到安全问题天天讲、事事讲、人人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5、随着各劳务队施工作业面的进一步扩大，在施工过程中会伴随着作业人员的来来去去，对于在施工过程中新进场的作业人员项目部采取不同级别的安全教育保证安全生产。新进场人员到项目部报道后，先有施工班组进行初步的安全技术培训，然后再有项目安全监察部对新进场的作业人员进行不同工种的分项安全技术教育培训。以保证新进场作业人员能够用安全正确的进行施工作业。</w:t>
      </w:r>
      <w:r>
        <w:rPr>
          <w:lang w:eastAsia="zh-CN"/>
        </w:rPr>
        <w:br/>
      </w:r>
      <w:r>
        <w:rPr>
          <w:lang w:eastAsia="zh-CN"/>
        </w:rPr>
        <w:t>　　据统计我部共培训新进人员785余人次，待考核合格后，我部也及时跟每个施工班组签订安全质量责任承诺书，与每个施工人员签订安全质量责任承诺卡，明确每个班组与施工人员在施工过程中的安全质量责任，确保施工安全质量可控。</w:t>
      </w:r>
      <w:r>
        <w:rPr>
          <w:lang w:eastAsia="zh-CN"/>
        </w:rPr>
        <w:br/>
      </w:r>
      <w:r>
        <w:rPr>
          <w:lang w:eastAsia="zh-CN"/>
        </w:rPr>
        <w:t>　　三、加大安全投入，改善作业环境，促进了安全生产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及时有效的安全经费投入，是安全生产的重要保障。在施工过程中我部严格按照投标文件进行安全费用的提取与使用，及时购置发放个人安全防护用品，配置必要的消防用品及其他安全防护用品，确保安全防护设施安全可靠。截至目前，我部共使用安全经费3755774元，符合安全费用的提取比例。保证各作业面的安全警示标识齐全醒目，标识随时损坏、丢失随时补充完善。我们严格按标准化管理要求布置现场，五牌一图标识、思想汇报专题警示标牌醒目；材料、机具堆放规整合理；流水作业快速高效。项目部对危险较大分部分项工程设置现场安全负责人、施工作业区安全防护员、现场安全巡视员、劳务队安全协管员四方密切配合、互为一体的四位一体联防体系，做到安全信息共享，不安全因素同治，安全管理无缝对接。为员工创造了良好的安全生产条件，员工的安全质量意识达标，文明生产意识明显增强。</w:t>
      </w:r>
      <w:r>
        <w:rPr>
          <w:lang w:eastAsia="zh-CN"/>
        </w:rPr>
        <w:br/>
      </w:r>
      <w:r>
        <w:rPr>
          <w:lang w:eastAsia="zh-CN"/>
        </w:rPr>
        <w:t>　　四、重大危险源管理和安全形势分析</w:t>
      </w:r>
      <w:r>
        <w:rPr>
          <w:lang w:eastAsia="zh-CN"/>
        </w:rPr>
        <w:br/>
      </w:r>
      <w:r>
        <w:rPr>
          <w:lang w:eastAsia="zh-CN"/>
        </w:rPr>
        <w:t>　　1、重大危险源管理 项目部针对工程特点建立重大危险源资料库对危险源实施动态监控管理主要为隧道防坍塌、有害气体中毒，桥梁施工防高处坠落、高处落物，民爆物品管理等方面通过制定控制目标和管理方案确保项目重大危险源保持可控状态。</w:t>
      </w:r>
      <w:r>
        <w:rPr>
          <w:lang w:eastAsia="zh-CN"/>
        </w:rPr>
        <w:br/>
      </w:r>
      <w:r>
        <w:rPr>
          <w:lang w:eastAsia="zh-CN"/>
        </w:rPr>
        <w:t>　　2、针对危险性较大工程项目人工挖孔桩施工，我们建立了《日挖孔记录表》由现场安全监察员跟踪，从业人员安全防护用品的使用到机电设备、防护设施的完好情况和挖孔深度地质情况的检测，发现安全隐患跟踪整改；隧道施工，我们建立了《隧道及地下工程施工安全管理台账》，同时制定了安全隐患卡控表，明确隐患部位、卡控措施，现场安全监察员监督作业层，使作业工人做到工作任务清楚、范文写作安全责任清楚、现场危险点清楚、现场安全措施清楚。由于对隐患源底数清，卡控监督到位，工程施工过程中未发生过一起事故，做到了防患于未然。</w:t>
      </w:r>
      <w:r>
        <w:rPr>
          <w:lang w:eastAsia="zh-CN"/>
        </w:rPr>
        <w:br/>
      </w:r>
      <w:r>
        <w:rPr>
          <w:lang w:eastAsia="zh-CN"/>
        </w:rPr>
        <w:t>　　3、安全形势分析 截至20__年12月项目部承建安家山河大桥、武家沟河特大桥高墩施工、隧道掘进、人工挖孔桩作业、火工品使用等较大危险性施工安全状态可控，下一步的安全管理工作中重点仍是高墩施工、人工挖孔桩安全和隧道施工用电、防坍塌、交通安全、火工品管理等方面项目部将针对重点管理部位工序继续深入加大监控力度和管理工作确保施工生产安全进行。</w:t>
      </w:r>
      <w:r>
        <w:rPr>
          <w:lang w:eastAsia="zh-CN"/>
        </w:rPr>
        <w:br/>
      </w:r>
      <w:r>
        <w:rPr>
          <w:lang w:eastAsia="zh-CN"/>
        </w:rPr>
        <w:t>　　五、开展安全质量检查，消除安全质量隐患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部根据现场施工进度的情况，坚持安全生产定期和不定期检查制度。项目部每周对安全生产情况进行一次检查考评，对作业层工序转换安全检查，发现不规范行为及时纠正，并做好每日的安全日志；结合系统内开展的安全生产大检查活动，积极配合兴保铁路总承包项目部安全检查组的检查，评比打分，兑现奖罚。随时接受业主及监理单位对安全生产的.监督、检查、考评，对检查发现的安全质量隐患及时进行整改并登记建档，并对检查中出现频次较多的安全质量隐患，及时组织相关人员分析原因并采取有效预防措施，同时有针对性的开展专项安全质量整治活动，达到彻底消除安全质量隐患的目的，使施工现场安全质量能够得到有效控制。经统计，我部共计开展安全检查70余次，发现安全质量隐患65余个，下发安全质量罚款通知书15份，罚款金额达8050元。</w:t>
      </w:r>
      <w:r>
        <w:rPr>
          <w:lang w:eastAsia="zh-CN"/>
        </w:rPr>
        <w:br/>
      </w:r>
      <w:r>
        <w:rPr>
          <w:lang w:eastAsia="zh-CN"/>
        </w:rPr>
        <w:t>　　对上级单位检查发现的安全质量问题或提出的意见，我部均能按照要求及时进行整改和完善，并及时进行回复，截至目前，我部共接到上级单位下发的整改通知单10余份，已全部进行整改回复。</w:t>
      </w:r>
      <w:r>
        <w:rPr>
          <w:lang w:eastAsia="zh-CN"/>
        </w:rPr>
        <w:br/>
      </w:r>
      <w:r>
        <w:rPr>
          <w:lang w:eastAsia="zh-CN"/>
        </w:rPr>
        <w:t>　　六、民用爆炸物品管理</w:t>
      </w:r>
      <w:r>
        <w:rPr>
          <w:lang w:eastAsia="zh-CN"/>
        </w:rPr>
        <w:br/>
      </w:r>
      <w:r>
        <w:rPr>
          <w:lang w:eastAsia="zh-CN"/>
        </w:rPr>
        <w:t>　　火工品管理严格按照《民爆物品安全管理办法》执行，项目部建立民用爆炸物品管理组织，制定专人负责火工品的管理，组织协调与民爆公司联合监管火工品的采购、运输、保管、使用全过程，同时项目部还制定专人不定期对炸药库、火工品使用地点进行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七月份以来，山洪多次对我标段施工现场及部分地势低的营地构成威胁。因此防洪度汛是7-8月份安全工作的重点，由于在自然灾害发生前做了充分的准备，制定了《防洪防汛紧急预案》进行了提早谋划、提早动员、提早部署，做到层层分工、层层落实，不折不扣地把防洪防汛工作作为一项重要工作来抓，落实应急物资储备，确保辖区内河道通畅，施工便道排水系统完好，抗洪抢险工作取得了阶段性胜利，并把洪灾损失降至最低。</w:t>
      </w:r>
      <w:r>
        <w:rPr>
          <w:lang w:eastAsia="zh-CN"/>
        </w:rPr>
        <w:br/>
      </w:r>
      <w:r>
        <w:rPr>
          <w:lang w:eastAsia="zh-CN"/>
        </w:rPr>
        <w:t>　　七、工程质量创优规划</w:t>
      </w:r>
      <w:r>
        <w:rPr>
          <w:lang w:eastAsia="zh-CN"/>
        </w:rPr>
        <w:br/>
      </w:r>
      <w:r>
        <w:rPr>
          <w:lang w:eastAsia="zh-CN"/>
        </w:rPr>
        <w:t>　　1.20__年3月份一上场，项目部就成立了以项目经理为组长，项目副经理及总工程师为副组长，质检工程师、各业务部室主管、施工队长、工班长为组员的质量领导小组，编制下发了《项目质量管理体系》、《现场质量管理体系》等，以保证和提高工程质量为目标，以强化责任和管理、施工过程控制为手段，建立了一个从工程计划、质量、安全环保、综合协调、物资设备采购到工程试验检验、项目施工保证的质量保证系统，把质量管理各阶段、各环节的质量职能严密组织起来，形成一个既有明确任务、职责、权限，又能互相协调、促进的质量保证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对施工的各道工序严格实行“三检”制度，即自检、互检、交接检。上道工序不合格，严禁进入下道工序；严格实行工程质量责任制，建立创优激励机制，实行工程质量管理逐级负责制和质量一票否决制，并建立“五不施工”、“三不交接”制度，“五不施工”：未进行技术交底不施工；图纸和技术要求不清楚不施工；测量桩和资料未经换手复核不施工；材料无合格证或试验不合格者不施工；工程不经检查签证不施工；“三不交接”：无自检记录不交接；未经专业人员验收合格不交接；施工记录不全不交接。</w:t>
      </w:r>
      <w:r>
        <w:rPr>
          <w:lang w:eastAsia="zh-CN"/>
        </w:rPr>
        <w:br/>
      </w:r>
      <w:r>
        <w:rPr>
          <w:lang w:eastAsia="zh-CN"/>
        </w:rPr>
        <w:t>　　3.严格的原材料、成品和半成品进场验收制度，对项目材料物资严格把好原材料订货、进料关，做到先试验合格后进场，材料的出厂合格证、现场试验报告单手续齐全，分区堆码整齐，产品标识明确，组建全自动拌合站，实现永久可追溯性。年度安全质量工作总结7</w:t>
      </w:r>
      <w:r>
        <w:rPr>
          <w:lang w:eastAsia="zh-CN"/>
        </w:rPr>
        <w:br/>
      </w:r>
      <w:r>
        <w:rPr>
          <w:lang w:eastAsia="zh-CN"/>
        </w:rPr>
        <w:t xml:space="preserve">    20__年，渔政科按照局里年度工作总体思路及部、省渔政工作部署，坚持一手抓安全生产，一手抓执法服务，较好地完成了各项工作任务，促进了渔业健康规范发展。 </w:t>
      </w:r>
      <w:r>
        <w:rPr>
          <w:lang w:eastAsia="zh-CN"/>
        </w:rPr>
        <w:br/>
      </w:r>
      <w:r>
        <w:rPr>
          <w:lang w:eastAsia="zh-CN"/>
        </w:rPr>
        <w:t>　　一、领导重视，渔业安全生产管理机制完善。</w:t>
      </w:r>
      <w:r>
        <w:rPr>
          <w:lang w:eastAsia="zh-CN"/>
        </w:rPr>
        <w:br/>
      </w:r>
      <w:r>
        <w:rPr>
          <w:lang w:eastAsia="zh-CN"/>
        </w:rPr>
        <w:t>　　渔业安全生产事关渔民群众生命财产，人命关天。抓好安全生产管理作为渔政工作的重中之重，局领导高度重视渔业安全生产工作，将渔业安全生产考核指标纳入年度考核内容，一是认真落实安全生产责任。年初转发了省局《关于做好渔业安全生产工作的通知》，同时，为做好渔业生产管理工作，在3月19日__市20__年畜牧兽医水产</w:t>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执法年”活动动员大会上黄仲局长与各县市区一把手签订了《20__年__市渔船渔港安全监督管理责任状》，强化了7项安全措施，明确了6项安全责任，并实行重点考核，严格执行一票否决制。二是加强培训提高素质。6月2-3日，为提高渔政执法人员业务素质，强力推进养殖业“执法年”活动深入开展，__市举办渔业行政执法人员培训班。培训由__市畜牧医兽水产局副调研员__主持，邀请了省畜牧水产局渔政处法制专家陈志、__市法制办副主任（局法律顾问）__等专家进行授课，省畜牧水产局渔政处处长__莅临培训开班仪式并作重要讲话，县市区渔政执法人员60人和__市5人参加培训。三是组织开展安全生产检查。一方面督促各县市区继续开展渔业安全生产执法、安全生产治理和安全生产宣传教育活动，分管领导和渔政科人员在“春节”期间到__市、__县、__县、__县等重点渔业县督促检查渔业安全生产情况。另一方面按要求建立和完善渔业安全生产应急机制，公布__市渔船事故调查机关24小时值班电话，对渔船救生、消防、信号等安全设备配备及使用情况、船员安全技能实际操作情况、渔船违章载客情况等进行自查，发现安全隐患，及时督促整改。四是开展渔船检验执法监督三大行动。根据《湖南省畜牧水产局</w:t>
      </w:r>
      <w:r>
        <w:rPr>
          <w:lang w:eastAsia="zh-CN"/>
        </w:rPr>
        <w:t xml:space="preserve"> 关于开展全省渔船检验执法监督三大行动的通知》（湘牧渔发〔20__〕50号）文件要求，我科制定下发《__市渔船检验执法监督三大行动实施方案》，20__年在全市继续开展“渔船基本数据普查行动”、“渔船安全风险隐患排查与整治行动”和“渔船船用产品质量监督整治行动”三大行动。全面摸清我市应检渔船基本情况，核查渔船重要基本数据，建设“数字化”渔船检验监察系统，提高渔船检验工作履职能力，防范“套牌”、船证不符等非法渔船产生；通过开展船长5米以上渔船重要安全隐患的排查及隐患整治工作，促进渔船改造更新，提升渔船安全状况；通过对渔船重要船用产品配备及其质量情况的检查、整治，确保渔船船用产品配备到位，保障渔民生命财产安全。</w:t>
      </w:r>
      <w:r>
        <w:rPr>
          <w:lang w:eastAsia="zh-CN"/>
        </w:rPr>
        <w:br/>
      </w:r>
      <w:r>
        <w:rPr>
          <w:lang w:eastAsia="zh-CN"/>
        </w:rPr>
        <w:t>　　二、严格执行禁渔期制度，切实做好20__年渔政执法工作。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根据省局文件和会议精神，为适应两型社会发展和生态郴州建设新形势、新要求，以保护渔业资源、保护渔业水域环境、维护渔业生产秩序为重点，我局组织开展执法护渔专项行动，优化渔业发展环境。一是成立以分管副局长郭石明任组长，副调研员陈积友任副组长，渔政科成员及县市区局分管领导为成员的执法护渔检查领导小组，领导小组办公室设在渔政科，科长曹国宝任办公室主任，具体负责全市渔政执法和禁渔工作的组织、协调。二是制定禁渔工作实施方案。制定下发《关于切实做好20__年渔政执法工作的通知》（郴牧办发〔20__〕8号），并召开了全市禁渔工作专题会议，对执法护渔和春季禁渔工作作了周密安排部署。从4月1日12时至6月30日12时，组织对全市主要河流和东江湖、欧阳海等大中型水库全面实施春季禁渔，郴州中心城区河道还实行常年禁渔。三是继续加强郴州城区河道常年禁渔管理机制。20__年，开展“养殖业执法年”活动，把城区河道的非法捕鱼列为打击整治重点，制定市城区河道渔政巡逻方案，牵头组织__区局、__区局渔政人员，组成渔政联合执法队伍，在市城区河道加强日常渔政巡查。每年在全国统一禁渔期间和增殖放流活动前后等重要时期，开展多次为期1-2个月的渔业执法专项整治行动。今年来先后15到市民举报有人在郴江河捕鱼，我们不管是白天还是深夜，总在第一时间赶赴现场处理。5月下旬我科牵头组织__区、__区畜牧兽医水产局共40人次，在市城区河段开展禁渔专项整治行动，主要查处在河道内炸鱼、毒鱼、电鱼、网鱼等行为，期间共处置非法捕鱼15起，涉案人员20人，没收电鱼机12套件，现场销毁6套件，没收刺网12张，地笼18个。通过电视台等宣传媒体进行正面教育，案件警示，禁渔工作家喻户晓，深入人心。</w:t>
      </w:r>
      <w:r>
        <w:rPr>
          <w:lang w:eastAsia="zh-CN"/>
        </w:rPr>
        <w:br/>
      </w:r>
      <w:r>
        <w:rPr>
          <w:lang w:eastAsia="zh-CN"/>
        </w:rPr>
        <w:t>　　三、加大鱼类增殖放流力度，促进文明生态郴州建设。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进一步加大我市水域渔业资源养护力度，促进水生生物增殖，改善和修复水域生态环境，贯彻落实《中国水生生物资源养护行动纲要》和省局《关于开展水生经济物种增殖放流工作的通知》（湘牧渔办政〔20__〕21号）的文件精神，下发了《关于做好20__年水生生物增殖放流工作的通知》（郴牧办发〔20__〕14号），将2300万尾放流任务分解到各县市区，切实做好长江、珠江流域天然水域的保护和修复工作，促进人与自然和谐相处，维护水生生物资源，促进郴州生态文明建设。一是严格目标管理。我科制定__市水生生物增殖放流方案，领导部署鱼类增殖放流工作，督促指导县市区开展放流活动。4月9日，__县畜牧兽医水产局在舂陵江举行渔类人工增殖放流活动，此次活动共投放大规格的草鱼、鳙鱼、鲢鱼种100万尾。4月15日，永乐江鱼类增殖放流活动在__县永乐江镇大石村启动，向湘江流域永乐江水域投放鲢鱼、鳙鱼、草鱼、青鱼等“四大家鱼”鱼种50万尾。4月22日上午9:30，20__’__市春季增殖放流暨市城区河道集中放鱼活动在郴江河王仙湖段举行，投放100万尾草鱼、鲢、鳙、鲤、鲫、鳊、鲴、青鱼等能改善水质的经济鱼苗欢快的游入郴江。为确保放鱼效果，活动后，__市、区两级畜牧水产部门将结合春季禁渔期制度，在城区河道开展为期一月的禁渔专项整治，打击电毒炸网鱼等捕捞行为。5月__县举行增殖放流活动，投放鱼苗鱼种100万尾，6月6日，我市__县、__县、__区在“全国放流日”都开展了鱼类人工增殖放流活动，投放鱼苗鱼种300万尾。6月底__县、__市、__区、__县又举办了第二次增殖放流，夏花鱼苗种投放。截止到9月30日，全市举办人工增殖放流活动18次，投放鱼种2991.8万尾，银鱼鱼卵4004.17万粒，合计投放数到达6995.97万尾（粒），购买鱼种和举办活动投入经费599.27万元，超额完成全年放流任务，领导重视程度和产生的社会影响超历史。二是加大宣传力度。全市大部分县市区开展《渔业法》、《中国水生生物资源养护行动纲要》宣传周活动，利用电视台、标语、传单、横幅等多种形式，引导推广多形式的`社会性放流活动，广泛动员社会团体、企事业单位及个人积极参与增殖放流，扩大放流规模和效果，增强全社会保护水生生物资源和渔业生态环境的意识。全市共组织新闻媒体宣传报道58次，发放宣传资料</w:t>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20000份，张贴通告20__份，悬挂横幅36幅，出动宣传车160台次，走访渔民800户，上报省局网站信息资料3000字。各县市区举行增殖放流活动时，都请当地当视台、郴州主流新闻媒体到场，对活动进行全程跟踪报道，北湖、苏仙、嘉禾、永兴、桂东、临武等地的放流活动，都在《郴州日报》、《郴州新报》、郴州电视台进行共20多次报道。三是严格操作规程。严格执行农业部《水生生物增殖放流管理规定》、《sc／t9401-20__水生生物增殖放流技术规程》、湖南省《水生动物增殖放流技术规范》及落实《农业部关于进一步规范水生生物增殖放流活动的通知》要求，做到科学、规范、文明放流。四是严格监督管理。严格按农业部规定的人工放流要点操作，本着公开、公正的原则，加强增殖放流的全程监管，推行放流公示公证制度，将放流区域、时间、品种、规格和有关情况通过适当形式向社会公示，接受其监督，并请公证机关到放流现场予以公证，保证放流真实性和公信力。各地在放流前认真做好放流鱼种的检测和检疫，放流后的1-2周内，加强放流水域的渔政管理工作，严厉打击一些不法分子使用电鱼毒鱼炸鱼及非法渔具捕鱼的违法活动。年度安全质量工作总结8</w:t>
      </w:r>
      <w:r>
        <w:rPr>
          <w:lang w:eastAsia="zh-CN"/>
        </w:rPr>
        <w:br/>
      </w:r>
      <w:r>
        <w:rPr>
          <w:lang w:eastAsia="zh-CN"/>
        </w:rPr>
        <w:t xml:space="preserve">    20__年以来，丰沛项目部始终围绕公司和项目部安全质量管理目标，认真贯彻上级有关安全质量工作的文件精神，健全完善各项管理制度，落实安全质量管理职责，将各部门的相关管理制度及措施纳入到管理体系和岗位规范中，促进安全管理工作。项目部极端重视强化日常安全监督检查工作，查隐患，补漏洞，切实为安全生产起到保驾护航作用。 </w:t>
      </w:r>
      <w:r>
        <w:rPr>
          <w:lang w:eastAsia="zh-CN"/>
        </w:rPr>
        <w:br/>
      </w:r>
      <w:r>
        <w:rPr>
          <w:lang w:eastAsia="zh-CN"/>
        </w:rPr>
        <w:t>　　项目部严格落实工作制度化、管理程序化、责任具体化的“三化”机制，严格考核追究制度。施工作业中严格控制标准化，工序签认严格把关，努力实现质量无缺陷；由于制度完善，责任明确到岗到人，职工全员安全防范意识、质量控制意识和水平都有较大提高，从而实现了年度安全生产零事故，工程质量零事故，实现了项目部年度安全质量目标。现将20__年安全质量工作总结及20__年安全质量工作打算汇报如下。</w:t>
      </w:r>
      <w:r>
        <w:rPr>
          <w:lang w:eastAsia="zh-CN"/>
        </w:rPr>
        <w:br/>
      </w:r>
    </w:p>
    <w:p w:rsidR="001B1F19" w14:textId="27C3F48A">
      <w:pPr>
        <w:rPr>
          <w:rFonts w:hint="eastAsia"/>
          <w:lang w:eastAsia="zh-CN"/>
        </w:rPr>
      </w:pPr>
      <w:r>
        <w:rPr>
          <w:lang w:eastAsia="zh-CN"/>
        </w:rPr>
        <w:t>　　一、20__年年终安全质量工作总结</w:t>
      </w:r>
      <w:r>
        <w:rPr>
          <w:lang w:eastAsia="zh-CN"/>
        </w:rPr>
        <w:br/>
      </w:r>
      <w:r>
        <w:rPr>
          <w:lang w:eastAsia="zh-CN"/>
        </w:rPr>
        <w:t>　　1、做好机构调整，整章建制工作，进一步优化安全质量保证体系，加大执行力建设，推动安全质量保证体系良好运转，把安全质量职责制落到实处。</w:t>
      </w:r>
      <w:r>
        <w:rPr>
          <w:lang w:eastAsia="zh-CN"/>
        </w:rPr>
        <w:br/>
      </w:r>
      <w:r>
        <w:rPr>
          <w:lang w:eastAsia="zh-CN"/>
        </w:rPr>
        <w:t>　　今年年初，根据公司人事调整命令和现场生产的需要，项目部机构作出了重新调整，明确了各级人员的质量职责，针对工程安全质量控制的关键部位、关键工点，分配相关领导人员实行安全质量包保，通过引入群众安全监督岗，全面发挥群众安全监督的作用。项目部根据工程进展情况和新形势的发展修订完善了各项管理制度，进一步细化安全质量责任制，配置合格人员，做到横向到边，纵向到底，不留死角，加强能力建设，强化基础，提高素质，提升了综合管理水平。</w:t>
      </w:r>
      <w:r>
        <w:rPr>
          <w:lang w:eastAsia="zh-CN"/>
        </w:rPr>
        <w:br/>
      </w:r>
      <w:r>
        <w:rPr>
          <w:lang w:eastAsia="zh-CN"/>
        </w:rPr>
        <w:t>　　2、加大对上级文件的宣传贯彻力度，加大检查整改的力度和密度，落实闭环管理。</w:t>
      </w:r>
      <w:r>
        <w:rPr>
          <w:lang w:eastAsia="zh-CN"/>
        </w:rPr>
        <w:br/>
      </w:r>
      <w:r>
        <w:rPr>
          <w:lang w:eastAsia="zh-CN"/>
        </w:rPr>
        <w:t>　　项目部做到了及时贯彻落实文件精神，把安全管理工作贯穿在质量管理的具体工作中，对上级组织的各种质量、安全活动积极参与，配合具体落实。对于中铁系统、上海铁路局、地方政府来文，项目部都做到了及时全员传达，且做到实名签到，留有影响资料；对于知识性较强的文件，项目部除了组织学习外，还要进行考试等方式的考核，进一步检查文件贯宣落实情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https://d.book118.com/397010035054006045</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97010035054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