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军训主题活动总结（33篇）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军训主题活动总结（精选33篇）</w:t>
      </w:r>
      <w:r>
        <w:rPr>
          <w:lang w:eastAsia="zh-CN"/>
        </w:rPr>
        <w:br/>
      </w:r>
      <w:r>
        <w:rPr>
          <w:lang w:eastAsia="zh-CN"/>
        </w:rPr>
        <w:t xml:space="preserve">    军训主题活动总结 篇1 </w:t>
      </w:r>
      <w:r>
        <w:rPr>
          <w:lang w:eastAsia="zh-CN"/>
        </w:rPr>
        <w:br/>
      </w:r>
      <w:r>
        <w:rPr>
          <w:lang w:eastAsia="zh-CN"/>
        </w:rPr>
        <w:t>　　众所周知，进入大学的第一件任务就是军训。虽然因为种种原因军训延期了，但这一任务我们还是必须完成的。在这学期，我们进行了为期一周的军训。这次军训，得到了训练营的大力支持，他们派出了以一些优秀的教官，每天都准时精神抖擞地出现在我们同学的面前。他们展现了新时代军人的风采，也用自己的行动无声的教育着每一位同学。</w:t>
      </w:r>
      <w:r>
        <w:rPr>
          <w:lang w:eastAsia="zh-CN"/>
        </w:rPr>
        <w:br/>
      </w:r>
      <w:r>
        <w:rPr>
          <w:lang w:eastAsia="zh-CN"/>
        </w:rPr>
        <w:t>　　1、在这一短暂而又漫长的军训活动中，同学们穿着统一的军服。人们都说，军训会很苦很累，他不但会晒黑你的皮肤，而且会限制你很多自由。但即使如此，我依然没有退缩，依然满怀信心去迎接。虽然顶着炎炎烈日，但是同学们还是整整齐齐的站军姿，走正步，踏步等。纵使我们脸颊的汗水直流，纵使我们的双脚有些麻木，纵使我们的胳膊有些酸痛，但我们不到最后一秒钟决不懈怠。</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通过这次的军训使我们学会了在今后的学习实践中，互相帮助、团结友爱，关心集体。并把在军训期间养成的优良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讲文明、讲纪律、讲诚信、争三好”的合格的大学生。</w:t>
      </w:r>
      <w:r>
        <w:rPr>
          <w:lang w:eastAsia="zh-CN"/>
        </w:rPr>
        <w:br/>
      </w:r>
      <w:r>
        <w:rPr>
          <w:lang w:eastAsia="zh-CN"/>
        </w:rPr>
        <w:t>　　整个军训活动，在全体教官和同学们的共同努力下，在全校各部门的全力配合下，达到了预期目的，并取得了显著的成效。</w:t>
      </w:r>
      <w:r>
        <w:rPr>
          <w:lang w:eastAsia="zh-CN"/>
        </w:rPr>
        <w:br/>
      </w:r>
      <w:r>
        <w:rPr>
          <w:lang w:eastAsia="zh-CN"/>
        </w:rPr>
        <w:t>　　在紧张艰苦的军训中，学生经受了一次严格的考验，也获得了前所未有、终生受益的精神财富。军训是我校的一项基本制度，是开展以“育人”为中心工作及促进学生全面发展的重要举措。</w:t>
      </w:r>
      <w:r>
        <w:rPr>
          <w:lang w:eastAsia="zh-CN"/>
        </w:rPr>
        <w:br/>
      </w:r>
      <w:r>
        <w:rPr>
          <w:lang w:eastAsia="zh-CN"/>
        </w:rPr>
        <w:t xml:space="preserve">    军训主题活动总结 篇2 </w:t>
      </w:r>
      <w:r>
        <w:rPr>
          <w:lang w:eastAsia="zh-CN"/>
        </w:rPr>
        <w:br/>
      </w:r>
      <w:r>
        <w:rPr>
          <w:lang w:eastAsia="zh-CN"/>
        </w:rPr>
        <w:t>　　为了更好总结月__日-__日进行的军训，增强同学的责任意识、纪律性，把军队中的优良传统带到学校，我班于__月__日下午第节课开展以“我们的军训生活”为主题的公开班会。</w:t>
      </w:r>
      <w:r>
        <w:rPr>
          <w:lang w:eastAsia="zh-CN"/>
        </w:rPr>
        <w:br/>
      </w:r>
      <w:r>
        <w:rPr>
          <w:lang w:eastAsia="zh-CN"/>
        </w:rPr>
        <w:t>　　熟悉的“军训”两个大字又在大屏幕上浮现，将我们带回了那_天的军训生活。</w:t>
      </w:r>
      <w:r>
        <w:rPr>
          <w:lang w:eastAsia="zh-CN"/>
        </w:rPr>
        <w:br/>
      </w:r>
      <w:r>
        <w:rPr>
          <w:lang w:eastAsia="zh-CN"/>
        </w:rPr>
        <w:t>　　班会以军训生活为主线，从我们的军训内务、训练照片以及视频中，一起回顾了七天中的点点滴滴，在一起的欢乐又仿佛把我们带回了军营，回到了与教官朝夕相处的七天。都说军训能锻炼人的意志。当然，我们还要把军训中的纪律精神带到学校中，目前我们班的内务、早操情况较差，在军训中能坚持早起的我们，为何回归日常就做不到了？班会中的我们对之进行了深入的检讨。</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军训中有感动也有辛酸，每每谈到军训时，“冷”便成为了第一个形容词，是的，在那样的寒风、甚至下雪的日子里面，我们度过了七天。虽然“寒身”但不“冷心”。</w:t>
      </w:r>
      <w:r>
        <w:rPr>
          <w:lang w:eastAsia="zh-CN"/>
        </w:rPr>
        <w:br/>
      </w:r>
      <w:r>
        <w:rPr>
          <w:lang w:eastAsia="zh-CN"/>
        </w:rPr>
        <w:t>　　接下来班会带给我们的是一连串的惊喜。有我们训练时的.视频，有我们认真时的照片，也有“战友”们在一起的欢声笑语。</w:t>
      </w:r>
      <w:r>
        <w:rPr>
          <w:lang w:eastAsia="zh-CN"/>
        </w:rPr>
        <w:br/>
      </w:r>
      <w:r>
        <w:rPr>
          <w:lang w:eastAsia="zh-CN"/>
        </w:rPr>
        <w:t>　　嗯，军营是个好地方，吃了苦才知道平时的甜；</w:t>
      </w:r>
      <w:r>
        <w:rPr>
          <w:lang w:eastAsia="zh-CN"/>
        </w:rPr>
        <w:br/>
      </w:r>
      <w:r>
        <w:rPr>
          <w:lang w:eastAsia="zh-CN"/>
        </w:rPr>
        <w:t>　　军营是个好地方，坚持到底才知教官、父母、老师的情深恩厚。</w:t>
      </w:r>
      <w:r>
        <w:rPr>
          <w:lang w:eastAsia="zh-CN"/>
        </w:rPr>
        <w:br/>
      </w:r>
      <w:r>
        <w:rPr>
          <w:lang w:eastAsia="zh-CN"/>
        </w:rPr>
        <w:t>　　感谢军训，军训的终点，新的起点！</w:t>
      </w:r>
      <w:r>
        <w:rPr>
          <w:lang w:eastAsia="zh-CN"/>
        </w:rPr>
        <w:br/>
      </w:r>
      <w:r>
        <w:rPr>
          <w:lang w:eastAsia="zh-CN"/>
        </w:rPr>
        <w:t xml:space="preserve">    军训主题活动总结 篇3 </w:t>
      </w:r>
      <w:r>
        <w:rPr>
          <w:lang w:eastAsia="zh-CN"/>
        </w:rPr>
        <w:br/>
      </w:r>
      <w:r>
        <w:rPr>
          <w:lang w:eastAsia="zh-CN"/>
        </w:rPr>
        <w:t>　　多年来，我校一直坚持对高一新生进行军训，并收到了良好的效果。为了进一步做好这项工作，提高训练水平。现作以下总结：</w:t>
      </w:r>
      <w:r>
        <w:rPr>
          <w:lang w:eastAsia="zh-CN"/>
        </w:rPr>
        <w:br/>
      </w:r>
      <w:r>
        <w:rPr>
          <w:lang w:eastAsia="zh-CN"/>
        </w:rPr>
        <w:t>　　一、统一领导、目标明确</w:t>
      </w:r>
      <w:r>
        <w:rPr>
          <w:lang w:eastAsia="zh-CN"/>
        </w:rPr>
        <w:br/>
      </w:r>
      <w:r>
        <w:rPr>
          <w:lang w:eastAsia="zh-CN"/>
        </w:rPr>
        <w:t>　　本次军训在校军训工作领导小组的直接领导下，结合本校实际，以规范国防教育，提高学生的国防意识和观念，磨练学生的意志，锻炼体能，增强克服困难的意志、毅力，增强学生的集体主义观念和组织纪律性，进一步带动校风建设，促进班集体建设为目的，开展了卓有成效的工作。</w:t>
      </w:r>
      <w:r>
        <w:rPr>
          <w:lang w:eastAsia="zh-CN"/>
        </w:rPr>
        <w:br/>
      </w:r>
      <w:r>
        <w:rPr>
          <w:lang w:eastAsia="zh-CN"/>
        </w:rPr>
        <w:t>　　二、军训活动安排</w:t>
      </w:r>
      <w:r>
        <w:rPr>
          <w:lang w:eastAsia="zh-CN"/>
        </w:rPr>
        <w:br/>
      </w:r>
      <w:r>
        <w:rPr>
          <w:lang w:eastAsia="zh-CN"/>
        </w:rPr>
        <w:t>　　学校根据《省学生军事训练工作实施意见》、《省学生军事训练工作规划》和市教育局、警备区司令部《关于做好学生军事训练工作的意见》，结合我校实际情况，由政教处负责实施，具体组织和开展了学生军训工作，内容如下：</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1、由校长和部队首长作军训动员报告，讲清军训定义和意义。指出了军训是我校高一新生入学的第一课，是素质教育的重要内容，是国家人才培养的长远战略目标和国防后备力量建设的需要。</w:t>
      </w:r>
      <w:r>
        <w:rPr>
          <w:lang w:eastAsia="zh-CN"/>
        </w:rPr>
        <w:br/>
      </w:r>
      <w:r>
        <w:rPr>
          <w:lang w:eastAsia="zh-CN"/>
        </w:rPr>
        <w:t>　　军训的目的就是要培养学生的组织纪律观念、集体主义观念，发扬中国人民解放军的优良传统和作风，培养敢于吃苦，不怕困难，勇于奋斗的精神，磨练同学们的意志，锻炼身体、增强体质，为高中三年乃至一生的学习、工作和生活奠定良好的身体基础。</w:t>
      </w:r>
      <w:r>
        <w:rPr>
          <w:lang w:eastAsia="zh-CN"/>
        </w:rPr>
        <w:br/>
      </w:r>
      <w:r>
        <w:rPr>
          <w:lang w:eastAsia="zh-CN"/>
        </w:rPr>
        <w:t>　　提出了军训的要求，服从管理、听从指挥，统一要求、步调一致，严明纪律、刻苦训练，小事不请假、不缺席，不迟到、不早退，全程参加、符合要求。</w:t>
      </w:r>
      <w:r>
        <w:rPr>
          <w:lang w:eastAsia="zh-CN"/>
        </w:rPr>
        <w:br/>
      </w:r>
      <w:r>
        <w:rPr>
          <w:lang w:eastAsia="zh-CN"/>
        </w:rPr>
        <w:t>　　2、从16日起至23日，全日进行常规军事训练。训练分班进行，要求分步骤、循序渐进，每一个动作要领都要准确、到位、规范，落实到人、逐个纠正。</w:t>
      </w:r>
      <w:r>
        <w:rPr>
          <w:lang w:eastAsia="zh-CN"/>
        </w:rPr>
        <w:br/>
      </w:r>
      <w:r>
        <w:rPr>
          <w:lang w:eastAsia="zh-CN"/>
        </w:rPr>
        <w:t>　　班主任老师全程跟班、做好教育工作，发现问题及时解决，对训练有困难，接受能力差的同学给予帮助和指导，对某些对军训认识有问题的同学进行说服教育，对怕苦怕累，有人为情绪的同学做好耐心细致的思想工作，并在军训过程中，开展人与人，班与班的丰富活动，激励先进、树立标兵，充分发挥榜样的作用，带动后进同学共同进步。</w:t>
      </w:r>
      <w:r>
        <w:rPr>
          <w:lang w:eastAsia="zh-CN"/>
        </w:rPr>
        <w:br/>
      </w:r>
      <w:r>
        <w:rPr>
          <w:lang w:eastAsia="zh-CN"/>
        </w:rPr>
        <w:t>　　3、在军训过程中，结合常规行为规范及法制教育。政教处召开电视班会，提出常规要求，并召开一次新生家长会，通过学校和家长的共同努力，规范学生行为，形成立体教育网络;聘请新浦区检察院杨君武同志来校做法制报告。</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学校还创办了五期军训简报，及时汇报军训开展情况。实行军训常规检查制度。检查内容包括仪表、服装、考勤、稿件、纪律等。</w:t>
      </w:r>
      <w:r>
        <w:rPr>
          <w:lang w:eastAsia="zh-CN"/>
        </w:rPr>
        <w:br/>
      </w:r>
      <w:r>
        <w:rPr>
          <w:lang w:eastAsia="zh-CN"/>
        </w:rPr>
        <w:t>　　军训结束后进行了会操表演，并对军训队列会操情况进行了评比，评选出先进班级和军训先进个人。</w:t>
      </w:r>
      <w:r>
        <w:rPr>
          <w:lang w:eastAsia="zh-CN"/>
        </w:rPr>
        <w:br/>
      </w:r>
      <w:r>
        <w:rPr>
          <w:lang w:eastAsia="zh-CN"/>
        </w:rPr>
        <w:t xml:space="preserve">    军训主题活动总结 篇4 </w:t>
      </w:r>
      <w:r>
        <w:rPr>
          <w:lang w:eastAsia="zh-CN"/>
        </w:rPr>
        <w:br/>
      </w:r>
      <w:r>
        <w:rPr>
          <w:lang w:eastAsia="zh-CN"/>
        </w:rPr>
        <w:t>　　军训，是一种考验、磨练、成熟性的活动。长达十二天的大学军训，让我明白的太多太多人生哲理，唯有一句话让我感触最深，一分耕耘，一分收获。军训后才真正感觉到它的。</w:t>
      </w:r>
      <w:r>
        <w:rPr>
          <w:lang w:eastAsia="zh-CN"/>
        </w:rPr>
        <w:br/>
      </w:r>
      <w:r>
        <w:rPr>
          <w:lang w:eastAsia="zh-CN"/>
        </w:rPr>
        <w:t>　　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r>
        <w:rPr>
          <w:lang w:eastAsia="zh-CN"/>
        </w:rPr>
        <w:br/>
      </w:r>
      <w:r>
        <w:rPr>
          <w:lang w:eastAsia="zh-CN"/>
        </w:rPr>
        <w:t>　　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r>
        <w:rPr>
          <w:lang w:eastAsia="zh-CN"/>
        </w:rPr>
        <w:br/>
      </w:r>
      <w:r>
        <w:rPr>
          <w:lang w:eastAsia="zh-CN"/>
        </w:rPr>
        <w:t>　　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军训主题活动总结 篇5 </w:t>
      </w:r>
      <w:r>
        <w:rPr>
          <w:lang w:eastAsia="zh-CN"/>
        </w:rPr>
        <w:br/>
      </w:r>
      <w:r>
        <w:rPr>
          <w:lang w:eastAsia="zh-CN"/>
        </w:rPr>
        <w:t>　　阳光明媚，学子们都应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r>
        <w:rPr>
          <w:lang w:eastAsia="zh-CN"/>
        </w:rPr>
        <w:br/>
      </w:r>
      <w:r>
        <w:rPr>
          <w:lang w:eastAsia="zh-CN"/>
        </w:rPr>
        <w:t>　　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r>
        <w:rPr>
          <w:lang w:eastAsia="zh-CN"/>
        </w:rPr>
        <w:br/>
      </w:r>
      <w:r>
        <w:rPr>
          <w:lang w:eastAsia="zh-CN"/>
        </w:rPr>
        <w:t>　　军训，相信经历过亦或没经历过的人对它的反应都是累、苦。确实，严格的作息时间，长时间的训练，炙热晃眼的太阳，这让我们这些一向娇生惯养的人来说还真有点儿吃耐不住。可是经历过军训的人除了反应苦、累之外，相信还会另有一番感受，我就是这样。</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记得高中军训时，我们比这大学的军训还要苦。那时我们就十五六岁，每一天早上天蒙蒙亮就得抓起来去军训一小时，然后再吃早饭，吃完饭又开始训。九月份正是我们那儿热的时候。反正军训时你就别想穿干衣服。训练过程中，不时有人倒下，哭的人就更多了。可是军训结束后，整整一年，我们都异常的怀念那段生活。想想啊，和新结识的同学一齐在烈日下流汗，流泪，和黑黑的、帅帅的教官在休息时瞎掰，以及时不时的捉弄一下教官，趁教官不注意时做做小动作，然后在与教官分别时哭得稀哩哗啦，扯着他的手不让他走。真的很有意思，也很感人。</w:t>
      </w:r>
      <w:r>
        <w:rPr>
          <w:lang w:eastAsia="zh-CN"/>
        </w:rPr>
        <w:br/>
      </w:r>
      <w:r>
        <w:rPr>
          <w:lang w:eastAsia="zh-CN"/>
        </w:rPr>
        <w:t>　　此刻又经历这大学军训，人长大了点或许吃苦的本事也强了吧，除了太阳猛烈了点外感觉没有以前累。可是军训时间比以前长，与同学教官建立起的感情就更深厚，异常是像我这样远离家长的学子来说，军训真的给了我们一个很好的适应过程。在军训过程中，劳累紧张的训练不仅仅减轻了我们的思乡情绪，消除了我们的陌生感，更锻炼了我们吃苦以及独立生活的本事。并且经过学习军事理论也让我们懂得了军训的意义，增强了爱国意识，也让自我多了一份职责感，感觉自我成熟了许多。</w:t>
      </w:r>
      <w:r>
        <w:rPr>
          <w:lang w:eastAsia="zh-CN"/>
        </w:rPr>
        <w:br/>
      </w:r>
      <w:r>
        <w:rPr>
          <w:lang w:eastAsia="zh-CN"/>
        </w:rPr>
        <w:t xml:space="preserve">    军训主题活动总结 篇6 </w:t>
      </w:r>
      <w:r>
        <w:rPr>
          <w:lang w:eastAsia="zh-CN"/>
        </w:rPr>
        <w:br/>
      </w:r>
      <w:r>
        <w:rPr>
          <w:lang w:eastAsia="zh-CN"/>
        </w:rPr>
        <w:t>　　在军训过程中，武警安庆支队的教官们在军训中从严要求，训练到位。从集体训练到个别指导、从整体要求到细小环节都要求人人过关，并十分注重训练的效果和方法。</w:t>
      </w:r>
      <w:r>
        <w:rPr>
          <w:lang w:eastAsia="zh-CN"/>
        </w:rPr>
        <w:br/>
      </w:r>
      <w:r>
        <w:rPr>
          <w:lang w:eastAsia="zh-CN"/>
        </w:rPr>
        <w:t>　　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非浅;训练场下，教官们又胜似亲人，对同学们关怀备至，真诚沟通，使教官和同学们结下了深厚的友谊。</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一个个动人的故事。一周来，没有一名同学违纪，没有一名同学出现安全事故。</w:t>
      </w:r>
      <w:r>
        <w:rPr>
          <w:lang w:eastAsia="zh-CN"/>
        </w:rPr>
        <w:br/>
      </w:r>
      <w:r>
        <w:rPr>
          <w:lang w:eastAsia="zh-CN"/>
        </w:rPr>
        <w:t>　　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r>
        <w:rPr>
          <w:lang w:eastAsia="zh-CN"/>
        </w:rPr>
        <w:br/>
      </w:r>
      <w:r>
        <w:rPr>
          <w:lang w:eastAsia="zh-CN"/>
        </w:rPr>
        <w:t>　　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r>
        <w:rPr>
          <w:lang w:eastAsia="zh-CN"/>
        </w:rPr>
        <w:br/>
      </w:r>
      <w:r>
        <w:rPr>
          <w:lang w:eastAsia="zh-CN"/>
        </w:rPr>
        <w:t xml:space="preserve">    军训主题活动总结 篇7 </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军训要加强一下几点：</w:t>
      </w:r>
      <w:r>
        <w:rPr>
          <w:lang w:eastAsia="zh-CN"/>
        </w:rPr>
        <w:br/>
      </w:r>
      <w:r>
        <w:rPr>
          <w:lang w:eastAsia="zh-CN"/>
        </w:rPr>
        <w:t>　　一、密切配合，整合力量为了调动教官、班主任的积极性，形成军训工作齐抓共管的格局，我团采取了以下几项措施：</w:t>
      </w:r>
      <w:r>
        <w:rPr>
          <w:lang w:eastAsia="zh-CN"/>
        </w:rPr>
        <w:br/>
      </w:r>
      <w:r>
        <w:rPr>
          <w:lang w:eastAsia="zh-CN"/>
        </w:rPr>
        <w:t>　　第一，要求新生班主任下班级指导新生军训，开展思想政治工作，并定期对其工作状况进行检查。</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第二，加强与承训方的合作，做到目标一致，情感交融。鉴于以往承训方重技能培训，轻内务整理倾向，我方对内务整理活动的次数、标准作了严格规定，并取得了对方的认同，在军训目标上达成一致。我方经常去官兵住所慰问官兵，交流感情，密切了军民关系。我团学工干部以高度的责任感、务实的工作作风赢得了对方的信任。团长多次讲：“院方为我们提供了优质的服务，领导和老师的精神也鼓舞了我们官兵的斗志，我们没有理由不争取先进。”而官兵严谨的作风、高昂的斗志也深深地影响了我院学工干部。在整个军训期间，军地双方配合默契，为军训工作的顺利开展打下了坚实的基础.</w:t>
      </w:r>
      <w:r>
        <w:rPr>
          <w:lang w:eastAsia="zh-CN"/>
        </w:rPr>
        <w:br/>
      </w:r>
      <w:r>
        <w:rPr>
          <w:lang w:eastAsia="zh-CN"/>
        </w:rPr>
        <w:t>　　二、注重宣传，鼓舞斗志。</w:t>
      </w:r>
      <w:r>
        <w:rPr>
          <w:lang w:eastAsia="zh-CN"/>
        </w:rPr>
        <w:br/>
      </w:r>
      <w:r>
        <w:rPr>
          <w:lang w:eastAsia="zh-CN"/>
        </w:rPr>
        <w:t>　　良好的面貌、高昂的斗志是军训工作强大的精神动力。我团注重发挥宣传思想工作的作用。首先，注重舆论氛围的营造，军训期间，我团悬挂横幅四条，举办二十余块展板，编印《军训简报》，阐明军训工作的意义，报道军训中涌现出来的先进人物和先进事例，交流学员参加军训活动的心得体会。其次，开展每日点评活动。我团每日就军事训练、内务整理、思想面貌等各方面进行点评，前期以鞭策为主调，后期以鼓励为重点。在宣传工作中注重实际，一是将学员与许志伟事迹结合起来，以英雄的事迹鼓舞人，以英雄的情操塑造人，营造向英雄看齐的学习氛围。二是将学员与身边的先进学员结合起来，营造学先进、比先进的竞争氛围。</w:t>
      </w:r>
      <w:r>
        <w:rPr>
          <w:lang w:eastAsia="zh-CN"/>
        </w:rPr>
        <w:br/>
      </w:r>
      <w:r>
        <w:rPr>
          <w:lang w:eastAsia="zh-CN"/>
        </w:rPr>
        <w:t>　　三、严格管理，提高素质。</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们，一切行动听指挥的意识，达到训管结合，培养作风的目的。二是建立了新生军训考勤表20__年最新学校军训工作总结范文工作总结。每天出操前进行点名，登记出勤情况，没有特殊情况不得请假</w:t>
      </w:r>
      <w:r>
        <w:rPr>
          <w:lang w:eastAsia="zh-CN"/>
        </w:rPr>
        <w:br/>
      </w:r>
      <w:r>
        <w:rPr>
          <w:lang w:eastAsia="zh-CN"/>
        </w:rPr>
        <w:t>　　军训是每个大学生必经之路，同时也有一些要求。</w:t>
      </w:r>
      <w:r>
        <w:rPr>
          <w:lang w:eastAsia="zh-CN"/>
        </w:rPr>
        <w:br/>
      </w:r>
      <w:r>
        <w:rPr>
          <w:lang w:eastAsia="zh-CN"/>
        </w:rPr>
        <w:t>　　我们在新生报到时就提出了军训的严格要求，男生平头，女生短发，统一着迷彩服，军训期间准时出操，不准无故缺勤等等，我们又得到驻安阳市看守所武警支队的大力支持，他们派遣12名教官来协助我校的军训工作。</w:t>
      </w:r>
      <w:r>
        <w:rPr>
          <w:lang w:eastAsia="zh-CN"/>
        </w:rPr>
        <w:br/>
      </w:r>
      <w:r>
        <w:rPr>
          <w:lang w:eastAsia="zh-CN"/>
        </w:rPr>
        <w:t>　　从8月15日开始，在教官和老师的带领下，全体新生以昂扬的精神面貌投入到军训中去，有些同学体质差，在大运动量的训练中晕倒了，但他们稍稍休息，又坚持了下来。在教官们的指导下，同学们学习了简单的基本军姿训练，立正，稍息，向左转，向右转，正步走等，又学习了军歌和部队光荣传统。同学们从这看似简单的军姿训练中，也领会了更加深刻的内涵，它不仅表现了当代军人攻无不克的集体主义精神，展示了人民子弟兵战无不胜的钢铁纪律，也折射出绿色军营中好男儿志在四方的远大理想。</w:t>
      </w:r>
      <w:r>
        <w:rPr>
          <w:lang w:eastAsia="zh-CN"/>
        </w:rPr>
        <w:br/>
      </w:r>
      <w:r>
        <w:rPr>
          <w:lang w:eastAsia="zh-CN"/>
        </w:rPr>
        <w:t>　　五天来，他们强健了自己的体魄，从一个小学生变成了口号响亮、步伐有力的强健的军人，也使自己有了坚强的意志。同学们经受了炎炎烈日的考验，经受了的考验，他们用健康的肤色、饱满的精神、整齐的步伐、昂扬的斗志向学校交了一份令人满意的答卷。</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五天的军训虽然很短暂，但他们在军训中磨砺出坚强的意志、钢铁般的纪律、健康向上的决心，将是这短短五天军训中所获得的最宝贵的财富，这意志、纪律、决心将会然后他们更好地渡过三年紧张、艰苦而又丰富多才的初中学习生活，圆满地完成三年的学习任务!</w:t>
      </w:r>
      <w:r>
        <w:rPr>
          <w:lang w:eastAsia="zh-CN"/>
        </w:rPr>
        <w:br/>
      </w:r>
      <w:r>
        <w:rPr>
          <w:lang w:eastAsia="zh-CN"/>
        </w:rPr>
        <w:t xml:space="preserve">    军训主题活动总结 篇8 </w:t>
      </w:r>
      <w:r>
        <w:rPr>
          <w:lang w:eastAsia="zh-CN"/>
        </w:rPr>
        <w:br/>
      </w:r>
      <w:r>
        <w:rPr>
          <w:lang w:eastAsia="zh-CN"/>
        </w:rPr>
        <w:t>　　_月25日—28日，是学校新一届初中学生为期四天的军训。这次军训，150余名学生在教官和学校带队的领导、老师们的共同努力下，在同学们的刻苦训练下取得了优异的成绩，为这次活动画上了一个圆满的句号。</w:t>
      </w:r>
      <w:r>
        <w:rPr>
          <w:lang w:eastAsia="zh-CN"/>
        </w:rPr>
        <w:br/>
      </w:r>
      <w:r>
        <w:rPr>
          <w:lang w:eastAsia="zh-CN"/>
        </w:rPr>
        <w:t>　　在这几天的军训中，我们亲眼目睹了预初班的新生朝气蓬勃，挑战自我的动人场景;深切感受到了他们不怕苦、不怕累的可贵精神。在整个军训过程中，孩子们经受磨练和考验，他们严守纪律，不怕困难，不叫苦叫累;战高温，斗酷暑，体验了军事化的训练。在艰苦训练中完成由小学生到中学生的蜕变。</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短短的几天，孩子们在教官的教导下，由处事拖拉散漫，到行动干脆利落;从饭来张口、衣来伸手的娇弱，到宿舍内务整理得干净整齐。立正，让大家变得挺拔;昂首挺胸让大家变得自信;整理着装，让大家变得精神抖擞。训练中，大家认真地学习教官教给的每个动作，一步步走进合格“士兵”的行列。大家始终保持积极的状态，力求做到，从思想上、行动上以一个军人的标准来严格要求自己，逐一完成军训相关科目的基本动作。学生们步调一致的队列演变，洪亮有力的口号声，充分展示了我校学生的青春风采和积极进取的精神面貌。</w:t>
      </w:r>
      <w:r>
        <w:rPr>
          <w:lang w:eastAsia="zh-CN"/>
        </w:rPr>
        <w:br/>
      </w:r>
      <w:r>
        <w:rPr>
          <w:lang w:eastAsia="zh-CN"/>
        </w:rPr>
        <w:t>　　几天的训练，更培养了孩子们的团队精神。在军训会操中，各方阵严整的军容，整齐的队列，刚健的步伐，响亮的口号，赢得了与会领导和各位老师的热烈掌声。当孩子们上台领到“优秀团队”、“优秀标兵”、“优秀寝室”奖时，付出的汗水和艰辛在那一刻展现在灿烂的笑脸上。军训会操结束后，王杰主任发表了热情洋溢的讲话，对新一届预初年级学生在军训中表现出的顽强与坚韧给予了充分的肯定，勉励预初学生们把在军训期间养成的良好品德和作风带到今后的学习中去，希望同学们在今后的学习实践中团结友爱，在新的学习征程中奋发向上，共同前进。</w:t>
      </w:r>
      <w:r>
        <w:rPr>
          <w:lang w:eastAsia="zh-CN"/>
        </w:rPr>
        <w:br/>
      </w:r>
      <w:r>
        <w:rPr>
          <w:lang w:eastAsia="zh-CN"/>
        </w:rPr>
        <w:t>　　在离开军训基地的前一天晚上，是全年级师生、教官的联欢。多才多艺的同学们为大家呈上了一场视觉盛宴，表演的十几个节目，丰富多彩，报告厅里不时传出热烈的掌声。欢笑后的泪水更能触动人心，一名大学生的演讲：“三个朋友—老师，家长和教官”把孩子们深深打动，孩子们冲到老师和教官身边，拥抱成一团，有的学生不停抽泣，有的哭得稀里哗啦，感恩的种子，深深地在孩子们心中埋下!</w:t>
      </w:r>
      <w:r>
        <w:rPr>
          <w:lang w:eastAsia="zh-CN"/>
        </w:rPr>
        <w:br/>
      </w:r>
      <w:r>
        <w:rPr>
          <w:lang w:eastAsia="zh-CN"/>
        </w:rPr>
        <w:t>　　军训生活是人生旅途中的重要体验，它磨练意志，锻炼品格，它提升素质，促进成长。经过军训，相信新一届的学生们变得更具自信，更加坚强，更富朝气。</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军训虽然结束了，但在军训期间养成的良好品德和作风将伴随同学们在崭新的校园生活中扬帆远航，在今后的人生道路上勇往直前!</w:t>
      </w:r>
      <w:r>
        <w:rPr>
          <w:lang w:eastAsia="zh-CN"/>
        </w:rPr>
        <w:br/>
      </w:r>
      <w:r>
        <w:rPr>
          <w:lang w:eastAsia="zh-CN"/>
        </w:rPr>
        <w:t xml:space="preserve">    军训主题活动总结 篇9 </w:t>
      </w:r>
      <w:r>
        <w:rPr>
          <w:lang w:eastAsia="zh-CN"/>
        </w:rPr>
        <w:br/>
      </w:r>
      <w:r>
        <w:rPr>
          <w:lang w:eastAsia="zh-CN"/>
        </w:rPr>
        <w:t>　　转眼间，十五天的军训日子也随之完毕。回想军训的脚印，一种潜藏在心中已久的感触情不自禁。这十五天的日子是辛苦的，但却辛苦得让人感动，辛苦得让人难以忘却。军训很苦，可是咱们仍是挺了下来，更没有躲避军训对咱们的练习。通过军训，我学会了怎么去面临波折，怎么在往后的人生路上披荆斩棘，怎么去踏平崎岖，做到克己、自爱、自理、自强，走出一条自己的阳光大路，创始一片自己的天空。我会将这段军训日子永久地收藏，当作是人生的珍宝，让它的精力贯穿我的整个终身。</w:t>
      </w:r>
      <w:r>
        <w:rPr>
          <w:lang w:eastAsia="zh-CN"/>
        </w:rPr>
        <w:br/>
      </w:r>
      <w:r>
        <w:rPr>
          <w:lang w:eastAsia="zh-CN"/>
        </w:rPr>
        <w:t>　　尽管军训只要短短的十五天，可是它对咱们的影响却应该是终身的，是它练习了咱们的身体，是它练习了咱们的毅力，是它促进了我与同学们的爱情。或许许多人会说军训仅仅是健旺了咱们的体魄，练习了咱们的毅力，我却觉得它更是在练习咱们的心态，在面临困难时不急不躁的心态。军训带给咱们一种庄严，一种不向任何权势阿谀奉承的质量。</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军训教会了咱们怎么面临往后的波折。军训中的酷日当头和阴雨连绵我都会以为那是上天对我的眷顾，让我在最需求打磨的时分能够给我机会去刚强。军训虽是苦涩的，单调的，但却让人有夸姣感。每一次和同学们并肩前行，每一次和同学们的军姿比赛都让咱们心中的间隔拉得更近。咱们心中都有一种力气，都有想要为集体添砖加瓦的期望。是军训改进了咱们的精力风貌，进步了咱们的归纳本质。</w:t>
      </w:r>
      <w:r>
        <w:rPr>
          <w:lang w:eastAsia="zh-CN"/>
        </w:rPr>
        <w:br/>
      </w:r>
      <w:r>
        <w:rPr>
          <w:lang w:eastAsia="zh-CN"/>
        </w:rPr>
        <w:t>　　军训是一种人生领会，打败自我、练习毅力的良机。军训不光培养人的吃苦耐劳精力，并且能练习人的刚强毅力。通过军训，咱们的相貌面目一新，咱们的爱国热情拨乱兴治高涨，咱们的毅力愈加坚决。十五天的军训给咱们留下的形象无比深入，军训让咱们学会了自立、自强、自负、自爱，让咱们幼嫩的心灵变得老练，让咱们走出别人精心编制的暖巢，英勇地站出往来不断迎候风和雨。</w:t>
      </w:r>
      <w:r>
        <w:rPr>
          <w:lang w:eastAsia="zh-CN"/>
        </w:rPr>
        <w:br/>
      </w:r>
      <w:r>
        <w:rPr>
          <w:lang w:eastAsia="zh-CN"/>
        </w:rPr>
        <w:t>　　这十五天的日子是高兴的，由于咱们切身领会到了兵营般的日子，领会到了团结便是力气，众人拾柴火焰高的真理。军训完毕了，但咱们的大学日子才刚刚开端。在往后的日子中，咱们还要坚持军训中的优良作风，发扬打败困难、勇于奋斗的精力，坚持高度的组织纪律性，仔细学好文化常识、专业常识和专业技能，全面进步自身本质，争当一名优异的大学生。</w:t>
      </w:r>
      <w:r>
        <w:rPr>
          <w:lang w:eastAsia="zh-CN"/>
        </w:rPr>
        <w:br/>
      </w:r>
      <w:r>
        <w:rPr>
          <w:lang w:eastAsia="zh-CN"/>
        </w:rPr>
        <w:t xml:space="preserve">    军训主题活动总结 篇10 </w:t>
      </w:r>
      <w:r>
        <w:rPr>
          <w:lang w:eastAsia="zh-CN"/>
        </w:rPr>
        <w:br/>
      </w:r>
      <w:r>
        <w:rPr>
          <w:lang w:eastAsia="zh-CN"/>
        </w:rPr>
        <w:t>　　高一年级为期7天的军训在18日落下了帷幕。但是对于每一个参与军训的高一学生来说，军训始终是最难忘怀的一段峥嵘岁月！因此，对军训的回顾和总结主题班会即将开始。</w:t>
      </w:r>
      <w:r>
        <w:rPr>
          <w:lang w:eastAsia="zh-CN"/>
        </w:rPr>
        <w:br/>
      </w:r>
      <w:r>
        <w:rPr>
          <w:lang w:eastAsia="zh-CN"/>
        </w:rPr>
        <w:t>　　一走进录播教室，便有雄壮的“一二三四”军歌扑面而来，让人一下子变得热血沸腾，仿佛又回到了军营。四班同学们以小组为单位围坐在教室内。</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在主持人简短的开场之后，第一个环节便是军训幽默小品。上台表演的六位同学一点也不怯场，各有各的特色：“教官”发号施令一板一眼，有模有样；几个“学员”幽默搞笑，花样百出，逗得观看的同学们捧腹大笑。</w:t>
      </w:r>
      <w:r>
        <w:rPr>
          <w:lang w:eastAsia="zh-CN"/>
        </w:rPr>
        <w:br/>
      </w:r>
      <w:r>
        <w:rPr>
          <w:lang w:eastAsia="zh-CN"/>
        </w:rPr>
        <w:t>　　小品之后，四位同学依次上台讲述自己的军训感言，引起了在座同学的共鸣，让大家发自内心地感受到军训带给我们的种种精神的提升。</w:t>
      </w:r>
      <w:r>
        <w:rPr>
          <w:lang w:eastAsia="zh-CN"/>
        </w:rPr>
        <w:br/>
      </w:r>
      <w:r>
        <w:rPr>
          <w:lang w:eastAsia="zh-CN"/>
        </w:rPr>
        <w:t>　　班主任朱__老师精心制作的军训视频，让全体同学再一次沉浸在军训点点滴滴的快乐和感动中。</w:t>
      </w:r>
      <w:r>
        <w:rPr>
          <w:lang w:eastAsia="zh-CN"/>
        </w:rPr>
        <w:br/>
      </w:r>
      <w:r>
        <w:rPr>
          <w:lang w:eastAsia="zh-CN"/>
        </w:rPr>
        <w:t>　　最后，朱老师上台深情并茂地朗读了他在学生军训时写给同学们的一封信，题为“从今天起”。他鼓励同学们从今天起，要扛起肩上的责任，勇往直前；从今天起，要学会吃苦耐劳，打赢高中三年这场“战争”；从今天起，明白自己和集体的关系，通过努力，打造一流的班集体。</w:t>
      </w:r>
      <w:r>
        <w:rPr>
          <w:lang w:eastAsia="zh-CN"/>
        </w:rPr>
        <w:br/>
      </w:r>
      <w:r>
        <w:rPr>
          <w:lang w:eastAsia="zh-CN"/>
        </w:rPr>
        <w:t>　　这场精彩的班会在雄壮的军歌中开场，也在嘹亮的集体高唱军歌中落下帷幕。但军训带给我们的感悟和感动却久久萦绕在我们心头……</w:t>
      </w:r>
      <w:r>
        <w:rPr>
          <w:lang w:eastAsia="zh-CN"/>
        </w:rPr>
        <w:br/>
      </w:r>
      <w:r>
        <w:rPr>
          <w:lang w:eastAsia="zh-CN"/>
        </w:rPr>
        <w:t xml:space="preserve">    军训主题活动总结 篇11 </w:t>
      </w:r>
      <w:r>
        <w:rPr>
          <w:lang w:eastAsia="zh-CN"/>
        </w:rPr>
        <w:br/>
      </w:r>
      <w:r>
        <w:rPr>
          <w:lang w:eastAsia="zh-CN"/>
        </w:rPr>
        <w:t>　　天公作美，高中的军训生活在徐徐夏日难得的凉风之中拉开帷幕。但这并不意味着我们应当放松，我们更应严格要求自我上好军训第一课，走好高中第一步。</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年龄的增长应与性格成熟成正比，走上新的台阶就应有更高的要求。身正腰直，体现我们雄壮的气势，抬头挺胸洋溢我们昂扬的精神面貌，方队整齐展现我们团结拼搏的精神，大步向前预示我们扬帆起航。</w:t>
      </w:r>
      <w:r>
        <w:rPr>
          <w:lang w:eastAsia="zh-CN"/>
        </w:rPr>
        <w:br/>
      </w:r>
      <w:r>
        <w:rPr>
          <w:lang w:eastAsia="zh-CN"/>
        </w:rPr>
        <w:t>　　军训十分严酷，疲惫如影相随，像眼前有一座难以攀登的高山。我们咬紧牙不松懈，反复练习，直到动作规范、队伍整齐、口号整齐且响亮才罢休。让操场成为我们的舞台，让云彩鉴证我们向前奔跑!人生不像一块橡皮，越檫越糙;人生就像一块玉，越擦越亮!</w:t>
      </w:r>
      <w:r>
        <w:rPr>
          <w:lang w:eastAsia="zh-CN"/>
        </w:rPr>
        <w:br/>
      </w:r>
      <w:r>
        <w:rPr>
          <w:lang w:eastAsia="zh-CN"/>
        </w:rPr>
        <w:t>　　亲爱的家长们放心，我们必须会照顾好自我;亲爱的教师们舒心，我们必须会交上一份满意的成长答卷;敬爱的教官们安心，经过军训的磨练，我们必须能有所转变，化蛹成碟!</w:t>
      </w:r>
      <w:r>
        <w:rPr>
          <w:lang w:eastAsia="zh-CN"/>
        </w:rPr>
        <w:br/>
      </w:r>
      <w:r>
        <w:rPr>
          <w:lang w:eastAsia="zh-CN"/>
        </w:rPr>
        <w:t xml:space="preserve">    军训主题活动总结 篇12 </w:t>
      </w:r>
      <w:r>
        <w:rPr>
          <w:lang w:eastAsia="zh-CN"/>
        </w:rPr>
        <w:br/>
      </w:r>
      <w:r>
        <w:rPr>
          <w:lang w:eastAsia="zh-CN"/>
        </w:rPr>
        <w:t>　　我校初一、高一、高二年级__个班级__人，于20__年进行了为期一周的高一年级学生军训，评出__名优秀学员。圆满地完成了本次军训任务，取得了预期的效果。现总结如下：</w:t>
      </w:r>
      <w:r>
        <w:rPr>
          <w:lang w:eastAsia="zh-CN"/>
        </w:rPr>
        <w:br/>
      </w:r>
      <w:r>
        <w:rPr>
          <w:lang w:eastAsia="zh-CN"/>
        </w:rPr>
        <w:t>　　一、今年完成的主要工作</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__年，我校共招收高中学生__名，全年完成初一年级__名、高二年级__名，共计__名学生的军事技能训练。主要表现在：一是召开学生军训工作筹备会议，并把新生军训工作纳入学校德育工作计划。校领导多次听取学生军训工作的筹备组织、训练安排、安全保障工作等方面的工作汇报，共同参与学生军训的组织和实施，为军训的组织工作开辟了高效便捷的工作渠道；二是学校提供充足的军训经费；三是成立了“学校军训工作领导小组”，由校长亲自挂帅，一名分管德育的校长具体负责，由教育处具体落实，其他部门共同协助，保证了学生军训工作的组织领导；四是军训期间，学校领导都到训练场看望学生和军训教师，并与官兵座谈，检阅军训成果。</w:t>
      </w:r>
      <w:r>
        <w:rPr>
          <w:lang w:eastAsia="zh-CN"/>
        </w:rPr>
        <w:br/>
      </w:r>
      <w:r>
        <w:rPr>
          <w:lang w:eastAsia="zh-CN"/>
        </w:rPr>
        <w:t>　　二、好的特点</w:t>
      </w:r>
      <w:r>
        <w:rPr>
          <w:lang w:eastAsia="zh-CN"/>
        </w:rPr>
        <w:br/>
      </w:r>
      <w:r>
        <w:rPr>
          <w:lang w:eastAsia="zh-CN"/>
        </w:rPr>
        <w:t>　　(一)学校、承训单位相互支持、团结协作。</w:t>
      </w:r>
      <w:r>
        <w:rPr>
          <w:lang w:eastAsia="zh-CN"/>
        </w:rPr>
        <w:br/>
      </w:r>
      <w:r>
        <w:rPr>
          <w:lang w:eastAsia="zh-CN"/>
        </w:rPr>
        <w:t>　　军训前，承训单位领导和学校领导多次会面，共同商讨军训的有关事宜。抽调得力、精干和有经验的干部协助学校制定军事训练计划。并选派出作风顽强、纪律严明的16名带训教官，他们对学生军训工作高度的负责的精神和严谨的工作态度，在训练中科学施训、严格要求、文明带兵、以身作则，为我校师生展现了新时期人民解放军优良的精神风貌，使参训的教师和学生都深受教育。</w:t>
      </w:r>
      <w:r>
        <w:rPr>
          <w:lang w:eastAsia="zh-CN"/>
        </w:rPr>
        <w:br/>
      </w:r>
      <w:r>
        <w:rPr>
          <w:lang w:eastAsia="zh-CN"/>
        </w:rPr>
        <w:t>　　学校带队教师以身作则、不怕吃苦、敢于负责、大胆管理、工作细致，军、校两方在工作中建立了良好的合作关系。做到了遇到问题不推委、不拖延，及时沟通，并按照自己的职责和相互的分工，及时解决问题。正是由于军、校双方相互尊重、相互配合、分工明确、团结一致，使大家在友好、合作的气氛中始终保持了良好的工作情绪和工作干劲，的官兵和学校的带训老师也结下了深厚的工作友情。</w:t>
      </w:r>
      <w:r>
        <w:rPr>
          <w:lang w:eastAsia="zh-CN"/>
        </w:rPr>
        <w:br/>
      </w:r>
      <w:r>
        <w:rPr>
          <w:lang w:eastAsia="zh-CN"/>
        </w:rPr>
        <w:t>　　(二)严明组织纪律，实施科学训练。</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军训的目的之一是增强学生的组织纪律观念，没有严格的纪律，就没有战斗力，没有严格的纪律，军训也不能达到预期的目的。严格的管理要有完善的制度作保证，近年来，学校制定了《军训须知》、《学生军训纪律》、《军训期间紧急预案》等规章制度，学生和教师树立了“政治观、纪律观、安全观、荣誉观”的思想，并做到从起床到熄灯前的工作和活动都有计划、有安排、有监督、有管理。在每年的军训中，因为有章可循，带队教师、教官都能以制度为依据，以高度负责的精神对学生进行大胆管理，学生也能够按照规章制度约束自己的行为。</w:t>
      </w:r>
      <w:r>
        <w:rPr>
          <w:lang w:eastAsia="zh-CN"/>
        </w:rPr>
        <w:br/>
      </w:r>
      <w:r>
        <w:rPr>
          <w:lang w:eastAsia="zh-CN"/>
        </w:rPr>
        <w:t>　　在严格制度的同时，我们采取科学有效的方法进行军训的管理。针对高一新生特殊的心理特点和身体状况，一方面我们将训练内容进行了科学的规划，在强度和难度上采取循序渐进、先繁后简、先易后难、先低强度、后高强度的方法，并将训练划分为训练适应期、训练基础期、训练定型期和成果展示期等四个阶段，除了进行室外训练，还举行军事讲座、观看军事记录片、寝室内务整理、撰写军训体会文章。</w:t>
      </w:r>
      <w:r>
        <w:rPr>
          <w:lang w:eastAsia="zh-CN"/>
        </w:rPr>
        <w:br/>
      </w:r>
      <w:r>
        <w:rPr>
          <w:lang w:eastAsia="zh-CN"/>
        </w:rPr>
        <w:t>　　另一方面我们将细致入微的思想政治工作和心理调适工作也渗透到日常的管理中，将科学施训的理念贯穿到官兵的训练过程中，同时注重发挥学生自我教育、自我引导、自我管理的作用，使学生能做到心服口服，心情愉快地接受批评和教育，并军训练中倡导争优创先的良好风气。</w:t>
      </w:r>
      <w:r>
        <w:rPr>
          <w:lang w:eastAsia="zh-CN"/>
        </w:rPr>
        <w:br/>
      </w:r>
      <w:r>
        <w:rPr>
          <w:lang w:eastAsia="zh-CN"/>
        </w:rPr>
        <w:t>　　三、经验体会</w:t>
      </w:r>
      <w:r>
        <w:rPr>
          <w:lang w:eastAsia="zh-CN"/>
        </w:rPr>
        <w:br/>
      </w:r>
      <w:r>
        <w:rPr>
          <w:lang w:eastAsia="zh-CN"/>
        </w:rPr>
        <w:t>　　(一)养成教育和革命传统教育相结合。</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军训过程中，我们注重从日常生活抓起，从小事抓起，培养学生良好的纪律观念和作风养成。抓日常生活中的军人姿态、站坐行；仪表、举止的端庄与得体；对住宿生抓内务卫生标准，从床铺整理、物品摆放到牙刷、肥皂放置都严格按内务条令严格细抓,有些同学在刚入住时，物品随意摆放，没有良好的习惯，在我们强制执行两天后，所有的学生都能够按照要求归物到位，宿舍面貌为之一新。通过抓养成教育，很快使学生克服了骄娇二气，改掉了自由散漫的不良习惯；增强了自我约束、自我守纪意识，培养了良好的集体生活习惯。</w:t>
      </w:r>
      <w:r>
        <w:rPr>
          <w:lang w:eastAsia="zh-CN"/>
        </w:rPr>
        <w:br/>
      </w:r>
      <w:r>
        <w:rPr>
          <w:lang w:eastAsia="zh-CN"/>
        </w:rPr>
        <w:t>　　(二)共同把好安全防卫关。</w:t>
      </w:r>
      <w:r>
        <w:rPr>
          <w:lang w:eastAsia="zh-CN"/>
        </w:rPr>
        <w:br/>
      </w:r>
      <w:r>
        <w:rPr>
          <w:lang w:eastAsia="zh-CN"/>
        </w:rPr>
        <w:t>　　安全工作是军训工作中事关全局的重要工作。在军训工作中，我们本着“安全第一”的思想，把它贯穿到军训工作的各个环节中，保证了军训工作的顺利完成。</w:t>
      </w:r>
      <w:r>
        <w:rPr>
          <w:lang w:eastAsia="zh-CN"/>
        </w:rPr>
        <w:br/>
      </w:r>
      <w:r>
        <w:rPr>
          <w:lang w:eastAsia="zh-CN"/>
        </w:rPr>
        <w:t>　　学校与共同围绕安全这根主线开展工作，一方面组织老师和学生认真学习安全规定，进行安全常识的学习，克服侥幸心理和麻痹思想，在工作中任务到位，责任到人。</w:t>
      </w:r>
      <w:r>
        <w:rPr>
          <w:lang w:eastAsia="zh-CN"/>
        </w:rPr>
        <w:br/>
      </w:r>
      <w:r>
        <w:rPr>
          <w:lang w:eastAsia="zh-CN"/>
        </w:rPr>
        <w:t>　　另一方面，做好预案，制定措施，分工负责。军训过程中学校带队教师，备足常用药，认真细致对待军训中出现的每一例学生身体不适的情况，军训前对全体学生进行身体调查摸底，对因身体原因却不适室外训练的，允许见习；每天召开班主任军训安全例会，强调安全意识，时刻关注学生在军训中的动态，一旦发现安全隐患及时处理并向学校汇报。</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教官负责军事训练和活动组织中的安全工作，做到了既有分工又有协作，形成了在安全工作方面齐抓共管的局面。同时合理安排作息时间，室外训练抓两头避中间，确保军训安全高质地完成任务。整个军训过程中虽有不少学生中晕倒，但因措施到位，均有惊无险，也没有发生一起安全事件。</w:t>
      </w:r>
      <w:r>
        <w:rPr>
          <w:lang w:eastAsia="zh-CN"/>
        </w:rPr>
        <w:br/>
      </w:r>
      <w:r>
        <w:rPr>
          <w:lang w:eastAsia="zh-CN"/>
        </w:rPr>
        <w:t>　　四、存在的不足与问题</w:t>
      </w:r>
      <w:r>
        <w:rPr>
          <w:lang w:eastAsia="zh-CN"/>
        </w:rPr>
        <w:br/>
      </w:r>
      <w:r>
        <w:rPr>
          <w:lang w:eastAsia="zh-CN"/>
        </w:rPr>
        <w:t>　　1、军训时间过短，军训成果得不到有效巩固；</w:t>
      </w:r>
      <w:r>
        <w:rPr>
          <w:lang w:eastAsia="zh-CN"/>
        </w:rPr>
        <w:br/>
      </w:r>
      <w:r>
        <w:rPr>
          <w:lang w:eastAsia="zh-CN"/>
        </w:rPr>
        <w:t>　　2、向兄弟学校就军训工作进行学习和交流不够。</w:t>
      </w:r>
      <w:r>
        <w:rPr>
          <w:lang w:eastAsia="zh-CN"/>
        </w:rPr>
        <w:br/>
      </w:r>
      <w:r>
        <w:rPr>
          <w:lang w:eastAsia="zh-CN"/>
        </w:rPr>
        <w:t xml:space="preserve">    军训主题活动总结 篇13 </w:t>
      </w:r>
      <w:r>
        <w:rPr>
          <w:lang w:eastAsia="zh-CN"/>
        </w:rPr>
        <w:br/>
      </w:r>
      <w:r>
        <w:rPr>
          <w:lang w:eastAsia="zh-CN"/>
        </w:rPr>
        <w:t>　　一晃暑期生活过去了，盼望已久的大学生活也随之而来，一向向往军营生活的我现最终能够亲身体会一下了。刚到校报到的第二天，我们就被学校组织到训练场上开始进行为期半个月的军训生活之旅了。</w:t>
      </w:r>
      <w:r>
        <w:rPr>
          <w:lang w:eastAsia="zh-CN"/>
        </w:rPr>
        <w:br/>
      </w:r>
      <w:r>
        <w:rPr>
          <w:lang w:eastAsia="zh-CN"/>
        </w:rPr>
        <w:t>　　在军训期间我们从中长大了不少，学到了很多平时在书本上无法学到的知识。军训不但培养人有吃苦耐劳的精神，能磨练人的坚强意志。军训是苦的，也是欢乐的，更是甘甜的。我们应当学会品尝这种苦中之乐。经过军训，我们能够一改既往的慵懒，投入到紧张有序的训练中去，感受超越自我的欢乐。军训让我们看到了军人的风采，体会到了军人的气质。军训不仅仅培养了我们坚强的品格，也增强了我不断超越自我的勇气。使我懂得了职责的重要，更加强了我们的团队意识，我相信在以后的工作，生活，学习中不管从对待生活的态度上，意志上，还是思维上，我们都将受益匪浅。</w:t>
      </w:r>
      <w:r>
        <w:rPr>
          <w:lang w:eastAsia="zh-CN"/>
        </w:rPr>
        <w:br/>
      </w:r>
    </w:p>
    <w:p w:rsidR="001B1F19" w14:textId="27C3F48A">
      <w:pPr>
        <w:rPr>
          <w:lang w:eastAsia="zh-CN"/>
        </w:rPr>
      </w:pPr>
      <w:r>
        <w:rPr>
          <w:lang w:eastAsia="zh-CN"/>
        </w:rPr>
        <w:t>　　军训对于我们来说是一场体质和精神上的双重考验。一天近八个钟头下来，我们充分品尝到了军训所带来的汗水和艰辛。不时还有同学出现头晕、恶心等症状，我们真正体会到军训的日子并不容易过，但仔细品味，这却是提高我们身体素质的机会。作为一个当代大学生除了在学识上有新建树，还要有顽强拼搏的意志，吃苦耐劳的品质，身体素质和心里素质都要达标。作为一个当代大学生除了在学识上有新建树，还要有顽强拼搏的意志，吃苦耐劳的品质，身体素质和心里素质都要达标。没有身体和心里上的健康保证是无法实现进一步的自我提高的。</w:t>
      </w:r>
      <w:r>
        <w:rPr>
          <w:lang w:eastAsia="zh-CN"/>
        </w:rPr>
        <w:br/>
      </w:r>
      <w:r>
        <w:rPr>
          <w:lang w:eastAsia="zh-CN"/>
        </w:rPr>
        <w:t>　　今日虽然尝到汗水的滋味，可三天后，如果我们都能坚持到的汇操，不临阵退缩，坦然地整齐地站在大家面前秀出漂亮的军姿，那我们就成功了。至少那时候我们的心必须会体会到成功的，我们成功地挑战自我，克服身体上和心里上的弱点，使自我在大学第一战完成得漂亮。军训对于我们以后学习生活的影响是深远持久，举足轻重的。它教会了我们团队协作本事，纪律的严肃性。它不但提高我们的身体素质，迅速加深我们对新同学的认识和新团体荣誉感的构成，更从中培养我们一种团队精神。有纪律，有组织是成为团体中优秀成员必不可少的条件之一。</w:t>
      </w:r>
      <w:r>
        <w:rPr>
          <w:lang w:eastAsia="zh-CN"/>
        </w:rPr>
        <w:br/>
      </w:r>
      <w:r>
        <w:rPr>
          <w:lang w:eastAsia="zh-CN"/>
        </w:rPr>
        <w:t>　　经过军训我学会了如何去应对挫折，如何在人生路上披荆斩棘，如何去踏平坎坷，做到自制，自爱，自理，自强，走出自我的阳光大道，开创一片自我的天空来。我会将这段军训生活永久地珍藏，当作人生的瑰宝，让它的精神贯穿我的整个一生。</w:t>
      </w:r>
      <w:r>
        <w:rPr>
          <w:lang w:eastAsia="zh-CN"/>
        </w:rPr>
        <w:br/>
      </w:r>
      <w:r>
        <w:rPr>
          <w:lang w:eastAsia="zh-CN"/>
        </w:rPr>
        <w:t xml:space="preserve">    军训主题活动总结 篇14 </w:t>
      </w:r>
      <w:r>
        <w:rPr>
          <w:lang w:eastAsia="zh-CN"/>
        </w:rPr>
        <w:br/>
      </w:r>
      <w:r>
        <w:rPr>
          <w:lang w:eastAsia="zh-CN"/>
        </w:rPr>
        <w:t>　　秋天是收获的季节。麦子通过努力长成一片金黄;小树通过努力长得更加健壮;农民通过努力收获满满盼望;我们通过努力懂得如何成长。</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https://d.book118.com/398035123115006042</w:t>
        </w:r>
      </w:hyperlink>
    </w:p>
    <w:p w:rsidR="001B1F19">
      <w:pPr>
        <w:rPr>
          <w:lang w:eastAsia="zh-CN"/>
        </w:rPr>
      </w:pPr>
    </w:p>
    <w:sectPr>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98035123115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