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工作总结范文（33篇）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工作总结范文（精选33篇）</w:t>
      </w:r>
      <w:r>
        <w:rPr>
          <w:lang w:eastAsia="zh-CN"/>
        </w:rPr>
        <w:br/>
      </w:r>
      <w:r>
        <w:rPr>
          <w:lang w:eastAsia="zh-CN"/>
        </w:rPr>
        <w:t xml:space="preserve">    工作总结范文 篇1 </w:t>
      </w:r>
      <w:r>
        <w:rPr>
          <w:lang w:eastAsia="zh-CN"/>
        </w:rPr>
        <w:br/>
      </w:r>
      <w:r>
        <w:rPr>
          <w:lang w:eastAsia="zh-CN"/>
        </w:rPr>
        <w:t>　　前事不忘后事之师</w:t>
      </w:r>
      <w:r>
        <w:rPr>
          <w:lang w:eastAsia="zh-CN"/>
        </w:rPr>
        <w:br/>
      </w:r>
      <w:r>
        <w:rPr>
          <w:lang w:eastAsia="zh-CN"/>
        </w:rPr>
        <w:t>　　20__—20__学年工作总结伴着一声蝉鸣我告别了舒适的象牙塔走上了那三尺讲台，寒来暑往，不觉间一个个日夜从笔尖划过。恍然间才发现一个学期已经悄然而逝，回首间才发现同样的教室里我却扮演了不同的角色。回头看看走过的路有欢笑也有苦恼，有成功也有失误。点点滴滴，历历在目，虽已成历史却也值得回顾总结，前事不忘后事之师，追忆昨日以求自励。</w:t>
      </w:r>
      <w:r>
        <w:rPr>
          <w:lang w:eastAsia="zh-CN"/>
        </w:rPr>
        <w:br/>
      </w:r>
      <w:r>
        <w:rPr>
          <w:lang w:eastAsia="zh-CN"/>
        </w:rPr>
        <w:t>　　我要谢谢您，尊敬的领导，是您的信任，给了我站上讲台的勇气。</w:t>
      </w:r>
      <w:r>
        <w:rPr>
          <w:lang w:eastAsia="zh-CN"/>
        </w:rPr>
        <w:br/>
      </w:r>
      <w:r>
        <w:rPr>
          <w:lang w:eastAsia="zh-CN"/>
        </w:rPr>
        <w:t>　　我要谢谢您，温馨的政史组，是您的底蕴，给了我站在台上的支柱。</w:t>
      </w:r>
      <w:r>
        <w:rPr>
          <w:lang w:eastAsia="zh-CN"/>
        </w:rPr>
        <w:br/>
      </w:r>
      <w:r>
        <w:rPr>
          <w:lang w:eastAsia="zh-CN"/>
        </w:rPr>
        <w:t>　　我要谢谢您，可爱的学生，是你们的欢笑，给了我站下去的动力。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本学期我担任了初二3—9班思想品德的教学任务，这对于刚走出校园的我来说是一个很大的挑战，我深知，学校的信任就是我的责任。所以我从各方面严格要求自己，结合学校“先学后教”的教学模式认真备课，虚心向有经验的老师请教，多听，勤问，常思，使自己尽快实现角色的转变，融入教师队伍这个大集体，融入学校生活这个大家庭。为了使我的教学工作能够更好地有计划，有组织，有步骤地开展。现对本学期教学工作做出总结，希望能发扬优点，克服不足，总结经验教训，以促进教学工作更上一层楼。</w:t>
      </w:r>
      <w:r>
        <w:rPr>
          <w:lang w:eastAsia="zh-CN"/>
        </w:rPr>
        <w:br/>
      </w:r>
      <w:r>
        <w:rPr>
          <w:lang w:eastAsia="zh-CN"/>
        </w:rPr>
        <w:t>　　一、认真备课。</w:t>
      </w:r>
      <w:r>
        <w:rPr>
          <w:lang w:eastAsia="zh-CN"/>
        </w:rPr>
        <w:br/>
      </w:r>
      <w:r>
        <w:rPr>
          <w:lang w:eastAsia="zh-CN"/>
        </w:rPr>
        <w:t>　　不打无准备之仗，记得那次我去4班讲课，朱校长、陆主任还有吴主任早已坐在后面准备听课，当时我讲的是报纸上的试题，由于第一次有领导听课，顿时乱了阵脚。本来很活跃气氛的试题，被我讲得毫无生气。试题讲解完毕，我给学生发了1、2单元的复习小卷，随后布置了3、4课的背诵任务，接着有学生提出了没有第四课的疑问，其实第四课试题是包含在第三课里的，当时我只你能拿起卷子重新检查解释，如果我能在编辑完复习小卷再重新备课的话，就会避免这样的尴尬。从次，我每次上课前一定会认真备课。</w:t>
      </w:r>
      <w:r>
        <w:rPr>
          <w:lang w:eastAsia="zh-CN"/>
        </w:rPr>
        <w:br/>
      </w:r>
      <w:r>
        <w:rPr>
          <w:lang w:eastAsia="zh-CN"/>
        </w:rPr>
        <w:t>　　二、控制情绪。</w:t>
      </w:r>
      <w:r>
        <w:rPr>
          <w:lang w:eastAsia="zh-CN"/>
        </w:rPr>
        <w:br/>
      </w:r>
      <w:r>
        <w:rPr>
          <w:lang w:eastAsia="zh-CN"/>
        </w:rPr>
        <w:t>　　教师作为教学的引导者一定要学会控制自己的情绪。因为你个人的情绪会影响整个班级的积极性，也会影响自己的判断，进而影响到自己与学生的关系。那次在9班听写，有几个学生没有及格，我让他们将试题抄五遍以巩固记忆。然而学生交到办公桌上的抄写纸竟有一页是复印的。顿时我很恼火，叫来张瑞丰对质，由于笔迹很相似我差点冤枉了他，期间因为他不承认我还几度要打他，后来才查清楚是石锴所为。因为我当时冲动险些酿成大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三、相信团队。在参加青年教师汇报课前，王鹏林老师连续听了我三次讲课，不厌其烦的给我指导，姜敬老师一直像姐姐鼓励我支持我，帮我理思路，改小卷。还有办公室的同事们有的到现场给我加油，有的给我话语的激励。这让我知道这个大家庭的温暖，这个大家庭的力量。</w:t>
      </w:r>
      <w:r>
        <w:rPr>
          <w:lang w:eastAsia="zh-CN"/>
        </w:rPr>
        <w:br/>
      </w:r>
      <w:r>
        <w:rPr>
          <w:lang w:eastAsia="zh-CN"/>
        </w:rPr>
        <w:t>　　四、爱满天下。</w:t>
      </w:r>
      <w:r>
        <w:rPr>
          <w:lang w:eastAsia="zh-CN"/>
        </w:rPr>
        <w:br/>
      </w:r>
      <w:r>
        <w:rPr>
          <w:lang w:eastAsia="zh-CN"/>
        </w:rPr>
        <w:t>　　“捧着一颗心来，不带半根草去”这简单的话语折射出教师这个职业的特殊性。我们只有付出“爱满天下”才能收获“桃李芬芳”，在我所教的班级中，3班是成绩、纪律较差的班级，起初我可以用“严”来维持良好秩序，后来我发现“爱”才是最好的约束。早操课间操时我带他们跑步，学生说“觉得我们班好有气势”，课间我与他们玩耍，学生说“老师最理解我们”。是的，付出了就会有收获，评选我最喜欢的老师时，他们班几乎都为我画上了对勾。不用说课堂的纪律、上课的积极性有了很大的提高。</w:t>
      </w:r>
      <w:r>
        <w:rPr>
          <w:lang w:eastAsia="zh-CN"/>
        </w:rPr>
        <w:br/>
      </w:r>
      <w:r>
        <w:rPr>
          <w:lang w:eastAsia="zh-CN"/>
        </w:rPr>
        <w:t>　　五、德育为首。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作为一个思想政治教育工作者，作为一个年轻的中共党员，我深知，教育育人，以德为先的重要性。一个学不好物理化学的学生可能做不了发明家，一个语文学不好的学生可能成不了文学家，一个数学学不好的学生可能成不了经济学家。但是，我要说这些都还好。至少他们不会危害社会。一个思想不健康的人是很难做出贡献，甚至会威胁人类的。哪怕他们成了科学家、文学家、经济学家，但如果脑袋里装的是不健康的思想那这些头衔只能成为他们犯罪的筹码。一个人最大的迷失就是政治立场的迷失，所以育人为本，育德乃是根本。</w:t>
      </w:r>
      <w:r>
        <w:rPr>
          <w:lang w:eastAsia="zh-CN"/>
        </w:rPr>
        <w:br/>
      </w:r>
      <w:r>
        <w:rPr>
          <w:lang w:eastAsia="zh-CN"/>
        </w:rPr>
        <w:t>　　总之，这一个学期走过，工作中有收获也有过失，有欢笑也有泪水，有惊喜也有辛酸。虽然存在很多不足之处，但是我坚信年轻没有失败。明天我也会有王老师的幽默，姜老师的霸气，刘老师的荣誉。</w:t>
      </w:r>
      <w:r>
        <w:rPr>
          <w:lang w:eastAsia="zh-CN"/>
        </w:rPr>
        <w:br/>
      </w:r>
      <w:r>
        <w:rPr>
          <w:lang w:eastAsia="zh-CN"/>
        </w:rPr>
        <w:t xml:space="preserve">    工作总结范文 篇2 </w:t>
      </w:r>
      <w:r>
        <w:rPr>
          <w:lang w:eastAsia="zh-CN"/>
        </w:rPr>
        <w:br/>
      </w:r>
      <w:r>
        <w:rPr>
          <w:lang w:eastAsia="zh-CN"/>
        </w:rPr>
        <w:t>　　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w:t>
      </w:r>
      <w:r>
        <w:rPr>
          <w:lang w:eastAsia="zh-CN"/>
        </w:rPr>
        <w:br/>
      </w:r>
      <w:r>
        <w:rPr>
          <w:lang w:eastAsia="zh-CN"/>
        </w:rPr>
        <w:t>　　一、努力学习理论知识，紧跟时代步伐</w:t>
      </w:r>
      <w:r>
        <w:rPr>
          <w:lang w:eastAsia="zh-CN"/>
        </w:rPr>
        <w:br/>
      </w:r>
      <w:r>
        <w:rPr>
          <w:lang w:eastAsia="zh-CN"/>
        </w:rPr>
        <w:t>　　其次，积极参加业务学习。平时，我能积极利用课余时间，认真学习自费订阅的《小学语文教师》、《__教育》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w:t>
      </w:r>
      <w:r>
        <w:rPr>
          <w:lang w:eastAsia="zh-CN"/>
        </w:rPr>
        <w:br/>
      </w:r>
      <w:r>
        <w:rPr>
          <w:lang w:eastAsia="zh-CN"/>
        </w:rPr>
        <w:t>　　二、尽心尽职，干好本职工作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教学质量是学校的生命线，我担任毕业班语文教学工作，深感肩负责任之重大，虽工作繁杂，但不敢懈怠，唯恐有负家长和学生。为此，我从以下几个方面努力提高教学质量。课前，我能认真学习《大纲》，钻研教材，根据本班学生特点，对教案进行认真的修改，课后布置的作业力求少而精，努力做到既减轻学生的负担，又提高教学质量。</w:t>
      </w:r>
      <w:r>
        <w:rPr>
          <w:lang w:eastAsia="zh-CN"/>
        </w:rPr>
        <w:br/>
      </w:r>
      <w:r>
        <w:rPr>
          <w:lang w:eastAsia="zh-CN"/>
        </w:rPr>
        <w:t>　　第一，教学中培养学生良好的学习习惯。如教会学生预习的方法，坚持课前预习，让学生在预习中发现问题，带着问题上课，鼓励学生大胆质疑，在教学中营造民主平等的学习氛围等。再次，在教学中渗透德育，充分利用教材中的好的内容进行思想教育，培养爱祖国、爱社会的情感，力争做有理想、有道德、有文化、有纪律的一代新人。</w:t>
      </w:r>
      <w:r>
        <w:rPr>
          <w:lang w:eastAsia="zh-CN"/>
        </w:rPr>
        <w:br/>
      </w:r>
      <w:r>
        <w:rPr>
          <w:lang w:eastAsia="zh-CN"/>
        </w:rPr>
        <w:t>　　第二，教学中能面向全体学生，注意发现学生的闪光点，多表扬鼓励，让学生在轻松、愉快的气氛中获取知识。</w:t>
      </w:r>
      <w:r>
        <w:rPr>
          <w:lang w:eastAsia="zh-CN"/>
        </w:rPr>
        <w:br/>
      </w:r>
      <w:r>
        <w:rPr>
          <w:lang w:eastAsia="zh-CN"/>
        </w:rPr>
        <w:t>　　在做好教学工作的同时，我还积极做好分管工作。体育工作的好坏直接关系到一个学校办学水平评估的好坏。因此，要提高办学质量，提高学校的知名度，就必须努力提高学校的体育比赛成绩。为此，开学初，我就结合本校的实际情况制订了一份详细的体育工作计划，合理做好体育组的训练分工。组织体育教师学习理论知识，帮助他们制订好训练计划。同时，组织全镇体育教师召开了一次体育工作会议。通过学习，让全体教师充分体会到学校体育工作在学校教育工作中的重要地位，督促体育教师上好每一堂体育课，做好运动员的选拔工作，既要全面提高学生的身体素质，又要为运动队选拔后备力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同时，积极开展好群众性体育活动。四月份，体育组认真组织、精心安排，成功举办了本年度春季田径运动会，既丰富了学生的课余生活，同时也为运动队选拔了一批后备人才。</w:t>
      </w:r>
      <w:r>
        <w:rPr>
          <w:lang w:eastAsia="zh-CN"/>
        </w:rPr>
        <w:br/>
      </w:r>
      <w:r>
        <w:rPr>
          <w:lang w:eastAsia="zh-CN"/>
        </w:rPr>
        <w:t>　　第三：狠抓运动队管理，全面提高运动水平。在运动员管理上，既要体现“严”字，又要有爱心。学期初，我就针对各队的实际情况，制订了一套各队考核奖励制度，对运动员的出勤、训练情况及比赛情况进行全面考核，每周一进行总结评比，发放补贴，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w:t>
      </w:r>
      <w:r>
        <w:rPr>
          <w:lang w:eastAsia="zh-CN"/>
        </w:rPr>
        <w:br/>
      </w:r>
      <w:r>
        <w:rPr>
          <w:lang w:eastAsia="zh-CN"/>
        </w:rPr>
        <w:t>　　第四，做好体育组，自然组老师的月考核工作。每个月底，能查阅老师台帐资料，听老师月考核课，认真填写月考核表，对考核中发现的问题，能当面提出批评，督促教师改正，绝不姑息迁就。调代课工作在全体教师的大力支持下，能做到调度有序。</w:t>
      </w:r>
      <w:r>
        <w:rPr>
          <w:lang w:eastAsia="zh-CN"/>
        </w:rPr>
        <w:br/>
      </w:r>
      <w:r>
        <w:rPr>
          <w:lang w:eastAsia="zh-CN"/>
        </w:rPr>
        <w:t>　　三、严格执行学校常规，做教师的表率</w:t>
      </w:r>
      <w:r>
        <w:rPr>
          <w:lang w:eastAsia="zh-CN"/>
        </w:rPr>
        <w:br/>
      </w:r>
      <w:r>
        <w:rPr>
          <w:lang w:eastAsia="zh-CN"/>
        </w:rPr>
        <w:t>　　一学期来，我能认真履行岗位职责，严格遵守学校规章制度，坚持早到校，晚离校，陪同教练员参与训练，自始至终协助他们做好工作，坚决服从上级安排，做好各项工作，与教师搞好团结。</w:t>
      </w:r>
      <w:r>
        <w:rPr>
          <w:lang w:eastAsia="zh-CN"/>
        </w:rPr>
        <w:br/>
      </w:r>
      <w:r>
        <w:rPr>
          <w:lang w:eastAsia="zh-CN"/>
        </w:rPr>
        <w:t>　　四、体育成绩有得有失，任务尚很艰苦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本学期，通过多方努力，学校体育工作有了一定成绩，如我校乒乓队在武进区比赛中取得了男四女六的成绩，但是田径比赛距上级下达任务尚有差距，足球队尚需加大训练力度，克服种.种不利因素，力争在今年比赛中为我校嬴得加分机会。</w:t>
      </w:r>
      <w:r>
        <w:rPr>
          <w:lang w:eastAsia="zh-CN"/>
        </w:rPr>
        <w:br/>
      </w:r>
      <w:r>
        <w:rPr>
          <w:lang w:eastAsia="zh-CN"/>
        </w:rPr>
        <w:t xml:space="preserve">    工作总结范文 篇3 </w:t>
      </w:r>
      <w:r>
        <w:rPr>
          <w:lang w:eastAsia="zh-CN"/>
        </w:rPr>
        <w:br/>
      </w:r>
      <w:r>
        <w:rPr>
          <w:lang w:eastAsia="zh-CN"/>
        </w:rPr>
        <w:t>　　时间就这样飞快的过去了。我还记得大学刚毕业来公司的时候，我不敢面对公司的同事，但是我和同事转眼间就熟悉了，半年就这样过去了。在公司一年的工作中，作为新人，很快熟悉了公司交给我的工作，赢得了公司领导和同事的一致好评。</w:t>
      </w:r>
      <w:r>
        <w:rPr>
          <w:lang w:eastAsia="zh-CN"/>
        </w:rPr>
        <w:br/>
      </w:r>
      <w:r>
        <w:rPr>
          <w:lang w:eastAsia="zh-CN"/>
        </w:rPr>
        <w:t>　　一年很快就过去了。在这一年里，在公司领导、部门领导和同事的关心和帮助下，我成功地完成了所有的工作，思想意识进一步提高。今年的工作总结主要包括以下几项：</w:t>
      </w:r>
      <w:r>
        <w:rPr>
          <w:lang w:eastAsia="zh-CN"/>
        </w:rPr>
        <w:br/>
      </w:r>
      <w:r>
        <w:rPr>
          <w:lang w:eastAsia="zh-CN"/>
        </w:rPr>
        <w:t>　　一、工作态度和勤奋敬业</w:t>
      </w:r>
      <w:r>
        <w:rPr>
          <w:lang w:eastAsia="zh-CN"/>
        </w:rPr>
        <w:br/>
      </w:r>
      <w:r>
        <w:rPr>
          <w:lang w:eastAsia="zh-CN"/>
        </w:rPr>
        <w:t>　　热爱自己的工作，能够正确认真对待每一份工作，努力工作，热情为大家服务，认真遵守劳动纪律，保证按时出勤，出勤率高，常年不请假，有效利用工作时间，坚守岗位，需要加班，按时加班，保证工作能按时完成。</w:t>
      </w:r>
      <w:r>
        <w:rPr>
          <w:lang w:eastAsia="zh-CN"/>
        </w:rPr>
        <w:br/>
      </w:r>
      <w:r>
        <w:rPr>
          <w:lang w:eastAsia="zh-CN"/>
        </w:rPr>
        <w:t>　　二、工作成果质量、效益和贡献</w:t>
      </w:r>
      <w:r>
        <w:rPr>
          <w:lang w:eastAsia="zh-CN"/>
        </w:rPr>
        <w:br/>
      </w:r>
      <w:r>
        <w:rPr>
          <w:lang w:eastAsia="zh-CN"/>
        </w:rPr>
        <w:t>　　开工前制定个人工作计划，优先及时完成所有工作，达到预期效果，保质保量完成工作，工作效率高。同时在工作中学到了很多，锻炼了自己。通过不懈的努力，我的工作水平取得了很大的进步，开创了工作的新局面，为公司及其部门的工作做出了应有的贡献。</w:t>
      </w:r>
      <w:r>
        <w:rPr>
          <w:lang w:eastAsia="zh-CN"/>
        </w:rPr>
        <w:br/>
      </w:r>
      <w:r>
        <w:rPr>
          <w:lang w:eastAsia="zh-CN"/>
        </w:rPr>
        <w:t>　　三、专业知识、工作能力和具体工作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6月份来公司工作，担任公司行政秘书，协助办公室主任做好工作。行政工作是琐碎的，但为了做好，我不怕麻烦。我征求领导意见，向同事学习，探索自己的做法。在很短的时间内，熟悉公司的工作，明确工作程序和方向，提高工作能力，在具体工作中形成清晰的工作思路，使自己工作顺利，熟练成功地完成自己的工作。</w:t>
      </w:r>
      <w:r>
        <w:rPr>
          <w:lang w:eastAsia="zh-CN"/>
        </w:rPr>
        <w:br/>
      </w:r>
      <w:r>
        <w:rPr>
          <w:lang w:eastAsia="zh-CN"/>
        </w:rPr>
        <w:t>　　在这一年里，以“把工作做得更好”为目标，我培养了自己的创新意识，积极而成功地完成了以下职责：</w:t>
      </w:r>
      <w:r>
        <w:rPr>
          <w:lang w:eastAsia="zh-CN"/>
        </w:rPr>
        <w:br/>
      </w:r>
      <w:r>
        <w:rPr>
          <w:lang w:eastAsia="zh-CN"/>
        </w:rPr>
        <w:t>　　1、做好办公用品的管理。做好办公用品领用登记，按需发放，不浪费，按时清点，及时补充办公用品，满足大家工作需要。</w:t>
      </w:r>
      <w:r>
        <w:rPr>
          <w:lang w:eastAsia="zh-CN"/>
        </w:rPr>
        <w:br/>
      </w:r>
      <w:r>
        <w:rPr>
          <w:lang w:eastAsia="zh-CN"/>
        </w:rPr>
        <w:t>　　2.协助办公室主任登记、上报、分发各类公文，对没有具体分类的公文进行分类整理，放入有标签的文件夹中，为大家查阅公文提供了极大的方便</w:t>
      </w:r>
      <w:r>
        <w:rPr>
          <w:lang w:eastAsia="zh-CN"/>
        </w:rPr>
        <w:br/>
      </w:r>
      <w:r>
        <w:rPr>
          <w:lang w:eastAsia="zh-CN"/>
        </w:rPr>
        <w:t>　　3.做好各类信件的收发工作，协助办公室主任在20__年底前顺利完成20__年报刊杂志的订阅工作。为了不耽误公司和大家的工作，不怕辛苦，每天按时领信、领报，及时将公函、公函发放给部门和个人。</w:t>
      </w:r>
      <w:r>
        <w:rPr>
          <w:lang w:eastAsia="zh-CN"/>
        </w:rPr>
        <w:br/>
      </w:r>
      <w:r>
        <w:rPr>
          <w:lang w:eastAsia="zh-CN"/>
        </w:rPr>
        <w:t>　　4.认真、按时、高效地完成公司领导和办公室主任交办的其他任务。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5.协助办公室主任处理公司的财务工作。财务工作是公司的一项重要工作，需要认真负责，态度端正，思路清晰。我仔细研究了公司的各种财务制度，整理了思路，整理了各种账目，仔细登记。年底前，我完成了办公用品、出差、接待、会议、教材、低值易耗品等各类账目的报销。公司的财务工作正在进一步完善和规范，我会在新的一年里再接再厉，把工作做得更好。</w:t>
      </w:r>
      <w:r>
        <w:rPr>
          <w:lang w:eastAsia="zh-CN"/>
        </w:rPr>
        <w:br/>
      </w:r>
      <w:r>
        <w:rPr>
          <w:lang w:eastAsia="zh-CN"/>
        </w:rPr>
        <w:t>　　6、做好公章管理工作。对公章的使用做详细登记，严格执行公司公章管理规定，不滥用公章，不做任何违法的事。为了顺利开展公司的工作，协调各部门之间的工作，除了做好本职工作外，我还积极配合其他同事做好本职工作</w:t>
      </w:r>
      <w:r>
        <w:rPr>
          <w:lang w:eastAsia="zh-CN"/>
        </w:rPr>
        <w:br/>
      </w:r>
      <w:r>
        <w:rPr>
          <w:lang w:eastAsia="zh-CN"/>
        </w:rPr>
        <w:t>　　总结一年的工作，虽然取得了一定的进步和成绩，但在某些方面还是存在一些不足。比如创作工作思路不多，个别工作不够完善，需要在以后的工作中改进。在新的一年里，我将认真学习各项政策、规章制度，努力把思想觉悟和工作效率全面提升到一个新的.水平，为公司的发展做出越来越大的贡献。</w:t>
      </w:r>
      <w:r>
        <w:rPr>
          <w:lang w:eastAsia="zh-CN"/>
        </w:rPr>
        <w:br/>
      </w:r>
      <w:r>
        <w:rPr>
          <w:lang w:eastAsia="zh-CN"/>
        </w:rPr>
        <w:t>　　在公司的半年工资期间，我得到了公司领导和同事的大力帮助，这也是我非常感谢他们的原因。在他们的帮助下，我很快适应了公司的工作，对此我感到非常感激。</w:t>
      </w:r>
      <w:r>
        <w:rPr>
          <w:lang w:eastAsia="zh-CN"/>
        </w:rPr>
        <w:br/>
      </w:r>
      <w:r>
        <w:rPr>
          <w:lang w:eastAsia="zh-CN"/>
        </w:rPr>
        <w:t>　　在未来的一年里，我会继续努力，把自己的工作能力提高到一个新的水平，不辜负大家的期望。我会尽我所能帮助公司实现发展，相信公司会有更好的明天！</w:t>
      </w:r>
      <w:r>
        <w:rPr>
          <w:lang w:eastAsia="zh-CN"/>
        </w:rPr>
        <w:br/>
      </w:r>
      <w:r>
        <w:rPr>
          <w:lang w:eastAsia="zh-CN"/>
        </w:rPr>
        <w:t xml:space="preserve">    工作总结范文 篇4 </w:t>
      </w:r>
      <w:r>
        <w:rPr>
          <w:lang w:eastAsia="zh-CN"/>
        </w:rPr>
        <w:br/>
      </w:r>
      <w:r>
        <w:rPr>
          <w:lang w:eastAsia="zh-CN"/>
        </w:rPr>
        <w:t>　　这个学期以来，我一直都按照学校的规章制度学习。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首先我要总结一下我的学习情况：我的语文方面还是不错的，但是还要加强阅读训练，提高阅读的水平：；数学方面还是要加强一些，做题要好好地检查、公式要熟记下来，因为考试的时候要涉及到公式，而我的弱点就是对公式、概念不熟悉；我的英语方面还需努力，这个学期，我老是不听读背英语，导致很多的单词不会读，考试有些单词也不理解。我一开始上课老爱讲话，不认真听课，总会受到老师的批评。妈妈告诉我：“在课堂上认真听讲，比做十道练习题还要好。”于是，我一改往日的躁动，开始上课认真听讲，得到了事半功倍的效果。以后我还要积极举手发言，这有利于跟上老师的思路。我考试的时候答题速度慢，妈妈交给我方法：“遇到不会做的，可以先跳过去，从简单的开始做起。”于是，我的答题速度加快了许多，也有更多的时间检查了。</w:t>
      </w:r>
      <w:r>
        <w:rPr>
          <w:lang w:eastAsia="zh-CN"/>
        </w:rPr>
        <w:br/>
      </w:r>
      <w:r>
        <w:rPr>
          <w:lang w:eastAsia="zh-CN"/>
        </w:rPr>
        <w:t>　　半个学期过去了，辛苦的耕耘有了结果。经过了风风雨雨，不管成绩是好是坏，我依然喜爱学习。因为有了学习秘籍，让我的学习充满了乐趣。另外，在下半个学期里我会更加努力弥补不足，使学到的知识不断完善！书山有路勤为径，学海无涯苦做舟，为了达到成功的彼岸，我们一起努力吧！</w:t>
      </w:r>
      <w:r>
        <w:rPr>
          <w:lang w:eastAsia="zh-CN"/>
        </w:rPr>
        <w:br/>
      </w:r>
      <w:r>
        <w:rPr>
          <w:lang w:eastAsia="zh-CN"/>
        </w:rPr>
        <w:t>　　时间像闪电一样急速地飞驰，转眼间，已经到了20__年。我也成长为一个12岁的少年，已经即将步入中学的殿堂。而在最后半年的小学生涯里，我也有许多话想对自己说。</w:t>
      </w:r>
      <w:r>
        <w:rPr>
          <w:lang w:eastAsia="zh-CN"/>
        </w:rPr>
        <w:br/>
      </w:r>
      <w:r>
        <w:rPr>
          <w:lang w:eastAsia="zh-CN"/>
        </w:rPr>
        <w:t>　　1、学习生活方面。说到学习生活，我需要制定一份计划书，并严格遵守。做到学习用功，生活愉快，劳逸结合以及帮助父母家人做自己力所能及的事。在另一方面，则要多阅读课外书籍，使心中装满文学，做一个爱读书的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为人处事方面。在这方面，我已经初步进入了“试验期”。因为爸爸妈妈经常告诉我为人处事的道理。我会很好地利用这些方法，并加以完善。进一步改善说话的方式及语气，做一个讲文明、懂礼貌的好学生。</w:t>
      </w:r>
      <w:r>
        <w:rPr>
          <w:lang w:eastAsia="zh-CN"/>
        </w:rPr>
        <w:br/>
      </w:r>
      <w:r>
        <w:rPr>
          <w:lang w:eastAsia="zh-CN"/>
        </w:rPr>
        <w:t>　　3、改错进步方面。我这个人是大错不犯，小错不断。为了改正这些小错，我常常费尽心机。最严重的问题（也是大多数同学的问题）就是不爱完成老师布置的“非书面家庭作业”以及预习做得不够好。我会对症下药，彻底改正这些毛病，并学会更多优点，做一个全面发展的好学生。</w:t>
      </w:r>
      <w:r>
        <w:rPr>
          <w:lang w:eastAsia="zh-CN"/>
        </w:rPr>
        <w:br/>
      </w:r>
      <w:r>
        <w:rPr>
          <w:lang w:eastAsia="zh-CN"/>
        </w:rPr>
        <w:t>　　总之，有志者，事竟成。只要努力，就一定能获得收获。在新学期里，我会更加努力刻苦，争取考上一个理想的中学。我想对自己说：“加油！加油！”</w:t>
      </w:r>
      <w:r>
        <w:rPr>
          <w:lang w:eastAsia="zh-CN"/>
        </w:rPr>
        <w:br/>
      </w:r>
      <w:r>
        <w:rPr>
          <w:lang w:eastAsia="zh-CN"/>
        </w:rPr>
        <w:t xml:space="preserve">    工作总结范文 篇5 </w:t>
      </w:r>
      <w:r>
        <w:rPr>
          <w:lang w:eastAsia="zh-CN"/>
        </w:rPr>
        <w:br/>
      </w:r>
      <w:r>
        <w:rPr>
          <w:lang w:eastAsia="zh-CN"/>
        </w:rPr>
        <w:t>　　时间总是在不经意间流逝了，看看案头上的日历，阳春三月，今儿个都到了23了，看看窗外的柳树，一片浓浓的绿意真的扑面的涌来。一种声音在召唤：又到了对班级做总结的时候了。是啊，4—6周里我们有哪些事值得亮一亮呢?</w:t>
      </w:r>
      <w:r>
        <w:rPr>
          <w:lang w:eastAsia="zh-CN"/>
        </w:rPr>
        <w:br/>
      </w:r>
      <w:r>
        <w:rPr>
          <w:lang w:eastAsia="zh-CN"/>
        </w:rPr>
        <w:t>　　一、上、下课纪律有所好转</w:t>
      </w:r>
      <w:r>
        <w:rPr>
          <w:lang w:eastAsia="zh-CN"/>
        </w:rPr>
        <w:br/>
      </w:r>
      <w:r>
        <w:rPr>
          <w:lang w:eastAsia="zh-CN"/>
        </w:rPr>
        <w:t>　　先听听__同学在第5周日记中的一段话：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第三派是“疯狂派”。这一派人数较少，虽然人少，但危害不小。他们一到下课铃响，身体就像被注入了兴奋药液一样，总是在教室里跑前跑后，追逐嬉戏，对干部的管理充耳不闻，其中毛小雨就是其中一个。上课纪律也比较差，许多人在上课时小声说话，其中表现突出的有陈石、毛小雨等人，尤其是在地理课上，他们更是滔滔不绝。万文康上课还故意搞恶作剧，严重影响了周围同学的正常学习，严重影响了老师们的授课情绪。这当中不仅有我们的组员而且还有我们的干部。</w:t>
      </w:r>
      <w:r>
        <w:rPr>
          <w:lang w:eastAsia="zh-CN"/>
        </w:rPr>
        <w:br/>
      </w:r>
      <w:r>
        <w:rPr>
          <w:lang w:eastAsia="zh-CN"/>
        </w:rPr>
        <w:t>　　据调查，__的描述不是空穴来风，而是实事求是。为此在第5周班长常玮主持召开了“优化课堂环境，提高学习效率”的班会。大家揭发检举出了王慎毅等三位问题生，给了他们两千米体能醒脑的教育。在第6周上课说话、下课打闹现象有所好转。班干部反映良好，学生反映良好，任课教师反映良好。</w:t>
      </w:r>
      <w:r>
        <w:rPr>
          <w:lang w:eastAsia="zh-CN"/>
        </w:rPr>
        <w:br/>
      </w:r>
      <w:r>
        <w:rPr>
          <w:lang w:eastAsia="zh-CN"/>
        </w:rPr>
        <w:t>　　二、吃零食现象有所减轻</w:t>
      </w:r>
      <w:r>
        <w:rPr>
          <w:lang w:eastAsia="zh-CN"/>
        </w:rPr>
        <w:br/>
      </w:r>
      <w:r>
        <w:rPr>
          <w:lang w:eastAsia="zh-CN"/>
        </w:rPr>
        <w:t>　　零食，可谓是大家的最爱。以前下课，大家纷纷拿出藏在兜内的一包包零食，竞相比吃。教室里充满了零食的味儿。垃圾桶也在短短10分钟爆满。为此__同学在第5周的日记中有个这样的一段描述：</w:t>
      </w:r>
      <w:r>
        <w:rPr>
          <w:lang w:eastAsia="zh-CN"/>
        </w:rPr>
        <w:br/>
      </w:r>
      <w:r>
        <w:rPr>
          <w:lang w:eastAsia="zh-CN"/>
        </w:rPr>
        <w:t>　　其一、“零食派”，在我们班上，可算是第一大门派。每当老师一出教室，零食派们的弟子们就会拿出美食，慢慢享用，所以你要是从室外突然进来，涌入你耳里的一片沙沙声，你一定会是疑心老鼠啃木头而发出的声音呢。惹得不想吃的人也垂涎三尺。有“零食派”当然就会催生出“抢食派”，这些抢食派们会在你不经意间，以迅雷不及掩耳之势把你的食物抢走，等你反应过来，这些食物早已进入了他们的大口。为此零食派们每次吃时不得不把吃的级别提到红色预警上，他们要么双手捏紧食物，要么小心翼翼地从衣袋里一次拿出一点慢慢享受，要么囫囵吞枣地吃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__地描述引起了班主任的高度重视，为此第5周周末班主任主持召开了“零食不可多吃”的班会，大家立即响应，在第6周吃零食现象就大大减少了。教室里不再充斥着浓浓零食气味。</w:t>
      </w:r>
      <w:r>
        <w:rPr>
          <w:lang w:eastAsia="zh-CN"/>
        </w:rPr>
        <w:br/>
      </w:r>
      <w:r>
        <w:rPr>
          <w:lang w:eastAsia="zh-CN"/>
        </w:rPr>
        <w:t>　　三、捐款活动见爱心之浓厚</w:t>
      </w:r>
      <w:r>
        <w:rPr>
          <w:lang w:eastAsia="zh-CN"/>
        </w:rPr>
        <w:br/>
      </w:r>
      <w:r>
        <w:rPr>
          <w:lang w:eastAsia="zh-CN"/>
        </w:rPr>
        <w:t>　　这次捐款我们共捐了1208元，在年级排行第二，全校第三。全班除了特殊学生魏春阳以外，其余学生都献出了一份爱心。而在献爱心的同学当中，又除了一人捐了3元外，其余均在10元以上。这次活动表明：我们在“做优秀个人，创文明标兵”的活动中取得了阶段性的成果。这当中表现最好的要数王筱筱，她捐了100元，还有张玉倩，董琦、朱亚楠、刘蕊、陈玉、常玮、谭玉玮在此活动中表现突出。全班除了一人在本次活动捐款中表现较差外，其他同学都做得令人满意。</w:t>
      </w:r>
      <w:r>
        <w:rPr>
          <w:lang w:eastAsia="zh-CN"/>
        </w:rPr>
        <w:br/>
      </w:r>
      <w:r>
        <w:rPr>
          <w:lang w:eastAsia="zh-CN"/>
        </w:rPr>
        <w:t>　　四、办板报见同学们能力之高</w:t>
      </w:r>
      <w:r>
        <w:rPr>
          <w:lang w:eastAsia="zh-CN"/>
        </w:rPr>
        <w:br/>
      </w:r>
      <w:r>
        <w:rPr>
          <w:lang w:eastAsia="zh-CN"/>
        </w:rPr>
        <w:t>　　迎“争创文明班级”板报，办在年级前列。在第4周我们开始组稿，共有59人为此付出了心血，第5周办好。放眼板报：主题鲜明——做礼仪标兵，创文明班级;内容丰富，图文并茂;书法剪纸，爽心悦目。在这次办板报中，邵镝、陈铧瑜、田菲、戴楠等同学投入了很大的精力，付出了很多的汗水。漂亮的板报成为班级文化建设的一大亮点。</w:t>
      </w:r>
      <w:r>
        <w:rPr>
          <w:lang w:eastAsia="zh-CN"/>
        </w:rPr>
        <w:br/>
      </w:r>
      <w:r>
        <w:rPr>
          <w:lang w:eastAsia="zh-CN"/>
        </w:rPr>
        <w:t>　　五、抄作业现象死灰复燃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前4—5周，由于作业监督员负责，抄作业现象基本绝迹。可是在第6周因监督员们有所松懈，使抄作业现象又死灰复燃。有一位同学在第6周班级总结中这样描述：前天中午，我早早地来到学校，看见一些同学趴在别人的桌子上，笔在本子上如脱缰野马般来回奔驰，走近一看，原来他们在抄作业。当然抄作业的方式还有很多种，例如：买答案在家里抄，早、中、晚在上学路上抄，把他人的答案先抄在一张纸片上，再往自己的本子上抄等。</w:t>
      </w:r>
      <w:r>
        <w:rPr>
          <w:lang w:eastAsia="zh-CN"/>
        </w:rPr>
        <w:br/>
      </w:r>
      <w:r>
        <w:rPr>
          <w:lang w:eastAsia="zh-CN"/>
        </w:rPr>
        <w:t xml:space="preserve">    工作总结范文 篇6 </w:t>
      </w:r>
      <w:r>
        <w:rPr>
          <w:lang w:eastAsia="zh-CN"/>
        </w:rPr>
        <w:br/>
      </w:r>
      <w:r>
        <w:rPr>
          <w:lang w:eastAsia="zh-CN"/>
        </w:rPr>
        <w:t>　　每天与小孩子们在一起，时间过得真快。转瞬间，这学期即将结束，面对这半年来一年级的班级工作，我真的不知从哪说起。其中的喜忧成败，只有自己最清晰。现做个简洁总结吧。</w:t>
      </w:r>
      <w:r>
        <w:rPr>
          <w:lang w:eastAsia="zh-CN"/>
        </w:rPr>
        <w:br/>
      </w:r>
      <w:r>
        <w:rPr>
          <w:lang w:eastAsia="zh-CN"/>
        </w:rPr>
        <w:t>　　一、我努力做到了每天早去晚回，让学生在规定时间内到校后都能看到我;放学后排队离校，家长未能按时来接者刚好电话联系。</w:t>
      </w:r>
      <w:r>
        <w:rPr>
          <w:lang w:eastAsia="zh-CN"/>
        </w:rPr>
        <w:br/>
      </w:r>
      <w:r>
        <w:rPr>
          <w:lang w:eastAsia="zh-CN"/>
        </w:rPr>
        <w:t>　　二、每天课前非常钟教孩子们背古诗及三字经，放学排队走时复习背诵所学古诗文及儿歌。现已积累古诗16首，三字经已背到第十一节。</w:t>
      </w:r>
      <w:r>
        <w:rPr>
          <w:lang w:eastAsia="zh-CN"/>
        </w:rPr>
        <w:br/>
      </w:r>
      <w:r>
        <w:rPr>
          <w:lang w:eastAsia="zh-CN"/>
        </w:rPr>
        <w:t>　　三、每天抽出10分钟的'时间给孩子们讲故事，对他们进行平安教育，本学期未发生任何平安事故。</w:t>
      </w:r>
      <w:r>
        <w:rPr>
          <w:lang w:eastAsia="zh-CN"/>
        </w:rPr>
        <w:br/>
      </w:r>
      <w:r>
        <w:rPr>
          <w:lang w:eastAsia="zh-CN"/>
        </w:rPr>
        <w:t>　　四、刚好与家长沟通。学生有事将来或身体不舒适时，刚好与家长取得了联系。</w:t>
      </w:r>
      <w:r>
        <w:rPr>
          <w:lang w:eastAsia="zh-CN"/>
        </w:rPr>
        <w:br/>
      </w:r>
      <w:r>
        <w:rPr>
          <w:lang w:eastAsia="zh-CN"/>
        </w:rPr>
        <w:t>　　当然，也有些地方做的欠佳，如：</w:t>
      </w:r>
      <w:r>
        <w:rPr>
          <w:lang w:eastAsia="zh-CN"/>
        </w:rPr>
        <w:br/>
      </w:r>
      <w:r>
        <w:rPr>
          <w:lang w:eastAsia="zh-CN"/>
        </w:rPr>
        <w:t>　　一、个别学生上课爱动，稍一放松，他就不听课了。今后应亲密关注。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二、天气冷时，有个别学生会迟到。课前非常钟的内容没能刚好补充。</w:t>
      </w:r>
      <w:r>
        <w:rPr>
          <w:lang w:eastAsia="zh-CN"/>
        </w:rPr>
        <w:br/>
      </w:r>
      <w:r>
        <w:rPr>
          <w:lang w:eastAsia="zh-CN"/>
        </w:rPr>
        <w:t>　　三、低年级的孩子爱告状，有时未能刚好处理，可能回给孩子们留下阴影。</w:t>
      </w:r>
      <w:r>
        <w:rPr>
          <w:lang w:eastAsia="zh-CN"/>
        </w:rPr>
        <w:br/>
      </w:r>
      <w:r>
        <w:rPr>
          <w:lang w:eastAsia="zh-CN"/>
        </w:rPr>
        <w:t>　　四、“学生一帮一”工程坚持不彻底，抽查不刚好。</w:t>
      </w:r>
      <w:r>
        <w:rPr>
          <w:lang w:eastAsia="zh-CN"/>
        </w:rPr>
        <w:br/>
      </w:r>
      <w:r>
        <w:rPr>
          <w:lang w:eastAsia="zh-CN"/>
        </w:rPr>
        <w:t>　　不管怎么说，我对这个班级倾注了我的全部心血，我信任，只要我取长补短，下学期，我们班级各项工作都会做得更好!</w:t>
      </w:r>
      <w:r>
        <w:rPr>
          <w:lang w:eastAsia="zh-CN"/>
        </w:rPr>
        <w:br/>
      </w:r>
      <w:r>
        <w:rPr>
          <w:lang w:eastAsia="zh-CN"/>
        </w:rPr>
        <w:t xml:space="preserve">    工作总结范文 篇7 </w:t>
      </w:r>
      <w:r>
        <w:rPr>
          <w:lang w:eastAsia="zh-CN"/>
        </w:rPr>
        <w:br/>
      </w:r>
      <w:r>
        <w:rPr>
          <w:lang w:eastAsia="zh-CN"/>
        </w:rPr>
        <w:t>　　一年来，我们在上级部门的指导下，在县建设局的正确领导下，突出“服务为本”这个主题，努力改进工作作风，规范管理，严格执法，房屋发证、房地产抵押登记、城市房屋拆迁、村居私房换证、房地产执法监察、危房鉴定等工作得到有序开展，完成了年初预定的工作目标，为全县经济和社会发展作出了积极贡献。</w:t>
      </w:r>
      <w:r>
        <w:rPr>
          <w:lang w:eastAsia="zh-CN"/>
        </w:rPr>
        <w:br/>
      </w:r>
      <w:r>
        <w:rPr>
          <w:lang w:eastAsia="zh-CN"/>
        </w:rPr>
        <w:t>　　一、工作简要回顾</w:t>
      </w:r>
      <w:r>
        <w:rPr>
          <w:lang w:eastAsia="zh-CN"/>
        </w:rPr>
        <w:br/>
      </w:r>
      <w:r>
        <w:rPr>
          <w:lang w:eastAsia="zh-CN"/>
        </w:rPr>
        <w:t>　　(一)房地产产权产籍管理进一步规范。截止_月_日，我局城镇房屋发证户，登记城镇住房__万，完成年初计划的，与去年同比，增长了，实现微机缮证、微机绘图达到;办理房地产抵押登记宗，抵押额亿元，抵押面积__万m2;整理产籍档案资料卷，为社会各界、内部业务科室提供查档服务余卷。</w:t>
      </w:r>
      <w:r>
        <w:rPr>
          <w:lang w:eastAsia="zh-CN"/>
        </w:rPr>
        <w:br/>
      </w:r>
      <w:r>
        <w:rPr>
          <w:lang w:eastAsia="zh-CN"/>
        </w:rPr>
        <w:t>　　(二)房地产交易监理进一步加强。共办理房地产产易宗，交易总额万元，交易面积__万m2，其中：商品房销售登记宗，销售额__万元，销售面积__万m2;私房交易宗，交易额__万元，交易面积__万m2。共发放《商品房预售许可证》本，登记备案预售面积__万m2。</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三)城市房屋拆迁监管力度进一步加大。20__年，我局严格按照规定程序审批拆迁项目，共核发《房屋拆迁许可证》本，批准拆除房屋面积__万m2，实现拆迁许可证单位发放率达。目前，_山旧城改造工程房屋拆迁二期工程正在有条不紊地进行。</w:t>
      </w:r>
      <w:r>
        <w:rPr>
          <w:lang w:eastAsia="zh-CN"/>
        </w:rPr>
        <w:br/>
      </w:r>
      <w:r>
        <w:rPr>
          <w:lang w:eastAsia="zh-CN"/>
        </w:rPr>
        <w:t>　　(四)房地产执法监察力度进一步增强。20__年，我们着手清理整顿房地产开发市场，取缔无资质开发，房地产交易市场得到了有序发展。一年来，查处违法交易宗，下发限期整改通知书份;协助法院办理查封、解封过户起;受县政府委托出庭代理房权行政纠纷案起。</w:t>
      </w:r>
      <w:r>
        <w:rPr>
          <w:lang w:eastAsia="zh-CN"/>
        </w:rPr>
        <w:br/>
      </w:r>
      <w:r>
        <w:rPr>
          <w:lang w:eastAsia="zh-CN"/>
        </w:rPr>
        <w:t>　　(五)危房鉴定职能进一步发挥。20__年，我们共进行危房鉴定宗，鉴定危房面积__万m2，出具危房鉴定报告份，发出限期拆除通知书份，有效地防止了房屋安全隐患的发生。</w:t>
      </w:r>
      <w:r>
        <w:rPr>
          <w:lang w:eastAsia="zh-CN"/>
        </w:rPr>
        <w:br/>
      </w:r>
      <w:r>
        <w:rPr>
          <w:lang w:eastAsia="zh-CN"/>
        </w:rPr>
        <w:t>　　二、主要做法</w:t>
      </w:r>
      <w:r>
        <w:rPr>
          <w:lang w:eastAsia="zh-CN"/>
        </w:rPr>
        <w:br/>
      </w:r>
      <w:r>
        <w:rPr>
          <w:lang w:eastAsia="zh-CN"/>
        </w:rPr>
        <w:t>　　(一)改进作风，强化服务意识</w:t>
      </w:r>
      <w:r>
        <w:rPr>
          <w:lang w:eastAsia="zh-CN"/>
        </w:rPr>
        <w:br/>
      </w:r>
      <w:r>
        <w:rPr>
          <w:lang w:eastAsia="zh-CN"/>
        </w:rPr>
        <w:t>　　通过正面引导、理论灌输和交心通气等方式深入进行政治思想教育，全局讲政治、讲奉献、爱岗敬业蔚然成风。2_年，有_名同志被推荐到建党积极分子培训班，_名同志光荣地加入了中国共产党，局支部得到不壮大和发展，被建设系统党委评为=年度先进基层组织。</w:t>
      </w:r>
      <w:r>
        <w:rPr>
          <w:lang w:eastAsia="zh-CN"/>
        </w:rPr>
        <w:br/>
      </w:r>
      <w:r>
        <w:rPr>
          <w:lang w:eastAsia="zh-CN"/>
        </w:rPr>
        <w:t>　　2、强化干部的业务知识培训。房产工作是一项业务性强的工作，为了提高业务水平，我们采取五条措施狠抓干部职工的业务知识培训。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一是针对全局干部职工业务素质普遍偏低的状况，采取“请进来，送出去”的方式，经常聘请业务知识方面的专家进行授课，必要时，把业务骨干送到前面地区进行培训。二是每星期五下午举行一次业务学习交流。大家一起交流、探讨，相互促进，共同提高。三是开展“传、帮、带”结对帮助活动，手把手把工作经验不足、业务能力欠缺的同志带向成熟;四是积极组织各项知识竞赛，在竞赛中锻炼提高;五是努力为干部职工深造学习创造条件。</w:t>
      </w:r>
      <w:r>
        <w:rPr>
          <w:lang w:eastAsia="zh-CN"/>
        </w:rPr>
        <w:br/>
      </w:r>
      <w:r>
        <w:rPr>
          <w:lang w:eastAsia="zh-CN"/>
        </w:rPr>
        <w:t>　　对积极要求深造的干部，我们给予充裕时间，给予安静环境。通过以上措施，一年来，我们送出名同志到浏阳市参加产权产籍培训班学习，送出名同志参加全省《行政许可法》培训班学习，为加强我局的产权产籍管理和行政执法能力奠定了基础。业务水平和业务素质的提高，有力地促进了我局各项工作的开展。</w:t>
      </w:r>
      <w:r>
        <w:rPr>
          <w:lang w:eastAsia="zh-CN"/>
        </w:rPr>
        <w:br/>
      </w:r>
      <w:r>
        <w:rPr>
          <w:lang w:eastAsia="zh-CN"/>
        </w:rPr>
        <w:t>　　3、强化干部岗位目标责任制。为充分调动干部职工的工作积极性和主动性，增强责任感和紧迫感，我们严格执行岗位目标责任制。在总结以往目标责任制和实际完成情况的基础上，做了大量的调查研究，制定了20__年岗位目标管理责任制，使其较以往更为详细完善，科学合理，切实可行，便于操作。</w:t>
      </w:r>
      <w:r>
        <w:rPr>
          <w:lang w:eastAsia="zh-CN"/>
        </w:rPr>
        <w:br/>
      </w:r>
      <w:r>
        <w:rPr>
          <w:lang w:eastAsia="zh-CN"/>
        </w:rPr>
        <w:t>　　在制定岗位责任书时，因事择人，因人而事，实事求是，既做到一碗水端平，又做到统筹兼顾。为使岗位责任制落到实处，我们实施激励约束机制，奖优罚劣，奖勤罚懒，实行完成目标任务与出勤补助、岗位津贴、工资资金“三挂钩”，按月考核。每人每月从工资中扣__元。</w:t>
      </w:r>
      <w:r>
        <w:rPr>
          <w:lang w:eastAsia="zh-CN"/>
        </w:rPr>
        <w:br/>
      </w:r>
      <w:r>
        <w:rPr>
          <w:lang w:eastAsia="zh-CN"/>
        </w:rPr>
        <w:t xml:space="preserve">    工作总结范文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在过去的一年里，我取得了不错的成绩，在公司领导的指导下，还有同事们的帮助下，我认真的搞好自己的工作，我非常清楚我应该朝着什么方向发展，在这一点上面我是非常确定的，对于我来讲这些都是应该要去努力的方向，一年来我每天认真的完成好光工作，处理好部门的日常的工作，我也知道这对我而言是比较重要的，在这些细节上面我应该要端正自己的态度，这一年来我也是能够让自己去接触一些更多的事情，对于过去的一年我也总结一下。</w:t>
      </w:r>
      <w:r>
        <w:rPr>
          <w:lang w:eastAsia="zh-CN"/>
        </w:rPr>
        <w:br/>
      </w:r>
      <w:r>
        <w:rPr>
          <w:lang w:eastAsia="zh-CN"/>
        </w:rPr>
        <w:t>　　作为一名_的员工，我也是不断的在努力，我希望可以得到一个好的认可，这也是我应该去努力的事情，一年来我尽量的，在接触一些的新的事情，在这方一点上面确实还是应该要去努力的，我也愿意坚持下去，这对我是一个非常大提高，只有认真负责的处理好自己的本职工作才能够在接下来的工作当中有更好的状态的，我一直以来都和周围的同事相处的不错，我也知道这是我应该要去做好的，我知道这是我应该要有的态度，一年来我也是把自己分内的事情做的非常不错的，在这个过程当中我确实感觉非常的好，在接下来的工作当中我一定会让自己保持一个更好的态度，这一年来在工作当中我也是在坚持着努力搞好自己分内的职责，在这一年来的工作当中我也是做的非常不错的，我非常相信我应该要在这样的环境下面自己能够做的更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未来我也一定会让自己保持好的状态，这也是我应该要有的态度，一年来我努力的做好自己分内的事情，我和同事们虚心的请教，我认为自己的能力还是不够，缺少一些新的东西，我也能够自己保持好的状态，我也相信我是可以做的更好的，在这一点上面我有着非常明确的态度，未来我也一定会让自己做的更好，这一年来我还是有一些做的不够好的地方，我会好好的改善，我知道工作当中不能够有拖拖拉拉的习惯，这一点是非常不好的，我也不应该抱有这样的态度，在工作当中这确实非常的不合适，我会坚持去做好自己分内的职责，这一点是一定的，我也非常清楚我应该往什么方向发展，作为一名_的员工这确实是我要有的素质，通过这件事情我也一定会更加努力的，感激能够在这样的环境下面有现在的变化，我会继续努力的。</w:t>
      </w:r>
      <w:r>
        <w:rPr>
          <w:lang w:eastAsia="zh-CN"/>
        </w:rPr>
        <w:br/>
      </w:r>
      <w:r>
        <w:rPr>
          <w:lang w:eastAsia="zh-CN"/>
        </w:rPr>
        <w:t xml:space="preserve">    工作总结范文 篇9 </w:t>
      </w:r>
      <w:r>
        <w:rPr>
          <w:lang w:eastAsia="zh-CN"/>
        </w:rPr>
        <w:br/>
      </w:r>
      <w:r>
        <w:rPr>
          <w:lang w:eastAsia="zh-CN"/>
        </w:rPr>
        <w:t>　　在公司工作的时间过的就是快，在闲余时，我总觉得时间很多，只有在工作时我才觉得时间好像不够用。一下子，这个五月就要过去了，虽然在这个月里公司没有发生什么大的变动，但是这个月的工作还是比较有挑战性的，因为出现了一些新鲜的事物，所以我作为公司的员工，必须要去面对这些挑战，完成好自己的本职任务。这个月的工作，我自认为完成的还是比较不错的，基本把上级领导交给我的任务完成了，甚至还有所超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工作的时候，虽然面临了不少新的挑战，但是我顶住了压力，在面对领导交给我的一个又一个任务时，我的心中没有怨言，只有兴奋，因为我知道这是领导对我在工作这方面的肯定和信任。当我遇到工作上的困难时，我首先是自己琢磨琢磨，直到我感觉自己研究不出什么花样来后，我就会寻求周围有经验的同事的帮助，实在不行了就会请教领导给我一点点指点，正是在大家的帮助下，我的任务才得以顺利展开并且完成的比较好。</w:t>
      </w:r>
      <w:r>
        <w:rPr>
          <w:lang w:eastAsia="zh-CN"/>
        </w:rPr>
        <w:br/>
      </w:r>
      <w:r>
        <w:rPr>
          <w:lang w:eastAsia="zh-CN"/>
        </w:rPr>
        <w:t>　　我的工作不算难，但也算不上简单，还是得需要自己动一动自己的小脑筋的，不然的话就难以把自己的工作做好。为了能让自己的工作得到更大的进步，我专门在网上看教学视频，这些视频都是很多有经验的大佬制作的，所以对于我们这些工作并不是很久的人来说，那可是相当有用的，这上面介绍了不少的工作方法和如何处理工作上的细节，千万可别小看了这些细节，因为任何小细节一旦积累了起来那可就是一个大事件。这个五月份中，我在工作上有不少的提升，这可以从我的业绩上明显的看出来。相比于上个月，本月的业绩提升了百分之二十，这是一个非常明显的进步，这都多亏了领导的指点，如果没有领导给我传授那么多的经验，我只能完成基本任务。</w:t>
      </w:r>
      <w:r>
        <w:rPr>
          <w:lang w:eastAsia="zh-CN"/>
        </w:rPr>
        <w:br/>
      </w:r>
      <w:r>
        <w:rPr>
          <w:lang w:eastAsia="zh-CN"/>
        </w:rPr>
        <w:t>　　随着自己的工作能力和见识得到了提升，我相信自己在下一个月里能比现在做的更好，我会更加独立的去完成自己的工作，争取在下个月里把业绩提升的更高。同时，我也明白了学习是永远不能停下的，哪怕我现在已经工作了挺久了，但是唯有不停的学习，才能丰富自己的见识，更好地完成公司领导交给自己的任务，避免在工作上出现差错。</w:t>
      </w:r>
      <w:r>
        <w:rPr>
          <w:lang w:eastAsia="zh-CN"/>
        </w:rPr>
        <w:br/>
      </w:r>
      <w:r>
        <w:rPr>
          <w:lang w:eastAsia="zh-CN"/>
        </w:rPr>
        <w:t xml:space="preserve">    工作总结范文 篇10 </w:t>
      </w:r>
      <w:r>
        <w:rPr>
          <w:lang w:eastAsia="zh-CN"/>
        </w:rPr>
        <w:br/>
      </w:r>
      <w:r>
        <w:rPr>
          <w:lang w:eastAsia="zh-CN"/>
        </w:rPr>
        <w:t>　　1、开会：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由于领导决定每周三下午15:00大家相聚我们超山项目部会议室，我觉得每周会议不仅是建立制度和培训的学习，更加是增加我们的意识，会议使我们从开始的陌生到慢慢地熟悉，我深有体会。领导以演讲式的告诉大家时刻认真工作，大家认真工作都是为了我们这个项目，每次会议都让大家对工程进度、安全、质量一个全面的认识，我个人觉得开会是我认真学习的一个过程，学会团结，学会宽容。</w:t>
      </w:r>
      <w:r>
        <w:rPr>
          <w:lang w:eastAsia="zh-CN"/>
        </w:rPr>
        <w:br/>
      </w:r>
      <w:r>
        <w:rPr>
          <w:lang w:eastAsia="zh-CN"/>
        </w:rPr>
        <w:t>　　2、编制每周计划：</w:t>
      </w:r>
      <w:r>
        <w:rPr>
          <w:lang w:eastAsia="zh-CN"/>
        </w:rPr>
        <w:br/>
      </w:r>
      <w:r>
        <w:rPr>
          <w:lang w:eastAsia="zh-CN"/>
        </w:rPr>
        <w:t>　　根据项目部的安排，项目部每周的进度计划由我进行编制，这也是学习的一个举足轻重的机会，因为编制计划不但是考验我个人语言组织能力和细心的培养，且增加对工程进度的更深了解，所以不断地加强实践训练和自我认识，才能更多地掌握相关知识的投入工作。</w:t>
      </w:r>
      <w:r>
        <w:rPr>
          <w:lang w:eastAsia="zh-CN"/>
        </w:rPr>
        <w:br/>
      </w:r>
      <w:r>
        <w:rPr>
          <w:lang w:eastAsia="zh-CN"/>
        </w:rPr>
        <w:t>　　3、每天的施工日志：</w:t>
      </w:r>
      <w:r>
        <w:rPr>
          <w:lang w:eastAsia="zh-CN"/>
        </w:rPr>
        <w:br/>
      </w:r>
      <w:r>
        <w:rPr>
          <w:lang w:eastAsia="zh-CN"/>
        </w:rPr>
        <w:t>　　施工日志是一个技术员成长的重要环节之一，施工日志不仅仅是语言组织能力、现场了解程度的加深，对我来说也是一种能力的培养，更使我对目前九栋楼每一步的细节变化都了如指掌，由于我刚毕业，没有实践经验，对现场进度很多至观重要的环节都处于朦胧状态，这个时候只有借助图纸来了解，迫使看图纸，这也是我成长的一个重要过程。</w:t>
      </w:r>
      <w:r>
        <w:rPr>
          <w:lang w:eastAsia="zh-CN"/>
        </w:rPr>
        <w:br/>
      </w:r>
      <w:r>
        <w:rPr>
          <w:lang w:eastAsia="zh-CN"/>
        </w:rPr>
        <w:t>　　4、工程技术部：</w:t>
      </w:r>
      <w:r>
        <w:rPr>
          <w:lang w:eastAsia="zh-CN"/>
        </w:rPr>
        <w:br/>
      </w:r>
      <w:r>
        <w:rPr>
          <w:lang w:eastAsia="zh-CN"/>
        </w:rPr>
        <w:t>　　我们部门有三人，一是孙部长、二是资料员邢姐、三就是我，办公室是我学习最优先的地方，不管交际、工作范围，使我交际及成长因此得以极大地扩展。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现在时间悄然已过去四个月有余，回首四个月的工作，我一帆风顺过，也有曾经迷茫过，但无论怎样一定要坚持着，坚持就是胜利。现在回头看看我个人所获得的知识，那种努力过后的感觉，只有经历的人才会明白，工作虽然现在得不到什么实际东西，但是我所学到的东西在以后的人生路会受益匪浅，所以我要踏踏实实的做好每一件事，更好地为项目服务。</w:t>
      </w:r>
      <w:r>
        <w:rPr>
          <w:lang w:eastAsia="zh-CN"/>
        </w:rPr>
        <w:br/>
      </w:r>
      <w:r>
        <w:rPr>
          <w:lang w:eastAsia="zh-CN"/>
        </w:rPr>
        <w:t>　　我既然选择开始就不会轻易结束，既然来到十七冶，我就会全力付出，无论遇到什么，我都会坚持。我都会怀着最初的激情坚持下去，因为我始终相信“没有比脚更远的路，没有比人更高的山”。</w:t>
      </w:r>
      <w:r>
        <w:rPr>
          <w:lang w:eastAsia="zh-CN"/>
        </w:rPr>
        <w:br/>
      </w:r>
      <w:r>
        <w:rPr>
          <w:lang w:eastAsia="zh-CN"/>
        </w:rPr>
        <w:t>　　离开校园，我会更加自豪，满怀信心，更好的履行员工的职责，为项目服务，无论风雨兼程我都会和你们团结一心，把超山项目做好，当然也更加期望在即将新的一年有新的开始，新的进步，新的目标，以崭新的面貌来迎接新的挑战。</w:t>
      </w:r>
      <w:r>
        <w:rPr>
          <w:lang w:eastAsia="zh-CN"/>
        </w:rPr>
        <w:br/>
      </w:r>
      <w:r>
        <w:rPr>
          <w:lang w:eastAsia="zh-CN"/>
        </w:rPr>
        <w:t>　　程健</w:t>
      </w:r>
      <w:r>
        <w:rPr>
          <w:lang w:eastAsia="zh-CN"/>
        </w:rPr>
        <w:br/>
      </w:r>
      <w:r>
        <w:rPr>
          <w:lang w:eastAsia="zh-CN"/>
        </w:rPr>
        <w:t>　　20__年12月11日</w:t>
      </w:r>
      <w:r>
        <w:rPr>
          <w:lang w:eastAsia="zh-CN"/>
        </w:rPr>
        <w:br/>
      </w:r>
      <w:r>
        <w:rPr>
          <w:lang w:eastAsia="zh-CN"/>
        </w:rPr>
        <w:t xml:space="preserve">    工作总结范文 篇11 </w:t>
      </w:r>
      <w:r>
        <w:rPr>
          <w:lang w:eastAsia="zh-CN"/>
        </w:rPr>
        <w:br/>
      </w:r>
      <w:r>
        <w:rPr>
          <w:lang w:eastAsia="zh-CN"/>
        </w:rPr>
        <w:t>　　一、基本情况</w:t>
      </w:r>
      <w:r>
        <w:rPr>
          <w:lang w:eastAsia="zh-CN"/>
        </w:rPr>
        <w:br/>
      </w:r>
      <w:r>
        <w:rPr>
          <w:lang w:eastAsia="zh-CN"/>
        </w:rPr>
        <w:t>　　这一块主要是概括地把这段时间来的销售业绩如实写下来，比如：一年来总共销售了多少产品，有多少客户购买，这些客户主要分布在什么行业，总体的销售额是多少，是否完成了主管下达的销售指标等。</w:t>
      </w:r>
      <w:r>
        <w:rPr>
          <w:lang w:eastAsia="zh-CN"/>
        </w:rPr>
        <w:br/>
      </w:r>
      <w:r>
        <w:rPr>
          <w:lang w:eastAsia="zh-CN"/>
        </w:rPr>
        <w:t>　　二、主要做法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这一块可以写自己这段时间来是怎么做销售的，采用的是什么样的方法在做销售。比如：在收集客户的资料方面做了哪些事情，采用了什么方法;在传递产品信息方面做了哪些事情，采用了什么方法。</w:t>
      </w:r>
      <w:r>
        <w:rPr>
          <w:lang w:eastAsia="zh-CN"/>
        </w:rPr>
        <w:br/>
      </w:r>
      <w:r>
        <w:rPr>
          <w:lang w:eastAsia="zh-CN"/>
        </w:rPr>
        <w:t>　　三、我的收获</w:t>
      </w:r>
      <w:r>
        <w:rPr>
          <w:lang w:eastAsia="zh-CN"/>
        </w:rPr>
        <w:br/>
      </w:r>
      <w:r>
        <w:rPr>
          <w:lang w:eastAsia="zh-CN"/>
        </w:rPr>
        <w:t>　　这一块主要是分享一下这段时间来自己觉得做得比较好的地方。比如：这一年，我感觉自己与客户的关系搞得比较好，主要是每次客户生日或客户的重要日期来临时都能发短信问候;还比如：我这一年销售指标完成得比较好，主要是在客户的跟进方面做得比较好，我会把每一次与客户的交流记录都记录下来，这样下一次沟通时都能做到清晰准确，目的性很强。</w:t>
      </w:r>
      <w:r>
        <w:rPr>
          <w:lang w:eastAsia="zh-CN"/>
        </w:rPr>
        <w:br/>
      </w:r>
      <w:r>
        <w:rPr>
          <w:lang w:eastAsia="zh-CN"/>
        </w:rPr>
        <w:t>　　四、不足之处</w:t>
      </w:r>
      <w:r>
        <w:rPr>
          <w:lang w:eastAsia="zh-CN"/>
        </w:rPr>
        <w:br/>
      </w:r>
      <w:r>
        <w:rPr>
          <w:lang w:eastAsia="zh-CN"/>
        </w:rPr>
        <w:t>　　比如：对产品理解还不是很到位，有时候不能很准确地解答客户的疑问;又比如：客户的资料收集得比较多，见的人也不少，但因为没有做好记录和管理，所以查找时很麻烦等。</w:t>
      </w:r>
      <w:r>
        <w:rPr>
          <w:lang w:eastAsia="zh-CN"/>
        </w:rPr>
        <w:br/>
      </w:r>
      <w:r>
        <w:rPr>
          <w:lang w:eastAsia="zh-CN"/>
        </w:rPr>
        <w:t>　　五、今后打算</w:t>
      </w:r>
      <w:r>
        <w:rPr>
          <w:lang w:eastAsia="zh-CN"/>
        </w:rPr>
        <w:br/>
      </w:r>
      <w:r>
        <w:rPr>
          <w:lang w:eastAsia="zh-CN"/>
        </w:rPr>
        <w:t>　　下一步将怎样发扬成绩、纠正错误，准备取得什么样的新成就，不必像计划那样具体，但一般不能少了这些内容。</w:t>
      </w:r>
      <w:r>
        <w:rPr>
          <w:lang w:eastAsia="zh-CN"/>
        </w:rPr>
        <w:br/>
      </w:r>
      <w:r>
        <w:rPr>
          <w:lang w:eastAsia="zh-CN"/>
        </w:rPr>
        <w:t xml:space="preserve">    工作总结范文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过去的这一年，自己也是有蛮多的收获，看起来工作上不是那么的忙碌但我也是知道工作的重要性，所以每一件事情，都是认真的去开展，做好了，同时也是感触到，的确在单位我有了挺大的成长，我也是在此总结下自己的工作。</w:t>
      </w:r>
      <w:r>
        <w:rPr>
          <w:lang w:eastAsia="zh-CN"/>
        </w:rPr>
        <w:br/>
      </w:r>
      <w:r>
        <w:rPr>
          <w:lang w:eastAsia="zh-CN"/>
        </w:rPr>
        <w:t>　　时间你不去看，却是会发觉过得太快，这一年也是过去了，而自己回想起工作上的一些事情，的确尽责的来做好，看到自己的付出有成果，而且也是被同事认可，我也是清楚我一个新人，的确来到单位能做到并不容易，平时也是会去多问同事，有什么疑惑都是让自己去思考。该如何的来改善，组织的一些会议培训，笔记也是做好，会用到工作里头去，这些学习的机会其实到了职场并不是很多的，更多的是要靠自己去思考，同时也是在单位，这儿的氛围的`确很好，很多事情，可能一个人自己解决不了，但是同事都是会来帮，而不是说不管的，尽责完成自己该做的事情，并且处理起来，也是比以前有了改善，这也是工作的经验更加的丰富才会如此，同时我也是知道能在单位继续的工作下来，自己也是要尽责做好每一件吩咐下来的事情，很多事情都是特别的重要，即使看起来简单，但是也是要去深思才行而不能觉得完成就够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和同事们的相处，让我知道，大家都是愿意帮助的，而且这儿的氛围也是很不一样，和学校相比，虽然不是那么的热情，但是也是如果有问题，也是会来帮忙，毕竟平时大家也是有自己的事情，而且和学习去比，结果是更为重要，一件事情，只有去做好了，那么才能继续的做下一件事情，而一次次的经验积累，我也是处理工作起来不再是以前那样的生涩不会一件简单的事情浪费很多的时间。当然依旧是有一些方面还需要处理的更好才行，现在回顾起来一些工作是可以做的更好的，当然也是要自己积攒更多的经验，对于自己身上还可以提升的方面，我也是要继续的成长。</w:t>
      </w:r>
      <w:r>
        <w:rPr>
          <w:lang w:eastAsia="zh-CN"/>
        </w:rPr>
        <w:br/>
      </w:r>
      <w:r>
        <w:rPr>
          <w:lang w:eastAsia="zh-CN"/>
        </w:rPr>
        <w:t>　　工作一年来看，其实并不是那么的忙碌，但我也是过得挺充实的，也是自己尽责完成了同时也是和同事相处不错，我也是会继续的努力，在来年的工作里头做的更好，当然也是要去提前规划好来年的工作，清楚自己努力的一个方向。并朝着去学习去不断的改善让自己在单位把工作做得更让人满意。</w:t>
      </w:r>
      <w:r>
        <w:rPr>
          <w:lang w:eastAsia="zh-CN"/>
        </w:rPr>
        <w:br/>
      </w:r>
      <w:r>
        <w:rPr>
          <w:lang w:eastAsia="zh-CN"/>
        </w:rPr>
        <w:t xml:space="preserve">    工作总结范文 篇13 </w:t>
      </w:r>
      <w:r>
        <w:rPr>
          <w:lang w:eastAsia="zh-CN"/>
        </w:rPr>
        <w:br/>
      </w:r>
      <w:r>
        <w:rPr>
          <w:lang w:eastAsia="zh-CN"/>
        </w:rPr>
        <w:t>　　20__年，__镇按照县委、县政府的安排部署，团结协作、攻坚克难，推进了全镇经济社会的全面发展。预计_年，地区生产总值（GDP）增幅%，超目标任务_._个百分点；农业投资完成_万元，完成率.%；三产增加值增幅._%；规模工业增加值增幅%，超目标任务_个百分点；固定资产投资_万元，完成率%；服务业固投_万元，完成率%；工业投资_万元，完成率.%；技改投资_万元，完成率%；农民人均纯收入全年增幅._%，超目标任务_._个百分点；社会消费零售总额增幅._%，完成率%；地方税收_元，完成率%。</w:t>
      </w:r>
      <w:r>
        <w:rPr>
          <w:lang w:eastAsia="zh-CN"/>
        </w:rPr>
        <w:br/>
      </w:r>
      <w:r>
        <w:rPr>
          <w:lang w:eastAsia="zh-CN"/>
        </w:rPr>
        <w:t>　　一、主要工作开展情况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一）坚持“优二强三”战略，转型发展取得实质进展。推动企业转型升级，全年新增自来水规模企业户数_户，新增花中加油站、天力加油站、_祥源_材有限公司、恒丰租赁限上规上企业总数_户。积极应对经济下行和房地产行业低迷的影响，促进房地产健康发展，督促_希腾、_中晖、奥亚置业、川投置信、新铁投、_菁阳等_家企业开工建设，加快推进_晟湖投资有限公司所购土地因规划调整后续处置工作。</w:t>
      </w:r>
      <w:r>
        <w:rPr>
          <w:lang w:eastAsia="zh-CN"/>
        </w:rPr>
        <w:br/>
      </w:r>
      <w:r>
        <w:rPr>
          <w:lang w:eastAsia="zh-CN"/>
        </w:rPr>
        <w:t>　　（二）着力推进项目决胜，城市功能不断完善。加大__个重点项目推进，其中政府投资项目__个，社会投资项目__个，完成了丽景南路道路建设工程、__镇高铁站前广场美化工程、__镇花卉市场建设、东华村和长乐村的污水末端收集工程等项目，总投资达_._亿元。加快小城市建设项目推进，承担特色示范镇建设项目共__项，白云广场景观提升工程、__大道景观提升工程、__镇赵支渠沟渠改造工程、__镇城区人行道铺装改造工程等已顺利完工。白云广场景观提升工程预计_年_月中旬竣工。</w:t>
      </w:r>
      <w:r>
        <w:rPr>
          <w:lang w:eastAsia="zh-CN"/>
        </w:rPr>
        <w:br/>
      </w:r>
      <w:r>
        <w:rPr>
          <w:lang w:eastAsia="zh-CN"/>
        </w:rPr>
        <w:t>　　（三）着力推进环境治理，人居环境不断改善。坚持“科学规划、防治并举、突出重点、分工负责、综合治理”的原则，以扬尘污染、燃煤污染、垃圾和秸秆焚烧为治理重点，集中整治大气污染突出问题；加大在建工地扬尘治理力度，全年治理脏车辆，处罚乱倾乱倒垃圾车辆辆；同时强化面源污染管控，每月进行巡查、记录，发现问题及时整改。建立__镇社会综合治理数据中心_+_+_体系，实时监控镇域范围内卫生、秩序管理情况。今年，已建好镇数据中心和__个村（社区）数据分中心；建好_个高清探头，“进村庄、进社区、入街道”的网格化管理模式，对垃圾随意丢弃、车辆乱停乱放等“脏、乱、差”现象进行了实时监控，有效解决了卫生、秩序管理难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四）着力加强社会管理，社会保持和谐稳定。持续开展农民集中居住区自治管理，_年荣源、华源小区“一家人”群众工作室共收集居民建议诉求件。运用现代网络技术，提升社会治理精细化水平，通过广电建立智慧社区融合平台，实现一键求助、一键学法、一键查看‘三务’公开、一键观察社区监控的功能；通过电信建立__镇网格化管理微信中心，实现政务信息发布、微信粉丝直接问政、反映民生问题的功能，极大的缩短了群众与政府距离；通过利用网格化手持终端，及时收集处理反馈老百姓反映的各类民生问题及治安信息，全年共收集处理各类问题_条。建立流动人口用工单位“一排一簿”制度以及流动人口信息动态管理、少数民族人口常态管理机制，巩固“一标三实”工作成效，加强安全隐患排查，及时调处化解矛盾问题。</w:t>
      </w:r>
      <w:r>
        <w:rPr>
          <w:lang w:eastAsia="zh-CN"/>
        </w:rPr>
        <w:br/>
      </w:r>
      <w:r>
        <w:rPr>
          <w:lang w:eastAsia="zh-CN"/>
        </w:rPr>
        <w:t>　　（五）着力保障和改善民生，公共服务水平不断提升。坚持以“培训就业、产业就业、自主创业”为重点，促进群众创业就业增收。完善更新就业六本台账，灵活掌握辖区内就业情况；成功举办_期培训班，累计培训百余人；新增创业实体达到_户，新增就业_人，同时扶持_名有创业意愿的大学生创业。加强基本民生保障，全年办理城乡居民养老保险_人，完成辖区内城乡居民基本医疗保险参保_人，发放城乡居民基本医疗保险卡_余张。以残疾人为服务中心，开展“量体裁衣式”个性化服务。全年为残疾人_名办证，为__名残疾人实施“助明、助听、助行”三助工程。</w:t>
      </w:r>
      <w:r>
        <w:rPr>
          <w:lang w:eastAsia="zh-CN"/>
        </w:rPr>
        <w:br/>
      </w:r>
      <w:r>
        <w:rPr>
          <w:lang w:eastAsia="zh-CN"/>
        </w:rPr>
        <w:t>　　二、工作思路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20__年，新津国家中心城市现代卫星城建设全面拉开，天府新区建设、周边区县辐射等多重机遇叠加，将认真落实县委县政府的安排部署，秉持一流的精神区位，一心一意谋发展，聚精会神抓落实，奋力实现新一轮发展良好开局。</w:t>
      </w:r>
      <w:r>
        <w:rPr>
          <w:lang w:eastAsia="zh-CN"/>
        </w:rPr>
        <w:br/>
      </w:r>
      <w:r>
        <w:rPr>
          <w:lang w:eastAsia="zh-CN"/>
        </w:rPr>
        <w:t>　　（一）围绕转型升级，加快推进产业发展</w:t>
      </w:r>
      <w:r>
        <w:rPr>
          <w:lang w:eastAsia="zh-CN"/>
        </w:rPr>
        <w:br/>
      </w:r>
      <w:r>
        <w:rPr>
          <w:lang w:eastAsia="zh-CN"/>
        </w:rPr>
        <w:t>　　培育现代商贸服务产业体系，紧盯平湖进口商品城、_雪中国等重大项目，力争引进落户亿元综合性商贸服务业_个以上。跟踪服务重点企业，加大镇域内小微企业的规范管理，培育企业上规入库。积极发展体验农业，促成“三峡渔业”项目落户，加快“自然风”综合农旅项目和花卉市场项目建设，继续加大现代农业产业化项目的招商力度，实现土地流转_亩以上。</w:t>
      </w:r>
      <w:r>
        <w:rPr>
          <w:lang w:eastAsia="zh-CN"/>
        </w:rPr>
        <w:br/>
      </w:r>
      <w:r>
        <w:rPr>
          <w:lang w:eastAsia="zh-CN"/>
        </w:rPr>
        <w:t>　　（二）突出创新驱动，加快改善发展环境</w:t>
      </w:r>
      <w:r>
        <w:rPr>
          <w:lang w:eastAsia="zh-CN"/>
        </w:rPr>
        <w:br/>
      </w:r>
      <w:r>
        <w:rPr>
          <w:lang w:eastAsia="zh-CN"/>
        </w:rPr>
        <w:t>　　持续推进行政管理体制改革，完善农村产权镇、村交易站建设，建设全县“放管服”示范区。充分激发市场活力，探索招引PPP（公私合营）项目，引导社会力量参与小城市建设。创新城市管理，采取“数字化城管+市场化”管理手段，加大城乡环境综合治理力度，实现街面管理精细化，全面提升城市管理水平。</w:t>
      </w:r>
      <w:r>
        <w:rPr>
          <w:lang w:eastAsia="zh-CN"/>
        </w:rPr>
        <w:br/>
      </w:r>
      <w:r>
        <w:rPr>
          <w:lang w:eastAsia="zh-CN"/>
        </w:rPr>
        <w:t>　　（三）完善功能配套，加快提升城市品质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着眼完善城市内联交通与外联交通，推进长乐路、__大道、青云路、紫云路、花金路等道路建设，完成白云大桥、丽景路改造，启动花河路、花雨东路道路建设项目。着眼配齐服务功能，加快引进电影院、大型商场、酒店等，促进川铁投、澳亚以及闲置地块投入建设，促进万辰商业街建成投运，启动图书馆、体育场的招商建设营运。按照建设“海绵城市”的要求，全面推进白云大道和__大道绿化改造、白云广场景观提升、城区路灯亮化、北大附中前门停车场建设等_个小城市提档升级项目，全力创建全国特色小镇。</w:t>
      </w:r>
      <w:r>
        <w:rPr>
          <w:lang w:eastAsia="zh-CN"/>
        </w:rPr>
        <w:br/>
      </w:r>
      <w:r>
        <w:rPr>
          <w:lang w:eastAsia="zh-CN"/>
        </w:rPr>
        <w:t>　　（四）强化环境治理，加快美化城乡面貌</w:t>
      </w:r>
      <w:r>
        <w:rPr>
          <w:lang w:eastAsia="zh-CN"/>
        </w:rPr>
        <w:br/>
      </w:r>
      <w:r>
        <w:rPr>
          <w:lang w:eastAsia="zh-CN"/>
        </w:rPr>
        <w:t>　　着力提升农村环境，加快美丽乡村建设，推进林盘整治、村道改造等项目建设，积极开展省、市、县“四好村”创建活动；对群众特别关注的长乐村汪桥沟上段、串头村_斗渠、串头村罗实桥、共和村陈败闸房等沟渠闸房进行修缮改造。着力治水兴水，以“四改六治理”为抓手，针对河道破坏、面源污染等行为加大打击力度，配合水务部门完成杨柳河水域整治工程。着力改善空气质量，规范管理在建工地，强化扬尘治理；抓好秸秆禁烧和综合利用，减少大气污染物排放。</w:t>
      </w:r>
      <w:r>
        <w:rPr>
          <w:lang w:eastAsia="zh-CN"/>
        </w:rPr>
        <w:br/>
      </w:r>
      <w:r>
        <w:rPr>
          <w:lang w:eastAsia="zh-CN"/>
        </w:rPr>
        <w:t>　　（五）实施精细管理，加快深化社会治理</w:t>
      </w:r>
      <w:r>
        <w:rPr>
          <w:lang w:eastAsia="zh-CN"/>
        </w:rPr>
        <w:br/>
      </w:r>
      <w:r>
        <w:rPr>
          <w:lang w:eastAsia="zh-CN"/>
        </w:rPr>
        <w:t>　　着力提高网格管理实效，以立体化防控体系建设和人网合一的网格管理为载体，持续推进“_N”基层社会治理体系建设，促进基层社会治理精准精细。严抓安全生产工作，健全完善安全网络监管体系，常态化开展各类安全隐患专项整治行动，努力实现安全生产“零事故”目标。坚持依法治理，加强基层法治宣传和保障，深化信访维稳“大排查”工作机制，将矛盾纠纷处早处小，化解在萌芽状态，维护社会和谐稳定。</w:t>
      </w:r>
      <w:r>
        <w:rPr>
          <w:lang w:eastAsia="zh-CN"/>
        </w:rPr>
        <w:br/>
      </w:r>
      <w:r>
        <w:rPr>
          <w:lang w:eastAsia="zh-CN"/>
        </w:rPr>
        <w:t>　　（六）突出共创共享，力争民生提质取得新突破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加强基本民生保障，实现城乡居民养老保险参保率%以上，医保参保率%以上；扎实做好扶贫解困工作，加强对困难群众的帮扶力度。提升公共服务覆盖面，推动_所公立幼儿园及_所民办幼儿园建成使用，力争引进_所专科医院。做好创业就业工作。积极开展校地合作，建设创业就业平台，以失地农民为重点动态消除“零就业”家庭，力争_年新增创新创业载体_个，创业实体_个以上，创业就业培训_人以上，新增就业人数_人以上，失地农民就业率达%以上。</w:t>
      </w:r>
      <w:r>
        <w:rPr>
          <w:lang w:eastAsia="zh-CN"/>
        </w:rPr>
        <w:br/>
      </w:r>
      <w:r>
        <w:rPr>
          <w:lang w:eastAsia="zh-CN"/>
        </w:rPr>
        <w:t xml:space="preserve">    工作总结范文 篇14 </w:t>
      </w:r>
      <w:r>
        <w:rPr>
          <w:lang w:eastAsia="zh-CN"/>
        </w:rPr>
        <w:br/>
      </w:r>
      <w:r>
        <w:rPr>
          <w:lang w:eastAsia="zh-CN"/>
        </w:rPr>
        <w:t>　　我们都习惯用一眨眼的功夫来形容时间的流逝。这不，转眼间冬天来了，寒假又到了。一年忙到头，付出的是什么，收获的又是什么呢?欢笑、惆怅，汗水、收获，一切的一切，尽在不言中。成果也好，遗憾也罢，承前避后，为了更好地工作。还是认真地回顾一年的工作吧!</w:t>
      </w:r>
      <w:r>
        <w:rPr>
          <w:lang w:eastAsia="zh-CN"/>
        </w:rPr>
        <w:br/>
      </w:r>
      <w:r>
        <w:rPr>
          <w:lang w:eastAsia="zh-CN"/>
        </w:rPr>
        <w:t>　　一、师德方面</w:t>
      </w:r>
      <w:r>
        <w:rPr>
          <w:lang w:eastAsia="zh-CN"/>
        </w:rPr>
        <w:br/>
      </w:r>
      <w:r>
        <w:rPr>
          <w:lang w:eastAsia="zh-CN"/>
        </w:rPr>
        <w:t>　　政治思想是重中之重，因此在平时我都能严格的要求自己，认真关注每一个幼儿和幼儿的每一个细节，以积极的情感态度和幼儿应对。我在日常工作中，也不断加强业务学习，努力提高自身的综合素质，干好本职工作。虽然作为一名副班主班，但是我也深知自己在班中位置的重要性，因此有事情和班主任一起商量，使班级工作稳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我不仅以我的爱心、耐心、细心去关爱、教育班上的每一名幼儿，而且还能用诚恳的态度去引导家长、感化家长以及协调好家长与幼儿园之间的关系，家长对我们的工作都非常的满意。我坚持做到以身作则、勇于奉献、勤勤恳恳，无论是否当班，都要做好并检查班级的各项工作。把精力投入到工作中，在工作中从不计较个人得失，充分发挥“你中有我，我中有你”的团队精神作用，团结一致地做好班级工作。</w:t>
      </w:r>
      <w:r>
        <w:rPr>
          <w:lang w:eastAsia="zh-CN"/>
        </w:rPr>
        <w:br/>
      </w:r>
      <w:r>
        <w:rPr>
          <w:lang w:eastAsia="zh-CN"/>
        </w:rPr>
        <w:t>　　二、班级管理方面</w:t>
      </w:r>
      <w:r>
        <w:rPr>
          <w:lang w:eastAsia="zh-CN"/>
        </w:rPr>
        <w:br/>
      </w:r>
      <w:r>
        <w:rPr>
          <w:lang w:eastAsia="zh-CN"/>
        </w:rPr>
        <w:t>　　1、加强班级的管理工作，创设与幼儿互动的环境。</w:t>
      </w:r>
      <w:r>
        <w:rPr>
          <w:lang w:eastAsia="zh-CN"/>
        </w:rPr>
        <w:br/>
      </w:r>
      <w:r>
        <w:rPr>
          <w:lang w:eastAsia="zh-CN"/>
        </w:rPr>
        <w:t>　　结合本班幼儿的特点构建一个安全、愉快、宽松的外部环境，让幼儿在教师，集体面前想表现、敢表现、喜欢表现并能得到教师与同伴的肯定。在环境的创设上不再只是老师单方面的努力或者简单意义上幼儿的参与，而是让幼儿参与材料收集、布置、参与环境的管理，体现幼儿的思维、幼儿的发现、幼儿的操作、幼儿的记录。</w:t>
      </w:r>
      <w:r>
        <w:rPr>
          <w:lang w:eastAsia="zh-CN"/>
        </w:rPr>
        <w:br/>
      </w:r>
      <w:r>
        <w:rPr>
          <w:lang w:eastAsia="zh-CN"/>
        </w:rPr>
        <w:t>　　2、班级风貌方面。</w:t>
      </w:r>
      <w:r>
        <w:rPr>
          <w:lang w:eastAsia="zh-CN"/>
        </w:rPr>
        <w:br/>
      </w:r>
      <w:r>
        <w:rPr>
          <w:lang w:eastAsia="zh-CN"/>
        </w:rPr>
        <w:t>　　开学期初，因为有8名插班幼儿的加入，使幼儿的情绪有一些波动，但后来在我们的帮助下，都很快的稳定了下来，但是插进来的几名幼儿还存在入园情绪不稳，娇气、爱哭，依赖性强，还爱打人等现象;而且我们接的这个班也是从新中班升入大班的，几名幼儿各方面能力都较弱，因此给我们组织活动带来一定的困难。针对这一现状，我们决定更努力的付出我们的爱心，我们总是在心里提醒自己，要做好一名幼儿老师，需要心中有爱，用心去爱每一个孩子。在献出爱心的同时，与家长一道让幼儿喜欢上幼儿园。在大家的共同努力下，现在我班大部分幼儿与学期初相比，均有明显的提高。</w:t>
      </w:r>
      <w:r>
        <w:rPr>
          <w:lang w:eastAsia="zh-CN"/>
        </w:rPr>
        <w:br/>
      </w:r>
      <w:r>
        <w:rPr>
          <w:lang w:eastAsia="zh-CN"/>
        </w:rPr>
        <w:t>　　三、教育教学工作方面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在日常的工作中，我能认真的完成各项工作计划，记录，认真对待每天的半日活动，有准备的组织丰富有趣的教育活动。注意给胆小的、注意力易分散的孩子多一些鼓励;给体弱的孩子多一些照料;给能干的孩子多一些挑战……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年度的活动，孩子们养成了良好的活动常规和与同伴分享、合作的习惯，动手能力、想象力、创造力也大大提高了。同时我还不断地学习理论知识;向同行学习;向教育对象学习，尽量以别人的长处来补自己的短处。</w:t>
      </w:r>
      <w:r>
        <w:rPr>
          <w:lang w:eastAsia="zh-CN"/>
        </w:rPr>
        <w:br/>
      </w:r>
      <w:r>
        <w:rPr>
          <w:lang w:eastAsia="zh-CN"/>
        </w:rPr>
        <w:t>　　四、保育工作方面</w:t>
      </w:r>
      <w:r>
        <w:rPr>
          <w:lang w:eastAsia="zh-CN"/>
        </w:rPr>
        <w:br/>
      </w:r>
      <w:r>
        <w:rPr>
          <w:lang w:eastAsia="zh-CN"/>
        </w:rPr>
        <w:t>　　看着孩子一天天的长大，生活自理能力提高了，首先我们对幼儿在了解的基础上，进行个别的关注和帮助：</w:t>
      </w:r>
      <w:r>
        <w:rPr>
          <w:lang w:eastAsia="zh-CN"/>
        </w:rPr>
        <w:br/>
      </w:r>
      <w:r>
        <w:rPr>
          <w:lang w:eastAsia="zh-CN"/>
        </w:rPr>
        <w:t>　　1、进餐方面。</w:t>
      </w:r>
      <w:r>
        <w:rPr>
          <w:lang w:eastAsia="zh-CN"/>
        </w:rPr>
        <w:br/>
      </w:r>
      <w:r>
        <w:rPr>
          <w:lang w:eastAsia="zh-CN"/>
        </w:rPr>
        <w:t>　　对进餐慢、挑食的幼儿如冯佳乐、扬文雨、江冰冰等在日常生活中多和他们讲一些有关各种蔬菜对人身体的好处，身体的成长离不开这种食物等，进餐过程中多注意，从不爱吃到少吃，最后到爱吃，使幼儿身体健康得到了良好的发展。</w:t>
      </w:r>
      <w:r>
        <w:rPr>
          <w:lang w:eastAsia="zh-CN"/>
        </w:rPr>
        <w:br/>
      </w:r>
      <w:r>
        <w:rPr>
          <w:lang w:eastAsia="zh-CN"/>
        </w:rPr>
        <w:t>　　2、盥洗方面。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这个学年搬进新园舍，孩子的盥洗方便了，但问题也多了，大班有些孩子个子高洗手需要蹲下来，要不弄的水台上满是水。洗手总是要教师提醒才能做到，后来我们采用只要有幼儿入厕出来后，就问你洗手蹲下来了吗?幼儿能较自觉的养成便后洗手蹲下来的良好习惯。</w:t>
      </w:r>
      <w:r>
        <w:rPr>
          <w:lang w:eastAsia="zh-CN"/>
        </w:rPr>
        <w:br/>
      </w:r>
      <w:r>
        <w:rPr>
          <w:lang w:eastAsia="zh-CN"/>
        </w:rPr>
        <w:t>　　五、家长工作方面</w:t>
      </w:r>
      <w:r>
        <w:rPr>
          <w:lang w:eastAsia="zh-CN"/>
        </w:rPr>
        <w:br/>
      </w:r>
      <w:r>
        <w:rPr>
          <w:lang w:eastAsia="zh-CN"/>
        </w:rPr>
        <w:t>　　真诚地对待每一位家长，加强家园沟通。教师与家长互动效果直接影响班级经营的成效。孩子的快乐，是对我工作的鼓励;家长的满意，是对我工作的肯定。真诚地对待每一位家长。</w:t>
      </w:r>
      <w:r>
        <w:rPr>
          <w:lang w:eastAsia="zh-CN"/>
        </w:rPr>
        <w:br/>
      </w:r>
      <w:r>
        <w:rPr>
          <w:lang w:eastAsia="zh-CN"/>
        </w:rPr>
        <w:t>　　六、安全工作方面</w:t>
      </w:r>
      <w:r>
        <w:rPr>
          <w:lang w:eastAsia="zh-CN"/>
        </w:rPr>
        <w:br/>
      </w:r>
      <w:r>
        <w:rPr>
          <w:lang w:eastAsia="zh-CN"/>
        </w:rPr>
        <w:t>　　安全是幼儿园放在首位的工作。幼儿喜欢自由自在的玩，他们的天性的好动。</w:t>
      </w:r>
      <w:r>
        <w:rPr>
          <w:lang w:eastAsia="zh-CN"/>
        </w:rPr>
        <w:br/>
      </w:r>
      <w:r>
        <w:rPr>
          <w:lang w:eastAsia="zh-CN"/>
        </w:rPr>
        <w:t>　　我们面对的是一群四、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把平时常用的插头、插座告知幼儿，并提醒幼儿不玩它们;把平时常用的尖锐的钉子等物，摆放在幼儿够不到的地方;把幼儿平时经常使用的各种工具(剪刀等)摆放在教师与幼儿都能看到的地方，以便教师观察控制。</w:t>
      </w:r>
      <w:r>
        <w:rPr>
          <w:lang w:eastAsia="zh-CN"/>
        </w:rPr>
        <w:br/>
      </w:r>
      <w:r>
        <w:rPr>
          <w:lang w:eastAsia="zh-CN"/>
        </w:rPr>
        <w:t>　　七、存在不足</w:t>
      </w:r>
      <w:r>
        <w:rPr>
          <w:lang w:eastAsia="zh-CN"/>
        </w:rPr>
        <w:br/>
      </w:r>
      <w:r>
        <w:rPr>
          <w:lang w:eastAsia="zh-CN"/>
        </w:rPr>
        <w:t>　　1、本班幼儿的常规还不够好，玩玩具时，不够爱惜，在收拾玩具和书籍时，不能主动将其放回原处，并有随地乱扔、乱撕的现象。</w:t>
      </w:r>
      <w:r>
        <w:rPr>
          <w:lang w:eastAsia="zh-CN"/>
        </w:rPr>
        <w:br/>
      </w:r>
      <w:r>
        <w:rPr>
          <w:lang w:eastAsia="zh-CN"/>
        </w:rPr>
        <w:t>　　2、已经是大班的孩子在自主活动能力还缺乏，喜欢在活动室跑来跑去。自主活动能力在今后教育中还需进一步加强。</w:t>
      </w:r>
      <w:r>
        <w:rPr>
          <w:lang w:eastAsia="zh-CN"/>
        </w:rPr>
        <w:br/>
      </w:r>
    </w:p>
    <w:p w:rsidR="001B1F19" w14:textId="27C3F48A">
      <w:pPr>
        <w:rPr>
          <w:rFonts w:hint="eastAsia"/>
          <w:lang w:eastAsia="zh-CN"/>
        </w:rPr>
      </w:pPr>
      <w:r>
        <w:rPr>
          <w:lang w:eastAsia="zh-CN"/>
        </w:rPr>
        <w:t>　　一年的成绩是有的，但不足也是存在的。从事幼教工作不到二十几年，是一位老教师在新的理念还进一步学习，研究做得不够细和实，没有很好的完成自己心中的目标。今后要努力把每一节课都当成锻炼自己的课堂，学会捕捉教学契机，提高自己驾驭课堂的能力和遇事的应变能力，我应该以身作则，身体力行，严格要求自己。我相信“精诚所致，金石为开”。</w:t>
      </w:r>
      <w:r>
        <w:rPr>
          <w:lang w:eastAsia="zh-CN"/>
        </w:rPr>
        <w:br/>
      </w:r>
      <w:r>
        <w:rPr>
          <w:lang w:eastAsia="zh-CN"/>
        </w:rPr>
        <w:t xml:space="preserve">    工作总结范文 篇15 </w:t>
      </w:r>
      <w:r>
        <w:rPr>
          <w:lang w:eastAsia="zh-CN"/>
        </w:rPr>
        <w:br/>
      </w:r>
      <w:r>
        <w:rPr>
          <w:lang w:eastAsia="zh-CN"/>
        </w:rPr>
        <w:t>　　范例一</w:t>
      </w:r>
      <w:r>
        <w:rPr>
          <w:lang w:eastAsia="zh-CN"/>
        </w:rPr>
        <w:br/>
      </w:r>
      <w:r>
        <w:rPr>
          <w:lang w:eastAsia="zh-CN"/>
        </w:rPr>
        <w:t>　　在领导正确领导下，在镇财政所的正确指导下，较好的完成了本学期的收支计划，保证了学校的日常工作的顺利进行，现将本学期学校的财务工作总结如下：</w:t>
      </w:r>
      <w:r>
        <w:rPr>
          <w:lang w:eastAsia="zh-CN"/>
        </w:rPr>
        <w:br/>
      </w:r>
      <w:r>
        <w:rPr>
          <w:lang w:eastAsia="zh-CN"/>
        </w:rPr>
        <w:t>　　范例二</w:t>
      </w:r>
      <w:r>
        <w:rPr>
          <w:lang w:eastAsia="zh-CN"/>
        </w:rPr>
        <w:br/>
      </w:r>
      <w:r>
        <w:rPr>
          <w:lang w:eastAsia="zh-CN"/>
        </w:rPr>
        <w:t>　　半年来，在领导和同志们的帮助下，自己在政治思想和工作方面都取得了一些成绩，下面就将教师上半年工作总结汇报如下，敬请各位师生提出宝贵意见及建议。</w:t>
      </w:r>
      <w:r>
        <w:rPr>
          <w:lang w:eastAsia="zh-CN"/>
        </w:rPr>
        <w:br/>
      </w:r>
      <w:r>
        <w:rPr>
          <w:lang w:eastAsia="zh-CN"/>
        </w:rPr>
        <w:t>　　范例三</w:t>
      </w:r>
      <w:r>
        <w:rPr>
          <w:lang w:eastAsia="zh-CN"/>
        </w:rPr>
        <w:br/>
      </w:r>
      <w:r>
        <w:rPr>
          <w:lang w:eastAsia="zh-CN"/>
        </w:rPr>
        <w:t>　　在全体同事的共同努力下，在公司领导的全面支持、关心下，本着一切为客户服务的宗旨，围绕优化服务、拓展和宣传和信息的功能，从客户的利益角度服务、业务管理、提高企业的知名度和利益最大化，通过扎扎实实的努力，圆满地完成了20__年的工作。</w:t>
      </w:r>
      <w:r>
        <w:rPr>
          <w:lang w:eastAsia="zh-CN"/>
        </w:rPr>
        <w:br/>
      </w:r>
      <w:r>
        <w:rPr>
          <w:lang w:eastAsia="zh-CN"/>
        </w:rPr>
        <w:t>　　范例四</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https://d.book118.com/398054104047006044</w:t>
        </w:r>
      </w:hyperlink>
    </w:p>
    <w:p w:rsidR="001B1F19">
      <w:pPr>
        <w:rPr>
          <w:rFonts w:hint="eastAsia"/>
          <w:lang w:eastAsia="zh-CN"/>
        </w:rPr>
      </w:pPr>
    </w:p>
    <w:sectPr>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98054104047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