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Title"/>
        <w:jc w:val="center"/>
      </w:pPr>
      <w:r>
        <w:rPr>
          <w:rFonts w:ascii="宋体" w:eastAsia="宋体" w:hAnsi="宋体"/>
          <w:sz w:val="36"/>
        </w:rPr>
        <w:t>安全演讲稿范文</w:t>
      </w:r>
    </w:p>
    <w:p>
      <w:pPr>
        <w:spacing w:before="100" w:after="200" w:line="360" w:lineRule="auto"/>
        <w:ind w:firstLine="576"/>
        <w:jc w:val="left"/>
      </w:pPr>
      <w:r>
        <w:rPr>
          <w:rFonts w:ascii="宋体" w:eastAsia="宋体" w:hAnsi="宋体"/>
          <w:sz w:val="28"/>
        </w:rPr>
        <w:t>各位老师，同学们，大家好!也许在座的各位小时候都有这样的人生经历：在我们蹒跚学步的时候，母亲会经常充满关爱地指点："孩子，绕过前面的石子……";在我们要出门上学时，父亲会在身后语重心长地叮咛："儿子，当心路上的汽车啊!……"丝丝缕缕都是爱，点点滴滴系着情。在人生的旅途上，祝你平安――是人们永恒的祝愿，祝你幸福――是人们共同的期盼。</w:t>
      </w:r>
    </w:p>
    <w:p>
      <w:pPr>
        <w:spacing w:before="100" w:after="200" w:line="360" w:lineRule="auto"/>
        <w:ind w:firstLine="576"/>
        <w:jc w:val="left"/>
      </w:pPr>
      <w:r>
        <w:rPr>
          <w:rFonts w:ascii="宋体" w:eastAsia="宋体" w:hAnsi="宋体"/>
          <w:sz w:val="28"/>
        </w:rPr>
        <w:t>如果一个人失去了生命，那么他所拥有的财富、所有的幸福也就失去了意义。这句话形象地告诉了我们生命是何等的宝贵!前苏联伟大的作家奥斯特洛夫斯基，在经历了人生的万千磨难后依然赞颂："人最宝贵的东西是生命，生命只有一次。"同学们，当我们看见蓝天下电力五线谱勾勒出一幅幅美丽的图画时，当我们赞叹那风驰电掣的钢铁巨龙时，大家是否想到过：安全与生命的关系、安全与幸福的关系</w:t>
      </w:r>
    </w:p>
    <w:p>
      <w:pPr>
        <w:spacing w:before="100" w:after="200" w:line="360" w:lineRule="auto"/>
        <w:ind w:firstLine="576"/>
        <w:jc w:val="left"/>
      </w:pPr>
      <w:r>
        <w:rPr>
          <w:rFonts w:ascii="宋体" w:eastAsia="宋体" w:hAnsi="宋体"/>
          <w:sz w:val="28"/>
        </w:rPr>
        <w:t>我想：在座的各位同学都清楚的知道交通事故的危害吧。下面就让我给你举一个活生生的例子吧。她是一个和我们的年龄相仿的小女孩，由于一次车祸，她被无情的夺取了双腿。从四岁时，她那瘦小的身躯只能坐在半个篮球里用一个篮球代替腿，用胳膊艰难的撑着向前挪动，一直以来不知磨破了多少篮球。当他看到同龄的孩子都高高兴兴背着书包上学时，她是多么的渴望自己有一双腿，和小伙伴一起感受学习的快乐与充实。然而留给她的却是痛。</w:t>
      </w:r>
    </w:p>
    <w:p>
      <w:pPr>
        <w:spacing w:before="100" w:after="200" w:line="360" w:lineRule="auto"/>
        <w:jc w:val="left"/>
      </w:pPr>
      <w:r>
        <w:rPr>
          <w:rFonts w:ascii="宋体 (中文正文)" w:eastAsia="宋体" w:hAnsi="宋体 (中文正文)"/>
          <w:sz w:val="28"/>
        </w:rPr>
        <w:t>老师们、同学们：</w:t>
      </w:r>
    </w:p>
    <w:p>
      <w:pPr>
        <w:spacing w:before="100" w:after="200" w:line="360" w:lineRule="auto"/>
        <w:ind w:firstLine="576"/>
        <w:jc w:val="left"/>
      </w:pPr>
      <w:r>
        <w:rPr>
          <w:rFonts w:ascii="宋体" w:eastAsia="宋体" w:hAnsi="宋体"/>
          <w:sz w:val="28"/>
        </w:rPr>
        <w:t>早上好!</w:t>
      </w:r>
    </w:p>
    <w:p>
      <w:pPr>
        <w:spacing w:before="100" w:after="200" w:line="360" w:lineRule="auto"/>
        <w:ind w:firstLine="576"/>
        <w:jc w:val="left"/>
        <w:sectPr w:rsidSect="00034616">
          <w:pgSz w:w="11906" w:h="16838"/>
          <w:pgMar w:top="1440" w:right="1440" w:bottom="1440" w:left="1440" w:header="720" w:footer="720" w:gutter="0"/>
          <w:cols w:space="720"/>
          <w:docGrid w:linePitch="360"/>
        </w:sectPr>
      </w:pPr>
      <w:r>
        <w:rPr>
          <w:rFonts w:ascii="宋体" w:eastAsia="宋体" w:hAnsi="宋体"/>
          <w:sz w:val="28"/>
        </w:rPr>
        <w:t>今天我讲话的题目是《搞好冬季校园安全，创建文明和谐校园》。</w:t>
      </w:r>
    </w:p>
    <w:p>
      <w:pPr>
        <w:spacing w:before="100" w:after="200" w:line="360" w:lineRule="auto"/>
        <w:ind w:firstLine="576"/>
        <w:jc w:val="left"/>
      </w:pPr>
      <w:r>
        <w:rPr>
          <w:rFonts w:ascii="宋体" w:eastAsia="宋体" w:hAnsi="宋体"/>
          <w:sz w:val="28"/>
        </w:rPr>
        <w:t>随着天气渐渐地变冷，冬天悄无声息地来到了我们的身边。然而发生在11月16日，甘肃省正宁县造成车内21人遇难、43名幼儿受伤的特大道路交通事故再一次向我们敲响了校园安全的警钟。</w:t>
      </w:r>
    </w:p>
    <w:p>
      <w:pPr>
        <w:spacing w:before="100" w:after="200" w:line="360" w:lineRule="auto"/>
        <w:ind w:firstLine="576"/>
        <w:jc w:val="left"/>
      </w:pPr>
      <w:r>
        <w:rPr>
          <w:rFonts w:ascii="宋体" w:eastAsia="宋体" w:hAnsi="宋体"/>
          <w:sz w:val="28"/>
        </w:rPr>
        <w:t>对于我们每个人来说，生命都只有一次。注意安全，就是善待和珍惜生命的一种有效途径，而在现实生活中，并非人人都具有较高的安全意识。在全国各类安全事故中，学校安全事故所占的比重很大。据了解，我国每年约有1.6万名中小学生非正常死亡，平均每天有40多人，就是说几乎每天有一个班的学生在"消失"。数字是枯燥的，但它的背后是一个个鲜活的生命。这些都说明校园并不是一块安全净土，校园安全形势依然严峻。但有关专家认为通过教育和预防，80%的中小学生意外伤害事故是可以避免的。</w:t>
      </w:r>
    </w:p>
    <w:p>
      <w:pPr>
        <w:spacing w:before="100" w:after="200" w:line="360" w:lineRule="auto"/>
        <w:ind w:firstLine="576"/>
        <w:jc w:val="left"/>
      </w:pPr>
      <w:r>
        <w:rPr>
          <w:rFonts w:ascii="宋体" w:eastAsia="宋体" w:hAnsi="宋体"/>
          <w:sz w:val="28"/>
        </w:rPr>
        <w:t>校园安全是我们学校与我们每个师生密切相关，它关系到同学们能否健康地成长，能否顺利地完成学业;也关系到我们的老师能否在一个安全的环境中教书育人。因此，我们必须清醒的认识到"安全无小事"、"隐患就是事故"，需时刻牢记。</w:t>
      </w:r>
    </w:p>
    <w:p>
      <w:pPr>
        <w:spacing w:before="100" w:after="200" w:line="360" w:lineRule="auto"/>
        <w:ind w:firstLine="576"/>
        <w:jc w:val="left"/>
      </w:pPr>
      <w:r>
        <w:rPr>
          <w:rFonts w:ascii="宋体" w:eastAsia="宋体" w:hAnsi="宋体"/>
          <w:sz w:val="28"/>
        </w:rPr>
        <w:t>为了进一步做好我校的安全教育工作，结合我校实际，现提出以下几点要求：</w:t>
      </w:r>
    </w:p>
    <w:p>
      <w:pPr>
        <w:spacing w:before="100" w:after="200" w:line="360" w:lineRule="auto"/>
        <w:jc w:val="left"/>
      </w:pPr>
      <w:r>
        <w:rPr>
          <w:rFonts w:ascii="宋体 (中文正文)" w:eastAsia="宋体" w:hAnsi="宋体 (中文正文)"/>
          <w:b/>
          <w:sz w:val="28"/>
        </w:rPr>
        <w:t>一、树立自我安全意识。</w:t>
      </w:r>
    </w:p>
    <w:p>
      <w:pPr>
        <w:spacing w:before="100" w:after="200" w:line="360" w:lineRule="auto"/>
        <w:ind w:firstLine="576"/>
        <w:jc w:val="left"/>
        <w:sectPr w:rsidSect="00034616">
          <w:type w:val="nextPage"/>
          <w:pgSz w:w="11906" w:h="16838"/>
          <w:pgMar w:top="1440" w:right="1440" w:bottom="1440" w:left="1440" w:header="720" w:footer="720" w:gutter="0"/>
          <w:pgNumType w:start="2"/>
          <w:cols w:space="720"/>
          <w:titlePg w:val="0"/>
          <w:docGrid w:linePitch="360"/>
        </w:sectPr>
      </w:pPr>
      <w:r>
        <w:rPr>
          <w:rFonts w:ascii="宋体" w:eastAsia="宋体" w:hAnsi="宋体"/>
          <w:sz w:val="28"/>
        </w:rPr>
        <w:t>在人口密集，面积狭小的校园这个特殊的环境里，我们要有高度的安全意识、文明意识。要时时想安全，事事讲安全，树立自我安全意识，让安全走进我们的生活，充分认识到安全工作的重要性和紧迫性。各班同学及科任老师要密切协助班主任对本班教室、宿舍里的各种设施、设备进行安全隐患的排查，若发现问题，请及时向总务处报修，防患于未然。</w:t>
      </w:r>
    </w:p>
    <w:p>
      <w:pPr>
        <w:spacing w:before="100" w:after="200" w:line="360" w:lineRule="auto"/>
        <w:jc w:val="left"/>
      </w:pPr>
      <w:r>
        <w:rPr>
          <w:rFonts w:ascii="宋体 (中文正文)" w:eastAsia="宋体" w:hAnsi="宋体 (中文正文)"/>
          <w:b/>
          <w:sz w:val="28"/>
        </w:rPr>
        <w:t>二、提高个人思想素质。</w:t>
      </w:r>
    </w:p>
    <w:p>
      <w:pPr>
        <w:spacing w:before="100" w:after="200" w:line="360" w:lineRule="auto"/>
        <w:ind w:firstLine="576"/>
        <w:jc w:val="left"/>
      </w:pPr>
      <w:r>
        <w:rPr>
          <w:rFonts w:ascii="宋体" w:eastAsia="宋体" w:hAnsi="宋体"/>
          <w:sz w:val="28"/>
        </w:rPr>
        <w:t>团结同学，和同学和睦相处，善于化解同学之间的矛盾。严禁打架、骂人、说脏话。打架往往是从骂人、说脏话开始的，而有些同学骂人已成口头禅，极不文明，我认为，骂人和打架一样，是一个人智力极度低下的表现。不因小事和同学争吵，不打架斗殴，不在校园内外发生暴力行为，争做文明的中学生。注意中学生形象，禁止穿着打扮成人化，现在有同学染发带首饰、挂件，男同学留长发等，与中学生身份格格不入，很容易遭致伤害。</w:t>
      </w:r>
    </w:p>
    <w:p>
      <w:pPr>
        <w:spacing w:before="100" w:after="200" w:line="360" w:lineRule="auto"/>
        <w:jc w:val="left"/>
      </w:pPr>
      <w:r>
        <w:rPr>
          <w:rFonts w:ascii="宋体 (中文正文)" w:eastAsia="宋体" w:hAnsi="宋体 (中文正文)"/>
          <w:b/>
          <w:sz w:val="28"/>
        </w:rPr>
        <w:t>三、关注课间安全。</w:t>
      </w:r>
    </w:p>
    <w:p>
      <w:pPr>
        <w:spacing w:before="100" w:after="200" w:line="360" w:lineRule="auto"/>
        <w:ind w:firstLine="576"/>
        <w:jc w:val="left"/>
      </w:pPr>
      <w:r>
        <w:rPr>
          <w:rFonts w:ascii="宋体" w:eastAsia="宋体" w:hAnsi="宋体"/>
          <w:sz w:val="28"/>
        </w:rPr>
        <w:t>要注意课间文明游戏，不大声喧哗;不奔跑，不勾肩搭背、追逐嬉戏，不在楼梯口玩耍，不攀高，不拥挤，不抢道;上下楼梯靠右走，做到"右行礼让";不在教学楼内打球、踢球等做剧烈的活动，避免发生各种伤害事故。</w:t>
      </w:r>
    </w:p>
    <w:p>
      <w:pPr>
        <w:spacing w:before="100" w:after="200" w:line="360" w:lineRule="auto"/>
        <w:jc w:val="left"/>
      </w:pPr>
      <w:r>
        <w:rPr>
          <w:rFonts w:ascii="宋体 (中文正文)" w:eastAsia="宋体" w:hAnsi="宋体 (中文正文)"/>
          <w:b/>
          <w:sz w:val="28"/>
        </w:rPr>
        <w:t>四、严格规范操作。</w:t>
      </w:r>
    </w:p>
    <w:p>
      <w:pPr>
        <w:spacing w:before="100" w:after="200" w:line="360" w:lineRule="auto"/>
        <w:ind w:firstLine="576"/>
        <w:jc w:val="left"/>
      </w:pPr>
      <w:r>
        <w:rPr>
          <w:rFonts w:ascii="宋体" w:eastAsia="宋体" w:hAnsi="宋体"/>
          <w:sz w:val="28"/>
        </w:rPr>
        <w:t>体育活动、实验课、社会实践、课外活动及其他户外活动要严格服从老师指挥，严守操作规程，不擅自行动，不违规行动，防止各种妨害安全的问题发生。</w:t>
      </w:r>
    </w:p>
    <w:p>
      <w:pPr>
        <w:spacing w:before="100" w:after="200" w:line="360" w:lineRule="auto"/>
        <w:jc w:val="left"/>
      </w:pPr>
      <w:r>
        <w:rPr>
          <w:rFonts w:ascii="宋体 (中文正文)" w:eastAsia="宋体" w:hAnsi="宋体 (中文正文)"/>
          <w:b/>
          <w:sz w:val="28"/>
        </w:rPr>
        <w:t>五、遵守交通规则和交通秩序。</w:t>
      </w:r>
    </w:p>
    <w:p>
      <w:pPr>
        <w:spacing w:before="100" w:after="200" w:line="360" w:lineRule="auto"/>
        <w:ind w:firstLine="576"/>
        <w:jc w:val="left"/>
        <w:sectPr w:rsidSect="00034616">
          <w:type w:val="nextPage"/>
          <w:pgSz w:w="11906" w:h="16838"/>
          <w:pgMar w:top="1440" w:right="1440" w:bottom="1440" w:left="1440" w:header="720" w:footer="720" w:gutter="0"/>
          <w:pgNumType w:start="3"/>
          <w:cols w:space="720"/>
          <w:titlePg w:val="0"/>
          <w:docGrid w:linePitch="360"/>
        </w:sectPr>
      </w:pPr>
      <w:r>
        <w:rPr>
          <w:rFonts w:ascii="宋体" w:eastAsia="宋体" w:hAnsi="宋体"/>
          <w:sz w:val="28"/>
        </w:rPr>
        <w:t>来校、回家或出游要做到文明行路，文明乘骑各类交通工具，严格遵守交通规则：不骑自行车带人，不骑飞车，不违规驾车;不乘坐农用车辆、无牌无证车辆，不乘坐超载、超限车辆及黑出租;乘车时不向窗外招手探头、乘车须抓紧扶手、车停稳后再下车;不得设置路障，不并排行走，靠右行驶。</w:t>
      </w:r>
    </w:p>
    <w:p>
      <w:pPr>
        <w:spacing w:before="100" w:after="200" w:line="360" w:lineRule="auto"/>
        <w:jc w:val="left"/>
      </w:pPr>
      <w:r>
        <w:rPr>
          <w:rFonts w:ascii="宋体 (中文正文)" w:eastAsia="宋体" w:hAnsi="宋体 (中文正文)"/>
          <w:b/>
          <w:sz w:val="28"/>
        </w:rPr>
        <w:t>六、讲究饮食卫生，养成良好习惯。</w:t>
      </w:r>
    </w:p>
    <w:p>
      <w:pPr>
        <w:spacing w:before="100" w:after="200" w:line="360" w:lineRule="auto"/>
        <w:ind w:firstLine="576"/>
        <w:jc w:val="left"/>
      </w:pPr>
      <w:r>
        <w:rPr>
          <w:rFonts w:ascii="宋体" w:eastAsia="宋体" w:hAnsi="宋体"/>
          <w:sz w:val="28"/>
        </w:rPr>
        <w:t>拒绝"三无"食品，不吃腐烂变质食品，慎吃零食，不喝生水、冷水，不得校外的摊点上吃饭，不准向校内带外卖进校，不挑食，不偏食，不暴食暴饮，确保身体健康;不随地吐痰，不乱扔果皮纸屑，不向窗外、走廊乱泼乱倒，见到垃圾主动捡起，消除安全隐患。</w:t>
      </w:r>
    </w:p>
    <w:p>
      <w:pPr>
        <w:spacing w:before="100" w:after="200" w:line="360" w:lineRule="auto"/>
        <w:jc w:val="left"/>
      </w:pPr>
      <w:r>
        <w:rPr>
          <w:rFonts w:ascii="宋体 (中文正文)" w:eastAsia="宋体" w:hAnsi="宋体 (中文正文)"/>
          <w:b/>
          <w:sz w:val="28"/>
        </w:rPr>
        <w:t>七、强化"防火灾、防触电、防滑摔"意识。</w:t>
      </w:r>
    </w:p>
    <w:p>
      <w:pPr>
        <w:spacing w:before="100" w:after="200" w:line="360" w:lineRule="auto"/>
        <w:ind w:firstLine="576"/>
        <w:jc w:val="left"/>
      </w:pPr>
      <w:r>
        <w:rPr>
          <w:rFonts w:ascii="宋体" w:eastAsia="宋体" w:hAnsi="宋体"/>
          <w:sz w:val="28"/>
        </w:rPr>
        <w:t>不吸烟、不玩火，不带火种进校;爱护各类消防器材和设施;不随意触摸、摆弄各种电器和取暖设备，不私拉乱扯，不在教室和宿舍内违规使用各类电器;各类电器及设备发生故障时切勿擅动，及时报修。上下床辅注意安全，抓稳踩实。冬天天寒风大有冰冻，很容易出现滑倒摔倒的现象，造成不必要的身体损伤，行路要加倍小心。</w:t>
      </w:r>
    </w:p>
    <w:p>
      <w:pPr>
        <w:spacing w:before="100" w:after="200" w:line="360" w:lineRule="auto"/>
        <w:jc w:val="left"/>
      </w:pPr>
      <w:r>
        <w:rPr>
          <w:rFonts w:ascii="宋体 (中文正文)" w:eastAsia="宋体" w:hAnsi="宋体 (中文正文)"/>
          <w:b/>
          <w:sz w:val="28"/>
        </w:rPr>
        <w:t>八、加强自我防范意识，避免不法侵害。</w:t>
      </w:r>
    </w:p>
    <w:p>
      <w:pPr>
        <w:spacing w:before="100" w:after="200" w:line="360" w:lineRule="auto"/>
        <w:jc w:val="left"/>
      </w:pPr>
      <w:r>
        <w:rPr>
          <w:rFonts w:ascii="宋体 (中文正文)" w:eastAsia="宋体" w:hAnsi="宋体 (中文正文)"/>
          <w:b/>
          <w:sz w:val="28"/>
        </w:rPr>
        <w:t>九、学会自护自救，提高防御能力。</w:t>
      </w:r>
    </w:p>
    <w:p>
      <w:pPr>
        <w:spacing w:before="100" w:after="200" w:line="360" w:lineRule="auto"/>
        <w:ind w:firstLine="576"/>
        <w:jc w:val="left"/>
      </w:pPr>
      <w:r>
        <w:rPr>
          <w:rFonts w:ascii="宋体" w:eastAsia="宋体" w:hAnsi="宋体"/>
          <w:sz w:val="28"/>
        </w:rPr>
        <w:t>学会简易的防护自救方法，遇到偶发事件要冷静对待;敢于批评、指正一切违反安全要求的行为和现象，做维护校园安全的主人。</w:t>
      </w:r>
    </w:p>
    <w:p>
      <w:pPr>
        <w:spacing w:before="100" w:after="200" w:line="360" w:lineRule="auto"/>
        <w:jc w:val="left"/>
      </w:pPr>
      <w:r>
        <w:rPr>
          <w:rFonts w:ascii="宋体 (中文正文)" w:eastAsia="宋体" w:hAnsi="宋体 (中文正文)"/>
          <w:b/>
          <w:sz w:val="28"/>
        </w:rPr>
        <w:t>十、认真学习，珍惜时光。</w:t>
      </w:r>
    </w:p>
    <w:p>
      <w:pPr>
        <w:spacing w:before="100" w:after="200" w:line="360" w:lineRule="auto"/>
        <w:ind w:firstLine="576"/>
        <w:jc w:val="left"/>
      </w:pPr>
      <w:r>
        <w:rPr>
          <w:rFonts w:ascii="宋体" w:eastAsia="宋体" w:hAnsi="宋体"/>
          <w:sz w:val="28"/>
        </w:rPr>
        <w:t>远离网吧，远离台球室，远离游戏厅，不吸烟，不喝酒，不赌博，不看不健康的书籍，不拉帮结伙、不谈恋爱，不同社会闲杂人员及社会盲流交往。</w:t>
      </w:r>
    </w:p>
    <w:p>
      <w:pPr>
        <w:spacing w:before="100" w:after="200" w:line="360" w:lineRule="auto"/>
        <w:ind w:firstLine="576"/>
        <w:jc w:val="left"/>
        <w:sectPr w:rsidSect="00034616">
          <w:type w:val="nextPage"/>
          <w:pgSz w:w="11906" w:h="16838"/>
          <w:pgMar w:top="1440" w:right="1440" w:bottom="1440" w:left="1440" w:header="720" w:footer="720" w:gutter="0"/>
          <w:pgNumType w:start="4"/>
          <w:cols w:space="720"/>
          <w:titlePg w:val="0"/>
          <w:docGrid w:linePitch="360"/>
        </w:sectPr>
      </w:pPr>
    </w:p>
    <w:p>
      <w:pPr>
        <w:spacing w:before="100" w:after="200" w:line="360" w:lineRule="auto"/>
        <w:ind w:firstLine="576"/>
        <w:jc w:val="left"/>
      </w:pPr>
      <w:r>
        <w:rPr>
          <w:rFonts w:ascii="宋体" w:eastAsia="宋体" w:hAnsi="宋体"/>
          <w:sz w:val="28"/>
        </w:rPr>
        <w:t>老师们，同学们，安全问题是老生常谈，但它却关系到千家万户的幸福与美满，我们有理由把安全问题放在重中之重的位置，希望我们从规范做起，从文明做起，杜绝一切安全事故的发生，创建出我们的平安校园!让我们在国旗下共同祝愿，祝愿我们平平安安到校，高高兴兴回家，祝愿我们的校园真正成为全校师生安全的港湾，和谐的家园!</w:t>
      </w:r>
    </w:p>
    <w:p>
      <w:pPr>
        <w:spacing w:before="100" w:after="200" w:line="360" w:lineRule="auto"/>
        <w:ind w:firstLine="576"/>
        <w:jc w:val="left"/>
      </w:pPr>
      <w:r>
        <w:rPr>
          <w:rFonts w:ascii="宋体" w:eastAsia="宋体" w:hAnsi="宋体"/>
          <w:sz w:val="28"/>
        </w:rPr>
        <w:t>我的演讲到此结束，谢谢大家!</w:t>
      </w:r>
    </w:p>
    <w:p>
      <w:pPr>
        <w:spacing w:before="100" w:after="200" w:line="360" w:lineRule="auto"/>
        <w:jc w:val="left"/>
      </w:pPr>
      <w:r>
        <w:rPr>
          <w:rFonts w:ascii="宋体 (中文正文)" w:eastAsia="宋体" w:hAnsi="宋体 (中文正文)"/>
          <w:sz w:val="28"/>
        </w:rPr>
        <w:t>亲爱的老师、同学们：</w:t>
      </w:r>
    </w:p>
    <w:p>
      <w:pPr>
        <w:spacing w:before="100" w:after="200" w:line="360" w:lineRule="auto"/>
        <w:ind w:firstLine="576"/>
        <w:jc w:val="left"/>
      </w:pPr>
      <w:r>
        <w:rPr>
          <w:rFonts w:ascii="宋体" w:eastAsia="宋体" w:hAnsi="宋体"/>
          <w:sz w:val="28"/>
        </w:rPr>
        <w:t>本学年来，我校认真贯彻上级主管部门关于安全、法制教育的有关精神，在全校广大师生中开展了以"法制教育"为重点，以"创建平安校园"为龙头的法制、安全的学习，宣传教育活动。学校校园综治秩序良好，法制、安全教育工作扎实开展，成效显著，现总结如下：</w:t>
      </w:r>
    </w:p>
    <w:p>
      <w:pPr>
        <w:spacing w:before="100" w:after="200" w:line="360" w:lineRule="auto"/>
        <w:jc w:val="left"/>
      </w:pPr>
      <w:r>
        <w:rPr>
          <w:rFonts w:ascii="宋体 (中文正文)" w:eastAsia="宋体" w:hAnsi="宋体 (中文正文)"/>
          <w:sz w:val="28"/>
        </w:rPr>
        <w:t>一、法制教育方面：</w:t>
      </w:r>
    </w:p>
    <w:p>
      <w:pPr>
        <w:spacing w:before="100" w:after="200" w:line="360" w:lineRule="auto"/>
        <w:ind w:firstLine="576"/>
        <w:jc w:val="left"/>
      </w:pPr>
      <w:r>
        <w:rPr>
          <w:rFonts w:ascii="宋体" w:eastAsia="宋体" w:hAnsi="宋体"/>
          <w:sz w:val="28"/>
        </w:rPr>
        <w:t>1、组织广大师生认真学习法制教育相关文件精神，让广大师生明确开展这项活动的指导思想和目的意义，各班根据学校的统一要求，均设置普法专栏，定期出版，并要求学生带法回家。学校把各班的法制宣传教育的开展情况，列入常规检查及期末考核的一项重要内容。</w:t>
      </w:r>
    </w:p>
    <w:p>
      <w:pPr>
        <w:spacing w:before="100" w:after="200" w:line="360" w:lineRule="auto"/>
        <w:ind w:firstLine="576"/>
        <w:jc w:val="left"/>
      </w:pPr>
      <w:r>
        <w:rPr>
          <w:rFonts w:ascii="宋体" w:eastAsia="宋体" w:hAnsi="宋体"/>
          <w:sz w:val="28"/>
        </w:rPr>
        <w:t>2、结合综治、法制宣传月活动。我校组织师生参观《预防青少年违法犯罪》图片展，要求高年级学生写观后感。同时聘请花明社区关协老同志和镇派出所联点民警任治安副校长，并由校长老师为学校师生举办、《未成年保护》等法制教育专题讲座。</w:t>
      </w:r>
    </w:p>
    <w:p>
      <w:pPr>
        <w:spacing w:before="100" w:after="200" w:line="360" w:lineRule="auto"/>
        <w:ind w:firstLine="576"/>
        <w:jc w:val="left"/>
      </w:pPr>
      <w:r>
        <w:rPr>
          <w:rFonts w:ascii="宋体" w:eastAsia="宋体" w:hAnsi="宋体"/>
          <w:sz w:val="28"/>
        </w:rPr>
        <w:t>3、做好"金海中学平安校园"法制教育内容测试工作，全校师生参加法制教育内容测试，并以此为切入点，推动了全民学法的深入开展。</w:t>
      </w:r>
    </w:p>
    <w:p>
      <w:pPr>
        <w:spacing w:before="100" w:after="200" w:line="360" w:lineRule="auto"/>
        <w:jc w:val="left"/>
        <w:sectPr w:rsidSect="00034616">
          <w:type w:val="nextPage"/>
          <w:pgSz w:w="11906" w:h="16838"/>
          <w:pgMar w:top="1440" w:right="1440" w:bottom="1440" w:left="1440" w:header="720" w:footer="720" w:gutter="0"/>
          <w:pgNumType w:start="5"/>
          <w:cols w:space="720"/>
          <w:titlePg w:val="0"/>
          <w:docGrid w:linePitch="360"/>
        </w:sectPr>
      </w:pPr>
      <w:r>
        <w:rPr>
          <w:rFonts w:ascii="宋体 (中文正文)" w:eastAsia="宋体" w:hAnsi="宋体 (中文正文)"/>
          <w:b/>
          <w:sz w:val="28"/>
        </w:rPr>
        <w:t>二、安全教育方面。</w:t>
      </w:r>
    </w:p>
    <w:p>
      <w:pPr>
        <w:spacing w:before="100" w:after="200" w:line="360" w:lineRule="auto"/>
        <w:ind w:firstLine="576"/>
        <w:jc w:val="left"/>
      </w:pPr>
      <w:r>
        <w:rPr>
          <w:rFonts w:ascii="宋体" w:eastAsia="宋体" w:hAnsi="宋体"/>
          <w:sz w:val="28"/>
        </w:rPr>
        <w:t>学校"创安"活动是社会治安综合和创建安全文明片区的重要组成部分，是学校管理工作中的一项极其重要的工作，我们把它作为维护学校稳定，深化教育的一项重要工作，长期、深入地抓紧抓好。</w:t>
      </w:r>
    </w:p>
    <w:p>
      <w:pPr>
        <w:spacing w:before="100" w:after="200" w:line="360" w:lineRule="auto"/>
        <w:ind w:firstLine="576"/>
        <w:jc w:val="left"/>
      </w:pPr>
      <w:r>
        <w:rPr>
          <w:rFonts w:ascii="宋体" w:eastAsia="宋体" w:hAnsi="宋体"/>
          <w:sz w:val="28"/>
        </w:rPr>
        <w:t>1、制定《湖南金海中学学生安全守则》，每班一份。</w:t>
      </w:r>
    </w:p>
    <w:p>
      <w:pPr>
        <w:spacing w:before="100" w:after="200" w:line="360" w:lineRule="auto"/>
        <w:ind w:firstLine="576"/>
        <w:jc w:val="left"/>
      </w:pPr>
      <w:r>
        <w:rPr>
          <w:rFonts w:ascii="宋体" w:eastAsia="宋体" w:hAnsi="宋体"/>
          <w:sz w:val="28"/>
        </w:rPr>
        <w:t>2、层层建立责任状和月汇报制度。强化各项措施的落实，增强安全防范意识，杜绝了各类安全事故的发生。</w:t>
      </w:r>
    </w:p>
    <w:p>
      <w:pPr>
        <w:spacing w:before="100" w:after="200" w:line="360" w:lineRule="auto"/>
        <w:ind w:firstLine="576"/>
        <w:jc w:val="left"/>
      </w:pPr>
      <w:r>
        <w:rPr>
          <w:rFonts w:ascii="宋体" w:eastAsia="宋体" w:hAnsi="宋体"/>
          <w:sz w:val="28"/>
        </w:rPr>
        <w:t>3、随时令的变化，调整安全教育重点，我们根据校区周边环境和校内情况的变化，及时传达信息，向师生阐明的法制安全教育的紧迫性和重要性，让社会、家长共同配合，做好防灾安全工作。</w:t>
      </w:r>
    </w:p>
    <w:p>
      <w:pPr>
        <w:spacing w:before="100" w:after="200" w:line="360" w:lineRule="auto"/>
        <w:ind w:firstLine="576"/>
        <w:jc w:val="left"/>
      </w:pPr>
      <w:r>
        <w:rPr>
          <w:rFonts w:ascii="宋体" w:eastAsia="宋体" w:hAnsi="宋体"/>
          <w:sz w:val="28"/>
        </w:rPr>
        <w:t>4、为强化师生的安全防范意识，我校每学期都上两课时以上的法制教育课，还要求每天晚教育时间，每周星期三的第七节课和周前会上，提醒学生注意安全，并把安全提示写入班主任工作手册。</w:t>
      </w:r>
    </w:p>
    <w:p>
      <w:pPr>
        <w:spacing w:before="100" w:after="200" w:line="360" w:lineRule="auto"/>
        <w:ind w:firstLine="576"/>
        <w:jc w:val="left"/>
      </w:pPr>
      <w:r>
        <w:rPr>
          <w:rFonts w:ascii="宋体" w:eastAsia="宋体" w:hAnsi="宋体"/>
          <w:sz w:val="28"/>
        </w:rPr>
        <w:t>总之，安全无小事，教师充分认识到学校安全工作的重要性，建立健全各项规章制度和防范措施，做到居安思危，常抓不懈，切实将各项安全工作做深、做细，确保万无一失。我们虽然取得了一些成绩，但仍需不断努力，对工作中的薄弱环节和存在问题及时予以纠正和整改，彻底消除不安全隐患，力争把这一重要工作做得更好。</w:t>
      </w:r>
    </w:p>
    <w:p>
      <w:pPr>
        <w:spacing w:before="100" w:after="200" w:line="360" w:lineRule="auto"/>
        <w:ind w:firstLine="576"/>
        <w:jc w:val="left"/>
      </w:pPr>
      <w:r>
        <w:rPr>
          <w:rFonts w:ascii="宋体" w:eastAsia="宋体" w:hAnsi="宋体"/>
          <w:sz w:val="28"/>
        </w:rPr>
        <w:t>大家好!</w:t>
      </w:r>
    </w:p>
    <w:p>
      <w:pPr>
        <w:spacing w:before="100" w:after="200" w:line="360" w:lineRule="auto"/>
        <w:ind w:firstLine="576"/>
        <w:jc w:val="left"/>
        <w:sectPr w:rsidSect="00034616">
          <w:type w:val="nextPage"/>
          <w:pgSz w:w="11906" w:h="16838"/>
          <w:pgMar w:top="1440" w:right="1440" w:bottom="1440" w:left="1440" w:header="720" w:footer="720" w:gutter="0"/>
          <w:pgNumType w:start="6"/>
          <w:cols w:space="720"/>
          <w:titlePg w:val="0"/>
          <w:docGrid w:linePitch="360"/>
        </w:sectPr>
      </w:pPr>
    </w:p>
    <w:p>
      <w:pPr>
        <w:spacing w:before="100" w:after="200" w:line="360" w:lineRule="auto"/>
        <w:ind w:firstLine="576"/>
        <w:jc w:val="left"/>
      </w:pPr>
      <w:r>
        <w:rPr>
          <w:rFonts w:ascii="宋体" w:eastAsia="宋体" w:hAnsi="宋体"/>
          <w:sz w:val="28"/>
        </w:rPr>
        <w:t>首先，让我们想一想，当我们走到路口，是否注意到正在为安全站岗的红绿灯当我们乘坐火车、汽车时，是否听到过"为了您的安全，请不要把头、手伸出窗外"的亲切关照还记得，小的时候，从我刚刚记事起，父母就用心良苦的教我"无论是做什么事情，都一定要注意安全";还记得，当我们走进校园，老师教我们的第一件事情就是要注意安全;还记得，从我识字以后，在马路上，商店门口，建筑物前面时常都能看到"请注意安全"、"安全第一"、"安全生产"的牌子。安全真的很重要吗是的!</w:t>
      </w:r>
    </w:p>
    <w:p>
      <w:pPr>
        <w:spacing w:before="100" w:after="200" w:line="360" w:lineRule="auto"/>
        <w:ind w:firstLine="576"/>
        <w:jc w:val="left"/>
      </w:pPr>
      <w:r>
        <w:rPr>
          <w:rFonts w:ascii="宋体" w:eastAsia="宋体" w:hAnsi="宋体"/>
          <w:sz w:val="28"/>
        </w:rPr>
        <w:t>安全在我心中，这是一句人人都应当知道的话语，如果不讲安全放在心中，危险就离我们很近。记得有一次，放学后，我正在往家赶，在经过一个路口时，突然，一辆自行车被一辆汽车撞倒在路边。事情已经过去很久了，但是直到今天，我仍然忘不掉那个人痛苦的样子，我更加要将安全在我心中。</w:t>
      </w:r>
    </w:p>
    <w:p>
      <w:pPr>
        <w:spacing w:before="100" w:after="200" w:line="360" w:lineRule="auto"/>
        <w:ind w:firstLine="576"/>
        <w:jc w:val="left"/>
      </w:pPr>
      <w:r>
        <w:rPr>
          <w:rFonts w:ascii="宋体" w:eastAsia="宋体" w:hAnsi="宋体"/>
          <w:sz w:val="28"/>
        </w:rPr>
        <w:t>作为一名小学生，我常常会听到妈妈给我讲各种各样的故事，其中有一个故事就是关于小学生安全的。有个叫欢欢的小学生，她长得很可爱，是父母的掌上明珠。有一天，她也正是放学回家，在走到家附近时，突然看到马路上对面妈妈的身影，她高兴极了，大声喊着"妈妈，妈妈"，并且像一只可爱的小蝴蝶飞向妈妈。可是，她当时完全没有注意到安全，也没有注意到正在开着的汽车，只听见一声惊叫，小欢欢被一辆急驶而来的汽车给撞上了。当时，血染红了她那条白色的太阳裙，红扑扑的脸一下子变得好苍白，好吓人……</w:t>
      </w:r>
    </w:p>
    <w:p>
      <w:pPr>
        <w:spacing w:before="100" w:after="200" w:line="360" w:lineRule="auto"/>
        <w:ind w:firstLine="576"/>
        <w:jc w:val="left"/>
      </w:pPr>
      <w:r>
        <w:rPr>
          <w:rFonts w:ascii="宋体" w:eastAsia="宋体" w:hAnsi="宋体"/>
          <w:sz w:val="28"/>
        </w:rPr>
        <w:t>同学们，听完这两个故事，你是否也认识到了安全在我心中的重要性其实，安全并不是只有交通方面，还有很多的地方都需要注意到安全，就如我妈妈说的一样，任何事情都要注意安全。比如，下课后我们下楼梯时，比如，课间休息我们一起游玩时。安全是无处不在的，所有的事情，只要有人的行为，就要谨记安全在我心中。</w:t>
      </w:r>
    </w:p>
    <w:p>
      <w:pPr>
        <w:spacing w:before="100" w:after="200" w:line="360" w:lineRule="auto"/>
        <w:ind w:firstLine="576"/>
        <w:jc w:val="left"/>
      </w:pPr>
      <w:r>
        <w:rPr>
          <w:rFonts w:ascii="宋体" w:eastAsia="宋体" w:hAnsi="宋体"/>
          <w:sz w:val="28"/>
        </w:rPr>
        <w:t>亲爱的同学们，世界是多姿多彩的，生命更是美好的，让我们在共同祝愿，祝愿我们每一位老师每一位同学每天平平安安到校，高高兴兴回家，祝愿我们的校园成为安全、健康、拥有无限生命力的和谐校园!</w:t>
      </w:r>
    </w:p>
    <w:p>
      <w:pPr>
        <w:spacing w:before="100" w:after="200" w:line="360" w:lineRule="auto"/>
        <w:jc w:val="left"/>
        <w:sectPr w:rsidSect="00034616">
          <w:type w:val="nextPage"/>
          <w:pgSz w:w="11906" w:h="16838"/>
          <w:pgMar w:top="1440" w:right="1440" w:bottom="1440" w:left="1440" w:header="720" w:footer="720" w:gutter="0"/>
          <w:pgNumType w:start="7"/>
          <w:cols w:space="720"/>
          <w:titlePg w:val="0"/>
          <w:docGrid w:linePitch="360"/>
        </w:sectPr>
      </w:pPr>
      <w:r>
        <w:rPr>
          <w:rFonts w:ascii="宋体 (中文正文)" w:eastAsia="宋体" w:hAnsi="宋体 (中文正文)"/>
          <w:sz w:val="28"/>
        </w:rPr>
        <w:t>各位老师、各位同学：</w:t>
      </w:r>
    </w:p>
    <w:p>
      <w:pPr>
        <w:spacing w:before="100" w:after="200" w:line="360" w:lineRule="auto"/>
        <w:ind w:firstLine="576"/>
        <w:jc w:val="left"/>
      </w:pPr>
      <w:r>
        <w:rPr>
          <w:rFonts w:ascii="宋体" w:eastAsia="宋体" w:hAnsi="宋体"/>
          <w:sz w:val="28"/>
        </w:rPr>
        <w:t>大家早上好!我是五(1)班学生，我今天演讲的题目是《珍爱生命，安全第一》。</w:t>
      </w:r>
    </w:p>
    <w:p>
      <w:pPr>
        <w:spacing w:before="100" w:after="200" w:line="360" w:lineRule="auto"/>
        <w:ind w:firstLine="576"/>
        <w:jc w:val="left"/>
      </w:pPr>
      <w:r>
        <w:rPr>
          <w:rFonts w:ascii="宋体" w:eastAsia="宋体" w:hAnsi="宋体"/>
          <w:sz w:val="28"/>
        </w:rPr>
        <w:t>生命是宝贵的，我们歌颂生命;生命是美好的，我们热爱生命。"生命"是一个多么鲜活的词语;"安全"，一个多么古老的话题;然而，面对生活、学习中可能存在的隐患和潜在的意外，你是如何加以防范呢</w:t>
      </w:r>
    </w:p>
    <w:p>
      <w:pPr>
        <w:spacing w:before="100" w:after="200" w:line="360" w:lineRule="auto"/>
        <w:ind w:firstLine="576"/>
        <w:jc w:val="left"/>
      </w:pPr>
      <w:r>
        <w:rPr>
          <w:rFonts w:ascii="宋体" w:eastAsia="宋体" w:hAnsi="宋体"/>
          <w:sz w:val="28"/>
        </w:rPr>
        <w:t>据统计，我国每年大约有1.6万小学生非正常死亡，中小学生因安全事故死亡的，平均每天有40多人，也就是说每天将有一个班的学生在"消失"。其中包括交通事故、食物中毒、打架斗殴、体育运动损伤、火灾火险、溺水等等。专家指出：通过安全教育，提高我们的自我保护能力，80%的意外伤害事故是可以避免的。为了让学校安全的警钟长鸣，为了我们能有一个舒心、优雅的学习环境，我向大家发出以下倡议：</w:t>
      </w:r>
    </w:p>
    <w:p>
      <w:pPr>
        <w:spacing w:before="100" w:after="200" w:line="360" w:lineRule="auto"/>
        <w:ind w:firstLine="576"/>
        <w:jc w:val="left"/>
      </w:pPr>
      <w:r>
        <w:rPr>
          <w:rFonts w:ascii="宋体" w:eastAsia="宋体" w:hAnsi="宋体"/>
          <w:sz w:val="28"/>
        </w:rPr>
        <w:t>一、加强宣传教育。认真组织开展安全教育班会，提高我们的安全、文明意识，要时时想安全，事事讲安全，树立自我安全意识。</w:t>
      </w:r>
    </w:p>
    <w:p>
      <w:pPr>
        <w:spacing w:before="100" w:after="200" w:line="360" w:lineRule="auto"/>
        <w:ind w:firstLine="576"/>
        <w:jc w:val="left"/>
      </w:pPr>
      <w:r>
        <w:rPr>
          <w:rFonts w:ascii="宋体" w:eastAsia="宋体" w:hAnsi="宋体"/>
          <w:sz w:val="28"/>
        </w:rPr>
        <w:t>二、提高个人思想素质。团结同学，和睦相处。不因小事和同学争吵，不打架斗殴，争做文明的学生。</w:t>
      </w:r>
    </w:p>
    <w:p>
      <w:pPr>
        <w:spacing w:before="100" w:after="200" w:line="360" w:lineRule="auto"/>
        <w:ind w:firstLine="576"/>
        <w:jc w:val="left"/>
      </w:pPr>
      <w:r>
        <w:rPr>
          <w:rFonts w:ascii="宋体" w:eastAsia="宋体" w:hAnsi="宋体"/>
          <w:sz w:val="28"/>
        </w:rPr>
        <w:t>三、关注课间安全。不做剧烈的活动，避免发生各种伤害事故;不追逐嬉戏;不在教室内打球、踢球。</w:t>
      </w:r>
    </w:p>
    <w:p>
      <w:pPr>
        <w:spacing w:before="100" w:after="200" w:line="360" w:lineRule="auto"/>
        <w:ind w:firstLine="576"/>
        <w:jc w:val="left"/>
      </w:pPr>
      <w:r>
        <w:rPr>
          <w:rFonts w:ascii="宋体" w:eastAsia="宋体" w:hAnsi="宋体"/>
          <w:sz w:val="28"/>
        </w:rPr>
        <w:t>四、遵守交通规则和交通秩序。上学放学做到文明行路，不骑自行车;集体外出必须经过学校同意，必须服从带队老师的指挥。</w:t>
      </w:r>
    </w:p>
    <w:p>
      <w:pPr>
        <w:spacing w:before="100" w:after="200" w:line="360" w:lineRule="auto"/>
        <w:ind w:firstLine="576"/>
        <w:jc w:val="left"/>
      </w:pPr>
      <w:r>
        <w:rPr>
          <w:rFonts w:ascii="宋体" w:eastAsia="宋体" w:hAnsi="宋体"/>
          <w:sz w:val="28"/>
        </w:rPr>
        <w:t>五、讲究饮食卫生，养成良好习惯。拒绝三无食品，不吃变质食品，不吃零食，不喝生水，不偏食，不暴食暴饮。</w:t>
      </w:r>
    </w:p>
    <w:p>
      <w:pPr>
        <w:spacing w:before="100" w:after="200" w:line="360" w:lineRule="auto"/>
        <w:ind w:firstLine="576"/>
        <w:jc w:val="left"/>
        <w:sectPr w:rsidSect="00034616">
          <w:type w:val="nextPage"/>
          <w:pgSz w:w="11906" w:h="16838"/>
          <w:pgMar w:top="1440" w:right="1440" w:bottom="1440" w:left="1440" w:header="720" w:footer="720" w:gutter="0"/>
          <w:pgNumType w:start="8"/>
          <w:cols w:space="720"/>
          <w:titlePg w:val="0"/>
          <w:docGrid w:linePitch="360"/>
        </w:sectPr>
      </w:pPr>
      <w:r>
        <w:rPr>
          <w:rFonts w:ascii="宋体" w:eastAsia="宋体" w:hAnsi="宋体"/>
          <w:sz w:val="28"/>
        </w:rPr>
        <w:t>六、增强"防火防水防电"意识。不玩火，不随意触摸各种电器。不接受陌生人接送与来访，遇到形迹可疑的人要及时报告老师。</w:t>
      </w:r>
    </w:p>
    <w:p>
      <w:pPr>
        <w:spacing w:before="100" w:after="200" w:line="360" w:lineRule="auto"/>
        <w:ind w:firstLine="576"/>
        <w:jc w:val="left"/>
      </w:pPr>
      <w:r>
        <w:rPr>
          <w:rFonts w:ascii="宋体" w:eastAsia="宋体" w:hAnsi="宋体"/>
          <w:sz w:val="28"/>
        </w:rPr>
        <w:t>同学们，校园是我家，为了创建文明、安全的校园，为了大家都能健康快乐地成长，让我们携起手来，从现在做起，从自我做起，从点滴做起，共同维护好我们的校园环境，为构建安全校园贡献自已的一分力量!</w:t>
      </w:r>
    </w:p>
    <w:p>
      <w:pPr>
        <w:spacing w:before="100" w:after="200" w:line="360" w:lineRule="auto"/>
        <w:jc w:val="left"/>
      </w:pPr>
      <w:r>
        <w:rPr>
          <w:rFonts w:ascii="宋体 (中文正文)" w:eastAsia="宋体" w:hAnsi="宋体 (中文正文)"/>
          <w:sz w:val="28"/>
        </w:rPr>
        <w:t>老师们，同学们：</w:t>
      </w:r>
    </w:p>
    <w:p>
      <w:pPr>
        <w:spacing w:before="100" w:after="200" w:line="360" w:lineRule="auto"/>
        <w:ind w:firstLine="576"/>
        <w:jc w:val="left"/>
      </w:pPr>
      <w:r>
        <w:rPr>
          <w:rFonts w:ascii="宋体" w:eastAsia="宋体" w:hAnsi="宋体"/>
          <w:sz w:val="28"/>
        </w:rPr>
        <w:t>早上好!今天我讲话的题目是《校园安全伴我行》。</w:t>
      </w:r>
    </w:p>
    <w:p>
      <w:pPr>
        <w:spacing w:before="100" w:after="200" w:line="360" w:lineRule="auto"/>
        <w:ind w:firstLine="576"/>
        <w:jc w:val="left"/>
      </w:pPr>
      <w:r>
        <w:rPr>
          <w:rFonts w:ascii="宋体" w:eastAsia="宋体" w:hAnsi="宋体"/>
          <w:sz w:val="28"/>
        </w:rPr>
        <w:t>如果说生命是花，那么安全就是衬托千姿百媚的绿叶;如果说生命是一幅画，那么安全就是抒写美丽的画笔;如果说生命是河流，那么安全就是缔造神奇的堤坝。没有了安全，我们的生命就会摔跤，就不可能走过人生的风风雨雨，更不可能到达人生辉煌的顶峰。</w:t>
      </w:r>
    </w:p>
    <w:p>
      <w:pPr>
        <w:spacing w:before="100" w:after="200" w:line="360" w:lineRule="auto"/>
        <w:ind w:firstLine="576"/>
        <w:jc w:val="left"/>
      </w:pPr>
      <w:r>
        <w:rPr>
          <w:rFonts w:ascii="宋体" w:eastAsia="宋体" w:hAnsi="宋体"/>
          <w:sz w:val="28"/>
        </w:rPr>
        <w:t>校园安全与每位师生密切相关。我们应时刻意识到：安全工作不只是校长及老师的事，更不是一次黑板报、一个活动、一次班会就可以完成的事，做好安全工作同样是我们每个在校学生义不容辞的责任。</w:t>
      </w:r>
    </w:p>
    <w:p>
      <w:pPr>
        <w:spacing w:before="100" w:after="200" w:line="360" w:lineRule="auto"/>
        <w:ind w:firstLine="576"/>
        <w:jc w:val="left"/>
      </w:pPr>
      <w:r>
        <w:rPr>
          <w:rFonts w:ascii="宋体" w:eastAsia="宋体" w:hAnsi="宋体"/>
          <w:sz w:val="28"/>
        </w:rPr>
        <w:t>在校园安全中，涉及到学生活动和学习两方面的安全隐患有20多种，包括食物中毒、体育运动损伤、网络交友安全、交通事故、溺水、毒品危害等。在全国各类安全事故中，学校事故所占的比重很大。据了解，我国每年约有1.6万名学生死于非正常死亡，平均每天有40多人，也就是说几乎一个班的学生在"消失"。</w:t>
      </w:r>
    </w:p>
    <w:p>
      <w:pPr>
        <w:spacing w:before="100" w:after="200" w:line="360" w:lineRule="auto"/>
        <w:ind w:firstLine="576"/>
        <w:jc w:val="left"/>
      </w:pP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https://d.book118.com/405011132021011110</w:t>
        </w:r>
      </w:hyperlink>
    </w:p>
    <w:p>
      <w:pPr>
        <w:spacing w:before="100" w:after="200" w:line="360" w:lineRule="auto"/>
        <w:ind w:firstLine="576"/>
        <w:jc w:val="left"/>
      </w:pPr>
    </w:p>
    <w:sectPr w:rsidSect="00034616">
      <w:type w:val="nextPage"/>
      <w:pgSz w:w="11906" w:h="16838"/>
      <w:pgMar w:top="1440" w:right="1440" w:bottom="1440" w:left="1440" w:header="720" w:footer="720" w:gutter="0"/>
      <w:pgNumType w:start="9"/>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405011132021011110"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