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预防近视主题活动总结（35篇）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预防近视主题活动总结（通用35篇）</w:t>
      </w:r>
      <w:r>
        <w:rPr>
          <w:lang w:eastAsia="zh-CN"/>
        </w:rPr>
        <w:br/>
      </w:r>
      <w:r>
        <w:rPr>
          <w:lang w:eastAsia="zh-CN"/>
        </w:rPr>
        <w:t xml:space="preserve">    预防近视主题活动总结 篇1 </w:t>
      </w:r>
      <w:r>
        <w:rPr>
          <w:lang w:eastAsia="zh-CN"/>
        </w:rPr>
        <w:br/>
      </w:r>
      <w:r>
        <w:rPr>
          <w:lang w:eastAsia="zh-CN"/>
        </w:rPr>
        <w:t>　　近日，郑州市为迎接“20__年近视防控宣传教育月”的来临，樱桃沟小学举行了“爱眼睛，防近视”的主题班会，以强化保证眼保健操的质量。并通过校信通、家长微信群与家长取得联系，希望家长督促孩子注意在家的用眼卫生，不要用眼过度。</w:t>
      </w:r>
      <w:r>
        <w:rPr>
          <w:lang w:eastAsia="zh-CN"/>
        </w:rPr>
        <w:br/>
      </w:r>
      <w:r>
        <w:rPr>
          <w:lang w:eastAsia="zh-CN"/>
        </w:rPr>
        <w:t>　　学校长期开展开展眼保健操活动，在各班的主题班会上，教师给学生讲述爱护眼睛的益处，如何去保护自己的眼睛，并对学生的做操动作进行了规范指导和训练，确保了动作的准确到位。在课堂上护眼形式多样，有学生自己讲述自己的护眼方法并和同学们分享;还通过课堂观看护眼视频让学生了解更多的护眼方法;最后教师总结本次主题活动，鼓励学生学会正确的爱眼睛，护眼睛，通过一双明亮的`眼睛去看我们美丽的世界。</w:t>
      </w:r>
      <w:r>
        <w:rPr>
          <w:lang w:eastAsia="zh-CN"/>
        </w:rPr>
        <w:br/>
      </w:r>
      <w:r>
        <w:rPr>
          <w:lang w:eastAsia="zh-CN"/>
        </w:rPr>
        <w:t>　　通过本次活动，师生们进一步认识到了眼保健操的重要性，并掌握了正确的眼保健操动作要领。使同学们树立了爱眼睛，护眼睛的意识，切实提高了学生自觉用眼卫生的自觉性，也得到了家长们的一致赞同。</w:t>
      </w:r>
      <w:r>
        <w:rPr>
          <w:lang w:eastAsia="zh-CN"/>
        </w:rPr>
        <w:br/>
      </w:r>
      <w:r>
        <w:rPr>
          <w:lang w:eastAsia="zh-CN"/>
        </w:rPr>
        <w:t xml:space="preserve">    预防近视主题活动总结 篇2 </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6月6日是全国爱眼日，今年的主题是“爱护眼睛”，为了广大青少年的视力不受损害，初级中学团委响应上级号召，开展爱眼日的宣传和教育工作。</w:t>
      </w:r>
      <w:r>
        <w:rPr>
          <w:lang w:eastAsia="zh-CN"/>
        </w:rPr>
        <w:br/>
      </w:r>
      <w:r>
        <w:rPr>
          <w:lang w:eastAsia="zh-CN"/>
        </w:rPr>
        <w:t>　　一、加强领导，明确分工，落实任务在爱眼日宣传和教育中，我校团委成立了爱眼日工作领导小组，由校长负总责，学校团委具体负责宣传和教育工作，各班班主任及团支部具体领导班级宣传和教育，体育教师负责做好眼保健操的指导和管理。</w:t>
      </w:r>
      <w:r>
        <w:rPr>
          <w:lang w:eastAsia="zh-CN"/>
        </w:rPr>
        <w:br/>
      </w:r>
      <w:r>
        <w:rPr>
          <w:lang w:eastAsia="zh-CN"/>
        </w:rPr>
        <w:t>　　二、加强了爱眼日的宣传和教育建设我们利用学校《晨星》广播、班报、橱窗、黑板报、手抄报等宣传阵地，加强爱眼日材料的学习和宣传。具体工作主要有：由学校悬挂“预防青少年近视，从一滴一点做起”的宣传条幅，学校还利用校园网进行公告，以做好校园眼睛保护的`氛围;同时学校团委在学校校报和班报中进行具体宣传，教育学生如何保护视力，预防眼睛疾病;同时班级开展以“爱护眼睛，保护视力”为主题的主题班会活动。</w:t>
      </w:r>
      <w:r>
        <w:rPr>
          <w:lang w:eastAsia="zh-CN"/>
        </w:rPr>
        <w:br/>
      </w:r>
      <w:r>
        <w:rPr>
          <w:lang w:eastAsia="zh-CN"/>
        </w:rPr>
        <w:t>　　总之，学校爱眼教育是一项长期的任务，我们争取使学校青少年视力教育工作的制度化、规范化，更好的保护好青少年的视力。</w:t>
      </w:r>
      <w:r>
        <w:rPr>
          <w:lang w:eastAsia="zh-CN"/>
        </w:rPr>
        <w:br/>
      </w:r>
      <w:r>
        <w:rPr>
          <w:lang w:eastAsia="zh-CN"/>
        </w:rPr>
        <w:t xml:space="preserve">    预防近视主题活动总结 篇3 </w:t>
      </w:r>
      <w:r>
        <w:rPr>
          <w:lang w:eastAsia="zh-CN"/>
        </w:rPr>
        <w:br/>
      </w:r>
      <w:r>
        <w:rPr>
          <w:lang w:eastAsia="zh-CN"/>
        </w:rPr>
        <w:t>　　__年6月6日是第__个全国"爱眼日"，其主题是"爱护眼睛"。为增进人们眼的健康保健意识，__区中医院围绕"爱眼日"活动方案，组织开展了内容丰富的宣传咨询、义诊及爱眼护眼活动：</w:t>
      </w:r>
      <w:r>
        <w:rPr>
          <w:lang w:eastAsia="zh-CN"/>
        </w:rPr>
        <w:br/>
      </w:r>
      <w:r>
        <w:rPr>
          <w:lang w:eastAsia="zh-CN"/>
        </w:rPr>
        <w:t>　　一是加大"爱眼日"活动宣传。</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我院在门诊大厅电子屏滚动播放宣传标语7幅，印制发放宣传资料500余份，深入宣传《中共中央国务院关于促进残疾人事业发展的意见》、《__省防盲治盲规划》以及眼的健康保健知识，开展残疾预防，增进健康知识宣传，唤起人们对进一步做好防盲治盲工作重要性的认识。</w:t>
      </w:r>
      <w:r>
        <w:rPr>
          <w:lang w:eastAsia="zh-CN"/>
        </w:rPr>
        <w:br/>
      </w:r>
      <w:r>
        <w:rPr>
          <w:lang w:eastAsia="zh-CN"/>
        </w:rPr>
        <w:t>　　二是举办青少年预防近视知识讲座。</w:t>
      </w:r>
      <w:r>
        <w:rPr>
          <w:lang w:eastAsia="zh-CN"/>
        </w:rPr>
        <w:br/>
      </w:r>
      <w:r>
        <w:rPr>
          <w:lang w:eastAsia="zh-CN"/>
        </w:rPr>
        <w:t>　　专家从产生近视的原因、治疗和预防等方面对中小学生进行详细的讲解，重点对保护眼睛的基本常识(如座姿、看书、眼保健操、眼部的调节等)进行示范指导，并通过形象生动的举例说明使青少年掌握科学用眼知识，培养学生良好的用眼习惯，降低青少年近视率。并相继开展了以"预防近视、珍爱光明"、"明亮眼睛迎奥运"知识讲座。</w:t>
      </w:r>
      <w:r>
        <w:rPr>
          <w:lang w:eastAsia="zh-CN"/>
        </w:rPr>
        <w:br/>
      </w:r>
      <w:r>
        <w:rPr>
          <w:lang w:eastAsia="zh-CN"/>
        </w:rPr>
        <w:t>　　三是积极开展眼保健和康复指导服务。</w:t>
      </w:r>
      <w:r>
        <w:rPr>
          <w:lang w:eastAsia="zh-CN"/>
        </w:rPr>
        <w:br/>
      </w:r>
      <w:r>
        <w:rPr>
          <w:lang w:eastAsia="zh-CN"/>
        </w:rPr>
        <w:t>　　我院制作"光明天使，点亮视界"宣传牌，安排眼科医务人员到供销大厦广场开展义诊和眼保健咨询活动，主动服务，发放眼保健知识宣传资料，普及防盲治盲知识，对47名眼病患者进行义诊，接受咨询的人数达300余人次。</w:t>
      </w:r>
      <w:r>
        <w:rPr>
          <w:lang w:eastAsia="zh-CN"/>
        </w:rPr>
        <w:br/>
      </w:r>
      <w:r>
        <w:rPr>
          <w:lang w:eastAsia="zh-CN"/>
        </w:rPr>
        <w:t>　　四是做好白内障患者筛查治疗准备工作。</w:t>
      </w:r>
      <w:r>
        <w:rPr>
          <w:lang w:eastAsia="zh-CN"/>
        </w:rPr>
        <w:br/>
      </w:r>
      <w:r>
        <w:rPr>
          <w:lang w:eastAsia="zh-CN"/>
        </w:rPr>
        <w:t>　　我院全区白内障复明工程定点医院，为搞好今年的`白内障复明工程，我院将抽派眼科主治医生深入全区10个乡镇检查眼病患者，对符合手术条件的白内障患者筛查登记，做好输送治疗前的各项准备工作。</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我院通过开展"爱眼日"宣传咨询和义诊活动，进一步增强了人们爱眼护眼意识，尤其是广大青少年知晓了爱护眼睛、预防近视的重要性，"爱眼日"活动的开展对推动我县防盲治盲工作起到了积极的作用，达到了预期的目的，收到了良好的社会效果。</w:t>
      </w:r>
      <w:r>
        <w:rPr>
          <w:lang w:eastAsia="zh-CN"/>
        </w:rPr>
        <w:br/>
      </w:r>
      <w:r>
        <w:rPr>
          <w:lang w:eastAsia="zh-CN"/>
        </w:rPr>
        <w:t xml:space="preserve">    预防近视主题活动总结 篇4 </w:t>
      </w:r>
      <w:r>
        <w:rPr>
          <w:lang w:eastAsia="zh-CN"/>
        </w:rPr>
        <w:br/>
      </w:r>
      <w:r>
        <w:rPr>
          <w:lang w:eastAsia="zh-CN"/>
        </w:rPr>
        <w:t>　　为了全面贯彻落实《省教育厅等八部门关于做好儿童青少年近视综合防控工作的意见》，进一步推动我校“防近”工作，全面实施素质教育，在市教育局和卫生、防疫部门的领导下，加大了对学生预防近视工作的宣传和教育力度，采取了一系列的措施，取得了一定的成绩，现将有关情况总结如下：</w:t>
      </w:r>
      <w:r>
        <w:rPr>
          <w:lang w:eastAsia="zh-CN"/>
        </w:rPr>
        <w:br/>
      </w:r>
      <w:r>
        <w:rPr>
          <w:lang w:eastAsia="zh-CN"/>
        </w:rPr>
        <w:t>　　一是坚持预防为主、防治结合。</w:t>
      </w:r>
      <w:r>
        <w:rPr>
          <w:lang w:eastAsia="zh-CN"/>
        </w:rPr>
        <w:br/>
      </w:r>
      <w:r>
        <w:rPr>
          <w:lang w:eastAsia="zh-CN"/>
        </w:rPr>
        <w:t>　　防近工作防在前，防在先，防控的手段和途径是指导、宣传和教育，为此我校和教师逐级明确责任，层层有人抓，事事有人干并就此进行考核，从上到下都能对学生的用眼负责。</w:t>
      </w:r>
      <w:r>
        <w:rPr>
          <w:lang w:eastAsia="zh-CN"/>
        </w:rPr>
        <w:br/>
      </w:r>
      <w:r>
        <w:rPr>
          <w:lang w:eastAsia="zh-CN"/>
        </w:rPr>
        <w:t>　　二是坚持开展活动。</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学校首先抓宣传活动，免费发放防近宣传材料、宣传手册，发放《国际对数近视表》宣传板。其次是开展学校健康教育课堂教学大赛活动，在提高教学效果上狠下工夫。再次是开展校园用眼常识实践活动，发动学校充分利用网络、电子屏幕、校园电视台、广播、板报等渠道全方位、经常性宣传科学用眼、预防近视等眼保健知识。每年6月6日爱眼日，各学校通过开展丰富多彩的防近活动，如：“防近健康报”展评、绘画展、主题班队会、读写姿势、眼保健操比赛等活动，使学生在愉悦的气氛中学习了知识，受到了教育，自觉养成好的用眼卫生行为习惯。最后是大力开展阳光体育运动和等高望远活动，全面落实了每天锻炼一小时的要求，提高了学生的体质健康水平，让学生在运动中明亮双眼，有效提高防控效果。</w:t>
      </w:r>
      <w:r>
        <w:rPr>
          <w:lang w:eastAsia="zh-CN"/>
        </w:rPr>
        <w:br/>
      </w:r>
      <w:r>
        <w:rPr>
          <w:lang w:eastAsia="zh-CN"/>
        </w:rPr>
        <w:t>　　三是坚持群防群控。</w:t>
      </w:r>
      <w:r>
        <w:rPr>
          <w:lang w:eastAsia="zh-CN"/>
        </w:rPr>
        <w:br/>
      </w:r>
      <w:r>
        <w:rPr>
          <w:lang w:eastAsia="zh-CN"/>
        </w:rPr>
        <w:t>　　我们在调查中发现形成学生近视的主要原因，一方面是校内采光不足，学生在校学习负担重，用眼时间过长，学生没有养成良好的读写姿势和用眼习惯，另一方面除了遗传因素之外，学生在长时间看电视、玩游戏、用电脑，做作业、看书，家长不重视学生用眼卫生，对学生的不正确用眼监管不够。因此仅仅抓好校内防近工作还远远不够，必须动员家长重视并参与防近工作。在这方面，除了把学生视力检测结果反馈家长外，还通过发放“致学生家长的一封信”和召开家长会的形式，开展对家长防近科普知识教育，以使家校联合，携手共同做好防近工作。</w:t>
      </w:r>
      <w:r>
        <w:rPr>
          <w:lang w:eastAsia="zh-CN"/>
        </w:rPr>
        <w:br/>
      </w:r>
      <w:r>
        <w:rPr>
          <w:lang w:eastAsia="zh-CN"/>
        </w:rPr>
        <w:t>　　四是坚持以点带面。</w:t>
      </w:r>
      <w:r>
        <w:rPr>
          <w:lang w:eastAsia="zh-CN"/>
        </w:rPr>
        <w:br/>
      </w:r>
      <w:r>
        <w:rPr>
          <w:lang w:eastAsia="zh-CN"/>
        </w:rPr>
        <w:t>　　我们在全校进行了学生视力监测。每年分两次进行监测，并建立了学生体检数据，学校等网络化上报系统，对发病的原因及影响因素进行个体、群体分析，有效地掌握学生近视眼的发病规律，实行学生近视患病情况年度监测公告制度。这样既实现了监督、监控和指导的目的，又使整体工作在先进带动后进改进，全方位加强落实。与此同时积极配合卫生部门，准确甄别出视力不良学生的真性近视和假性近视，为教育和卫生部门制定政策，为近视眼学生的积极防治提供可靠地依据。</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五是坚持开展培训。</w:t>
      </w:r>
      <w:r>
        <w:rPr>
          <w:lang w:eastAsia="zh-CN"/>
        </w:rPr>
        <w:br/>
      </w:r>
      <w:r>
        <w:rPr>
          <w:lang w:eastAsia="zh-CN"/>
        </w:rPr>
        <w:t>　　依托卫生部门的资源优势，定期组织校医、保健教师进行爱眼、护眼专题讲座和相关培训。组织全体教师学习与防近工作相关的法规、制度，科学知识和防近技能，召开班主任教师座谈会，学习交流好分享防近的做法和经验，并坚持数年，促进了校医、保健教师、班主任教师防近专业能力提高。</w:t>
      </w:r>
      <w:r>
        <w:rPr>
          <w:lang w:eastAsia="zh-CN"/>
        </w:rPr>
        <w:br/>
      </w:r>
      <w:r>
        <w:rPr>
          <w:lang w:eastAsia="zh-CN"/>
        </w:rPr>
        <w:t>　　六是坚持抓好关键环节。</w:t>
      </w:r>
      <w:r>
        <w:rPr>
          <w:lang w:eastAsia="zh-CN"/>
        </w:rPr>
        <w:br/>
      </w:r>
      <w:r>
        <w:rPr>
          <w:lang w:eastAsia="zh-CN"/>
        </w:rPr>
        <w:t>　　1、新生入学是防近关键期，小学生开学第一天，教师就开始帮助他们树立“保护视力”的意识，教会他们“正确的坐、立、行”、“读写姿势三个一”等基本常识，久而久之养成习惯形成“动力定型”;</w:t>
      </w:r>
      <w:r>
        <w:rPr>
          <w:lang w:eastAsia="zh-CN"/>
        </w:rPr>
        <w:br/>
      </w:r>
      <w:r>
        <w:rPr>
          <w:lang w:eastAsia="zh-CN"/>
        </w:rPr>
        <w:t>　　2、将每天两次眼保健操时间纳入课表并确保落实，从而有效缓解学生视力疲劳，达到防近目的;3、对于轻度、中度、重度近视的学生采取不同的方法进行矫治，密切关注4.9和5.0这些临界视力的学生，重点矫治轻度近视(4.95.0)，力争轻度近视早恢复，中度近视要好转，确保重度近视不发展;4、确定不同的防治重点，用不同的方法抓不同的群体。低年级要教会学生正确的读写姿势、培养学生良好的用眼卫生行为习惯，高年级，尤其是小学四、五年级和中学生要减轻课业负担，减少作业量，控制患病率上升。</w:t>
      </w:r>
      <w:r>
        <w:rPr>
          <w:lang w:eastAsia="zh-CN"/>
        </w:rPr>
        <w:br/>
      </w:r>
      <w:r>
        <w:rPr>
          <w:lang w:eastAsia="zh-CN"/>
        </w:rPr>
        <w:t>　　为了有效控制近视率的上升，我校制订了学生视力健康行为规范：</w:t>
      </w:r>
      <w:r>
        <w:rPr>
          <w:lang w:eastAsia="zh-CN"/>
        </w:rPr>
        <w:br/>
      </w:r>
      <w:r>
        <w:rPr>
          <w:lang w:eastAsia="zh-CN"/>
        </w:rPr>
        <w:t>　　1、注意读写姿势。</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看书、写字的时候，眼睛与书本的距离保持在33厘米左右。坐的姿势要端正，头要放正，背要挺直。</w:t>
      </w:r>
      <w:r>
        <w:rPr>
          <w:lang w:eastAsia="zh-CN"/>
        </w:rPr>
        <w:br/>
      </w:r>
      <w:r>
        <w:rPr>
          <w:lang w:eastAsia="zh-CN"/>
        </w:rPr>
        <w:t>　　2、不要长时间用眼阅读或书写。</w:t>
      </w:r>
      <w:r>
        <w:rPr>
          <w:lang w:eastAsia="zh-CN"/>
        </w:rPr>
        <w:br/>
      </w:r>
      <w:r>
        <w:rPr>
          <w:lang w:eastAsia="zh-CN"/>
        </w:rPr>
        <w:t>　　一般说，读、写半小时后要休息5 -10分钟，两眼向远处眺望(最好看远处绿色的树木)，使眼肌得到休息。</w:t>
      </w:r>
      <w:r>
        <w:rPr>
          <w:lang w:eastAsia="zh-CN"/>
        </w:rPr>
        <w:br/>
      </w:r>
      <w:r>
        <w:rPr>
          <w:lang w:eastAsia="zh-CN"/>
        </w:rPr>
        <w:t>　　3、注意看书、写字的光线。</w:t>
      </w:r>
      <w:r>
        <w:rPr>
          <w:lang w:eastAsia="zh-CN"/>
        </w:rPr>
        <w:br/>
      </w:r>
      <w:r>
        <w:rPr>
          <w:lang w:eastAsia="zh-CN"/>
        </w:rPr>
        <w:t>　　看书、写字时的光线不能太强也有能太弱，更不能在阳光下。写字时光线最好来自左前方，以免手的阴影妨碍视线。</w:t>
      </w:r>
      <w:r>
        <w:rPr>
          <w:lang w:eastAsia="zh-CN"/>
        </w:rPr>
        <w:br/>
      </w:r>
      <w:r>
        <w:rPr>
          <w:lang w:eastAsia="zh-CN"/>
        </w:rPr>
        <w:t>　　4、不要在车上看书。</w:t>
      </w:r>
      <w:r>
        <w:rPr>
          <w:lang w:eastAsia="zh-CN"/>
        </w:rPr>
        <w:br/>
      </w:r>
      <w:r>
        <w:rPr>
          <w:lang w:eastAsia="zh-CN"/>
        </w:rPr>
        <w:t>　　因为车子颠簸，眼睛不容易调节。不能在床上或被窝里打着电筒看书。看电视的时间不能太长，玩游戏机也要有时间的限制。</w:t>
      </w:r>
      <w:r>
        <w:rPr>
          <w:lang w:eastAsia="zh-CN"/>
        </w:rPr>
        <w:br/>
      </w:r>
      <w:r>
        <w:rPr>
          <w:lang w:eastAsia="zh-CN"/>
        </w:rPr>
        <w:t>　　5、按时做保健操，以消除眼肌疲劳。</w:t>
      </w:r>
      <w:r>
        <w:rPr>
          <w:lang w:eastAsia="zh-CN"/>
        </w:rPr>
        <w:br/>
      </w:r>
      <w:r>
        <w:rPr>
          <w:lang w:eastAsia="zh-CN"/>
        </w:rPr>
        <w:t>　　6、多吃些含维生素A较丰富的食、各种蔬菜及动物的肝、蛋黄等。</w:t>
      </w:r>
      <w:r>
        <w:rPr>
          <w:lang w:eastAsia="zh-CN"/>
        </w:rPr>
        <w:br/>
      </w:r>
      <w:r>
        <w:rPr>
          <w:lang w:eastAsia="zh-CN"/>
        </w:rPr>
        <w:t>　　7、定期视力检查。</w:t>
      </w:r>
      <w:r>
        <w:rPr>
          <w:lang w:eastAsia="zh-CN"/>
        </w:rPr>
        <w:br/>
      </w:r>
      <w:r>
        <w:rPr>
          <w:lang w:eastAsia="zh-CN"/>
        </w:rPr>
        <w:t>　　最好每隔半年检查一次视力，发现有近视，立即验光，配戴眼镜。</w:t>
      </w:r>
      <w:r>
        <w:rPr>
          <w:lang w:eastAsia="zh-CN"/>
        </w:rPr>
        <w:br/>
      </w:r>
      <w:r>
        <w:rPr>
          <w:lang w:eastAsia="zh-CN"/>
        </w:rPr>
        <w:t>　　由于学校领导的重视和师生的共同努力，我校学生的近视眼发病率得到了有效的控制，绝大部分在校学生形成了良好的用眼习惯，已发生的学生近视现象也得到了有效的治疗。防控中小学生近视是提高中华民族素质的重要方面，眼明心才亮，眼健才能拥有光明未来。</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今后，我们将进一步加强教育，认真细致扎实做好青少年防近工作，进一步健全用眼卫生宣传教育网络，落实各项措施，进一步提高防近宣传力度，不辜负孩子们爱眼、护眼，拥有一双明亮双眼的美好希望，为他们的健康做出贡献!</w:t>
      </w:r>
      <w:r>
        <w:rPr>
          <w:lang w:eastAsia="zh-CN"/>
        </w:rPr>
        <w:br/>
      </w:r>
      <w:r>
        <w:rPr>
          <w:lang w:eastAsia="zh-CN"/>
        </w:rPr>
        <w:t xml:space="preserve">    预防近视主题活动总结 篇5 </w:t>
      </w:r>
      <w:r>
        <w:rPr>
          <w:lang w:eastAsia="zh-CN"/>
        </w:rPr>
        <w:br/>
      </w:r>
      <w:r>
        <w:rPr>
          <w:lang w:eastAsia="zh-CN"/>
        </w:rPr>
        <w:t>　　为了营造近视防控宣传教育氛围，引导幼儿树立爱眼护眼意识，3月30日，利津县第二实验幼儿园开展了“共同呵护好孩子的眼睛，给他们一个光明的未来”主题活动。</w:t>
      </w:r>
      <w:r>
        <w:rPr>
          <w:lang w:eastAsia="zh-CN"/>
        </w:rPr>
        <w:br/>
      </w:r>
      <w:r>
        <w:rPr>
          <w:lang w:eastAsia="zh-CN"/>
        </w:rPr>
        <w:t>　　“‘上边毛，下边毛，中间有个黑葡萄’是脸上的哪一个器官？”活动现场，老师用谜语的形式让小朋友们猜器官，引出“眼睛”这一主题。随后，县妇幼保健院儿科主任郭燕为孩子们做了精彩的“保护眼睛，预防近视”的讲座，让孩子们了解了关于眼睛的小知识。</w:t>
      </w:r>
      <w:r>
        <w:rPr>
          <w:lang w:eastAsia="zh-CN"/>
        </w:rPr>
        <w:br/>
      </w:r>
      <w:r>
        <w:rPr>
          <w:lang w:eastAsia="zh-CN"/>
        </w:rPr>
        <w:t>　　孩子们一起唱与眼睛有关的儿歌，还把自己心里最美的眼睛画了出来，最后孩子们一起参观了与父母共同制作的宣传海报，讲座结束后，还为每个孩子测试了视力。</w:t>
      </w:r>
      <w:r>
        <w:rPr>
          <w:lang w:eastAsia="zh-CN"/>
        </w:rPr>
        <w:br/>
      </w:r>
      <w:r>
        <w:rPr>
          <w:lang w:eastAsia="zh-CN"/>
        </w:rPr>
        <w:t>　　预防近视从娃娃抓起。通过此次宣传活动，使得孩子们意识到保护眼睛是个不容忽视的问题，需防患于未然，加强预防，增强自觉爱眼护眼的意识，逐渐养成良好的用眼卫生习惯。</w:t>
      </w:r>
      <w:r>
        <w:rPr>
          <w:lang w:eastAsia="zh-CN"/>
        </w:rPr>
        <w:br/>
      </w:r>
      <w:r>
        <w:rPr>
          <w:lang w:eastAsia="zh-CN"/>
        </w:rPr>
        <w:t xml:space="preserve">    预防近视主题活动总结 篇6 </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20__年6月6日是“全国爱眼日”，__市健康教育所紧紧围绕“呵护眼睛，从小做起”这一主题，制发了详细的健康教育宣传活动方案，组织开展了形式多样的的宣传教育活动，提高了广大人民群众的爱眼护眼意识，营造了有利于防控眼病的社会环境。</w:t>
      </w:r>
      <w:r>
        <w:rPr>
          <w:lang w:eastAsia="zh-CN"/>
        </w:rPr>
        <w:br/>
      </w:r>
      <w:r>
        <w:rPr>
          <w:lang w:eastAsia="zh-CN"/>
        </w:rPr>
        <w:t>　　一、开展主题宣传活动</w:t>
      </w:r>
      <w:r>
        <w:rPr>
          <w:lang w:eastAsia="zh-CN"/>
        </w:rPr>
        <w:br/>
      </w:r>
      <w:r>
        <w:rPr>
          <w:lang w:eastAsia="zh-CN"/>
        </w:rPr>
        <w:t>　　__市健康教育所、市眼病医院联合于6月6日“全国爱眼日”当日在眼病医院门前开展大型健康宣传教育活动，普及眼科卫生知识，并于当日上午深入莲花社区、益民小学开展爱眼护眼主题宣传活动。</w:t>
      </w:r>
      <w:r>
        <w:rPr>
          <w:lang w:eastAsia="zh-CN"/>
        </w:rPr>
        <w:br/>
      </w:r>
      <w:r>
        <w:rPr>
          <w:lang w:eastAsia="zh-CN"/>
        </w:rPr>
        <w:t>　　二、开展知识普及活动</w:t>
      </w:r>
      <w:r>
        <w:rPr>
          <w:lang w:eastAsia="zh-CN"/>
        </w:rPr>
        <w:br/>
      </w:r>
      <w:r>
        <w:rPr>
          <w:lang w:eastAsia="zh-CN"/>
        </w:rPr>
        <w:t>　　__市健康教育所组织健康教育讲师团专家和健康教育工作者通过《健康教育讲堂》、宣传板巡展、宣传片播放、赠送健康教育传播材料等形式，走进社区、校园开展向社区居民和中、小学生、幼儿等人群宣传预防眼病核心知识信息、提供眼科医疗咨询服务等活动，为广大市民眼健康保驾护航。</w:t>
      </w:r>
      <w:r>
        <w:rPr>
          <w:lang w:eastAsia="zh-CN"/>
        </w:rPr>
        <w:br/>
      </w:r>
      <w:r>
        <w:rPr>
          <w:lang w:eastAsia="zh-CN"/>
        </w:rPr>
        <w:t>　　三、开展义诊服务活动</w:t>
      </w:r>
      <w:r>
        <w:rPr>
          <w:lang w:eastAsia="zh-CN"/>
        </w:rPr>
        <w:br/>
      </w:r>
      <w:r>
        <w:rPr>
          <w:lang w:eastAsia="zh-CN"/>
        </w:rPr>
        <w:t>　　__市健康教育所联合站前区、西市区、老边区，于“爱眼日”活动期间深入__市社区、学校为社区居民、中小学生及幼儿进行免费视力、眼疾检查义诊，并有针对性的给予了眼保健知识技能的传授。</w:t>
      </w:r>
      <w:r>
        <w:rPr>
          <w:lang w:eastAsia="zh-CN"/>
        </w:rPr>
        <w:br/>
      </w:r>
      <w:r>
        <w:rPr>
          <w:lang w:eastAsia="zh-CN"/>
        </w:rPr>
        <w:t>　　四、开展媒体宣传</w:t>
      </w:r>
      <w:r>
        <w:rPr>
          <w:lang w:eastAsia="zh-CN"/>
        </w:rPr>
        <w:br/>
      </w:r>
      <w:r>
        <w:rPr>
          <w:lang w:eastAsia="zh-CN"/>
        </w:rPr>
        <w:t>　　通过《__日报》、广播电视、《健康教育报》、健康教育网、健康教育微博及健康微信等方式进行深入宣传，并采取“走进直播间”的方式普及科普知识，提高全民爱眼护眼健康意识。</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通过系列宣传活动，进一步面向公众普及了爱眼护眼卫生知识，强化了大众对眼健康的关注，营造了全社会共同参与防治眼病的良好氛围，达到了预期的宣传效果。</w:t>
      </w:r>
      <w:r>
        <w:rPr>
          <w:lang w:eastAsia="zh-CN"/>
        </w:rPr>
        <w:br/>
      </w:r>
      <w:r>
        <w:rPr>
          <w:lang w:eastAsia="zh-CN"/>
        </w:rPr>
        <w:t xml:space="preserve">    预防近视主题活动总结 篇7 </w:t>
      </w:r>
      <w:r>
        <w:rPr>
          <w:lang w:eastAsia="zh-CN"/>
        </w:rPr>
        <w:br/>
      </w:r>
      <w:r>
        <w:rPr>
          <w:lang w:eastAsia="zh-CN"/>
        </w:rPr>
        <w:t>　　学园根据上级文件精神，通过开展近视防控主题宣传活动，向全园师幼、家长宣传护眼保健知识，进一步增强全园师生爱眼护眼的意识。活动期间，幼儿园以“爱眼护眼从我做起”为主题，教育幼儿要从小养成爱护视力，爱护眼睛的好习惯。具体实施如下：</w:t>
      </w:r>
      <w:r>
        <w:rPr>
          <w:lang w:eastAsia="zh-CN"/>
        </w:rPr>
        <w:br/>
      </w:r>
      <w:r>
        <w:rPr>
          <w:lang w:eastAsia="zh-CN"/>
        </w:rPr>
        <w:t>　　一、科学护眼知识宣传，有效带动家长参与</w:t>
      </w:r>
      <w:r>
        <w:rPr>
          <w:lang w:eastAsia="zh-CN"/>
        </w:rPr>
        <w:br/>
      </w:r>
      <w:r>
        <w:rPr>
          <w:lang w:eastAsia="zh-CN"/>
        </w:rPr>
        <w:t>　　1、我们利用学园公众号平台，向全园家长发起《“爱眼护眼从我做起”近视防控倡议书》《幼儿园防控近视手册》《孩子护眼注意饮食营养》等文章，让家长了解如何科学用眼护眼，除了视力保健、用眼卫生、饮食营养也很重要。呼吁家长参与到活动中，加强家长在爱眼护眼方面的宣传，提高家长育儿的知识范围，一起为保护幼儿明亮的双眼尽心尽力，让孩子的心灵之窗更加明亮!</w:t>
      </w:r>
      <w:r>
        <w:rPr>
          <w:lang w:eastAsia="zh-CN"/>
        </w:rPr>
        <w:br/>
      </w:r>
      <w:r>
        <w:rPr>
          <w:lang w:eastAsia="zh-CN"/>
        </w:rPr>
        <w:t>　　2、各班老师利用班级微信群向家长宣传保护视力、预防近视知识，引导家长以身作则，周末多陪伴幼儿参加户外活动，陪伴幼儿时少使用电子产品，随时纠正幼儿不良读写姿势，保障睡眠时间，帮助其养成良好用眼习惯，在家配合指导幼儿学做护眼操、保证家园同步。</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3、家长助教活动，充分利用家长资源，邀请大二班卜睿妍小朋友的妈妈——厦门大学附属厦门眼科中心泉州分院眼科医生：施如娟，来园为孩子们开展《爱眼护眼小科普》活动。通过图片和视频，让幼儿了解眼睛可以拿来干嘛？在生活中有什么作用？如何保护眼睛的几点做法？了解眼球的结构、眼睛在生活中的重要作用，近视带来的后果等等，还通过与幼儿互动游戏“触物猜物”，在游戏中幼儿感受到看不见的烦恼，懂得了保护眼睛的重要性和爱眼护眼知识，帮助幼儿从小强化健康意识，学习科学的用眼知识，养成良好的用眼习惯。</w:t>
      </w:r>
      <w:r>
        <w:rPr>
          <w:lang w:eastAsia="zh-CN"/>
        </w:rPr>
        <w:br/>
      </w:r>
      <w:r>
        <w:rPr>
          <w:lang w:eastAsia="zh-CN"/>
        </w:rPr>
        <w:t>　　二、创设轻松的活动环境，注重幼儿的护眼培养</w:t>
      </w:r>
      <w:r>
        <w:rPr>
          <w:lang w:eastAsia="zh-CN"/>
        </w:rPr>
        <w:br/>
      </w:r>
      <w:r>
        <w:rPr>
          <w:lang w:eastAsia="zh-CN"/>
        </w:rPr>
        <w:t>　　我园根据三个不同年龄段幼儿的特征，将爱眼护眼渗透到一日活动中，通过集中活动前、集中活动后引导幼儿学做护眼操，进一步增强幼儿爱眼、护眼的意识，帮助幼儿养成良好的爱眼习惯。</w:t>
      </w:r>
      <w:r>
        <w:rPr>
          <w:lang w:eastAsia="zh-CN"/>
        </w:rPr>
        <w:br/>
      </w:r>
      <w:r>
        <w:rPr>
          <w:lang w:eastAsia="zh-CN"/>
        </w:rPr>
        <w:t>　　比起在室内，户外视野开阔，能无限望远，这样能够有效调节睫状肌，缓解视觉疲劳。各年段开展形式多样的户外活动，引导幼儿积极参与体育锻炼和户外游戏活动，孩子们带着愉快的心情融入到活动中，在无形中增强了身体，缓解了眼睛的疲劳。</w:t>
      </w:r>
      <w:r>
        <w:rPr>
          <w:lang w:eastAsia="zh-CN"/>
        </w:rPr>
        <w:br/>
      </w:r>
      <w:r>
        <w:rPr>
          <w:lang w:eastAsia="zh-CN"/>
        </w:rPr>
        <w:t>　　在幼儿园随处可见的绿色植物，能够让幼儿的视网膜组织得到充分的休息，缓解视疲劳。利用餐后散步时间，老师带幼儿在散步时引导幼儿观察近处的树，再观察远处的树，观察的时候提醒幼儿多看树的细节，这样有效地调节幼儿眼睛肌肉，达到放松作用，可以很好预防近视。</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在一日活动中老师也着重引导幼儿掌握正确看书、绘画的习惯和姿势，并结合实际生活培养幼儿良好用眼习惯，增强幼儿爱眼护眼意识。</w:t>
      </w:r>
      <w:r>
        <w:rPr>
          <w:lang w:eastAsia="zh-CN"/>
        </w:rPr>
        <w:br/>
      </w:r>
      <w:r>
        <w:rPr>
          <w:lang w:eastAsia="zh-CN"/>
        </w:rPr>
        <w:t>　　三、班级开展形式多样的近视防控教育活动，提高幼儿护眼意识</w:t>
      </w:r>
      <w:r>
        <w:rPr>
          <w:lang w:eastAsia="zh-CN"/>
        </w:rPr>
        <w:br/>
      </w:r>
      <w:r>
        <w:rPr>
          <w:lang w:eastAsia="zh-CN"/>
        </w:rPr>
        <w:t>　　1、结合图片、绘本故事、健康活动等形式，与幼儿交流分享保护眼睛的重要性，让孩子知道眼睛对自身的重要性及如何保护好眼睛。并且引导孩子们不要在光线暗地方看书,不要耀眼的强光下或日光下看书,不要在走路或乘千时看书,不要躺着看书,不要长时间看电视，培养幼儿从小养成保护视力，爱护眼睛的好习惯。</w:t>
      </w:r>
      <w:r>
        <w:rPr>
          <w:lang w:eastAsia="zh-CN"/>
        </w:rPr>
        <w:br/>
      </w:r>
      <w:r>
        <w:rPr>
          <w:lang w:eastAsia="zh-CN"/>
        </w:rPr>
        <w:t>　　2、通过蒙眼睛游戏体验，让孩子们切实感受到眼睛的重要性，从而激发了他们爱眼、护眼的强烈意识，感受眼睛的重要性。</w:t>
      </w:r>
      <w:r>
        <w:rPr>
          <w:lang w:eastAsia="zh-CN"/>
        </w:rPr>
        <w:br/>
      </w:r>
      <w:r>
        <w:rPr>
          <w:lang w:eastAsia="zh-CN"/>
        </w:rPr>
        <w:t>　　四、定期开展幼儿视力检查，做好视力防控措施</w:t>
      </w:r>
      <w:r>
        <w:rPr>
          <w:lang w:eastAsia="zh-CN"/>
        </w:rPr>
        <w:br/>
      </w:r>
      <w:r>
        <w:rPr>
          <w:lang w:eastAsia="zh-CN"/>
        </w:rPr>
        <w:t>　　6岁是幼儿纠正视力的最佳时期，为避免错失良机，我们每学年邀请鲤城区妇幼保健院的医生来园为幼儿检查视力，检查后针对有疑似情况的幼儿一一分发复检回执单，与每一位家长面谈，要求家长一定带幼儿到儿童医院进行复检和配合治疗。</w:t>
      </w:r>
      <w:r>
        <w:rPr>
          <w:lang w:eastAsia="zh-CN"/>
        </w:rPr>
        <w:br/>
      </w:r>
      <w:r>
        <w:rPr>
          <w:lang w:eastAsia="zh-CN"/>
        </w:rPr>
        <w:t>　　通过以上一系列活动的开展，提高了全园师幼的爱眼护眼意识，对预防近视起到了很好的效果。</w:t>
      </w:r>
      <w:r>
        <w:rPr>
          <w:lang w:eastAsia="zh-CN"/>
        </w:rPr>
        <w:br/>
      </w:r>
      <w:r>
        <w:rPr>
          <w:lang w:eastAsia="zh-CN"/>
        </w:rPr>
        <w:t xml:space="preserve">    预防近视主题活动总结 篇8 </w:t>
      </w:r>
      <w:r>
        <w:rPr>
          <w:lang w:eastAsia="zh-CN"/>
        </w:rPr>
        <w:br/>
      </w:r>
      <w:r>
        <w:rPr>
          <w:lang w:eastAsia="zh-CN"/>
        </w:rPr>
        <w:t>　　为了进一步鞭策我校“防远”工做，全面真施素质教育，以《学校卫生工做条例》为指北，不才级教育止政战有闭卫生、防疫部分的领导下，加大了对学生预防远视工做的宣传战教育力度，采用了一系列的程序，获得了一定的成绩，现将有闭状况总结以下：</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一、贯彻降真国家教委闭于加轻学生进修承当的看护精神。</w:t>
      </w:r>
      <w:r>
        <w:rPr>
          <w:lang w:eastAsia="zh-CN"/>
        </w:rPr>
        <w:br/>
      </w:r>
      <w:r>
        <w:rPr>
          <w:lang w:eastAsia="zh-CN"/>
        </w:rPr>
        <w:t>　　改革讲授方法，提下讲授质量，向教室要质量，做到不拖堂，不占用学生自习课，不随意补课。课中做业量适当，保证学生逐日睡眠时间。</w:t>
      </w:r>
      <w:r>
        <w:rPr>
          <w:lang w:eastAsia="zh-CN"/>
        </w:rPr>
        <w:br/>
      </w:r>
      <w:r>
        <w:rPr>
          <w:lang w:eastAsia="zh-CN"/>
        </w:rPr>
        <w:t>　　二、加强颁布发表道育防远工做总结</w:t>
      </w:r>
      <w:r>
        <w:rPr>
          <w:lang w:eastAsia="zh-CN"/>
        </w:rPr>
        <w:br/>
      </w:r>
      <w:r>
        <w:rPr>
          <w:lang w:eastAsia="zh-CN"/>
        </w:rPr>
        <w:t>　　三、各班教室内安插做到了整洁、敞亮，乌板平整、不反光。每周更换学生坐位一次。</w:t>
      </w:r>
      <w:r>
        <w:rPr>
          <w:lang w:eastAsia="zh-CN"/>
        </w:rPr>
        <w:br/>
      </w:r>
      <w:r>
        <w:rPr>
          <w:lang w:eastAsia="zh-CN"/>
        </w:rPr>
        <w:t>　　四、全校卖力做好眼保健操，保证天天两次。任课教师在教室上能随时改正学生不良用眼习惯。有值周生到各班循环搜检，看能可定真做操。</w:t>
      </w:r>
      <w:r>
        <w:rPr>
          <w:lang w:eastAsia="zh-CN"/>
        </w:rPr>
        <w:br/>
      </w:r>
      <w:r>
        <w:rPr>
          <w:lang w:eastAsia="zh-CN"/>
        </w:rPr>
        <w:t>　　五、要求教师做到：上课板书工整、字迹不要太小;不要拖堂;宽格执止课表，波动相占用学生的活动课时间。</w:t>
      </w:r>
      <w:r>
        <w:rPr>
          <w:lang w:eastAsia="zh-CN"/>
        </w:rPr>
        <w:br/>
      </w:r>
      <w:r>
        <w:rPr>
          <w:lang w:eastAsia="zh-CN"/>
        </w:rPr>
        <w:t>　　六、保证体育活动的时间战质量。</w:t>
      </w:r>
      <w:r>
        <w:rPr>
          <w:lang w:eastAsia="zh-CN"/>
        </w:rPr>
        <w:br/>
      </w:r>
      <w:r>
        <w:rPr>
          <w:lang w:eastAsia="zh-CN"/>
        </w:rPr>
        <w:t>　　我校保证了学生天天上、下午大课间活动时间;任何教师不占用体育课时间。</w:t>
      </w:r>
      <w:r>
        <w:rPr>
          <w:lang w:eastAsia="zh-CN"/>
        </w:rPr>
        <w:br/>
      </w:r>
      <w:r>
        <w:rPr>
          <w:lang w:eastAsia="zh-CN"/>
        </w:rPr>
        <w:t>　　七、创设视力档案，加强对边沿视力的矫治战预防工做。</w:t>
      </w:r>
      <w:r>
        <w:rPr>
          <w:lang w:eastAsia="zh-CN"/>
        </w:rPr>
        <w:br/>
      </w:r>
      <w:r>
        <w:rPr>
          <w:lang w:eastAsia="zh-CN"/>
        </w:rPr>
        <w:t>　　八、加强重生精良卫生习惯的教育，重点做好眼操、读写姿势指导工做，为学生从小养成精良的用眼卫生习惯挨下坚真根本。并疏散区保健所要求，10月中旬举止了学生日常止为习惯比赛，在一年重生中进止了眼操指导战比赛，提下了学生眼操质量战预防远视的意识。</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九、为了让学生从小养成精良的用眼卫生习惯战念书写字习惯。疏散区保健所要求，10月中旬在全校7个班级里举止了眼保健操战读写姿势比赛，提下了学生眼操质量战预防远视的意识。</w:t>
      </w:r>
      <w:r>
        <w:rPr>
          <w:lang w:eastAsia="zh-CN"/>
        </w:rPr>
        <w:br/>
      </w:r>
      <w:r>
        <w:rPr>
          <w:lang w:eastAsia="zh-CN"/>
        </w:rPr>
        <w:t>　　保健教师操做广播、板报战健康教育课对全校学生睁开颁布发表道育，各科教师教室上随时改正学生不良用眼习惯，使学生知道掩护视力的紧张性，作育了学生精良的用眼习惯。</w:t>
      </w:r>
      <w:r>
        <w:rPr>
          <w:lang w:eastAsia="zh-CN"/>
        </w:rPr>
        <w:br/>
      </w:r>
      <w:r>
        <w:rPr>
          <w:lang w:eastAsia="zh-CN"/>
        </w:rPr>
        <w:t xml:space="preserve">    预防近视主题活动总结 篇9 </w:t>
      </w:r>
      <w:r>
        <w:rPr>
          <w:lang w:eastAsia="zh-CN"/>
        </w:rPr>
        <w:br/>
      </w:r>
      <w:r>
        <w:rPr>
          <w:lang w:eastAsia="zh-CN"/>
        </w:rPr>
        <w:t>　　6月6日是第__个全国“爱眼日”。为全面提高我国居民眼健康水平，为降低学生的视力不良率、控制新发病率，根据教育部、卫生部、中国残联有关要求和上级部门布置得有关内容，我校认真开展爱眼宣传周活动，具体总结如下：</w:t>
      </w:r>
      <w:r>
        <w:rPr>
          <w:lang w:eastAsia="zh-CN"/>
        </w:rPr>
        <w:br/>
      </w:r>
      <w:r>
        <w:rPr>
          <w:lang w:eastAsia="zh-CN"/>
        </w:rPr>
        <w:t>　　一、加大爱眼、护眼宣传</w:t>
      </w:r>
      <w:r>
        <w:rPr>
          <w:lang w:eastAsia="zh-CN"/>
        </w:rPr>
        <w:br/>
      </w:r>
      <w:r>
        <w:rPr>
          <w:lang w:eastAsia="zh-CN"/>
        </w:rPr>
        <w:t>　　我校在5月31日全校集体朝会启动了“20__年爱眼护眼宣传周”活动并向学生大力宣传爱眼活动，让学生真正掌握保护眼睛的方法，正确保护好眼睛。在一年级学生进行了“爱眼护眼专题知识讲座”，并利用健康教育课向学生播放了“爱眼护眼VCD知识片”。同时在学校卫生宣传栏刊出了“心灵的窗户，我的眼睛”宣传专刊。我校利用多渠道宣传爱眼护眼的重要性，使每一个学生都知道6月6日是“国际爱眼日”，明确保护眼睛的重要性。</w:t>
      </w:r>
      <w:r>
        <w:rPr>
          <w:lang w:eastAsia="zh-CN"/>
        </w:rPr>
        <w:br/>
      </w:r>
      <w:r>
        <w:rPr>
          <w:lang w:eastAsia="zh-CN"/>
        </w:rPr>
        <w:t>　　二、落实爱眼、护眼实效性</w:t>
      </w:r>
      <w:r>
        <w:rPr>
          <w:lang w:eastAsia="zh-CN"/>
        </w:rPr>
        <w:br/>
      </w:r>
      <w:r>
        <w:rPr>
          <w:lang w:eastAsia="zh-CN"/>
        </w:rPr>
        <w:t>　　为了让爱眼、护眼更有实效性，我校德育处组织开展了丰富多彩的活动，让学生真实体验眼睛的重要性，引起师生对眼睛保护的重视。</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爱眼周期间对学生读写姿势、眼操动作进行检查，对学生不良的读写姿势和做操动作及时纠正不规范的姿势，还对班主任进行了眼保健和眼操的再次指导，以更好的规范学生的动作。</w:t>
      </w:r>
      <w:r>
        <w:rPr>
          <w:lang w:eastAsia="zh-CN"/>
        </w:rPr>
        <w:br/>
      </w:r>
      <w:r>
        <w:rPr>
          <w:lang w:eastAsia="zh-CN"/>
        </w:rPr>
        <w:t>　　三、构建平台、全员协助</w:t>
      </w:r>
      <w:r>
        <w:rPr>
          <w:lang w:eastAsia="zh-CN"/>
        </w:rPr>
        <w:br/>
      </w:r>
      <w:r>
        <w:rPr>
          <w:lang w:eastAsia="zh-CN"/>
        </w:rPr>
        <w:t>　　积极与家庭、社会沟通协调，通过家长会、互联网、家长告知书等形式，传播眼保健知识，特别是儿童青少年视力保护知识，提高青少年的防盲治盲意识。学校教育与家庭教育的同步进行、紧密配合是各种健康教育的重要环节。</w:t>
      </w:r>
      <w:r>
        <w:rPr>
          <w:lang w:eastAsia="zh-CN"/>
        </w:rPr>
        <w:br/>
      </w:r>
      <w:r>
        <w:rPr>
          <w:lang w:eastAsia="zh-CN"/>
        </w:rPr>
        <w:t>　　发挥学校健康教育阵地的作用。建立了一支学生健康教育宣传队伍，在学生及家长中展开更为广泛的宣传活动。组织开展新的眼保健操学生高低年级学习互助活动等。</w:t>
      </w:r>
      <w:r>
        <w:rPr>
          <w:lang w:eastAsia="zh-CN"/>
        </w:rPr>
        <w:br/>
      </w:r>
      <w:r>
        <w:rPr>
          <w:lang w:eastAsia="zh-CN"/>
        </w:rPr>
        <w:t>　　总之，我校认真贯彻上级指示精神，加强爱眼周教育，通过多种形式，采取多种措施，切实做好了小学各年级学生的爱眼工作，为学生的全面发展打好坚实的基础。</w:t>
      </w:r>
      <w:r>
        <w:rPr>
          <w:lang w:eastAsia="zh-CN"/>
        </w:rPr>
        <w:br/>
      </w:r>
      <w:r>
        <w:rPr>
          <w:lang w:eastAsia="zh-CN"/>
        </w:rPr>
        <w:t xml:space="preserve">    预防近视主题活动总结 篇10 </w:t>
      </w:r>
      <w:r>
        <w:rPr>
          <w:lang w:eastAsia="zh-CN"/>
        </w:rPr>
        <w:br/>
      </w:r>
      <w:r>
        <w:rPr>
          <w:lang w:eastAsia="zh-CN"/>
        </w:rPr>
        <w:t>　　今年6月6日是全国“爱眼日”。为普及科学用眼知识，提高学生眼健康水平，预防近视，近日，中溪中心完小精心组织，开展了一系列“爱眼日”主题教育活动。</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学校以形象的.宣传达到教育的目的。利用国旗下讲话、科学课、黑板报等多种形式开展“防近”科普宣传，加强学生爱眼、护眼的意识，提高师生的自觉性和责任感；各班开展了以爱眼、护眼为主题的班会活动，从产生近视的原因、治疗和预防等方面进行详细的讲解，重点对护眼基本常识进行教育，培养学生养成良好的用眼习惯；此外，号召学生积极行动起来，认真做好眼睛保健操，保护视力，珍爱光明。</w:t>
      </w:r>
      <w:r>
        <w:rPr>
          <w:lang w:eastAsia="zh-CN"/>
        </w:rPr>
        <w:br/>
      </w:r>
      <w:r>
        <w:rPr>
          <w:lang w:eastAsia="zh-CN"/>
        </w:rPr>
        <w:t>　　通过本次活动，学校号召全体师生从身边小事做起，保持正确姿势，养成良好的用眼习惯。普及了护眼知识，增强了爱眼意识，同时也提高了学生对保护视力的重视以及眼保健操的质量。</w:t>
      </w:r>
      <w:r>
        <w:rPr>
          <w:lang w:eastAsia="zh-CN"/>
        </w:rPr>
        <w:br/>
      </w:r>
      <w:r>
        <w:rPr>
          <w:lang w:eastAsia="zh-CN"/>
        </w:rPr>
        <w:t xml:space="preserve">    预防近视主题活动总结 篇11 </w:t>
      </w:r>
      <w:r>
        <w:rPr>
          <w:lang w:eastAsia="zh-CN"/>
        </w:rPr>
        <w:br/>
      </w:r>
      <w:r>
        <w:rPr>
          <w:lang w:eastAsia="zh-CN"/>
        </w:rPr>
        <w:t>　　一、活动主题</w:t>
      </w:r>
      <w:r>
        <w:rPr>
          <w:lang w:eastAsia="zh-CN"/>
        </w:rPr>
        <w:br/>
      </w:r>
      <w:r>
        <w:rPr>
          <w:lang w:eastAsia="zh-CN"/>
        </w:rPr>
        <w:t>　　注意用眼卫生，关爱眼睛健康</w:t>
      </w:r>
      <w:r>
        <w:rPr>
          <w:lang w:eastAsia="zh-CN"/>
        </w:rPr>
        <w:br/>
      </w:r>
      <w:r>
        <w:rPr>
          <w:lang w:eastAsia="zh-CN"/>
        </w:rPr>
        <w:t>　　二、活动目的</w:t>
      </w:r>
      <w:r>
        <w:rPr>
          <w:lang w:eastAsia="zh-CN"/>
        </w:rPr>
        <w:br/>
      </w:r>
      <w:r>
        <w:rPr>
          <w:lang w:eastAsia="zh-CN"/>
        </w:rPr>
        <w:t>　　1、使学生了解近视的成因和危害，激发学生保护眼睛的意识。</w:t>
      </w:r>
      <w:r>
        <w:rPr>
          <w:lang w:eastAsia="zh-CN"/>
        </w:rPr>
        <w:br/>
      </w:r>
      <w:r>
        <w:rPr>
          <w:lang w:eastAsia="zh-CN"/>
        </w:rPr>
        <w:t>　　2、培养学生保护眼睛的好习惯，从我做起，从现在做起，同时也要关注别人的眼睛健康，做好宣传，让每个人都学会保护眼睛的措施，共同关注心灵的窗户。</w:t>
      </w:r>
      <w:r>
        <w:rPr>
          <w:lang w:eastAsia="zh-CN"/>
        </w:rPr>
        <w:br/>
      </w:r>
      <w:r>
        <w:rPr>
          <w:lang w:eastAsia="zh-CN"/>
        </w:rPr>
        <w:t>　　三、活动过程</w:t>
      </w:r>
      <w:r>
        <w:rPr>
          <w:lang w:eastAsia="zh-CN"/>
        </w:rPr>
        <w:br/>
      </w:r>
      <w:r>
        <w:rPr>
          <w:lang w:eastAsia="zh-CN"/>
        </w:rPr>
        <w:t>　　活动开始前，通过广播、班会、校会、国旗下讲话等多种形式进行近视的宣传工作，让学生初步了解近视的成因和对青少年的危害。</w:t>
      </w:r>
      <w:r>
        <w:rPr>
          <w:lang w:eastAsia="zh-CN"/>
        </w:rPr>
        <w:br/>
      </w:r>
      <w:r>
        <w:rPr>
          <w:lang w:eastAsia="zh-CN"/>
        </w:rPr>
        <w:t>　　1、召开第__个爱眼日宣传领导小组会议，向全体教师传达活动相关精神。</w:t>
      </w:r>
      <w:r>
        <w:rPr>
          <w:lang w:eastAsia="zh-CN"/>
        </w:rPr>
        <w:br/>
      </w:r>
      <w:r>
        <w:rPr>
          <w:lang w:eastAsia="zh-CN"/>
        </w:rPr>
        <w:t>　　2、第__个爱眼日启动仪式，进行一次全校学生的倡议</w:t>
      </w:r>
      <w:r>
        <w:rPr>
          <w:lang w:eastAsia="zh-CN"/>
        </w:rPr>
        <w:br/>
      </w:r>
      <w:r>
        <w:rPr>
          <w:lang w:eastAsia="zh-CN"/>
        </w:rPr>
        <w:t>　　3、举行一次“青少年视力保健知识亲子教育大奖赛”</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4、表彰护眼的先进个人（大奖赛名单和每班一名爱眼小卫士名单）</w:t>
      </w:r>
      <w:r>
        <w:rPr>
          <w:lang w:eastAsia="zh-CN"/>
        </w:rPr>
        <w:br/>
      </w:r>
      <w:r>
        <w:rPr>
          <w:lang w:eastAsia="zh-CN"/>
        </w:rPr>
        <w:t>　　5、参加区“青少年视力保健知识亲子教育大奖赛”颁奖典礼及“青少年爱眼科普知识讲座”</w:t>
      </w:r>
      <w:r>
        <w:rPr>
          <w:lang w:eastAsia="zh-CN"/>
        </w:rPr>
        <w:br/>
      </w:r>
      <w:r>
        <w:rPr>
          <w:lang w:eastAsia="zh-CN"/>
        </w:rPr>
        <w:t>　　6、活动反馈阶段：</w:t>
      </w:r>
      <w:r>
        <w:rPr>
          <w:lang w:eastAsia="zh-CN"/>
        </w:rPr>
        <w:br/>
      </w:r>
      <w:r>
        <w:rPr>
          <w:lang w:eastAsia="zh-CN"/>
        </w:rPr>
        <w:t>　　（1）保健教师于6月底对全校爱眼日活动情况进行总结。</w:t>
      </w:r>
      <w:r>
        <w:rPr>
          <w:lang w:eastAsia="zh-CN"/>
        </w:rPr>
        <w:br/>
      </w:r>
      <w:r>
        <w:rPr>
          <w:lang w:eastAsia="zh-CN"/>
        </w:rPr>
        <w:t>　　（2）各班主任组织学生将“爱眼护眼”的实践、体验的收获进行整理。</w:t>
      </w:r>
      <w:r>
        <w:rPr>
          <w:lang w:eastAsia="zh-CN"/>
        </w:rPr>
        <w:br/>
      </w:r>
      <w:r>
        <w:rPr>
          <w:lang w:eastAsia="zh-CN"/>
        </w:rPr>
        <w:t xml:space="preserve">    预防近视主题活动总结 篇12 </w:t>
      </w:r>
      <w:r>
        <w:rPr>
          <w:lang w:eastAsia="zh-CN"/>
        </w:rPr>
        <w:br/>
      </w:r>
      <w:r>
        <w:rPr>
          <w:lang w:eastAsia="zh-CN"/>
        </w:rPr>
        <w:t>　　传说中的“小四眼”，我们班上可有不少。曾经听过医生说，环境污染对眼睛视力有相当恶劣的影响。其实是因为缺乏锻炼、挑食、营养不良才引起近视的原因，而且长时间玩电脑游戏、看电视等一些有辐射的交通工具也是导致近视的主要原因。</w:t>
      </w:r>
      <w:r>
        <w:rPr>
          <w:lang w:eastAsia="zh-CN"/>
        </w:rPr>
        <w:br/>
      </w:r>
      <w:r>
        <w:rPr>
          <w:lang w:eastAsia="zh-CN"/>
        </w:rPr>
        <w:t>　　经过我最近在班上观察，罗、冯都是假近视，度速不是很深，不要长时间玩电脑，80%的可以不用戴眼镜。因为深圳环境很好、绿化多，我看环境应该不是近视的主要原因，应该是自立能力那一块。主要是学生做作业时照明不足，迫使学生把书本移近，长时间来，近视就会加深。</w:t>
      </w:r>
      <w:r>
        <w:rPr>
          <w:lang w:eastAsia="zh-CN"/>
        </w:rPr>
        <w:br/>
      </w:r>
      <w:r>
        <w:rPr>
          <w:lang w:eastAsia="zh-CN"/>
        </w:rPr>
        <w:t>　　过量使用电脑，眼睛疲劳。而且千万不要把电脑放在卧室里，因为电脑有辐射，对身体不好，特别是眼睛。当有灰尘的时候，千万别用有细菌的手擦拭眼睛，要不细菌进入眼睛，眼睛会红肿，恶化，特别是别揉眼睛。</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我曾经调查过一位近视的同学，他的写字姿势是：曲着腰、头死劲网下低，桌子和眼睛的距离没有一尺，所以导致他近视，但是他的睡眠时间很足、每天早上都出去运动，我相信只要把坐姿改好，眼睛就可以恢复健康。</w:t>
      </w:r>
      <w:r>
        <w:rPr>
          <w:lang w:eastAsia="zh-CN"/>
        </w:rPr>
        <w:br/>
      </w:r>
      <w:r>
        <w:rPr>
          <w:lang w:eastAsia="zh-CN"/>
        </w:rPr>
        <w:t>　　大家记住几条预防近视的规则：</w:t>
      </w:r>
      <w:r>
        <w:rPr>
          <w:lang w:eastAsia="zh-CN"/>
        </w:rPr>
        <w:br/>
      </w:r>
      <w:r>
        <w:rPr>
          <w:lang w:eastAsia="zh-CN"/>
        </w:rPr>
        <w:t>　　1、不要用有细菌的手擦拭眼睛;</w:t>
      </w:r>
      <w:r>
        <w:rPr>
          <w:lang w:eastAsia="zh-CN"/>
        </w:rPr>
        <w:br/>
      </w:r>
      <w:r>
        <w:rPr>
          <w:lang w:eastAsia="zh-CN"/>
        </w:rPr>
        <w:t>　　2、少接触电脑和电视;</w:t>
      </w:r>
      <w:r>
        <w:rPr>
          <w:lang w:eastAsia="zh-CN"/>
        </w:rPr>
        <w:br/>
      </w:r>
      <w:r>
        <w:rPr>
          <w:lang w:eastAsia="zh-CN"/>
        </w:rPr>
        <w:t>　　3、坐姿，桌子和眼睛的距离要有一尺;</w:t>
      </w:r>
      <w:r>
        <w:rPr>
          <w:lang w:eastAsia="zh-CN"/>
        </w:rPr>
        <w:br/>
      </w:r>
      <w:r>
        <w:rPr>
          <w:lang w:eastAsia="zh-CN"/>
        </w:rPr>
        <w:t>　　4、不要让眼睛过度疲劳，要适当调整好睡眠时间，早睡早起。记住啦!一定要勤洗手。</w:t>
      </w:r>
      <w:r>
        <w:rPr>
          <w:lang w:eastAsia="zh-CN"/>
        </w:rPr>
        <w:br/>
      </w:r>
      <w:r>
        <w:rPr>
          <w:lang w:eastAsia="zh-CN"/>
        </w:rPr>
        <w:t>　　保护眼睛，人人有责。</w:t>
      </w:r>
      <w:r>
        <w:rPr>
          <w:lang w:eastAsia="zh-CN"/>
        </w:rPr>
        <w:br/>
      </w:r>
      <w:r>
        <w:rPr>
          <w:lang w:eastAsia="zh-CN"/>
        </w:rPr>
        <w:t xml:space="preserve">    预防近视主题活动总结 篇13 </w:t>
      </w:r>
      <w:r>
        <w:rPr>
          <w:lang w:eastAsia="zh-CN"/>
        </w:rPr>
        <w:br/>
      </w:r>
      <w:r>
        <w:rPr>
          <w:lang w:eastAsia="zh-CN"/>
        </w:rPr>
        <w:t>　　眼睛是心灵之窗，是人类最宝贵的感觉器官。为了使幼儿园的小朋友们懂得爱护眼睛，提高幼儿爱眼、护眼意识，养成良好的用眼习惯，新店镇小湖幼儿园开展了“爱眼护眼，预防近视”主题活动。</w:t>
      </w:r>
      <w:r>
        <w:rPr>
          <w:lang w:eastAsia="zh-CN"/>
        </w:rPr>
        <w:br/>
      </w:r>
      <w:r>
        <w:rPr>
          <w:lang w:eastAsia="zh-CN"/>
        </w:rPr>
        <w:t>　　各班教师通过PPT形象地让幼儿了解了眼睛的构造以及如何爱护眼睛等，并教育幼儿要从小养成保护视力，爱护眼睛的好习惯。并且，根据幼儿的年龄特点，下载了童趣十足的“幼儿眼保健操”。对于做法不准确的幼儿，老师们进行了手把手地纠正和指导，力求让每个幼儿都能准确掌握幼儿眼保健操的做法，从而保护好自己的眼睛。</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通过此次活动极大地增强了幼儿的爱眼意识，帮助幼儿掌握了科学的用眼方法，懂得了养成良好用眼习惯的重要性。爱眼护眼，重在坚持，让我们一起为孩子们拥有健康、明亮的眼睛共同努力吧！</w:t>
      </w:r>
      <w:r>
        <w:rPr>
          <w:lang w:eastAsia="zh-CN"/>
        </w:rPr>
        <w:br/>
      </w:r>
      <w:r>
        <w:rPr>
          <w:lang w:eastAsia="zh-CN"/>
        </w:rPr>
        <w:t xml:space="preserve">    预防近视主题活动总结 篇14 </w:t>
      </w:r>
      <w:r>
        <w:rPr>
          <w:lang w:eastAsia="zh-CN"/>
        </w:rPr>
        <w:br/>
      </w:r>
      <w:r>
        <w:rPr>
          <w:lang w:eastAsia="zh-CN"/>
        </w:rPr>
        <w:t>　　根据《省教育厅办公室转发教育部办公厅关于开展第4个近视防控宣传教育月活动的通知》(鄂教体艺办函〔20__〕1号)和《教育部办公厅关于开展第4个近视防控宣传教育月活动的通知》(教体艺厅函〔20__〕5号)文件要求，为全面提高我校学生视力健康管理水平，降低学生的视力不良率、控制新发病率,学校努力营造学生视力健康保护工作的浓厚氛围，关心和重视学生视力保护工作，切实认真抓好近视防控工作，强化责任领导，明确职责分工，经常抓、反复抓，抓落实。我校开展了以“科学防控近视，共筑光明未来”为主题的宣教月活动，具体情况总结如下:</w:t>
      </w:r>
      <w:r>
        <w:rPr>
          <w:lang w:eastAsia="zh-CN"/>
        </w:rPr>
        <w:br/>
      </w:r>
      <w:r>
        <w:rPr>
          <w:lang w:eastAsia="zh-CN"/>
        </w:rPr>
        <w:t>　　一、学校防控工作总体情况</w:t>
      </w:r>
      <w:r>
        <w:rPr>
          <w:lang w:eastAsia="zh-CN"/>
        </w:rPr>
        <w:br/>
      </w:r>
      <w:r>
        <w:rPr>
          <w:lang w:eastAsia="zh-CN"/>
        </w:rPr>
        <w:t>　　学校成立了视力健康领导小组，强化了责任，明确了部门处室的职责分工；大力开展近视防控宣传教育活动，学校积极组织近视防控线上线下家校共育，全员联动，密切配合，进一步增强了师生爱眼护眼意识；切实减轻学生学业负担，加强考试管理；严格落实两操检查制度、课桌椅定期调换制度，改善教室环境，强化户外体育锻炼等，通过多种渠道、多形式，切实做好学生爱眼护眼近视防控工作。</w:t>
      </w:r>
      <w:r>
        <w:rPr>
          <w:lang w:eastAsia="zh-CN"/>
        </w:rPr>
        <w:br/>
      </w:r>
      <w:r>
        <w:rPr>
          <w:lang w:eastAsia="zh-CN"/>
        </w:rPr>
        <w:t>　　二、学校近视防控宣传教育月活动开展情况及成效</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1、加大爱眼护眼近视防控宣传教育，构建学生视力健康教育“防线”。</w:t>
      </w:r>
      <w:r>
        <w:rPr>
          <w:lang w:eastAsia="zh-CN"/>
        </w:rPr>
        <w:br/>
      </w:r>
      <w:r>
        <w:rPr>
          <w:lang w:eastAsia="zh-CN"/>
        </w:rPr>
        <w:t>　　为进一步加强学生爱眼护眼近视防控宣传教育，学校利用升旗仪式开展了“爱眼护眼宣传周”启动活动，向广大师生大力宣传爱眼护眼的重要性,让学生真正掌握保护眼睛的方法，正确保护好眼睛。利用周三班队会课在一、二年级学生开展了进行了眼保健操规范教育，三、四年级进行预防近视的视频宣传教育，五、六年级则开展“爱眼护眼专题知识讲座”。学校体育组利用体育健康课向学生宣传科学用眼知识，强化学生积极参加户外体育锻炼，一二年级每周4节体育课，3—6年级每周3节体育课，同时每天严格落实一小时体育大课间活动，每周开展全校学生体育健康社团，鼓励学生走进户外锻炼身体，保护视力。学校利用班级黑板报、电子屏为全体师生播放爱眼主题教育资料，进一步增强了大家爱眼护眼的意识，自觉将保护视力，近视防控落实到日常的行动中。</w:t>
      </w:r>
      <w:r>
        <w:rPr>
          <w:lang w:eastAsia="zh-CN"/>
        </w:rPr>
        <w:br/>
      </w:r>
      <w:r>
        <w:rPr>
          <w:lang w:eastAsia="zh-CN"/>
        </w:rPr>
        <w:t>　　2、各部门处室加强联动，共同为学生视力健康筑牢“防线”。</w:t>
      </w:r>
      <w:r>
        <w:rPr>
          <w:lang w:eastAsia="zh-CN"/>
        </w:rPr>
        <w:br/>
      </w:r>
      <w:r>
        <w:rPr>
          <w:lang w:eastAsia="zh-CN"/>
        </w:rPr>
        <w:t>　　为了增强学生爱眼、护眼的实效性,我校德育处每学期积极组织开展丰富多彩的系列活动，如办爱眼护眼主题班会、板报手抄报，晒晒我的护眼操等，让学生真实体验爱护眼睛的重要性，引起师生对眼睛保护的重视。爱眼周期间教师对学生读写姿势、眼操动作进行检查,对学生不良的读写姿势和做操动作及时纠正不规范的姿势。</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自去年“双减”政策落地以来，学校教务处进一步减轻了学生的课业学业负担，每周实行作业公示制度，提高布置作业的科学性与有效性，一二年级每天不布置书面家庭作业，3—6年级书面家庭作业完成时间不超过60分钟，不布置电子产品的作业，均采用纸质化作业，同时坚决杜绝机械性、无效性、重复性、惩罚性作业，科学规范加强考试管理。每学期以区教育主管部门组织的学科考试为检测形式，不以任何形式对学生考试成绩排名。课堂上各科教师合理使用电子白板开展教学活动，督促家长切实管理好学生在家使用电子产品的`频率和时间。班主任定期组织学生进行座位轮换，每天上下午督促学生做好眼保健操，加强学生用眼护眼的指导，德育处将红领巾监督岗眼保健操常规检查纳入班级考核之中。</w:t>
      </w:r>
      <w:r>
        <w:rPr>
          <w:lang w:eastAsia="zh-CN"/>
        </w:rPr>
        <w:br/>
      </w:r>
      <w:r>
        <w:rPr>
          <w:lang w:eastAsia="zh-CN"/>
        </w:rPr>
        <w:t>　　3、强化学校、家庭、学生综合干预管理“防线”，落实早期预防控制。</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学校配合市区教育局推进学生近视防控视力健康管理示范学校建设，建立校领导、班主任、校医（保健教师）、家长代表、学生视力保护委员和志愿者等为一体的视力健康管理队伍，明确和细化了相关职责。学校通过线上线下家长会、共同观看爱眼护眼视频、致家长一封信等形式，向全校家长宣传了保护视力、预防近视的知识和方法，指导和督促家长为学生提供有利于视力保护的学习环境、控制学生近距离用眼时间(看书、写字、看电视、用电脑时间达30分钟，应休息10-15分钟时间)，及时关注孩子书写阅读姿势，纠正孩子不良的用眼卫生习惯等。学校每年定期两次联系爱尔眼科、东风总医院等定点医院为全体学生进行健康视力检测和“青少年爱眼护眼”专题培训，建立学生视力健康档案。若发现学生有视力下降等迹象，班主任及时联系家长督促其带领孩子到正规医院就医检查。</w:t>
      </w:r>
      <w:r>
        <w:rPr>
          <w:lang w:eastAsia="zh-CN"/>
        </w:rPr>
        <w:br/>
      </w:r>
      <w:r>
        <w:rPr>
          <w:lang w:eastAsia="zh-CN"/>
        </w:rPr>
        <w:t>　　4、想方设法改善学生视觉环境。</w:t>
      </w:r>
      <w:r>
        <w:rPr>
          <w:lang w:eastAsia="zh-CN"/>
        </w:rPr>
        <w:br/>
      </w:r>
      <w:r>
        <w:rPr>
          <w:lang w:eastAsia="zh-CN"/>
        </w:rPr>
        <w:t>　　自20__年以来，我校积极筹措资金，想方设法陆续为全校20个教室全部安装了护眼灯，教室照明度大大提高，有效改善了学生们学习生活的视觉环境。本学期学校已将所有教室的无尘书写白板均更换为对学生视力有帮助的水溶性无尘绿板，这些硬件实施均为学生们的视力健康起到了极大地促进作用。</w:t>
      </w:r>
      <w:r>
        <w:rPr>
          <w:lang w:eastAsia="zh-CN"/>
        </w:rPr>
        <w:br/>
      </w:r>
      <w:r>
        <w:rPr>
          <w:lang w:eastAsia="zh-CN"/>
        </w:rPr>
        <w:t>　　5、加大对电子产品的管理。</w:t>
      </w:r>
      <w:r>
        <w:rPr>
          <w:lang w:eastAsia="zh-CN"/>
        </w:rPr>
        <w:br/>
      </w:r>
      <w:r>
        <w:rPr>
          <w:lang w:eastAsia="zh-CN"/>
        </w:rPr>
        <w:t>　　根据学校手机、电话手表等电子产品的管理规定，学生原则上不得将个人手机、电话手表带入校园,如学生确有需求，须经学生家长同意，提前向班主任提出书面申请，经学校同意，进校后交由班主任统一保管，禁止将其带入课堂，家长有特殊情况的可与班主任或任课教师电话联系。学生离校后确需上网查阅与学习有关资料等，经家长同意后可使用，使用期间家长需要严格监督，每次使用时间不得超过20分钟。家长应切实履行教育职责，加强对孩子使用手机的督促管理，严格控制孩子居家使用电子产品，以防沉迷网络。</w:t>
      </w:r>
      <w:r>
        <w:rPr>
          <w:lang w:eastAsia="zh-CN"/>
        </w:rPr>
        <w:br/>
      </w:r>
      <w:r>
        <w:rPr>
          <w:lang w:eastAsia="zh-CN"/>
        </w:rPr>
        <w:t>　　6、突出的经验做法。</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学校想方设法筹措资金为20个教室配备了护眼灯，大大提高了教室照明度，灯光柔和，视觉感强，极有利于促进学生的视力健康，为预防学生们的近视提供了科学规范的硬件设施；本学期所有教室均更换为水溶性无尘绿板，对保护学生们的视力有进一步促进作用；学校校园文化布置精美，绿树成荫，鲜花开放，教学楼各层廊道均摆放了绿植，为孩子们提供了课下用眼护眼的良好视觉环境；积极组织教师、学生、家长进行观看十堰市教育局、十堰教育电视台联合摄制以“科学防控近视，共筑光明未来”为主题的近视防控宣传片，推动全社会行动起来，共同关注孩子们的视力健康，呵护好孩子的眼睛，让他们拥有一个光明的未来。</w:t>
      </w:r>
      <w:r>
        <w:rPr>
          <w:lang w:eastAsia="zh-CN"/>
        </w:rPr>
        <w:br/>
      </w:r>
      <w:r>
        <w:rPr>
          <w:lang w:eastAsia="zh-CN"/>
        </w:rPr>
        <w:t>　　三、存在的问题及分析</w:t>
      </w:r>
      <w:r>
        <w:rPr>
          <w:lang w:eastAsia="zh-CN"/>
        </w:rPr>
        <w:br/>
      </w:r>
      <w:r>
        <w:rPr>
          <w:lang w:eastAsia="zh-CN"/>
        </w:rPr>
        <w:t>　　学校部分教室采光度不够、中低年级课桌椅配置不达标。按照《中小学校设计规范》、《中小学校教室采光和照明卫生标准》等国家标准的要求，我校存在中低年级课桌椅与学生身高不匹配，目前学校课桌椅有三种规格，不能很好地满足中低年级学生年龄、身高的特点配置标准的课桌椅。学生在校学习生活大部分时间在课桌椅上度过，长期使用与其身高不符合的课桌椅，将影响学生良好坐姿的养成，易引起脊柱弯曲异常和视力不良，对学生学习能力和身体功能状态造成不利影响。部分教室采光从学生左侧进入，光线不足，是造成学生视力不良一个重要环境因素，长期在这样的环境下学习，也可能影响到学生学习效率。</w:t>
      </w:r>
      <w:r>
        <w:rPr>
          <w:lang w:eastAsia="zh-CN"/>
        </w:rPr>
        <w:br/>
      </w:r>
      <w:r>
        <w:rPr>
          <w:lang w:eastAsia="zh-CN"/>
        </w:rPr>
        <w:t>　　四、下一步工作打算及建议。</w:t>
      </w:r>
      <w:r>
        <w:rPr>
          <w:lang w:eastAsia="zh-CN"/>
        </w:rPr>
        <w:br/>
      </w:r>
      <w:r>
        <w:rPr>
          <w:lang w:eastAsia="zh-CN"/>
        </w:rPr>
        <w:t>　　学校将积极通过多种形式向上级有关部门反映上述影响学生视力健康的实际问题况，多方并举筹措资金，克服困难，想方设法进一步改善现状，希望上级给予支持与帮助，共同改善学生的学习生活环境，切实加强做好近视防控工作，共同促进我校学生视力健康工作再上一个新的台阶！</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xml:space="preserve">    预防近视主题活动总结 篇15 </w:t>
      </w:r>
      <w:r>
        <w:rPr>
          <w:lang w:eastAsia="zh-CN"/>
        </w:rPr>
        <w:br/>
      </w:r>
      <w:r>
        <w:rPr>
          <w:lang w:eastAsia="zh-CN"/>
        </w:rPr>
        <w:t>　　今年6月6日是全国“眼爱日”。我校非常重视“眼爱日”活动，成立了以校长为组长，相关班主任为组员的“眼爱日”领导小组，全面负责具体活动。按照《中共中央国务院关于加强青少年体育增强青少年体质的意见》相关文件要求，进一步加强青少年近视防治工作，普及用眼科学知识，提高学生视力，增进身体健康。随着今年的全国“爱眼日”，以“保护同类眼睛”为主题，开展了以下活动：</w:t>
      </w:r>
      <w:r>
        <w:rPr>
          <w:lang w:eastAsia="zh-CN"/>
        </w:rPr>
        <w:br/>
      </w:r>
      <w:r>
        <w:rPr>
          <w:lang w:eastAsia="zh-CN"/>
        </w:rPr>
        <w:t>　　一、“就像眼睛保护眼睛一样，我看见了，我参与了。”以“用眼睛科学预防近视”和学生优秀作文为内容的大型标语、健康教育宣传栏，大力宣传今年全国“爱眼日”主题，营造喜欢眼睛的氛围。</w:t>
      </w:r>
      <w:r>
        <w:rPr>
          <w:lang w:eastAsia="zh-CN"/>
        </w:rPr>
        <w:br/>
      </w:r>
      <w:r>
        <w:rPr>
          <w:lang w:eastAsia="zh-CN"/>
        </w:rPr>
        <w:t>　　二、6月16日，在升旗仪式上向学生发出了主题为《师生们行动起来，爱护自己的眼睛》的提案。</w:t>
      </w:r>
      <w:r>
        <w:rPr>
          <w:lang w:eastAsia="zh-CN"/>
        </w:rPr>
        <w:br/>
      </w:r>
      <w:r>
        <w:rPr>
          <w:lang w:eastAsia="zh-CN"/>
        </w:rPr>
        <w:t>　　三、举办了一期以“爱眼、用眼、护眼”知识为内容的黑板报或手抄报。高年级学生办了黑板报，中年级学生办了30份手抄报。</w:t>
      </w:r>
      <w:r>
        <w:rPr>
          <w:lang w:eastAsia="zh-CN"/>
        </w:rPr>
        <w:br/>
      </w:r>
      <w:r>
        <w:rPr>
          <w:lang w:eastAsia="zh-CN"/>
        </w:rPr>
        <w:t>　　四、6月16日下午班会课，举办了“爱眼护眼”主题班队会。讨论近视的危害和成因、如何预防近视、如何爱护自己的眼睛等问题。</w:t>
      </w:r>
      <w:r>
        <w:rPr>
          <w:lang w:eastAsia="zh-CN"/>
        </w:rPr>
        <w:br/>
      </w:r>
      <w:r>
        <w:rPr>
          <w:lang w:eastAsia="zh-CN"/>
        </w:rPr>
        <w:t>　　五、印发了“致家长的一封信”，向家长汇报了我校近视眼预防的工作进展，及需要家长配合的地方，并向家长提出了若干建议。</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六、举办了一期以《亮眼睛，好视力》、《爱眼护眼我能行》、《我的亮眼计划》、《预防近</w:t>
      </w:r>
      <w:r>
        <w:rPr>
          <w:lang w:eastAsia="zh-CN"/>
        </w:rPr>
        <w:br/>
      </w:r>
      <w:r>
        <w:rPr>
          <w:lang w:eastAsia="zh-CN"/>
        </w:rPr>
        <w:t xml:space="preserve">    预防近视主题活动总结 篇16 </w:t>
      </w:r>
      <w:r>
        <w:rPr>
          <w:lang w:eastAsia="zh-CN"/>
        </w:rPr>
        <w:br/>
      </w:r>
      <w:r>
        <w:rPr>
          <w:lang w:eastAsia="zh-CN"/>
        </w:rPr>
        <w:t>　　每年的3月和9月是“近视防控宣传教育月”。生活中电子屏幕的增多，是导致近视增多的一大主要因素。据教育部的一组关于中小学生近视率的调研情况，电子屏幕能显著影响学生视力——每天使用电子屏幕1-4小时以上，近视检出率可达45-77%，可以说是触目惊心！由此可以看出，预防近视的迫切性！为增强幼儿的爱眼、护眼意识，促进幼儿健康成长，我园于20__年3月30日开展了“预防近视，守护光明”专题教育活动月，向幼儿宣传眼睛保健知识，进一步增强了全体师幼爱眼护眼的意识，现将活动小结如下：</w:t>
      </w:r>
      <w:r>
        <w:rPr>
          <w:lang w:eastAsia="zh-CN"/>
        </w:rPr>
        <w:br/>
      </w:r>
      <w:r>
        <w:rPr>
          <w:lang w:eastAsia="zh-CN"/>
        </w:rPr>
        <w:t>　　一、紧扣主题，加强宣传</w:t>
      </w:r>
      <w:r>
        <w:rPr>
          <w:lang w:eastAsia="zh-CN"/>
        </w:rPr>
        <w:br/>
      </w:r>
      <w:r>
        <w:rPr>
          <w:lang w:eastAsia="zh-CN"/>
        </w:rPr>
        <w:t>　　各班教师扎扎实实以“预防近视，守护光明”为主题，教育幼儿从小养成爱护视力，爱护眼睛的好习惯。通过儿歌、故事、多媒体等多种形式，让幼儿了解爱眼护眼的相关知识，不长时间观看电子产品，培养幼儿从小养成保护视力，爱护眼睛的好习惯。</w:t>
      </w:r>
      <w:r>
        <w:rPr>
          <w:lang w:eastAsia="zh-CN"/>
        </w:rPr>
        <w:br/>
      </w:r>
      <w:r>
        <w:rPr>
          <w:lang w:eastAsia="zh-CN"/>
        </w:rPr>
        <w:t>　　二、融入游戏，培养习惯</w:t>
      </w:r>
      <w:r>
        <w:rPr>
          <w:lang w:eastAsia="zh-CN"/>
        </w:rPr>
        <w:br/>
      </w:r>
      <w:r>
        <w:rPr>
          <w:lang w:eastAsia="zh-CN"/>
        </w:rPr>
        <w:t>　　全体幼儿通过眼保健操和游戏活动，明白光明的重要性，养成健康用眼习惯。引导孩子不用脏手揉眼睛，掌握正确看书姿势，了解预防传染性眼病的相关知识，提高幼儿自己保护眼睛的安全意识。课余时间孩子们还自主进行眼保健操。</w:t>
      </w:r>
      <w:r>
        <w:rPr>
          <w:lang w:eastAsia="zh-CN"/>
        </w:rPr>
        <w:br/>
      </w:r>
      <w:r>
        <w:rPr>
          <w:lang w:eastAsia="zh-CN"/>
        </w:rPr>
        <w:t>　　三、注重保健，营养均衡</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教育孩子养成不挑食的.习惯，多吃绿色蔬菜和胡萝卜，多吃豆制品和海产品，不吃垃圾食品以及甜食。多进行户外活动，多看远处以及绿色植物。</w:t>
      </w:r>
      <w:r>
        <w:rPr>
          <w:lang w:eastAsia="zh-CN"/>
        </w:rPr>
        <w:br/>
      </w:r>
      <w:r>
        <w:rPr>
          <w:lang w:eastAsia="zh-CN"/>
        </w:rPr>
        <w:t>　　四、学习技能，懂得自救</w:t>
      </w:r>
      <w:r>
        <w:rPr>
          <w:lang w:eastAsia="zh-CN"/>
        </w:rPr>
        <w:br/>
      </w:r>
      <w:r>
        <w:rPr>
          <w:lang w:eastAsia="zh-CN"/>
        </w:rPr>
        <w:t>　　当有异物进入眼睛时，应该先洗手，轻轻按一按眼睛，眼泪把异物冲出来，再眨眨眼睛就好啦!如果眼睛疼痛或者难以睁开时，应立即向父母和老师求救。</w:t>
      </w:r>
      <w:r>
        <w:rPr>
          <w:lang w:eastAsia="zh-CN"/>
        </w:rPr>
        <w:br/>
      </w:r>
      <w:r>
        <w:rPr>
          <w:lang w:eastAsia="zh-CN"/>
        </w:rPr>
        <w:t>　　五、家园合作，科学育儿</w:t>
      </w:r>
      <w:r>
        <w:rPr>
          <w:lang w:eastAsia="zh-CN"/>
        </w:rPr>
        <w:br/>
      </w:r>
      <w:r>
        <w:rPr>
          <w:lang w:eastAsia="zh-CN"/>
        </w:rPr>
        <w:t>　　教师通过班级群向家长宣传爱眼知识，引导家长注意幼儿用眼健康，预防近视。同时家长也要起到榜样作用，带领孩子养成健康的用眼习惯。</w:t>
      </w:r>
      <w:r>
        <w:rPr>
          <w:lang w:eastAsia="zh-CN"/>
        </w:rPr>
        <w:br/>
      </w:r>
      <w:r>
        <w:rPr>
          <w:lang w:eastAsia="zh-CN"/>
        </w:rPr>
        <w:t>　　一系列爱眼、护眼的主题活动，不仅丰富了孩子们爱眼、护眼的知识，提高了孩子们保护眼睛的意识，同时也有助于孩子养成良好的用眼习惯，真正让孩子们学会爱护眼睛、保护眼睛。以后将继续做好近视防控宣传教育工作，把保护视力、健康用眼融入幼儿一日生活当中。</w:t>
      </w:r>
      <w:r>
        <w:rPr>
          <w:lang w:eastAsia="zh-CN"/>
        </w:rPr>
        <w:br/>
      </w:r>
      <w:r>
        <w:rPr>
          <w:lang w:eastAsia="zh-CN"/>
        </w:rPr>
        <w:t xml:space="preserve">    预防近视主题活动总结 篇17 </w:t>
      </w:r>
      <w:r>
        <w:rPr>
          <w:lang w:eastAsia="zh-CN"/>
        </w:rPr>
        <w:br/>
      </w:r>
      <w:r>
        <w:rPr>
          <w:lang w:eastAsia="zh-CN"/>
        </w:rPr>
        <w:t>　　一、贯彻降真国家教委闭于加轻学生进修承当的看护精神。</w:t>
      </w:r>
      <w:r>
        <w:rPr>
          <w:lang w:eastAsia="zh-CN"/>
        </w:rPr>
        <w:br/>
      </w:r>
      <w:r>
        <w:rPr>
          <w:lang w:eastAsia="zh-CN"/>
        </w:rPr>
        <w:t>　　改革讲授方法，提下讲授质量，向教室要质量，做到不拖堂，不占用学生自习课，不随意补课。课中做业量适当，保证学生逐日睡眠时间。</w:t>
      </w:r>
      <w:r>
        <w:rPr>
          <w:lang w:eastAsia="zh-CN"/>
        </w:rPr>
        <w:br/>
      </w:r>
      <w:r>
        <w:rPr>
          <w:lang w:eastAsia="zh-CN"/>
        </w:rPr>
        <w:t>　　二、加强颁布发表道育防远工做总结</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三、各班教室内安插做到了整洁、敞亮，乌板平整、不反光。每周更换学生坐位一次。</w:t>
      </w:r>
      <w:r>
        <w:rPr>
          <w:lang w:eastAsia="zh-CN"/>
        </w:rPr>
        <w:br/>
      </w:r>
      <w:r>
        <w:rPr>
          <w:lang w:eastAsia="zh-CN"/>
        </w:rPr>
        <w:t>　　四、全校卖力做好眼保健操，保证天天两次。任课教师在教室上能随时改正学生不良用眼习惯。有值周生到各班循环搜检，看能可定真做操。</w:t>
      </w:r>
      <w:r>
        <w:rPr>
          <w:lang w:eastAsia="zh-CN"/>
        </w:rPr>
        <w:br/>
      </w:r>
      <w:r>
        <w:rPr>
          <w:lang w:eastAsia="zh-CN"/>
        </w:rPr>
        <w:t>　　五、要求教师做到：上课板书工整、字迹不要太小；不要拖堂；宽格执止课表，波动相占用学生的活动课时间。</w:t>
      </w:r>
      <w:r>
        <w:rPr>
          <w:lang w:eastAsia="zh-CN"/>
        </w:rPr>
        <w:br/>
      </w:r>
      <w:r>
        <w:rPr>
          <w:lang w:eastAsia="zh-CN"/>
        </w:rPr>
        <w:t>　　六、保证体育活动的.时间战质量。</w:t>
      </w:r>
      <w:r>
        <w:rPr>
          <w:lang w:eastAsia="zh-CN"/>
        </w:rPr>
        <w:br/>
      </w:r>
      <w:r>
        <w:rPr>
          <w:lang w:eastAsia="zh-CN"/>
        </w:rPr>
        <w:t>　　我校保证了学生天天上、下午大课间活动时间；任何教师不占用体育课时间。</w:t>
      </w:r>
      <w:r>
        <w:rPr>
          <w:lang w:eastAsia="zh-CN"/>
        </w:rPr>
        <w:br/>
      </w:r>
      <w:r>
        <w:rPr>
          <w:lang w:eastAsia="zh-CN"/>
        </w:rPr>
        <w:t>　　七、创设视力档案，加强对边沿视力的矫治战预防工做。</w:t>
      </w:r>
      <w:r>
        <w:rPr>
          <w:lang w:eastAsia="zh-CN"/>
        </w:rPr>
        <w:br/>
      </w:r>
      <w:r>
        <w:rPr>
          <w:lang w:eastAsia="zh-CN"/>
        </w:rPr>
        <w:t>　　八、加强重生精良卫生习惯的教育，重点做好眼操、读写姿势指导工做，为学生从小养成精良的用眼卫生习惯挨下坚真根本。并疏散区保健所要求，10月中旬举止了学生日常止为习惯比赛，在一年重生中进止了眼操指导战比赛，提下了学生眼操质量战预防远视的意识。</w:t>
      </w:r>
      <w:r>
        <w:rPr>
          <w:lang w:eastAsia="zh-CN"/>
        </w:rPr>
        <w:br/>
      </w:r>
      <w:r>
        <w:rPr>
          <w:lang w:eastAsia="zh-CN"/>
        </w:rPr>
        <w:t>　　九、为了让学生从小养成精良的用眼卫生习惯战念书写字习惯。疏散区保健所要求，10月中旬在全校7个班级里举止了眼保健操战读写姿势比赛，提下了学生眼操质量战预防远视的意识。</w:t>
      </w:r>
      <w:r>
        <w:rPr>
          <w:lang w:eastAsia="zh-CN"/>
        </w:rPr>
        <w:br/>
      </w:r>
      <w:r>
        <w:rPr>
          <w:lang w:eastAsia="zh-CN"/>
        </w:rPr>
        <w:t>　　保健教师操做广播、板报战健康教育课对全校学生睁开颁布发表道育，各科教师教室上随时改正学生不良用眼习惯，使学生知道掩护视力的紧张性，作育了学生精良的用眼习惯。</w:t>
      </w:r>
      <w:r>
        <w:rPr>
          <w:lang w:eastAsia="zh-CN"/>
        </w:rPr>
        <w:br/>
      </w:r>
      <w:r>
        <w:rPr>
          <w:lang w:eastAsia="zh-CN"/>
        </w:rPr>
        <w:t xml:space="preserve">    预防近视主题活动总结 篇18 </w:t>
      </w:r>
      <w:r>
        <w:rPr>
          <w:lang w:eastAsia="zh-CN"/>
        </w:rPr>
        <w:br/>
      </w:r>
    </w:p>
    <w:p w:rsidR="001B1F19" w14:textId="27C3F48A">
      <w:pPr>
        <w:rPr>
          <w:lang w:eastAsia="zh-CN"/>
        </w:rPr>
      </w:pPr>
      <w:r>
        <w:rPr>
          <w:lang w:eastAsia="zh-CN"/>
        </w:rPr>
        <w:t>　　学生课业负担过重是一个原因，小学生每天背着个大书包，回到家要做一大堆作业，在灯光下被文山题海压喘不过气来，视力也越来越差，所以减轻学生课业负担，让孩子们多做户外活动，是预防近视的一项重要措施，有些家长为了节约用电，让孩子在暗淡的灯光下做功课，不顾孩子眼睛的健康，这样做是得不偿失的。游戏机也是损害青少年视力的一大“杀手”。长时间注视着闪烁不定的屏幕，容易造成视力疲劳，促使睫状肌痉挛，导致近视眼不断加深，尤其是手掌机对视力危害更大。</w:t>
      </w:r>
      <w:r>
        <w:rPr>
          <w:lang w:eastAsia="zh-CN"/>
        </w:rPr>
        <w:br/>
      </w:r>
      <w:r>
        <w:rPr>
          <w:lang w:eastAsia="zh-CN"/>
        </w:rPr>
        <w:t>　　保护视力，预防近视，必须了解预防近视眼的基本知识，树立爱眼、护眼意识，养成良好的用眼卫生习惯。</w:t>
      </w:r>
      <w:r>
        <w:rPr>
          <w:lang w:eastAsia="zh-CN"/>
        </w:rPr>
        <w:br/>
      </w:r>
      <w:r>
        <w:rPr>
          <w:lang w:eastAsia="zh-CN"/>
        </w:rPr>
        <w:t>　　一、保持正确读写姿势</w:t>
      </w:r>
      <w:r>
        <w:rPr>
          <w:lang w:eastAsia="zh-CN"/>
        </w:rPr>
        <w:br/>
      </w:r>
      <w:r>
        <w:rPr>
          <w:lang w:eastAsia="zh-CN"/>
        </w:rPr>
        <w:t>　　1. 读书写字身体要坐正，保持眼睛与书本距离为33-35厘米左右(一尺)、胸前与桌子距离应约一拳、握笔的手指与笔尖距离应3厘米左右(一寸)。</w:t>
      </w:r>
      <w:r>
        <w:rPr>
          <w:lang w:eastAsia="zh-CN"/>
        </w:rPr>
        <w:br/>
      </w:r>
      <w:r>
        <w:rPr>
          <w:lang w:eastAsia="zh-CN"/>
        </w:rPr>
        <w:t>　　2. 写字时执笔角度要合适，用铅笔、钢笔写字时笔杆与纸面的角度在40-50度之间，用毛笔写字时力求笔杆直立。</w:t>
      </w:r>
      <w:r>
        <w:rPr>
          <w:lang w:eastAsia="zh-CN"/>
        </w:rPr>
        <w:br/>
      </w:r>
      <w:r>
        <w:rPr>
          <w:lang w:eastAsia="zh-CN"/>
        </w:rPr>
        <w:t>　　3. 不歪头或躺着看书，不走路看书，不在晃动的车船上看书。</w:t>
      </w:r>
      <w:r>
        <w:rPr>
          <w:lang w:eastAsia="zh-CN"/>
        </w:rPr>
        <w:br/>
      </w:r>
      <w:r>
        <w:rPr>
          <w:lang w:eastAsia="zh-CN"/>
        </w:rPr>
        <w:t>　　二、选择良好的用眼视觉环境</w:t>
      </w:r>
      <w:r>
        <w:rPr>
          <w:lang w:eastAsia="zh-CN"/>
        </w:rPr>
        <w:br/>
      </w:r>
      <w:r>
        <w:rPr>
          <w:lang w:eastAsia="zh-CN"/>
        </w:rPr>
        <w:t>　　(一)读书写字视觉环境要求。</w:t>
      </w:r>
      <w:r>
        <w:rPr>
          <w:lang w:eastAsia="zh-CN"/>
        </w:rPr>
        <w:br/>
      </w:r>
      <w:r>
        <w:rPr>
          <w:lang w:eastAsia="zh-CN"/>
        </w:rPr>
        <w:t>　　1.读书写字时要有充足的光线，窗户光线及台灯灯光要从左前方射来。不要在过亮、过暗的光线下读写(如太阳直射光线下、傍晚光线不足时)。</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https://d.book118.com/405041140014011121</w:t>
        </w:r>
      </w:hyperlink>
    </w:p>
    <w:p w:rsidR="001B1F19">
      <w:pPr>
        <w:rPr>
          <w:lang w:eastAsia="zh-CN"/>
        </w:rPr>
      </w:pPr>
    </w:p>
    <w:sectPr>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0504114001401112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