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学习部纳新工作计划范例（31篇）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学习部纳新工作计划范例（通用31篇）</w:t>
      </w:r>
      <w:r>
        <w:rPr>
          <w:lang w:eastAsia="zh-CN"/>
        </w:rPr>
        <w:br/>
      </w:r>
      <w:r>
        <w:rPr>
          <w:lang w:eastAsia="zh-CN"/>
        </w:rPr>
        <w:t xml:space="preserve">    学习部纳新工作计划范例 篇1 </w:t>
      </w:r>
      <w:r>
        <w:rPr>
          <w:lang w:eastAsia="zh-CN"/>
        </w:rPr>
        <w:br/>
      </w:r>
      <w:r>
        <w:rPr>
          <w:lang w:eastAsia="zh-CN"/>
        </w:rPr>
        <w:t>　　一、共同负责，搞好团体关系</w:t>
      </w:r>
      <w:r>
        <w:rPr>
          <w:lang w:eastAsia="zh-CN"/>
        </w:rPr>
        <w:br/>
      </w:r>
      <w:r>
        <w:rPr>
          <w:lang w:eastAsia="zh-CN"/>
        </w:rPr>
        <w:t>　　在以后的活动中，部长应该让我们这些干事为主要负责的人员，而不只是只是当副手，帮助上级完成任务，而是当作主要负责人，全体干事共同负责这项工作。因为在这些活动中若以我们干事为主要负责人，会促进我们干事之间的思想交流，在办好活动的前提下，使我们学习部成员之间的关系更加融洽。</w:t>
      </w:r>
      <w:r>
        <w:rPr>
          <w:lang w:eastAsia="zh-CN"/>
        </w:rPr>
        <w:br/>
      </w:r>
      <w:r>
        <w:rPr>
          <w:lang w:eastAsia="zh-CN"/>
        </w:rPr>
        <w:t>　　二、不畏困难，发扬集体精神</w:t>
      </w:r>
      <w:r>
        <w:rPr>
          <w:lang w:eastAsia="zh-CN"/>
        </w:rPr>
        <w:br/>
      </w:r>
      <w:r>
        <w:rPr>
          <w:lang w:eastAsia="zh-CN"/>
        </w:rPr>
        <w:t>　　在这次活动中，我们新进入学生会学习部的干事首次接触了一个活动的举办过程是怎样的。其中我们因为宣传不到位，而没有达到所要求的人数，进而在活动过程中，出现了干事丢下工作，到处拉人的现象。但是我认为虽然我们没有办好这次活动，但体现出了我们学习部的团结，我们一个团体应有的精神。</w:t>
      </w:r>
      <w:r>
        <w:rPr>
          <w:lang w:eastAsia="zh-CN"/>
        </w:rPr>
        <w:br/>
      </w:r>
      <w:r>
        <w:rPr>
          <w:lang w:eastAsia="zh-CN"/>
        </w:rPr>
        <w:t>　　三、认真办事，坚定个人意志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相信以后在办一些大型活动的时候，我们会比这次更忙，也许会出现没时间吃饭、没时间做作业、也没时间上课的状况，但是我相信我们不会就这样放弃，我们会坚定个人意志，认真办事，成功的举办各个活动。</w:t>
      </w:r>
      <w:r>
        <w:rPr>
          <w:lang w:eastAsia="zh-CN"/>
        </w:rPr>
        <w:br/>
      </w:r>
      <w:r>
        <w:rPr>
          <w:lang w:eastAsia="zh-CN"/>
        </w:rPr>
        <w:t xml:space="preserve">    学习部纳新工作计划范例 篇2 </w:t>
      </w:r>
      <w:r>
        <w:rPr>
          <w:lang w:eastAsia="zh-CN"/>
        </w:rPr>
        <w:br/>
      </w:r>
      <w:r>
        <w:rPr>
          <w:lang w:eastAsia="zh-CN"/>
        </w:rPr>
        <w:t>　　一、本部简介</w:t>
      </w:r>
      <w:r>
        <w:rPr>
          <w:lang w:eastAsia="zh-CN"/>
        </w:rPr>
        <w:br/>
      </w:r>
      <w:r>
        <w:rPr>
          <w:lang w:eastAsia="zh-CN"/>
        </w:rPr>
        <w:t>　　我院学生会是在院党总支、团总支领导下，主要负责全院同学的学习生活。学习部以“创造良好的学习环境，全面提高广大学生的综合素质”为指导，本着帮助同学，配合学院完成各项学习活动的宗旨，积极参与各项活动，努力为同学营造一个良好的学习氛围，推陈出新，丰富同学们的课余学习生活。</w:t>
      </w:r>
      <w:r>
        <w:rPr>
          <w:lang w:eastAsia="zh-CN"/>
        </w:rPr>
        <w:br/>
      </w:r>
      <w:r>
        <w:rPr>
          <w:lang w:eastAsia="zh-CN"/>
        </w:rPr>
        <w:t>　　二、本部职责</w:t>
      </w:r>
      <w:r>
        <w:rPr>
          <w:lang w:eastAsia="zh-CN"/>
        </w:rPr>
        <w:br/>
      </w:r>
      <w:r>
        <w:rPr>
          <w:lang w:eastAsia="zh-CN"/>
        </w:rPr>
        <w:t>　　学习部主管学风建设和学术活动，以提高同学们学习意识、营造校园学习氛围为目的，开展各种同学喜闻乐见的活动，筹办学术讲座，了解反馈广大同学在学习方面的意见和要求，在师生之间搭起一座桥梁，促进师生的相互交流。</w:t>
      </w:r>
      <w:r>
        <w:rPr>
          <w:lang w:eastAsia="zh-CN"/>
        </w:rPr>
        <w:br/>
      </w:r>
      <w:r>
        <w:rPr>
          <w:lang w:eastAsia="zh-CN"/>
        </w:rPr>
        <w:t>　　三、工作细则</w:t>
      </w:r>
      <w:r>
        <w:rPr>
          <w:lang w:eastAsia="zh-CN"/>
        </w:rPr>
        <w:br/>
      </w:r>
      <w:r>
        <w:rPr>
          <w:lang w:eastAsia="zh-CN"/>
        </w:rPr>
        <w:t>　　1、开展形式多样的知识竞赛、学术讨论、学术竞赛、学术报告会、辩论赛等活动，促进良好的学院学术氛围。</w:t>
      </w:r>
      <w:r>
        <w:rPr>
          <w:lang w:eastAsia="zh-CN"/>
        </w:rPr>
        <w:br/>
      </w:r>
      <w:r>
        <w:rPr>
          <w:lang w:eastAsia="zh-CN"/>
        </w:rPr>
        <w:t>　　2、举办各种经验交流活动，如读书活动心得交流会</w:t>
      </w:r>
      <w:r>
        <w:rPr>
          <w:lang w:eastAsia="zh-CN"/>
        </w:rPr>
        <w:br/>
      </w:r>
      <w:r>
        <w:rPr>
          <w:lang w:eastAsia="zh-CN"/>
        </w:rPr>
        <w:t>　　新老学生学习交流会、思想交流会等。</w:t>
      </w:r>
      <w:r>
        <w:rPr>
          <w:lang w:eastAsia="zh-CN"/>
        </w:rPr>
        <w:br/>
      </w:r>
      <w:r>
        <w:rPr>
          <w:lang w:eastAsia="zh-CN"/>
        </w:rPr>
        <w:t>　　3、加强师生之间的沟通与了解，做好“教”、“学”双方的信息反馈工作，配合学校工作的顺利进行。定时了解并解决学生中学习上的问题，协助有关部门抓好学风建设。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4、严抓学习纪律，安排学生晚自习，负责检查各班级晚自习出勤情况，并将晚自习出勤情况及纪律情况进行汇总成表并上交团总支。</w:t>
      </w:r>
      <w:r>
        <w:rPr>
          <w:lang w:eastAsia="zh-CN"/>
        </w:rPr>
        <w:br/>
      </w:r>
      <w:r>
        <w:rPr>
          <w:lang w:eastAsia="zh-CN"/>
        </w:rPr>
        <w:t>　　四、纳新要求</w:t>
      </w:r>
      <w:r>
        <w:rPr>
          <w:lang w:eastAsia="zh-CN"/>
        </w:rPr>
        <w:br/>
      </w:r>
      <w:r>
        <w:rPr>
          <w:lang w:eastAsia="zh-CN"/>
        </w:rPr>
        <w:t>　　1.热爱学生会工作，学习能力较强；</w:t>
      </w:r>
      <w:r>
        <w:rPr>
          <w:lang w:eastAsia="zh-CN"/>
        </w:rPr>
        <w:br/>
      </w:r>
      <w:r>
        <w:rPr>
          <w:lang w:eastAsia="zh-CN"/>
        </w:rPr>
        <w:t>　　2.积极进取，要有较强协调能力，如：如何处理工作、学习、生活之间的矛盾。</w:t>
      </w:r>
      <w:r>
        <w:rPr>
          <w:lang w:eastAsia="zh-CN"/>
        </w:rPr>
        <w:br/>
      </w:r>
      <w:r>
        <w:rPr>
          <w:lang w:eastAsia="zh-CN"/>
        </w:rPr>
        <w:t>　　3.具有较强的适应能力和抗压能力，能够完成各项工作；</w:t>
      </w:r>
      <w:r>
        <w:rPr>
          <w:lang w:eastAsia="zh-CN"/>
        </w:rPr>
        <w:br/>
      </w:r>
      <w:r>
        <w:rPr>
          <w:lang w:eastAsia="zh-CN"/>
        </w:rPr>
        <w:t>　　4.做事积极，为人正派，处事公正；</w:t>
      </w:r>
      <w:r>
        <w:rPr>
          <w:lang w:eastAsia="zh-CN"/>
        </w:rPr>
        <w:br/>
      </w:r>
      <w:r>
        <w:rPr>
          <w:lang w:eastAsia="zh-CN"/>
        </w:rPr>
        <w:t>　　5.认真、仔细的工作思想以及踏实、肯干的工作态度；</w:t>
      </w:r>
      <w:r>
        <w:rPr>
          <w:lang w:eastAsia="zh-CN"/>
        </w:rPr>
        <w:br/>
      </w:r>
      <w:r>
        <w:rPr>
          <w:lang w:eastAsia="zh-CN"/>
        </w:rPr>
        <w:t>　　6.组织能力强，善于组织各类学习性活动。如：辩论赛等</w:t>
      </w:r>
      <w:r>
        <w:rPr>
          <w:lang w:eastAsia="zh-CN"/>
        </w:rPr>
        <w:br/>
      </w:r>
      <w:r>
        <w:rPr>
          <w:lang w:eastAsia="zh-CN"/>
        </w:rPr>
        <w:t>　　7.学习成绩较好，任职期间不能挂科；</w:t>
      </w:r>
      <w:r>
        <w:rPr>
          <w:lang w:eastAsia="zh-CN"/>
        </w:rPr>
        <w:br/>
      </w:r>
      <w:r>
        <w:rPr>
          <w:lang w:eastAsia="zh-CN"/>
        </w:rPr>
        <w:t>　　8.按时完成好上级交给的各项任务。如要求写的工作计划、工作总结等；</w:t>
      </w:r>
      <w:r>
        <w:rPr>
          <w:lang w:eastAsia="zh-CN"/>
        </w:rPr>
        <w:br/>
      </w:r>
      <w:r>
        <w:rPr>
          <w:lang w:eastAsia="zh-CN"/>
        </w:rPr>
        <w:t>　　9.参与部门活动的策划，并在活动过程中能具体实施各环节工作；</w:t>
      </w:r>
      <w:r>
        <w:rPr>
          <w:lang w:eastAsia="zh-CN"/>
        </w:rPr>
        <w:br/>
      </w:r>
      <w:r>
        <w:rPr>
          <w:lang w:eastAsia="zh-CN"/>
        </w:rPr>
        <w:t>　　10.了解部门工作性质，积极为部门提出可行性的建设性意见；</w:t>
      </w:r>
      <w:r>
        <w:rPr>
          <w:lang w:eastAsia="zh-CN"/>
        </w:rPr>
        <w:br/>
      </w:r>
      <w:r>
        <w:rPr>
          <w:lang w:eastAsia="zh-CN"/>
        </w:rPr>
        <w:t>　　11.与其他部门加强交流，合作，增强学生会的内部团结；</w:t>
      </w:r>
      <w:r>
        <w:rPr>
          <w:lang w:eastAsia="zh-CN"/>
        </w:rPr>
        <w:br/>
      </w:r>
      <w:r>
        <w:rPr>
          <w:lang w:eastAsia="zh-CN"/>
        </w:rPr>
        <w:t>　　12.尊敬师长，关心同学，思想端正；</w:t>
      </w:r>
      <w:r>
        <w:rPr>
          <w:lang w:eastAsia="zh-CN"/>
        </w:rPr>
        <w:br/>
      </w:r>
      <w:r>
        <w:rPr>
          <w:lang w:eastAsia="zh-CN"/>
        </w:rPr>
        <w:t>　　13.积极参加例会，不得无故旷会或迟到，时间观念强；</w:t>
      </w:r>
      <w:r>
        <w:rPr>
          <w:lang w:eastAsia="zh-CN"/>
        </w:rPr>
        <w:br/>
      </w:r>
      <w:r>
        <w:rPr>
          <w:lang w:eastAsia="zh-CN"/>
        </w:rPr>
        <w:t>　　14.有一定的电脑基础，懂得一些常用的办公软件，如：word、e_cel、ppt等；</w:t>
      </w:r>
      <w:r>
        <w:rPr>
          <w:lang w:eastAsia="zh-CN"/>
        </w:rPr>
        <w:br/>
      </w:r>
      <w:r>
        <w:rPr>
          <w:lang w:eastAsia="zh-CN"/>
        </w:rPr>
        <w:t>　　五.纳新对象：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传媒工程学院全体12级新生</w:t>
      </w:r>
      <w:r>
        <w:rPr>
          <w:lang w:eastAsia="zh-CN"/>
        </w:rPr>
        <w:br/>
      </w:r>
      <w:r>
        <w:rPr>
          <w:lang w:eastAsia="zh-CN"/>
        </w:rPr>
        <w:t>　　六.纳新人数：</w:t>
      </w:r>
      <w:r>
        <w:rPr>
          <w:lang w:eastAsia="zh-CN"/>
        </w:rPr>
        <w:br/>
      </w:r>
      <w:r>
        <w:rPr>
          <w:lang w:eastAsia="zh-CN"/>
        </w:rPr>
        <w:t>　　4-6名</w:t>
      </w:r>
      <w:r>
        <w:rPr>
          <w:lang w:eastAsia="zh-CN"/>
        </w:rPr>
        <w:br/>
      </w:r>
      <w:r>
        <w:rPr>
          <w:lang w:eastAsia="zh-CN"/>
        </w:rPr>
        <w:t xml:space="preserve">    学习部纳新工作计划范例 篇3 </w:t>
      </w:r>
      <w:r>
        <w:rPr>
          <w:lang w:eastAsia="zh-CN"/>
        </w:rPr>
        <w:br/>
      </w:r>
      <w:r>
        <w:rPr>
          <w:lang w:eastAsia="zh-CN"/>
        </w:rPr>
        <w:t>　　一、做好迎新工作</w:t>
      </w:r>
      <w:r>
        <w:rPr>
          <w:lang w:eastAsia="zh-CN"/>
        </w:rPr>
        <w:br/>
      </w:r>
      <w:r>
        <w:rPr>
          <w:lang w:eastAsia="zh-CN"/>
        </w:rPr>
        <w:t>　　现在我们最要做的，也是当务之急，便是做好11级新生的迎接及报到工作。为做好迎新工作，特制定一下迎新工作计划：</w:t>
      </w:r>
      <w:r>
        <w:rPr>
          <w:lang w:eastAsia="zh-CN"/>
        </w:rPr>
        <w:br/>
      </w:r>
      <w:r>
        <w:rPr>
          <w:lang w:eastAsia="zh-CN"/>
        </w:rPr>
        <w:t>　　①、配合各部、各助班，服从分团委的调配，做好新生报到的迎接及入学指导工作，以让新生尽快了解学校环境，了解学校常规制度等。</w:t>
      </w:r>
      <w:r>
        <w:rPr>
          <w:lang w:eastAsia="zh-CN"/>
        </w:rPr>
        <w:br/>
      </w:r>
      <w:r>
        <w:rPr>
          <w:lang w:eastAsia="zh-CN"/>
        </w:rPr>
        <w:t>　　②、配合文艺部，举办好迎新晚会。</w:t>
      </w:r>
      <w:r>
        <w:rPr>
          <w:lang w:eastAsia="zh-CN"/>
        </w:rPr>
        <w:br/>
      </w:r>
      <w:r>
        <w:rPr>
          <w:lang w:eastAsia="zh-CN"/>
        </w:rPr>
        <w:t>　　二、做好学习部的纳新工作</w:t>
      </w:r>
      <w:r>
        <w:rPr>
          <w:lang w:eastAsia="zh-CN"/>
        </w:rPr>
        <w:br/>
      </w:r>
      <w:r>
        <w:rPr>
          <w:lang w:eastAsia="zh-CN"/>
        </w:rPr>
        <w:t>　　为保障学习部的正常运转，学习部拟决定在新生军训完毕后，展开新一届的学习部纳新工作，制定纳新工作计划如下：</w:t>
      </w:r>
      <w:r>
        <w:rPr>
          <w:lang w:eastAsia="zh-CN"/>
        </w:rPr>
        <w:br/>
      </w:r>
      <w:r>
        <w:rPr>
          <w:lang w:eastAsia="zh-CN"/>
        </w:rPr>
        <w:t>　　①、本次学习部纳新，计划招纳10名左右新部员，具体数量视当时应聘同学数量、质量再做定夺;</w:t>
      </w:r>
      <w:r>
        <w:rPr>
          <w:lang w:eastAsia="zh-CN"/>
        </w:rPr>
        <w:br/>
      </w:r>
      <w:r>
        <w:rPr>
          <w:lang w:eastAsia="zh-CN"/>
        </w:rPr>
        <w:t>　　②、本着工作方便原则，学习部继续将采用优秀学习委员优先考虑的规则，展开纳新工作。</w:t>
      </w:r>
      <w:r>
        <w:rPr>
          <w:lang w:eastAsia="zh-CN"/>
        </w:rPr>
        <w:br/>
      </w:r>
      <w:r>
        <w:rPr>
          <w:lang w:eastAsia="zh-CN"/>
        </w:rPr>
        <w:t>　　三、学习部部员考核条例</w:t>
      </w:r>
      <w:r>
        <w:rPr>
          <w:lang w:eastAsia="zh-CN"/>
        </w:rPr>
        <w:br/>
      </w:r>
      <w:r>
        <w:rPr>
          <w:lang w:eastAsia="zh-CN"/>
        </w:rPr>
        <w:t>　　为了学习部的更好发展，加强新部员的业务水平培训，特制定以下考核条例：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①、例会制度：拟决定学习部每两周开一次例会，定于单周的周末在分团委办公室开例会，会上各部员总结两周的工作效果;</w:t>
      </w:r>
      <w:r>
        <w:rPr>
          <w:lang w:eastAsia="zh-CN"/>
        </w:rPr>
        <w:br/>
      </w:r>
      <w:r>
        <w:rPr>
          <w:lang w:eastAsia="zh-CN"/>
        </w:rPr>
        <w:t>　　②、具体考核：身为学习部的一员，不能无故旷课，不能无故迟到、早退，不能挂科，如有违反以上任一条规定，自动免职;</w:t>
      </w:r>
      <w:r>
        <w:rPr>
          <w:lang w:eastAsia="zh-CN"/>
        </w:rPr>
        <w:br/>
      </w:r>
      <w:r>
        <w:rPr>
          <w:lang w:eastAsia="zh-CN"/>
        </w:rPr>
        <w:t>　　③、部员培训方案：学习部将在平时及每次例会培训部员的本职工作，将使他们逐步熟悉学习部的工作。</w:t>
      </w:r>
      <w:r>
        <w:rPr>
          <w:lang w:eastAsia="zh-CN"/>
        </w:rPr>
        <w:br/>
      </w:r>
      <w:r>
        <w:rPr>
          <w:lang w:eastAsia="zh-CN"/>
        </w:rPr>
        <w:t>　　四、做好全系同学上课及大一同学早晚自习的出勤统计工作</w:t>
      </w:r>
      <w:r>
        <w:rPr>
          <w:lang w:eastAsia="zh-CN"/>
        </w:rPr>
        <w:br/>
      </w:r>
      <w:r>
        <w:rPr>
          <w:lang w:eastAsia="zh-CN"/>
        </w:rPr>
        <w:t>　　督察同学们的上课或自习出勤情况是学习部的本职工作，统计同学们的上课出勤情况，目的不是惩罚，而是为了更好的督促同学们更认真的学习。学习部将继续秉承历任学习部的优良工作作风，本着公平、公正、督促同学共同进步的宗旨，展开新学期的同学上课自习的出勤统计工作：</w:t>
      </w:r>
      <w:r>
        <w:rPr>
          <w:lang w:eastAsia="zh-CN"/>
        </w:rPr>
        <w:br/>
      </w:r>
      <w:r>
        <w:rPr>
          <w:lang w:eastAsia="zh-CN"/>
        </w:rPr>
        <w:t>　　①、采用“班里日日查、部里周周结”的总体方针。所谓“班里日日查”是指，我们将继续依赖各班学习委员，让各班学习委员做好每节课出勤情况的统计;所谓“部里周周结”是指，我们将让每班学习委员周末上交各班本周的考勤记录表，然后送到系里，我们将根据学委们的记录做出一份全系同学本周的出勤的周表;</w:t>
      </w:r>
      <w:r>
        <w:rPr>
          <w:lang w:eastAsia="zh-CN"/>
        </w:rPr>
        <w:br/>
      </w:r>
      <w:r>
        <w:rPr>
          <w:lang w:eastAsia="zh-CN"/>
        </w:rPr>
        <w:t>　　②、将安排学习部部员，不定时不定班的对我系同学进行随时突击检查上课出勤情况，频率为两周一次，以更好督促同学们对自己学习的更加负责;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③、安排学习部部员每天对大一的早晚自习及平时上课的出勤情况进行检查，缺勤同学将进行适当的处罚，此处罚将在期末进行统计，并与评优、奖学金等一系列推优活动挂钩。并及时查明缺勤同学的缺勤原因，并对无正当理由缺勤同学进行督促及监督。</w:t>
      </w:r>
      <w:r>
        <w:rPr>
          <w:lang w:eastAsia="zh-CN"/>
        </w:rPr>
        <w:br/>
      </w:r>
      <w:r>
        <w:rPr>
          <w:lang w:eastAsia="zh-CN"/>
        </w:rPr>
        <w:t>　　五、做好英语、计算机等级考试报名和统计工作及期末考试、补考的通知安排</w:t>
      </w:r>
      <w:r>
        <w:rPr>
          <w:lang w:eastAsia="zh-CN"/>
        </w:rPr>
        <w:br/>
      </w:r>
      <w:r>
        <w:rPr>
          <w:lang w:eastAsia="zh-CN"/>
        </w:rPr>
        <w:t>　　学习部将为同学们通过各种等级考试及期末考试、补考保驾护航，具体计划如下：</w:t>
      </w:r>
      <w:r>
        <w:rPr>
          <w:lang w:eastAsia="zh-CN"/>
        </w:rPr>
        <w:br/>
      </w:r>
      <w:r>
        <w:rPr>
          <w:lang w:eastAsia="zh-CN"/>
        </w:rPr>
        <w:t>　　①、做好今年12月份的英语四、六级考试报名工作，及收费工作;</w:t>
      </w:r>
      <w:r>
        <w:rPr>
          <w:lang w:eastAsia="zh-CN"/>
        </w:rPr>
        <w:br/>
      </w:r>
      <w:r>
        <w:rPr>
          <w:lang w:eastAsia="zh-CN"/>
        </w:rPr>
        <w:t>　　②、及时下发参加英语四、六级考试的同学的准考证，及时通知参加英语四、六级考试的同学的考试地点、考试时间等考试信息;</w:t>
      </w:r>
      <w:r>
        <w:rPr>
          <w:lang w:eastAsia="zh-CN"/>
        </w:rPr>
        <w:br/>
      </w:r>
      <w:r>
        <w:rPr>
          <w:lang w:eastAsia="zh-CN"/>
        </w:rPr>
        <w:t>　　③、做好本学期计算机等级考试的报名工作，及收费工作;</w:t>
      </w:r>
      <w:r>
        <w:rPr>
          <w:lang w:eastAsia="zh-CN"/>
        </w:rPr>
        <w:br/>
      </w:r>
      <w:r>
        <w:rPr>
          <w:lang w:eastAsia="zh-CN"/>
        </w:rPr>
        <w:t>　　④、及时下发参加计算机等级考试的同学的准考证，及时通知参加计算机等级考试的同学的考试地点、考试时间等考试信息;</w:t>
      </w:r>
      <w:r>
        <w:rPr>
          <w:lang w:eastAsia="zh-CN"/>
        </w:rPr>
        <w:br/>
      </w:r>
      <w:r>
        <w:rPr>
          <w:lang w:eastAsia="zh-CN"/>
        </w:rPr>
        <w:t>　　⑤、及时统计每次期末考试的成绩，及早通知补考同学的补考相关事宜。</w:t>
      </w:r>
      <w:r>
        <w:rPr>
          <w:lang w:eastAsia="zh-CN"/>
        </w:rPr>
        <w:br/>
      </w:r>
      <w:r>
        <w:rPr>
          <w:lang w:eastAsia="zh-CN"/>
        </w:rPr>
        <w:t>　　六、各种活动的策划及安排</w:t>
      </w:r>
      <w:r>
        <w:rPr>
          <w:lang w:eastAsia="zh-CN"/>
        </w:rPr>
        <w:br/>
      </w:r>
      <w:r>
        <w:rPr>
          <w:lang w:eastAsia="zh-CN"/>
        </w:rPr>
        <w:t>　　作为分团委学生会的一成员部门，学习部也应多出活动，以丰富我系同学的课余活动，做计划如下：</w:t>
      </w:r>
      <w:r>
        <w:rPr>
          <w:lang w:eastAsia="zh-CN"/>
        </w:rPr>
        <w:br/>
      </w:r>
      <w:r>
        <w:rPr>
          <w:lang w:eastAsia="zh-CN"/>
        </w:rPr>
        <w:t>　　①、为丰富新生的大学生活并切实的将课余时间利用起来，学习部拟决定十月份组织起咱们系的新一届辩论队，并利用课余时间由大二、大三学长做指导进行培训。辩论队以自愿参加为原则，进行为期一个月的培训，并将于十月底参加校学习部组织的辩论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②、基于大学里不同于高中的特殊的学习方式，大学与高中在学习生活上有很大的差别，为帮助大一新生尽快适应并找到适合自己的学习方式，学习部拟决定于十一月份举行学习经验交流会，届时将邀请多位学习成绩优秀的学长、学姐去每专业进行学习经验、专业知识的传授、讲解。以让大一新生及早产生对本专业的兴趣，及早定位自己，找到自己奋斗的方向。</w:t>
      </w:r>
      <w:r>
        <w:rPr>
          <w:lang w:eastAsia="zh-CN"/>
        </w:rPr>
        <w:br/>
      </w:r>
      <w:r>
        <w:rPr>
          <w:lang w:eastAsia="zh-CN"/>
        </w:rPr>
        <w:t>　　③、为让大一新生很好的应对大学里的第一场大学考试，学习部拟决定在十二月份中旬，举办大一新生期末考试动员大会，宣传学校的考纪考规，届时将由考试成绩优秀的学长、学姐对大一新生中对大学考试的迷惘和困惑进行逐一答疑解惑，以让新生同学们顺利通过大学的第一次期末考试。</w:t>
      </w:r>
      <w:r>
        <w:rPr>
          <w:lang w:eastAsia="zh-CN"/>
        </w:rPr>
        <w:br/>
      </w:r>
      <w:r>
        <w:rPr>
          <w:lang w:eastAsia="zh-CN"/>
        </w:rPr>
        <w:t>　　学习部愿意积极协助分团委学生会其他部门的工作，愿意同其他部门将五系的未来建设的更加美好。我们学习部将在五系这个和谐的大家庭里和谐成长，学习部坚决服从团组织的调配，坚决完成团组织交给的任务。</w:t>
      </w:r>
      <w:r>
        <w:rPr>
          <w:lang w:eastAsia="zh-CN"/>
        </w:rPr>
        <w:br/>
      </w:r>
      <w:r>
        <w:rPr>
          <w:lang w:eastAsia="zh-CN"/>
        </w:rPr>
        <w:t xml:space="preserve">    学习部纳新工作计划范例 篇4 </w:t>
      </w:r>
      <w:r>
        <w:rPr>
          <w:lang w:eastAsia="zh-CN"/>
        </w:rPr>
        <w:br/>
      </w:r>
      <w:r>
        <w:rPr>
          <w:lang w:eastAsia="zh-CN"/>
        </w:rPr>
        <w:t>　　俗话说：“成功往往更青睐于有准备的人”所以我部门这个月也做了相应的计划准备，对于上个月的成绩我部门还有待加强，我相信五月份在我部门部长的带领下，我部门这个月必须会取得满意的成绩的。</w:t>
      </w:r>
      <w:r>
        <w:rPr>
          <w:lang w:eastAsia="zh-CN"/>
        </w:rPr>
        <w:br/>
      </w:r>
      <w:r>
        <w:rPr>
          <w:lang w:eastAsia="zh-CN"/>
        </w:rPr>
        <w:t>　　一、关于学习部日常工作</w:t>
      </w:r>
      <w:r>
        <w:rPr>
          <w:lang w:eastAsia="zh-CN"/>
        </w:rPr>
        <w:br/>
      </w:r>
      <w:r>
        <w:rPr>
          <w:lang w:eastAsia="zh-CN"/>
        </w:rPr>
        <w:t>　　1、在这个月里，我们坚持继续进行查到课率的工作，以监督大家的学习，另外，我们在本月会协助院部办好礼貌教室评比工作。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2、每周五检查学习委员材料，进行周评比，从学习委员那里获得更多有关我系的学习状况。</w:t>
      </w:r>
      <w:r>
        <w:rPr>
          <w:lang w:eastAsia="zh-CN"/>
        </w:rPr>
        <w:br/>
      </w:r>
      <w:r>
        <w:rPr>
          <w:lang w:eastAsia="zh-CN"/>
        </w:rPr>
        <w:t>　　二、关于部门活动</w:t>
      </w:r>
      <w:r>
        <w:rPr>
          <w:lang w:eastAsia="zh-CN"/>
        </w:rPr>
        <w:br/>
      </w:r>
      <w:r>
        <w:rPr>
          <w:lang w:eastAsia="zh-CN"/>
        </w:rPr>
        <w:t>　　1、积极开展学风督导，督促大家的学习，推进我院的学风建设，为创造良好的学习氛围打下基础，对礼貌教室进行评比，以便同学们有更好的.学习氛围。</w:t>
      </w:r>
      <w:r>
        <w:rPr>
          <w:lang w:eastAsia="zh-CN"/>
        </w:rPr>
        <w:br/>
      </w:r>
      <w:r>
        <w:rPr>
          <w:lang w:eastAsia="zh-CN"/>
        </w:rPr>
        <w:t>　　2、积极参加院系组织的各项活动及会议。</w:t>
      </w:r>
      <w:r>
        <w:rPr>
          <w:lang w:eastAsia="zh-CN"/>
        </w:rPr>
        <w:br/>
      </w:r>
      <w:r>
        <w:rPr>
          <w:lang w:eastAsia="zh-CN"/>
        </w:rPr>
        <w:t>　　以上是我部门的计划，我相信计划赶不上变化，我部门会依照计划严格实行，虽然还有不足，但我相信我们部门能够在部长的带领下更进一步，大家齐心协力，为把部门办的更好而不懈努力，坚持着上进，我也相信我们部门的明天会越来越好，常言道：“坚持就是胜利，付出就会有回报”我部门的付出会是明天最好的见证。</w:t>
      </w:r>
      <w:r>
        <w:rPr>
          <w:lang w:eastAsia="zh-CN"/>
        </w:rPr>
        <w:br/>
      </w:r>
      <w:r>
        <w:rPr>
          <w:lang w:eastAsia="zh-CN"/>
        </w:rPr>
        <w:t xml:space="preserve">    学习部纳新工作计划范例 篇5 </w:t>
      </w:r>
      <w:r>
        <w:rPr>
          <w:lang w:eastAsia="zh-CN"/>
        </w:rPr>
        <w:br/>
      </w:r>
      <w:r>
        <w:rPr>
          <w:lang w:eastAsia="zh-CN"/>
        </w:rPr>
        <w:t>　　新的开始，新的期望。总结过去一学期的工作经验，我们要作好充分准备，迎接新的挑战，争取获得更大的进步。针对学习部自身工作职责以及内部的具体状况，现对__年—20_年第一学期学习部工作作如下计划：</w:t>
      </w:r>
      <w:r>
        <w:rPr>
          <w:lang w:eastAsia="zh-CN"/>
        </w:rPr>
        <w:br/>
      </w:r>
      <w:r>
        <w:rPr>
          <w:lang w:eastAsia="zh-CN"/>
        </w:rPr>
        <w:t>　　一、结合本部门的状况，制定新的招收新干部的要求，确保招收高素质的新成员进入学习部。</w:t>
      </w:r>
      <w:r>
        <w:rPr>
          <w:lang w:eastAsia="zh-CN"/>
        </w:rPr>
        <w:br/>
      </w:r>
      <w:r>
        <w:rPr>
          <w:lang w:eastAsia="zh-CN"/>
        </w:rPr>
        <w:t>　　由于刊物审稿工作的要求有所提高，下学期对与新干部的要求明显要严格，初步计划如下：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招干分两批次：一是学习部日常工作成员的招收。主要侧重于其团体合作精神及管理潜力的培养。二是《旭日》、《军训专刊》审编成员以及学校学生会各类大型活动报道的通讯员的招收，采取考试面试的形式以保证人员的写作水平，并与办公室(他们更了解每次活动状况)合作成立编委小组，提高文稿方面的质量。</w:t>
      </w:r>
      <w:r>
        <w:rPr>
          <w:lang w:eastAsia="zh-CN"/>
        </w:rPr>
        <w:br/>
      </w:r>
      <w:r>
        <w:rPr>
          <w:lang w:eastAsia="zh-CN"/>
        </w:rPr>
        <w:t>　　2、要求各院系学习部有专门的通讯员，和我部成立通讯小组，负责活动的通讯报道。</w:t>
      </w:r>
      <w:r>
        <w:rPr>
          <w:lang w:eastAsia="zh-CN"/>
        </w:rPr>
        <w:br/>
      </w:r>
      <w:r>
        <w:rPr>
          <w:lang w:eastAsia="zh-CN"/>
        </w:rPr>
        <w:t>　　3、邀请学校记者团干部对我们的干部进行写作和通讯报道方面的指导和培训，提升内部写作水平。</w:t>
      </w:r>
      <w:r>
        <w:rPr>
          <w:lang w:eastAsia="zh-CN"/>
        </w:rPr>
        <w:br/>
      </w:r>
      <w:r>
        <w:rPr>
          <w:lang w:eastAsia="zh-CN"/>
        </w:rPr>
        <w:t>　　4、加强新成员的培训与潜力培养，使其尽快适应部门工作环境。并加强各院系新一届部长与我部新成员的沟通。</w:t>
      </w:r>
      <w:r>
        <w:rPr>
          <w:lang w:eastAsia="zh-CN"/>
        </w:rPr>
        <w:br/>
      </w:r>
      <w:r>
        <w:rPr>
          <w:lang w:eastAsia="zh-CN"/>
        </w:rPr>
        <w:t>　　二、加强学风建设，严肃考纪考风，展示我校广大学生的文化修养，展现当代大学生健康向上的精神风貌。</w:t>
      </w:r>
      <w:r>
        <w:rPr>
          <w:lang w:eastAsia="zh-CN"/>
        </w:rPr>
        <w:br/>
      </w:r>
      <w:r>
        <w:rPr>
          <w:lang w:eastAsia="zh-CN"/>
        </w:rPr>
        <w:t>　　学习部一向本着服务大家的宗旨，努力营造良好的校园学习氛围。端正学风，强化纪律观念，调动大家的学习热情，培养全院学生具有用心的学习态度和较强的自学潜力，更好地发挥本部责能，</w:t>
      </w:r>
      <w:r>
        <w:rPr>
          <w:lang w:eastAsia="zh-CN"/>
        </w:rPr>
        <w:br/>
      </w:r>
      <w:r>
        <w:rPr>
          <w:lang w:eastAsia="zh-CN"/>
        </w:rPr>
        <w:t>　　三、《军训专刊》的征稿、审稿、排版以及出版系列工作</w:t>
      </w:r>
      <w:r>
        <w:rPr>
          <w:lang w:eastAsia="zh-CN"/>
        </w:rPr>
        <w:br/>
      </w:r>
      <w:r>
        <w:rPr>
          <w:lang w:eastAsia="zh-CN"/>
        </w:rPr>
        <w:t>　　《军刊》的工作将是下学期又一大工作重心，汲取__年的《军刊》的经验，我们务必作好充分准备，争取一开始军训的同时立刻开始《军刊》的宣传及征稿工作，职责落实到位，坚持以各系部长和本部门成员为小组直接到班进行大力宣传，以保证所征集的稿件有更好的质量。(管理录guanlilu。)</w:t>
      </w:r>
      <w:r>
        <w:rPr>
          <w:lang w:eastAsia="zh-CN"/>
        </w:rPr>
        <w:br/>
      </w:r>
      <w:r>
        <w:rPr>
          <w:lang w:eastAsia="zh-CN"/>
        </w:rPr>
        <w:t>　　四、《旭日》征稿、审稿、出版系列工作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旭日》工作一向是本部门的中心工作，下学期，我们将继续对《旭日》的稿件资料质量把好关，并对其资料及排版进行进一步改善，保证文章资料礼貌健康、新颖有特色，使得《旭日》逐渐成熟化，更加有创意。</w:t>
      </w:r>
      <w:r>
        <w:rPr>
          <w:lang w:eastAsia="zh-CN"/>
        </w:rPr>
        <w:br/>
      </w:r>
      <w:r>
        <w:rPr>
          <w:lang w:eastAsia="zh-CN"/>
        </w:rPr>
        <w:t>　　《旭日》的质量问题是至关重要的，“杜绝抄袭，支持原创”依然是我们的征稿原则，务必严把质量关。为此，我们在下学期会着重加强内部干部写作水平的培训，同时合理进行人手分工，职责到位。</w:t>
      </w:r>
      <w:r>
        <w:rPr>
          <w:lang w:eastAsia="zh-CN"/>
        </w:rPr>
        <w:br/>
      </w:r>
      <w:r>
        <w:rPr>
          <w:lang w:eastAsia="zh-CN"/>
        </w:rPr>
        <w:t>　　五、院运会的审稿小组工作</w:t>
      </w:r>
      <w:r>
        <w:rPr>
          <w:lang w:eastAsia="zh-CN"/>
        </w:rPr>
        <w:br/>
      </w:r>
      <w:r>
        <w:rPr>
          <w:lang w:eastAsia="zh-CN"/>
        </w:rPr>
        <w:t>　　以院运会审稿工作为锲机，加强新旧干部的沟通与交流，提高新一批学习部成员的办事潜力及管理潜力，继续持续校与院系学习部间的和谐关系，增强友谊，建立友好的工作关系。其次，以各院系学习部部长为主要审稿人员，内部成员为辅助工作者，保证运动会的稿件数量及质量，并做到公平、公正、公开，使得稿件审查工作得以顺利进行。</w:t>
      </w:r>
      <w:r>
        <w:rPr>
          <w:lang w:eastAsia="zh-CN"/>
        </w:rPr>
        <w:br/>
      </w:r>
      <w:r>
        <w:rPr>
          <w:lang w:eastAsia="zh-CN"/>
        </w:rPr>
        <w:t>　　六、加强例会监督力度，保证每次例会以高质量召开，并保证工作落实到位。</w:t>
      </w:r>
      <w:r>
        <w:rPr>
          <w:lang w:eastAsia="zh-CN"/>
        </w:rPr>
        <w:br/>
      </w:r>
      <w:r>
        <w:rPr>
          <w:lang w:eastAsia="zh-CN"/>
        </w:rPr>
        <w:t>　　根据本部门例会制度，对例会时间及质量作出明确规定，加强本部与各院系部门交流，工作任务安排到位，到达预期效果。收集各系部门例会工作汇报表，了解各院系学习部对会议资料的明确程度和近段时间的工作计划、成绩、总结及相关报道，作出汇总存档。</w:t>
      </w:r>
      <w:r>
        <w:rPr>
          <w:lang w:eastAsia="zh-CN"/>
        </w:rPr>
        <w:br/>
      </w:r>
      <w:r>
        <w:rPr>
          <w:lang w:eastAsia="zh-CN"/>
        </w:rPr>
        <w:t>　　七、规范资料管理制度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秘书组要规范管理资料文件(包括部门制度、征稿启示、月结表、会议记录、工作计划及总结、学生干部档案表等)，构成必须的历史资料为新一届学习部工作带给经验教训，作参考。学习部档案分为：章程制度、活动策划、工作总结等。</w:t>
      </w:r>
      <w:r>
        <w:rPr>
          <w:lang w:eastAsia="zh-CN"/>
        </w:rPr>
        <w:br/>
      </w:r>
      <w:r>
        <w:rPr>
          <w:lang w:eastAsia="zh-CN"/>
        </w:rPr>
        <w:t>　　八、通讯录的更新</w:t>
      </w:r>
      <w:r>
        <w:rPr>
          <w:lang w:eastAsia="zh-CN"/>
        </w:rPr>
        <w:br/>
      </w:r>
      <w:r>
        <w:rPr>
          <w:lang w:eastAsia="zh-CN"/>
        </w:rPr>
        <w:t>　　新的一个学期，通讯录也要进行一次全面的更新，目的是保证每一次例会能按时按质的进行以及能够迅速安排工作任务。同时，也继续实行“一对一职责制”工作原则，提高工作效率。</w:t>
      </w:r>
      <w:r>
        <w:rPr>
          <w:lang w:eastAsia="zh-CN"/>
        </w:rPr>
        <w:br/>
      </w:r>
      <w:r>
        <w:rPr>
          <w:lang w:eastAsia="zh-CN"/>
        </w:rPr>
        <w:t>　　九、举行丰富多彩的校园文化活动</w:t>
      </w:r>
      <w:r>
        <w:rPr>
          <w:lang w:eastAsia="zh-CN"/>
        </w:rPr>
        <w:br/>
      </w:r>
      <w:r>
        <w:rPr>
          <w:lang w:eastAsia="zh-CN"/>
        </w:rPr>
        <w:t>　　有了本学期的礼貌修身演讲比赛的经验，我们决定再举办一次由学习部组织的大型活动，提高各干部的工作组织潜力及协调潜力。其次，根据各院系特点，落实任务，初步计划以几个系为单位联手合作开展活动，加强院系间的沟通。</w:t>
      </w:r>
      <w:r>
        <w:rPr>
          <w:lang w:eastAsia="zh-CN"/>
        </w:rPr>
        <w:br/>
      </w:r>
      <w:r>
        <w:rPr>
          <w:lang w:eastAsia="zh-CN"/>
        </w:rPr>
        <w:t>　　希计划赶不上变化，有新的想法或变动将随时作添减。具体细则有待商榷，望指点!同时，期望学习部在老师和主席团的正确领导下能够更加团结工作，不断进步，真正做到“为同学服务”的宗旨，我们也必须会秉承学习部一向以来的优良工作作风，努力做到最好!</w:t>
      </w:r>
      <w:r>
        <w:rPr>
          <w:lang w:eastAsia="zh-CN"/>
        </w:rPr>
        <w:br/>
      </w:r>
      <w:r>
        <w:rPr>
          <w:lang w:eastAsia="zh-CN"/>
        </w:rPr>
        <w:t xml:space="preserve">    学习部纳新工作计划范例 篇6 </w:t>
      </w:r>
      <w:r>
        <w:rPr>
          <w:lang w:eastAsia="zh-CN"/>
        </w:rPr>
        <w:br/>
      </w:r>
      <w:r>
        <w:rPr>
          <w:lang w:eastAsia="zh-CN"/>
        </w:rPr>
        <w:t>　　新的开始，新的期望。总结过去一学期的工作经验，我们要作好充分准备，迎接新的挑战，争取获得更大的进步。针对学习部自身工作职责以及内部的具体状况，现对__年&amp;20_年第一学期学习部工作作如下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一、结合本部门的状况，制定新的招收新干部的要求，确保招收高素质的新成员进入学习部。</w:t>
      </w:r>
      <w:r>
        <w:rPr>
          <w:lang w:eastAsia="zh-CN"/>
        </w:rPr>
        <w:br/>
      </w:r>
      <w:r>
        <w:rPr>
          <w:lang w:eastAsia="zh-CN"/>
        </w:rPr>
        <w:t>　　由于刊物审稿工作的要求有所提高，下学期对与新干部的要求明显要严格，初步计划如下：</w:t>
      </w:r>
      <w:r>
        <w:rPr>
          <w:lang w:eastAsia="zh-CN"/>
        </w:rPr>
        <w:br/>
      </w:r>
      <w:r>
        <w:rPr>
          <w:lang w:eastAsia="zh-CN"/>
        </w:rPr>
        <w:t>　　1、招干分两批次：一是学习部日常工作成员的招收。主要侧重于其团体合作精神及管理潜力的培养。二是《旭日》、《军训专刊》审编成员以及学校学生会各类大型活动报道的通讯员的招收，采取考试面试的形式以保证人员的写作水平，并与办公室(他们更了解每次活动状况)合作成立编委小组，提高文稿方面的质量。</w:t>
      </w:r>
      <w:r>
        <w:rPr>
          <w:lang w:eastAsia="zh-CN"/>
        </w:rPr>
        <w:br/>
      </w:r>
      <w:r>
        <w:rPr>
          <w:lang w:eastAsia="zh-CN"/>
        </w:rPr>
        <w:t>　　2、要求各院系学习部有专门的通讯员，和我部成立通讯小组，负责活动的通讯报道。</w:t>
      </w:r>
      <w:r>
        <w:rPr>
          <w:lang w:eastAsia="zh-CN"/>
        </w:rPr>
        <w:br/>
      </w:r>
      <w:r>
        <w:rPr>
          <w:lang w:eastAsia="zh-CN"/>
        </w:rPr>
        <w:t>　　3、邀请学校记者团干部对我们的干部进行写作和通讯报道方面的指导和培训，提升内部写作水平。</w:t>
      </w:r>
      <w:r>
        <w:rPr>
          <w:lang w:eastAsia="zh-CN"/>
        </w:rPr>
        <w:br/>
      </w:r>
      <w:r>
        <w:rPr>
          <w:lang w:eastAsia="zh-CN"/>
        </w:rPr>
        <w:t>　　4、加强新成员的培训与潜力培养，使其尽快适应部门工作环境。并加强各院系新一届部长与我部新成员的沟通。</w:t>
      </w:r>
      <w:r>
        <w:rPr>
          <w:lang w:eastAsia="zh-CN"/>
        </w:rPr>
        <w:br/>
      </w:r>
      <w:r>
        <w:rPr>
          <w:lang w:eastAsia="zh-CN"/>
        </w:rPr>
        <w:t>　　二、加强学风建设，严肃考纪考风，展示我校广大学生的文化修养，展现当代大学生健康向上的精神风貌。</w:t>
      </w:r>
      <w:r>
        <w:rPr>
          <w:lang w:eastAsia="zh-CN"/>
        </w:rPr>
        <w:br/>
      </w:r>
      <w:r>
        <w:rPr>
          <w:lang w:eastAsia="zh-CN"/>
        </w:rPr>
        <w:t>　　学习部一向本着服务大家的宗旨，努力营造良好的校园学习氛围。端正学风，强化纪律观念，调动大家的学习热情，培养全院学生具有用心的学习态度和较强的自学潜力，更好地发挥本部责能，</w:t>
      </w:r>
      <w:r>
        <w:rPr>
          <w:lang w:eastAsia="zh-CN"/>
        </w:rPr>
        <w:br/>
      </w:r>
      <w:r>
        <w:rPr>
          <w:lang w:eastAsia="zh-CN"/>
        </w:rPr>
        <w:t>　　三、《军训专刊》的征稿、审稿、排版以及出版系列工作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军刊》的工作将是下学期又一大工作重心，汲取__年的《军刊》的经验，我们务必作好充分准备，争取一开始军训的同时立刻开始《军刊》的宣传及征稿工作，职责落实到位，坚持以各系部长和本部门成员为小组直接到班进行大力宣传，以保证所征集的稿件有更好的质量。(管理录guanlilu。)</w:t>
      </w:r>
      <w:r>
        <w:rPr>
          <w:lang w:eastAsia="zh-CN"/>
        </w:rPr>
        <w:br/>
      </w:r>
      <w:r>
        <w:rPr>
          <w:lang w:eastAsia="zh-CN"/>
        </w:rPr>
        <w:t>　　四、《旭日》征稿、审稿、出版系列工作</w:t>
      </w:r>
      <w:r>
        <w:rPr>
          <w:lang w:eastAsia="zh-CN"/>
        </w:rPr>
        <w:br/>
      </w:r>
      <w:r>
        <w:rPr>
          <w:lang w:eastAsia="zh-CN"/>
        </w:rPr>
        <w:t>　　《旭日》工作一向是本部门的中心工作，下学期，我们将继续对《旭日》的稿件资料质量把好关，并对其资料及排版进行进一步改善，保证文章资料礼貌健康、新颖有特色，使得《旭日》逐渐成熟化，更加有创意。</w:t>
      </w:r>
      <w:r>
        <w:rPr>
          <w:lang w:eastAsia="zh-CN"/>
        </w:rPr>
        <w:br/>
      </w:r>
      <w:r>
        <w:rPr>
          <w:lang w:eastAsia="zh-CN"/>
        </w:rPr>
        <w:t>　　《旭日》的质量问题是至关重要的，杜绝抄袭，支持原创依然是我们的征稿原则，务必严把质量关。为此，我们在下学期会着重加强内部干部写作水平的培训，同时合理进行人手分工，职责到位。</w:t>
      </w:r>
      <w:r>
        <w:rPr>
          <w:lang w:eastAsia="zh-CN"/>
        </w:rPr>
        <w:br/>
      </w:r>
      <w:r>
        <w:rPr>
          <w:lang w:eastAsia="zh-CN"/>
        </w:rPr>
        <w:t>　　五、院运会的审稿小组工作</w:t>
      </w:r>
      <w:r>
        <w:rPr>
          <w:lang w:eastAsia="zh-CN"/>
        </w:rPr>
        <w:br/>
      </w:r>
      <w:r>
        <w:rPr>
          <w:lang w:eastAsia="zh-CN"/>
        </w:rPr>
        <w:t>　　以院运会审稿工作为锲机，加强新旧干部的沟通与交流，提高新一批学习部成员的办事潜力及管理潜力，继续持续校与院系学习部间的和谐关系，增强友谊，建立友好的工作关系。其次，以各院系学习部部长为主要审稿人员，内部成员为辅助工作者，保证运动会的稿件数量及质量，并做到公平、公正、公开，使得稿件审查工作得以顺利进行。</w:t>
      </w:r>
      <w:r>
        <w:rPr>
          <w:lang w:eastAsia="zh-CN"/>
        </w:rPr>
        <w:br/>
      </w:r>
      <w:r>
        <w:rPr>
          <w:lang w:eastAsia="zh-CN"/>
        </w:rPr>
        <w:t>　　六、加强例会监督力度，保证每次例会以高质量召开，并保证工作落实到位。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根据本部门例会制度，对例会时间及质量作出明确规定，加强本部与各院系部门交流，工作任务安排到位，到达预期效果。收集各系部门例会工作汇报表，了解各院系学习部对会议资料的明确程度和近段时间的工作计划、成绩、总结及相关报道，作出汇总存档。</w:t>
      </w:r>
      <w:r>
        <w:rPr>
          <w:lang w:eastAsia="zh-CN"/>
        </w:rPr>
        <w:br/>
      </w:r>
      <w:r>
        <w:rPr>
          <w:lang w:eastAsia="zh-CN"/>
        </w:rPr>
        <w:t>　　七、规范资料管理制度</w:t>
      </w:r>
      <w:r>
        <w:rPr>
          <w:lang w:eastAsia="zh-CN"/>
        </w:rPr>
        <w:br/>
      </w:r>
      <w:r>
        <w:rPr>
          <w:lang w:eastAsia="zh-CN"/>
        </w:rPr>
        <w:t>　　秘书组要规范管理资料文件(包括部门制度、征稿启示、月结表、会议记录、工作计划及总结、学生干部档案表等)，构成必须的历史资料为新一届学习部工作带给经验教训，作参考。学习部档案分为：章程制度、活动策划、工作总结等。</w:t>
      </w:r>
      <w:r>
        <w:rPr>
          <w:lang w:eastAsia="zh-CN"/>
        </w:rPr>
        <w:br/>
      </w:r>
      <w:r>
        <w:rPr>
          <w:lang w:eastAsia="zh-CN"/>
        </w:rPr>
        <w:t>　　八、通讯录的更新</w:t>
      </w:r>
      <w:r>
        <w:rPr>
          <w:lang w:eastAsia="zh-CN"/>
        </w:rPr>
        <w:br/>
      </w:r>
      <w:r>
        <w:rPr>
          <w:lang w:eastAsia="zh-CN"/>
        </w:rPr>
        <w:t>　　新的一个学期，通讯录也要进行一次全面的更新，目的是保证每一次例会能按时按质的进行以及能够迅速安排工作任务。同时，也继续实行一对一职责制工作原则，提高工作效率。</w:t>
      </w:r>
      <w:r>
        <w:rPr>
          <w:lang w:eastAsia="zh-CN"/>
        </w:rPr>
        <w:br/>
      </w:r>
      <w:r>
        <w:rPr>
          <w:lang w:eastAsia="zh-CN"/>
        </w:rPr>
        <w:t>　　九、举行丰富多彩的校园文化活动</w:t>
      </w:r>
      <w:r>
        <w:rPr>
          <w:lang w:eastAsia="zh-CN"/>
        </w:rPr>
        <w:br/>
      </w:r>
      <w:r>
        <w:rPr>
          <w:lang w:eastAsia="zh-CN"/>
        </w:rPr>
        <w:t>　　有了本学期的礼貌修身演讲比赛的经验，我们决定再举办一次由学习部组织的大型活动，提高各干部的工作组织潜力及协调潜力。其次，根据各院系特点，落实任务，初步计划以几个系为单位联手合作开展活动，加强院系间的沟通。</w:t>
      </w:r>
      <w:r>
        <w:rPr>
          <w:lang w:eastAsia="zh-CN"/>
        </w:rPr>
        <w:br/>
      </w:r>
      <w:r>
        <w:rPr>
          <w:lang w:eastAsia="zh-CN"/>
        </w:rPr>
        <w:t>　　希计划赶不上变化，有新的想法或变动将随时作添减。具体细则有待商榷，望指点!同时，期望学习部在老师和主席团的正确领导下能够更加团结工作，不断进步，真正做到为同学服务的宗旨，我们也必须会秉承学习部一向以来的优良工作作风，努力做到最好!</w:t>
      </w:r>
      <w:r>
        <w:rPr>
          <w:lang w:eastAsia="zh-CN"/>
        </w:rPr>
        <w:br/>
      </w:r>
      <w:r>
        <w:rPr>
          <w:lang w:eastAsia="zh-CN"/>
        </w:rPr>
        <w:t>　　学习部的个人工作计划篇二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 定期开展技能培训，提高干事技能，加深其对部门内务操作的了解</w:t>
      </w:r>
      <w:r>
        <w:rPr>
          <w:lang w:eastAsia="zh-CN"/>
        </w:rPr>
        <w:br/>
      </w:r>
      <w:r>
        <w:rPr>
          <w:lang w:eastAsia="zh-CN"/>
        </w:rPr>
        <w:t>　　具体措施：</w:t>
      </w:r>
      <w:r>
        <w:rPr>
          <w:lang w:eastAsia="zh-CN"/>
        </w:rPr>
        <w:br/>
      </w:r>
      <w:r>
        <w:rPr>
          <w:lang w:eastAsia="zh-CN"/>
        </w:rPr>
        <w:t>　　部长负责带领干事，传授干事一些学习部的基本常识和技能，如：考勤、检查晨读、教学反馈表;</w:t>
      </w:r>
      <w:r>
        <w:rPr>
          <w:lang w:eastAsia="zh-CN"/>
        </w:rPr>
        <w:br/>
      </w:r>
      <w:r>
        <w:rPr>
          <w:lang w:eastAsia="zh-CN"/>
        </w:rPr>
        <w:t>　　预期效果：</w:t>
      </w:r>
      <w:r>
        <w:rPr>
          <w:lang w:eastAsia="zh-CN"/>
        </w:rPr>
        <w:br/>
      </w:r>
      <w:r>
        <w:rPr>
          <w:lang w:eastAsia="zh-CN"/>
        </w:rPr>
        <w:t>　　1、 干事们对学习部的日常工作程序和操作过程能够得到进一步的了解，以应对突发情况。既培养干事们的个人能力，也为部长分担一些任务。</w:t>
      </w:r>
      <w:r>
        <w:rPr>
          <w:lang w:eastAsia="zh-CN"/>
        </w:rPr>
        <w:br/>
      </w:r>
      <w:r>
        <w:rPr>
          <w:lang w:eastAsia="zh-CN"/>
        </w:rPr>
        <w:t>　　2、 强部长与干事之间的了解和互动，增进彼此的感情。</w:t>
      </w:r>
      <w:r>
        <w:rPr>
          <w:lang w:eastAsia="zh-CN"/>
        </w:rPr>
        <w:br/>
      </w:r>
      <w:r>
        <w:rPr>
          <w:lang w:eastAsia="zh-CN"/>
        </w:rPr>
        <w:t>　　3、 挖掘每一个干事的浅能，让每个人都能够得到锻炼，提高自身的能力。提高工作效率，增强各成员的技能。</w:t>
      </w:r>
      <w:r>
        <w:rPr>
          <w:lang w:eastAsia="zh-CN"/>
        </w:rPr>
        <w:br/>
      </w:r>
      <w:r>
        <w:rPr>
          <w:lang w:eastAsia="zh-CN"/>
        </w:rPr>
        <w:t>　　二、 定期开展会议，加深交流</w:t>
      </w:r>
      <w:r>
        <w:rPr>
          <w:lang w:eastAsia="zh-CN"/>
        </w:rPr>
        <w:br/>
      </w:r>
      <w:r>
        <w:rPr>
          <w:lang w:eastAsia="zh-CN"/>
        </w:rPr>
        <w:t>　　具体措施：</w:t>
      </w:r>
      <w:r>
        <w:rPr>
          <w:lang w:eastAsia="zh-CN"/>
        </w:rPr>
        <w:br/>
      </w:r>
      <w:r>
        <w:rPr>
          <w:lang w:eastAsia="zh-CN"/>
        </w:rPr>
        <w:t>　　1、定期开展会议，就学习部近期的情况进行讨论和研究，找出不足，发扬优点;</w:t>
      </w:r>
      <w:r>
        <w:rPr>
          <w:lang w:eastAsia="zh-CN"/>
        </w:rPr>
        <w:br/>
      </w:r>
      <w:r>
        <w:rPr>
          <w:lang w:eastAsia="zh-CN"/>
        </w:rPr>
        <w:t>　　2、形式可以多样化，例如吃饭，聊天，闲谈等(具体事项待部长讨论最终确定)</w:t>
      </w:r>
      <w:r>
        <w:rPr>
          <w:lang w:eastAsia="zh-CN"/>
        </w:rPr>
        <w:br/>
      </w:r>
      <w:r>
        <w:rPr>
          <w:lang w:eastAsia="zh-CN"/>
        </w:rPr>
        <w:t>　　预期效果：</w:t>
      </w:r>
      <w:r>
        <w:rPr>
          <w:lang w:eastAsia="zh-CN"/>
        </w:rPr>
        <w:br/>
      </w:r>
      <w:r>
        <w:rPr>
          <w:lang w:eastAsia="zh-CN"/>
        </w:rPr>
        <w:t>　　增进大家的交流与沟通，及时发现部门存在的问题，给予解决</w:t>
      </w:r>
      <w:r>
        <w:rPr>
          <w:lang w:eastAsia="zh-CN"/>
        </w:rPr>
        <w:br/>
      </w:r>
      <w:r>
        <w:rPr>
          <w:lang w:eastAsia="zh-CN"/>
        </w:rPr>
        <w:t>　　三、 传播学习部文化，加强与其他部门的沟通与合作</w:t>
      </w:r>
      <w:r>
        <w:rPr>
          <w:lang w:eastAsia="zh-CN"/>
        </w:rPr>
        <w:br/>
      </w:r>
      <w:r>
        <w:rPr>
          <w:lang w:eastAsia="zh-CN"/>
        </w:rPr>
        <w:t>　　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 各大活动与其他部门加强交流，了解其工作程序和工作内容;</w:t>
      </w:r>
      <w:r>
        <w:rPr>
          <w:lang w:eastAsia="zh-CN"/>
        </w:rPr>
        <w:br/>
      </w:r>
      <w:r>
        <w:rPr>
          <w:lang w:eastAsia="zh-CN"/>
        </w:rPr>
        <w:t>　　2、 我们的干事与其他部门的干事多接触，无论是学习上，还是工作上，增进各部门干事间的感情。</w:t>
      </w:r>
      <w:r>
        <w:rPr>
          <w:lang w:eastAsia="zh-CN"/>
        </w:rPr>
        <w:br/>
      </w:r>
      <w:r>
        <w:rPr>
          <w:lang w:eastAsia="zh-CN"/>
        </w:rPr>
        <w:t>　　预期效果：</w:t>
      </w:r>
      <w:r>
        <w:rPr>
          <w:lang w:eastAsia="zh-CN"/>
        </w:rPr>
        <w:br/>
      </w:r>
      <w:r>
        <w:rPr>
          <w:lang w:eastAsia="zh-CN"/>
        </w:rPr>
        <w:t>　　1、 分贯彻大家庭的观念，让学生会的每个人都能够和睦相处，互帮互助;</w:t>
      </w:r>
      <w:r>
        <w:rPr>
          <w:lang w:eastAsia="zh-CN"/>
        </w:rPr>
        <w:br/>
      </w:r>
      <w:r>
        <w:rPr>
          <w:lang w:eastAsia="zh-CN"/>
        </w:rPr>
        <w:t>　　2、 培养部门各成员的交际能力，学会与人往来。</w:t>
      </w:r>
      <w:r>
        <w:rPr>
          <w:lang w:eastAsia="zh-CN"/>
        </w:rPr>
        <w:br/>
      </w:r>
      <w:r>
        <w:rPr>
          <w:lang w:eastAsia="zh-CN"/>
        </w:rPr>
        <w:t xml:space="preserve">    学习部纳新工作计划范例 篇7 </w:t>
      </w:r>
      <w:r>
        <w:rPr>
          <w:lang w:eastAsia="zh-CN"/>
        </w:rPr>
        <w:br/>
      </w:r>
      <w:r>
        <w:rPr>
          <w:lang w:eastAsia="zh-CN"/>
        </w:rPr>
        <w:t>　　信息与机电工程学院</w:t>
      </w:r>
      <w:r>
        <w:rPr>
          <w:lang w:eastAsia="zh-CN"/>
        </w:rPr>
        <w:br/>
      </w:r>
      <w:r>
        <w:rPr>
          <w:lang w:eastAsia="zh-CN"/>
        </w:rPr>
        <w:t>　　学生会学习部工作总结</w:t>
      </w:r>
      <w:r>
        <w:rPr>
          <w:lang w:eastAsia="zh-CN"/>
        </w:rPr>
        <w:br/>
      </w:r>
      <w:r>
        <w:rPr>
          <w:lang w:eastAsia="zh-CN"/>
        </w:rPr>
        <w:t>　　一年的学习部干事生活，一年的学习部部长生活让我对我的部门产生了浓厚的情感，我的学习部在第一学期所开展的活动是时间最早，规模最大的一次活动。在“一二。九”期间也积极参与机电学院举办的迎新晚会、中秋晚会、音乐节等各种活动和一系列讲座。同时我们部门还在下学期开展了以“我的讲台”为主题的展示活动，不过这个活动是在部内举办的，还没有将其推广到全学院，相信这个活动一定会成为学习部的另一代表性活动并得到传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首先是辩论赛，历届以来，辩论赛都是作为我们学习部乃至机电学院的一个特色活动，由于活动的时间就是在大一新生刚刚适应大学生活后不久举办的，所以每个班级，每位同学对参与的积极性都是特别的高的。作为负责统筹组织的我们部门来说，这也是一种很大的锻炼机会。在举办辩论赛的过程中我获益良多。不仅熟悉了活动的流程，增长了知识，培养了对突发事件的应变力，增强了责任心。而且在活动的过程中，我认识了很多朋友，这对我以后的人生是很大的帮助。这项赛事的目的是为了培养大一新生的团队合作精神以及提高自身的逻辑思维能力。院辩论赛分为四部分：赛前宣传及筹备、选手赛前培训、四轮比赛以及最后的总结环节。由于开始准备并不是十分严谨在活动过程中也出了一些小乱子，不过在其他部门的帮助下还是顺利</w:t>
      </w:r>
      <w:r>
        <w:rPr>
          <w:lang w:eastAsia="zh-CN"/>
        </w:rPr>
        <w:br/>
      </w:r>
      <w:r>
        <w:rPr>
          <w:lang w:eastAsia="zh-CN"/>
        </w:rPr>
        <w:t>　　的进行了。但在以后的复赛和决赛中这种现象就明显减少了此外我们还参加了校级的辩论赛。校辩论赛对于我们来说仿佛是反主为客，我们的任务也轻松了不少，只需组织参赛队并随时联系通知赛程就行了。不过，亲身体会后我才发现校辩论赛并不简单。首先，在挑选辩手这一环节，我们就遇到了困难，本着自愿参加的原则我们联系了很多院辩论赛的优秀选手，不过很多人因为学业以及社团原因婉拒了我们，最后我们又在10级干事的帮助下找到了愿意参加比赛的人，凑足参加校辩论赛的人手。第二点就是如何把各具特色的辩手召集起来，每个辩手都有自己独特的才华以及桀骜的个性，所以与他们沟通也是一门学问。最终我们机电获得了第四的成绩，可能是由于与研究生代表队比赛时10级的新生有些紧张的缘故，我们并没有发挥出更好的水平，希望以后我们机电能够战胜困拿到满意的.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第二学期由我们学习部负责的活动相对较少，也相对轻松了好多，我们部门的一名干事想出了一个很有创意的活动—“我的讲台”，活动主要是以每个人像老师一样再讲台上展示自己所知道的知识，也算是一个分享会，这个活动首先是在我们部内举办的，如果效果好就会在全院进行比赛，到时一定会产生很大的影响。</w:t>
      </w:r>
      <w:r>
        <w:rPr>
          <w:lang w:eastAsia="zh-CN"/>
        </w:rPr>
        <w:br/>
      </w:r>
      <w:r>
        <w:rPr>
          <w:lang w:eastAsia="zh-CN"/>
        </w:rPr>
        <w:t>　　如今新的一批少年即将踏上我们曾经的舞台，希望他们能够在属于自己的舞台中发挥他们的能力展示他们的力量，希望第九届学生会能更加让新生感到温暖，给每个梦想一个舞台，尽情挥洒他们的青春！</w:t>
      </w:r>
      <w:r>
        <w:rPr>
          <w:lang w:eastAsia="zh-CN"/>
        </w:rPr>
        <w:br/>
      </w:r>
      <w:r>
        <w:rPr>
          <w:lang w:eastAsia="zh-CN"/>
        </w:rPr>
        <w:t xml:space="preserve">    学习部纳新工作计划范例 篇8 </w:t>
      </w:r>
      <w:r>
        <w:rPr>
          <w:lang w:eastAsia="zh-CN"/>
        </w:rPr>
        <w:br/>
      </w:r>
      <w:r>
        <w:rPr>
          <w:lang w:eastAsia="zh-CN"/>
        </w:rPr>
        <w:t>　　通过层层面试我们学习部的成员已经定了下来。本学期我们部将围绕着同学们的需要，时间的限制来开展一些能丰富同学课余生活的活动。</w:t>
      </w:r>
      <w:r>
        <w:rPr>
          <w:lang w:eastAsia="zh-CN"/>
        </w:rPr>
        <w:br/>
      </w:r>
      <w:r>
        <w:rPr>
          <w:lang w:eastAsia="zh-CN"/>
        </w:rPr>
        <w:t>　　主要拟订了以下几个方案活动。</w:t>
      </w:r>
      <w:r>
        <w:rPr>
          <w:lang w:eastAsia="zh-CN"/>
        </w:rPr>
        <w:br/>
      </w:r>
      <w:r>
        <w:rPr>
          <w:lang w:eastAsia="zh-CN"/>
        </w:rPr>
        <w:t>　　一 经验面对面交流会。</w:t>
      </w:r>
      <w:r>
        <w:rPr>
          <w:lang w:eastAsia="zh-CN"/>
        </w:rPr>
        <w:br/>
      </w:r>
      <w:r>
        <w:rPr>
          <w:lang w:eastAsia="zh-CN"/>
        </w:rPr>
        <w:t>　　邀请高年级的在过去一年中在各个方面表现突出的同学给大一的新生进行一次经验心得的交流，使得大一的学生有自己的方向。</w:t>
      </w:r>
      <w:r>
        <w:rPr>
          <w:lang w:eastAsia="zh-CN"/>
        </w:rPr>
        <w:br/>
      </w:r>
      <w:r>
        <w:rPr>
          <w:lang w:eastAsia="zh-CN"/>
        </w:rPr>
        <w:t>　　学习方面获得英才奖的个人</w:t>
      </w:r>
      <w:r>
        <w:rPr>
          <w:lang w:eastAsia="zh-CN"/>
        </w:rPr>
        <w:br/>
      </w:r>
      <w:r>
        <w:rPr>
          <w:lang w:eastAsia="zh-CN"/>
        </w:rPr>
        <w:t>　　学生会工作表现突出的个人</w:t>
      </w:r>
      <w:r>
        <w:rPr>
          <w:lang w:eastAsia="zh-CN"/>
        </w:rPr>
        <w:br/>
      </w:r>
      <w:r>
        <w:rPr>
          <w:lang w:eastAsia="zh-CN"/>
        </w:rPr>
        <w:t>　　二 大学生未来的职业选择</w:t>
      </w:r>
      <w:r>
        <w:rPr>
          <w:lang w:eastAsia="zh-CN"/>
        </w:rPr>
        <w:br/>
      </w:r>
      <w:r>
        <w:rPr>
          <w:lang w:eastAsia="zh-CN"/>
        </w:rPr>
        <w:t>　　搜集大学生在校生可选择的未来出路，包括对职业的选择，下载相关的资料和文章以大展板的形式进行宣传。</w:t>
      </w:r>
      <w:r>
        <w:rPr>
          <w:lang w:eastAsia="zh-CN"/>
        </w:rPr>
        <w:br/>
      </w:r>
      <w:r>
        <w:rPr>
          <w:lang w:eastAsia="zh-CN"/>
        </w:rPr>
        <w:t>　　三 我的专业我的梦演讲比赛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选出普通话口才较好的同学选手，进行培训，为参加学校的演讲比赛作好准备。</w:t>
      </w:r>
      <w:r>
        <w:rPr>
          <w:lang w:eastAsia="zh-CN"/>
        </w:rPr>
        <w:br/>
      </w:r>
      <w:r>
        <w:rPr>
          <w:lang w:eastAsia="zh-CN"/>
        </w:rPr>
        <w:t>　　四 大学生辩论赛</w:t>
      </w:r>
      <w:r>
        <w:rPr>
          <w:lang w:eastAsia="zh-CN"/>
        </w:rPr>
        <w:br/>
      </w:r>
      <w:r>
        <w:rPr>
          <w:lang w:eastAsia="zh-CN"/>
        </w:rPr>
        <w:t>　　以班为单位在学院内举行，以大一同学为主要对象，选出表现突出的辩手做为校辩论赛做准备。</w:t>
      </w:r>
      <w:r>
        <w:rPr>
          <w:lang w:eastAsia="zh-CN"/>
        </w:rPr>
        <w:br/>
      </w:r>
      <w:r>
        <w:rPr>
          <w:lang w:eastAsia="zh-CN"/>
        </w:rPr>
        <w:t>　　五 与英语沙龙协会合办英语学习活动</w:t>
      </w:r>
      <w:r>
        <w:rPr>
          <w:lang w:eastAsia="zh-CN"/>
        </w:rPr>
        <w:br/>
      </w:r>
      <w:r>
        <w:rPr>
          <w:lang w:eastAsia="zh-CN"/>
        </w:rPr>
        <w:t>　　六 与外联部合作，组织同学深入到聊城比较成功的企业中去参观学习。增长同学们的和专业知识水平.</w:t>
      </w:r>
      <w:r>
        <w:rPr>
          <w:lang w:eastAsia="zh-CN"/>
        </w:rPr>
        <w:br/>
      </w:r>
      <w:r>
        <w:rPr>
          <w:lang w:eastAsia="zh-CN"/>
        </w:rPr>
        <w:t>　　七 组织知识竞赛.提高同学们的知识水平.扩大知识面</w:t>
      </w:r>
      <w:r>
        <w:rPr>
          <w:lang w:eastAsia="zh-CN"/>
        </w:rPr>
        <w:br/>
      </w:r>
      <w:r>
        <w:rPr>
          <w:lang w:eastAsia="zh-CN"/>
        </w:rPr>
        <w:t xml:space="preserve">    学习部纳新工作计划范例 篇9 </w:t>
      </w:r>
      <w:r>
        <w:rPr>
          <w:lang w:eastAsia="zh-CN"/>
        </w:rPr>
        <w:br/>
      </w:r>
      <w:r>
        <w:rPr>
          <w:lang w:eastAsia="zh-CN"/>
        </w:rPr>
        <w:t>　　通过学习部全体员工的共同努力，这学期的所有活动都顺利有序的完成了。</w:t>
      </w:r>
      <w:r>
        <w:rPr>
          <w:lang w:eastAsia="zh-CN"/>
        </w:rPr>
        <w:br/>
      </w:r>
      <w:r>
        <w:rPr>
          <w:lang w:eastAsia="zh-CN"/>
        </w:rPr>
        <w:t>　　从策划到申请再到成功主持，不仅丰富了校园文化生活，也让每个学习的成员得到充分的锻炼。</w:t>
      </w:r>
      <w:r>
        <w:rPr>
          <w:lang w:eastAsia="zh-CN"/>
        </w:rPr>
        <w:br/>
      </w:r>
      <w:r>
        <w:rPr>
          <w:lang w:eastAsia="zh-CN"/>
        </w:rPr>
        <w:t>　　1、从学期开始，为了提高学生的听说能力，学习部收集了学生各方面的意见，召集各班委了解各班的情况，最终制定出了《美国之音》和《走遍美国》两套听力方案。从第五周开始播出，早上自习20分钟，晚上自习30分钟，一直到第十八周结束。</w:t>
      </w:r>
      <w:r>
        <w:rPr>
          <w:lang w:eastAsia="zh-CN"/>
        </w:rPr>
        <w:br/>
      </w:r>
      <w:r>
        <w:rPr>
          <w:lang w:eastAsia="zh-CN"/>
        </w:rPr>
        <w:t>　　2、配合学院学习部举办“节能月知识竞赛”，学习部负责组织软件办报名，软件办夺冠。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3、4月1日至5月10日，第二届“李云杯”大学生辩论赛举行。经过三轮和七场比赛，可视化专业和多媒体专业获得冠军和亚军，选出八名优秀辩手和一名最佳辩手。他受到了张导演的表扬，并取得了巨大的成功。</w:t>
      </w:r>
      <w:r>
        <w:rPr>
          <w:lang w:eastAsia="zh-CN"/>
        </w:rPr>
        <w:br/>
      </w:r>
      <w:r>
        <w:rPr>
          <w:lang w:eastAsia="zh-CN"/>
        </w:rPr>
        <w:t>　　4、5月14日和5月21日举行的技能月英语单词竞赛取得了圆满成功。以图文专业和Web专业获得冠军和亚军。</w:t>
      </w:r>
      <w:r>
        <w:rPr>
          <w:lang w:eastAsia="zh-CN"/>
        </w:rPr>
        <w:br/>
      </w:r>
      <w:r>
        <w:rPr>
          <w:lang w:eastAsia="zh-CN"/>
        </w:rPr>
        <w:t>　　5、配合学院团委完成“学院第四届大学生辩论赛”，由学习部承担，作为总结赛的PPT和计时器。软件Office夺冠。</w:t>
      </w:r>
      <w:r>
        <w:rPr>
          <w:lang w:eastAsia="zh-CN"/>
        </w:rPr>
        <w:br/>
      </w:r>
      <w:r>
        <w:rPr>
          <w:lang w:eastAsia="zh-CN"/>
        </w:rPr>
        <w:t>　　6、配合文艺部办晚会送一级毕业生。学习部的、任佳、高兰、唐、林帮忙安排会场，从上午九点到下午五点，一刻不停，连午饭都忘了。聚会非常成功。</w:t>
      </w:r>
      <w:r>
        <w:rPr>
          <w:lang w:eastAsia="zh-CN"/>
        </w:rPr>
        <w:br/>
      </w:r>
      <w:r>
        <w:rPr>
          <w:lang w:eastAsia="zh-CN"/>
        </w:rPr>
        <w:t>　　经过一个学期的工作学习，所有学不会的成员都得到了很好的训练，无论是理解还是行动都有所提高。</w:t>
      </w:r>
      <w:r>
        <w:rPr>
          <w:lang w:eastAsia="zh-CN"/>
        </w:rPr>
        <w:br/>
      </w:r>
      <w:r>
        <w:rPr>
          <w:lang w:eastAsia="zh-CN"/>
        </w:rPr>
        <w:t xml:space="preserve">    学习部纳新工作计划范例 篇10 </w:t>
      </w:r>
      <w:r>
        <w:rPr>
          <w:lang w:eastAsia="zh-CN"/>
        </w:rPr>
        <w:br/>
      </w:r>
      <w:r>
        <w:rPr>
          <w:lang w:eastAsia="zh-CN"/>
        </w:rPr>
        <w:t>　　新的开始，新的期望。总结过去一学期的工作经验，我们要作好充分准备，迎接新的挑战，争取获得更大的进步。针对学习部自身工作职责以及内部的具体状况，现对20__年—20__年第一学期学习部工作作如下计划：</w:t>
      </w:r>
      <w:r>
        <w:rPr>
          <w:lang w:eastAsia="zh-CN"/>
        </w:rPr>
        <w:br/>
      </w:r>
      <w:r>
        <w:rPr>
          <w:lang w:eastAsia="zh-CN"/>
        </w:rPr>
        <w:t>　　一、结合本部门的状况，制定新的招收新干部的要求，确保招收高素质的新成员进入学习部。</w:t>
      </w:r>
      <w:r>
        <w:rPr>
          <w:lang w:eastAsia="zh-CN"/>
        </w:rPr>
        <w:br/>
      </w:r>
      <w:r>
        <w:rPr>
          <w:lang w:eastAsia="zh-CN"/>
        </w:rPr>
        <w:t>　　由于刊物审稿工作的要求有所提高，下学期对与新干部的要求明显要严格，初步计划如下：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招干分两批次：一就是学习部日常工作成员的招收。主要侧重于其团体合作精神及管理潜力的培养。二就是《旭日》、《军训专刊》审编成员以及学校学生会各类大型活动报道的通讯员的招收，采取考试面试的形式以保证人员的写作水平，并与办公室（他们更了解每次活动状况）合作成立编委小组，提高文稿方面的质量。</w:t>
      </w:r>
      <w:r>
        <w:rPr>
          <w:lang w:eastAsia="zh-CN"/>
        </w:rPr>
        <w:br/>
      </w:r>
      <w:r>
        <w:rPr>
          <w:lang w:eastAsia="zh-CN"/>
        </w:rPr>
        <w:t>　　2、要求各院系学习部有专门的通讯员，和我部成立通讯小组，负责活动的通讯报道。</w:t>
      </w:r>
      <w:r>
        <w:rPr>
          <w:lang w:eastAsia="zh-CN"/>
        </w:rPr>
        <w:br/>
      </w:r>
      <w:r>
        <w:rPr>
          <w:lang w:eastAsia="zh-CN"/>
        </w:rPr>
        <w:t>　　3、邀请学校记者团干部对我们的干部进行写作和通讯报道方面的指导和培训，提升内部写作水平。</w:t>
      </w:r>
      <w:r>
        <w:rPr>
          <w:lang w:eastAsia="zh-CN"/>
        </w:rPr>
        <w:br/>
      </w:r>
      <w:r>
        <w:rPr>
          <w:lang w:eastAsia="zh-CN"/>
        </w:rPr>
        <w:t>　　4、加强新成员的培训与潜力培养，使其尽快适应部门工作环境。并加强各院系新一届部长与我部新成员的沟通。</w:t>
      </w:r>
      <w:r>
        <w:rPr>
          <w:lang w:eastAsia="zh-CN"/>
        </w:rPr>
        <w:br/>
      </w:r>
      <w:r>
        <w:rPr>
          <w:lang w:eastAsia="zh-CN"/>
        </w:rPr>
        <w:t>　　二、加强学风建设，严肃考纪考风，展示我校广大学生的文化修养，展现当代大学生健康向上的精神风貌。</w:t>
      </w:r>
      <w:r>
        <w:rPr>
          <w:lang w:eastAsia="zh-CN"/>
        </w:rPr>
        <w:br/>
      </w:r>
      <w:r>
        <w:rPr>
          <w:lang w:eastAsia="zh-CN"/>
        </w:rPr>
        <w:t>　　学习部一向本着服务大家的宗旨，努力营造良好的校园学习氛围。端正学风，强化纪律观念，调动大家的学习热情，培养全院学生具有用心的学习态度和较强的自学潜力，更好地发挥本部责能。</w:t>
      </w:r>
      <w:r>
        <w:rPr>
          <w:lang w:eastAsia="zh-CN"/>
        </w:rPr>
        <w:br/>
      </w:r>
      <w:r>
        <w:rPr>
          <w:lang w:eastAsia="zh-CN"/>
        </w:rPr>
        <w:t>　　三、《军训专刊》的征稿、审稿、排版以及出版系列工作</w:t>
      </w:r>
      <w:r>
        <w:rPr>
          <w:lang w:eastAsia="zh-CN"/>
        </w:rPr>
        <w:br/>
      </w:r>
      <w:r>
        <w:rPr>
          <w:lang w:eastAsia="zh-CN"/>
        </w:rPr>
        <w:t>　　《军刊》的工作将就是下学期又一大工作重心，汲取20__年的《军刊》的经验，我们务必作好充分准备，争取一开始军训的同时立刻开始《军刊》的宣传及征稿工作，职责落实到位，坚持以各系部长和本部门成员为小组直接到班进行大力宣传，以保证所征集的稿件有更好的质量。</w:t>
      </w:r>
      <w:r>
        <w:rPr>
          <w:lang w:eastAsia="zh-CN"/>
        </w:rPr>
        <w:br/>
      </w:r>
      <w:r>
        <w:rPr>
          <w:lang w:eastAsia="zh-CN"/>
        </w:rPr>
        <w:t>　　四、《旭日》征稿、审稿、出版系列工作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旭日》工作一向就是本部门的中心工作，下学期，我们将继续对《旭日》的稿件资料质量把好关，并对其资料及排版进行进一步改善，保证文章资料礼貌健康、新颖有特色，使得《旭日》逐渐成熟化，更加有创意。</w:t>
      </w:r>
      <w:r>
        <w:rPr>
          <w:lang w:eastAsia="zh-CN"/>
        </w:rPr>
        <w:br/>
      </w:r>
      <w:r>
        <w:rPr>
          <w:lang w:eastAsia="zh-CN"/>
        </w:rPr>
        <w:t>　　《旭日》的质量问题就是至关重要的，“杜绝抄袭，支持原创”依然就是我们的征稿原则，务必严把质量关。为此，我们在下学期会着重加强内部干部写作水平的培训，同时合理进行人手分工，职责到位。</w:t>
      </w:r>
      <w:r>
        <w:rPr>
          <w:lang w:eastAsia="zh-CN"/>
        </w:rPr>
        <w:br/>
      </w:r>
      <w:r>
        <w:rPr>
          <w:lang w:eastAsia="zh-CN"/>
        </w:rPr>
        <w:t>　　五、院运会的审稿小组工作</w:t>
      </w:r>
      <w:r>
        <w:rPr>
          <w:lang w:eastAsia="zh-CN"/>
        </w:rPr>
        <w:br/>
      </w:r>
      <w:r>
        <w:rPr>
          <w:lang w:eastAsia="zh-CN"/>
        </w:rPr>
        <w:t>　　以院运会审稿工作为锲机，加强新旧干部的沟通与交流，然而提高新一批学习部成员的办事潜力及管理潜力，继续持续校与院系学习部间的和谐关系，增强友谊，建立友好的'工作关系。其次，以各院系学习部部长为主要审稿人员，内部成员为辅助工作者，保证运动会的稿件数量及质量，并做到公平、公正、公开，使得稿件审查工作得以顺利进行。</w:t>
      </w:r>
      <w:r>
        <w:rPr>
          <w:lang w:eastAsia="zh-CN"/>
        </w:rPr>
        <w:br/>
      </w:r>
      <w:r>
        <w:rPr>
          <w:lang w:eastAsia="zh-CN"/>
        </w:rPr>
        <w:t>　　六、加强例会监督力度，保证每次例会以高质量召开，并保证工作落实到位。</w:t>
      </w:r>
      <w:r>
        <w:rPr>
          <w:lang w:eastAsia="zh-CN"/>
        </w:rPr>
        <w:br/>
      </w:r>
      <w:r>
        <w:rPr>
          <w:lang w:eastAsia="zh-CN"/>
        </w:rPr>
        <w:t>　　根据本部门例会制度，对例会时间及质量作出明确规定，加强本部与各院系部门交流，工作任务安排到位，到达预期效果。收集各系部门例会工作汇报表，了解各院系学习部对会议资料的明确程度和近段时间的工作计划、成绩、总结及相关报道，作出汇总存档。</w:t>
      </w:r>
      <w:r>
        <w:rPr>
          <w:lang w:eastAsia="zh-CN"/>
        </w:rPr>
        <w:br/>
      </w:r>
      <w:r>
        <w:rPr>
          <w:lang w:eastAsia="zh-CN"/>
        </w:rPr>
        <w:t>　　七、规范资料管理制度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秘书组要规范管理资料文件（包括部门制度、征稿启示、月结表、会议记录、工作计划及总结、学生干部档案表等），构成必须的历史资料为新一届学习部工作带给经验教训，作参考。学习部档案分为：章程制度、活动策划、工作总结等。</w:t>
      </w:r>
      <w:r>
        <w:rPr>
          <w:lang w:eastAsia="zh-CN"/>
        </w:rPr>
        <w:br/>
      </w:r>
      <w:r>
        <w:rPr>
          <w:lang w:eastAsia="zh-CN"/>
        </w:rPr>
        <w:t>　　八、通讯录的更新</w:t>
      </w:r>
      <w:r>
        <w:rPr>
          <w:lang w:eastAsia="zh-CN"/>
        </w:rPr>
        <w:br/>
      </w:r>
      <w:r>
        <w:rPr>
          <w:lang w:eastAsia="zh-CN"/>
        </w:rPr>
        <w:t>　　新的一个学期，通讯录也要进行一次全面的更新，然而目的就是保证每一次例会能按时按质的进行以及能够迅速安排工作任务。同时，也继续实行“一对一职责制”工作原则，提高工作效率。</w:t>
      </w:r>
      <w:r>
        <w:rPr>
          <w:lang w:eastAsia="zh-CN"/>
        </w:rPr>
        <w:br/>
      </w:r>
      <w:r>
        <w:rPr>
          <w:lang w:eastAsia="zh-CN"/>
        </w:rPr>
        <w:t>　　九、举行丰富多彩的校园文化活动</w:t>
      </w:r>
      <w:r>
        <w:rPr>
          <w:lang w:eastAsia="zh-CN"/>
        </w:rPr>
        <w:br/>
      </w:r>
      <w:r>
        <w:rPr>
          <w:lang w:eastAsia="zh-CN"/>
        </w:rPr>
        <w:t>　　有了本学期的礼貌修身演讲比赛的经验，我们决定再举办一次由学习部组织的大型活动，提高各干部的工作组织潜力及协调潜力。其次，根据各院系特点，落实任务，然而初步计划以几个系为单位联手合作开展活动，加强院系间的沟通。</w:t>
      </w:r>
      <w:r>
        <w:rPr>
          <w:lang w:eastAsia="zh-CN"/>
        </w:rPr>
        <w:br/>
      </w:r>
      <w:r>
        <w:rPr>
          <w:lang w:eastAsia="zh-CN"/>
        </w:rPr>
        <w:t>　　希计划赶不上变化，有新的想法或变动将随时作添减。具体细则有待商榷，望指点！同时，期望学习部在老师和主席团的正确领导下能够更加团结工作，不断进步，真正做到“为同学服务”的宗旨，我们也必须会秉承学习部一向以来的优良工作作风，努力做到最好！</w:t>
      </w:r>
      <w:r>
        <w:rPr>
          <w:lang w:eastAsia="zh-CN"/>
        </w:rPr>
        <w:br/>
      </w:r>
      <w:r>
        <w:rPr>
          <w:lang w:eastAsia="zh-CN"/>
        </w:rPr>
        <w:t xml:space="preserve">    学习部纳新工作计划范例 篇11 </w:t>
      </w:r>
      <w:r>
        <w:rPr>
          <w:lang w:eastAsia="zh-CN"/>
        </w:rPr>
        <w:br/>
      </w:r>
      <w:r>
        <w:rPr>
          <w:lang w:eastAsia="zh-CN"/>
        </w:rPr>
        <w:t>　　一年之计在于春，一个学期之计在于开始，俗话说好的开始是成功的一半。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新年、新春、新学期，我们也该有新的打算。学习部作为学生会的常规组织，过去的一年在全体成员的共同努力之下，学习部取得了必须的成绩，在本年的工作中我们将继承优点，改正不足，争取把学习部的工作做的更好，充分为大家服好务。为我院的发展贡献我们的力量。</w:t>
      </w:r>
      <w:r>
        <w:rPr>
          <w:lang w:eastAsia="zh-CN"/>
        </w:rPr>
        <w:br/>
      </w:r>
      <w:r>
        <w:rPr>
          <w:lang w:eastAsia="zh-CN"/>
        </w:rPr>
        <w:t>　　自我们学院成立，各项学生工作都不断地由系向院的规模发展，在教师和同学们的共同努力下，各项工作都取得了不少提高。</w:t>
      </w:r>
      <w:r>
        <w:rPr>
          <w:lang w:eastAsia="zh-CN"/>
        </w:rPr>
        <w:br/>
      </w:r>
      <w:r>
        <w:rPr>
          <w:lang w:eastAsia="zh-CN"/>
        </w:rPr>
        <w:t>　　学生会当然也基于原先的规模发展壮大了许多，而学生的天职就是学习，为大家营造好的学习氛围很有必要性，所以学习部成为学生会不可或缺的部门之一。</w:t>
      </w:r>
      <w:r>
        <w:rPr>
          <w:lang w:eastAsia="zh-CN"/>
        </w:rPr>
        <w:br/>
      </w:r>
      <w:r>
        <w:rPr>
          <w:lang w:eastAsia="zh-CN"/>
        </w:rPr>
        <w:t>　　我院学生会学习部正处于急需发展提高、迈向更高层次的过程中，虽有必须优势存在，但也有些需解决的问题。</w:t>
      </w:r>
      <w:r>
        <w:rPr>
          <w:lang w:eastAsia="zh-CN"/>
        </w:rPr>
        <w:br/>
      </w:r>
      <w:r>
        <w:rPr>
          <w:lang w:eastAsia="zh-CN"/>
        </w:rPr>
        <w:t>　　目标与任务</w:t>
      </w:r>
      <w:r>
        <w:rPr>
          <w:lang w:eastAsia="zh-CN"/>
        </w:rPr>
        <w:br/>
      </w:r>
      <w:r>
        <w:rPr>
          <w:lang w:eastAsia="zh-CN"/>
        </w:rPr>
        <w:t>　　在学习部现有的基础之上，继续开展以前部内优秀的活动项目，策划新的特色活动。同时，努力做好由学院、主席团下达的各项任务，配合其他部门的工作开展。力争成为让学院教师、主席团、同学们满意的部门。</w:t>
      </w:r>
      <w:r>
        <w:rPr>
          <w:lang w:eastAsia="zh-CN"/>
        </w:rPr>
        <w:br/>
      </w:r>
      <w:r>
        <w:rPr>
          <w:lang w:eastAsia="zh-CN"/>
        </w:rPr>
        <w:t>　　现状的分析</w:t>
      </w:r>
      <w:r>
        <w:rPr>
          <w:lang w:eastAsia="zh-CN"/>
        </w:rPr>
        <w:br/>
      </w:r>
      <w:r>
        <w:rPr>
          <w:lang w:eastAsia="zh-CN"/>
        </w:rPr>
        <w:t>　　一、现有的优点：</w:t>
      </w:r>
      <w:r>
        <w:rPr>
          <w:lang w:eastAsia="zh-CN"/>
        </w:rPr>
        <w:br/>
      </w:r>
      <w:r>
        <w:rPr>
          <w:lang w:eastAsia="zh-CN"/>
        </w:rPr>
        <w:t>　　（一）学习部由主席团一名成员直接负责管理，有利于加强上下之间的联系与交流，便于两者的工作开展。</w:t>
      </w:r>
      <w:r>
        <w:rPr>
          <w:lang w:eastAsia="zh-CN"/>
        </w:rPr>
        <w:br/>
      </w:r>
      <w:r>
        <w:rPr>
          <w:lang w:eastAsia="zh-CN"/>
        </w:rPr>
        <w:t>　　（二）由学习部组织或配合学院、团委的工作，如先进班群众的建立与评比、学风建设月活动，督促各年纪各班努力向优秀班群众发展。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（三）学习部能够在很大程度上配合其他部门活动、工作开展，能够体现出学生会团结合作的意识。</w:t>
      </w:r>
      <w:r>
        <w:rPr>
          <w:lang w:eastAsia="zh-CN"/>
        </w:rPr>
        <w:br/>
      </w:r>
      <w:r>
        <w:rPr>
          <w:lang w:eastAsia="zh-CN"/>
        </w:rPr>
        <w:t>　　二、尚存的问题：</w:t>
      </w:r>
      <w:r>
        <w:rPr>
          <w:lang w:eastAsia="zh-CN"/>
        </w:rPr>
        <w:br/>
      </w:r>
      <w:r>
        <w:rPr>
          <w:lang w:eastAsia="zh-CN"/>
        </w:rPr>
        <w:t>　　（一）部内自身的发展和部员的管理有待改善，需加强培养干事的工作潜力，提高工作效率。</w:t>
      </w:r>
      <w:r>
        <w:rPr>
          <w:lang w:eastAsia="zh-CN"/>
        </w:rPr>
        <w:br/>
      </w:r>
      <w:r>
        <w:rPr>
          <w:lang w:eastAsia="zh-CN"/>
        </w:rPr>
        <w:t>　　（二）学习部与学院各班学习委员有必须交流，但还没有构成完善的机制，达成相互沟通以提高的意识有待加强，需及时向学院教师传达院学生的学习状况。</w:t>
      </w:r>
      <w:r>
        <w:rPr>
          <w:lang w:eastAsia="zh-CN"/>
        </w:rPr>
        <w:br/>
      </w:r>
      <w:r>
        <w:rPr>
          <w:lang w:eastAsia="zh-CN"/>
        </w:rPr>
        <w:t>　　（三）学习部与其他部门的关系仍有待进一步加强。</w:t>
      </w:r>
      <w:r>
        <w:rPr>
          <w:lang w:eastAsia="zh-CN"/>
        </w:rPr>
        <w:br/>
      </w:r>
      <w:r>
        <w:rPr>
          <w:lang w:eastAsia="zh-CN"/>
        </w:rPr>
        <w:t>　　（四）活动需要更多创新与时效性，抓住时间、考试安排（如英语四、六级考试，计算机考试）等各种契机进行。</w:t>
      </w:r>
      <w:r>
        <w:rPr>
          <w:lang w:eastAsia="zh-CN"/>
        </w:rPr>
        <w:br/>
      </w:r>
      <w:r>
        <w:rPr>
          <w:lang w:eastAsia="zh-CN"/>
        </w:rPr>
        <w:t>　　解决方式与措施</w:t>
      </w:r>
      <w:r>
        <w:rPr>
          <w:lang w:eastAsia="zh-CN"/>
        </w:rPr>
        <w:br/>
      </w:r>
      <w:r>
        <w:rPr>
          <w:lang w:eastAsia="zh-CN"/>
        </w:rPr>
        <w:t>　　一、加强人员组织与管理：</w:t>
      </w:r>
      <w:r>
        <w:rPr>
          <w:lang w:eastAsia="zh-CN"/>
        </w:rPr>
        <w:br/>
      </w:r>
      <w:r>
        <w:rPr>
          <w:lang w:eastAsia="zh-CN"/>
        </w:rPr>
        <w:t>　　加强锻炼干事的工作潜力；组织各班学习委员成立院学习委员会，旨在了解和督促各班学习状况。</w:t>
      </w:r>
      <w:r>
        <w:rPr>
          <w:lang w:eastAsia="zh-CN"/>
        </w:rPr>
        <w:br/>
      </w:r>
      <w:r>
        <w:rPr>
          <w:lang w:eastAsia="zh-CN"/>
        </w:rPr>
        <w:t>　　（一）部内成员职责：</w:t>
      </w:r>
      <w:r>
        <w:rPr>
          <w:lang w:eastAsia="zh-CN"/>
        </w:rPr>
        <w:br/>
      </w:r>
      <w:r>
        <w:rPr>
          <w:lang w:eastAsia="zh-CN"/>
        </w:rPr>
        <w:t>　　用心参与学生会各项活动，自觉自主地加强与其他部门的交流；负责学习部活动项目和日常工作；掌握本班的学习状况，与本班学习委员负责班内的学习风气建设；严谨自我，做好学习部榜样。</w:t>
      </w:r>
      <w:r>
        <w:rPr>
          <w:lang w:eastAsia="zh-CN"/>
        </w:rPr>
        <w:br/>
      </w:r>
      <w:r>
        <w:rPr>
          <w:lang w:eastAsia="zh-CN"/>
        </w:rPr>
        <w:t>　　（二）学习委员会职责：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认真负责班内的学习工作，掌握所有班内学生的学习状况，加强班级学风建设；定期召开交流工作会议，向学习部提交班内学习状况总结；做好日常中教师和学生们的串接工作。</w:t>
      </w:r>
      <w:r>
        <w:rPr>
          <w:lang w:eastAsia="zh-CN"/>
        </w:rPr>
        <w:br/>
      </w:r>
      <w:r>
        <w:rPr>
          <w:lang w:eastAsia="zh-CN"/>
        </w:rPr>
        <w:t>　　（三）学习部考核与评优制度：</w:t>
      </w:r>
      <w:r>
        <w:rPr>
          <w:lang w:eastAsia="zh-CN"/>
        </w:rPr>
        <w:br/>
      </w:r>
      <w:r>
        <w:rPr>
          <w:lang w:eastAsia="zh-CN"/>
        </w:rPr>
        <w:t>　　1）每次例会不得迟到，早退或无故缺席.迟到或早退两次视作缺席一次；（请假需提前）学期请假次数不得超过会议总数的三分之一，否则取消其评优资格；</w:t>
      </w:r>
      <w:r>
        <w:rPr>
          <w:lang w:eastAsia="zh-CN"/>
        </w:rPr>
        <w:br/>
      </w:r>
      <w:r>
        <w:rPr>
          <w:lang w:eastAsia="zh-CN"/>
        </w:rPr>
        <w:t>　　2）每次由学习部主办的活动结束后，部员需提交活动个人总结；</w:t>
      </w:r>
      <w:r>
        <w:rPr>
          <w:lang w:eastAsia="zh-CN"/>
        </w:rPr>
        <w:br/>
      </w:r>
      <w:r>
        <w:rPr>
          <w:lang w:eastAsia="zh-CN"/>
        </w:rPr>
        <w:t>　　3）部员在活动中的用心性良好，团结协作努力办好每一次活动；</w:t>
      </w:r>
      <w:r>
        <w:rPr>
          <w:lang w:eastAsia="zh-CN"/>
        </w:rPr>
        <w:br/>
      </w:r>
      <w:r>
        <w:rPr>
          <w:lang w:eastAsia="zh-CN"/>
        </w:rPr>
        <w:t>　　4）与班级学习委员的交流状况：根据班级学风考察；</w:t>
      </w:r>
      <w:r>
        <w:rPr>
          <w:lang w:eastAsia="zh-CN"/>
        </w:rPr>
        <w:br/>
      </w:r>
      <w:r>
        <w:rPr>
          <w:lang w:eastAsia="zh-CN"/>
        </w:rPr>
        <w:t>　　5）鼓励优秀活动创意和想法，要求部员培养实干潜力；</w:t>
      </w:r>
      <w:r>
        <w:rPr>
          <w:lang w:eastAsia="zh-CN"/>
        </w:rPr>
        <w:br/>
      </w:r>
      <w:r>
        <w:rPr>
          <w:lang w:eastAsia="zh-CN"/>
        </w:rPr>
        <w:t>　　6）务必做到工作学习两不误，持续学习成绩优异，做好榜样带头作用；</w:t>
      </w:r>
      <w:r>
        <w:rPr>
          <w:lang w:eastAsia="zh-CN"/>
        </w:rPr>
        <w:br/>
      </w:r>
      <w:r>
        <w:rPr>
          <w:lang w:eastAsia="zh-CN"/>
        </w:rPr>
        <w:t>　　7）严格遵守__师院学生守则和文学院学生会管理条例。</w:t>
      </w:r>
      <w:r>
        <w:rPr>
          <w:lang w:eastAsia="zh-CN"/>
        </w:rPr>
        <w:br/>
      </w:r>
      <w:r>
        <w:rPr>
          <w:lang w:eastAsia="zh-CN"/>
        </w:rPr>
        <w:t>　　二、第一学期活动安排与简单方案</w:t>
      </w:r>
      <w:r>
        <w:rPr>
          <w:lang w:eastAsia="zh-CN"/>
        </w:rPr>
        <w:br/>
      </w:r>
      <w:r>
        <w:rPr>
          <w:lang w:eastAsia="zh-CN"/>
        </w:rPr>
        <w:t>　　（一）学习部日常工作：</w:t>
      </w:r>
      <w:r>
        <w:rPr>
          <w:lang w:eastAsia="zh-CN"/>
        </w:rPr>
        <w:br/>
      </w:r>
      <w:r>
        <w:rPr>
          <w:lang w:eastAsia="zh-CN"/>
        </w:rPr>
        <w:t>　　1）召开部内工作例会（每两周一次，紧急状况除外），分配近期工作任务，落实到每位部员；</w:t>
      </w:r>
      <w:r>
        <w:rPr>
          <w:lang w:eastAsia="zh-CN"/>
        </w:rPr>
        <w:br/>
      </w:r>
      <w:r>
        <w:rPr>
          <w:lang w:eastAsia="zh-CN"/>
        </w:rPr>
        <w:t>　　2）召开学习委员会议（每月一次），交流讨论班级的学习和上课状况，对班级的近期学习状况进行总结和计划。</w:t>
      </w:r>
      <w:r>
        <w:rPr>
          <w:lang w:eastAsia="zh-CN"/>
        </w:rPr>
        <w:br/>
      </w:r>
      <w:r>
        <w:rPr>
          <w:lang w:eastAsia="zh-CN"/>
        </w:rPr>
        <w:t>　　3）配合协助团委开展先进班群众建立工作。</w:t>
      </w:r>
      <w:r>
        <w:rPr>
          <w:lang w:eastAsia="zh-CN"/>
        </w:rPr>
        <w:br/>
      </w:r>
      <w:r>
        <w:rPr>
          <w:lang w:eastAsia="zh-CN"/>
        </w:rPr>
        <w:t>　　4）成绩汇总工作：新学期开始，认真做好各年级、各专业成绩汇总状况。</w:t>
      </w:r>
      <w:r>
        <w:rPr>
          <w:lang w:eastAsia="zh-CN"/>
        </w:rPr>
        <w:br/>
      </w:r>
      <w:r>
        <w:rPr>
          <w:lang w:eastAsia="zh-CN"/>
        </w:rPr>
        <w:t>　　5）加强学风建设工作。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查课是学习部的基本工作，也是加强学风建设的重要手段。在查课过程中力求效果着重实效，并把抽查结果及时向院领导及年级辅导员反映，更好的对各班进行管理。加强对晚自习的检查，不定时抽查，并每周汇总，使同学们充分利用时间完成各项学习任务，为英语和计算机的学习做好时间保障。</w:t>
      </w:r>
      <w:r>
        <w:rPr>
          <w:lang w:eastAsia="zh-CN"/>
        </w:rPr>
        <w:br/>
      </w:r>
      <w:r>
        <w:rPr>
          <w:lang w:eastAsia="zh-CN"/>
        </w:rPr>
        <w:t>　　6）组织开展各年级各专业的主题班会（主要为__级），并对其进行考察。</w:t>
      </w:r>
      <w:r>
        <w:rPr>
          <w:lang w:eastAsia="zh-CN"/>
        </w:rPr>
        <w:br/>
      </w:r>
      <w:r>
        <w:rPr>
          <w:lang w:eastAsia="zh-CN"/>
        </w:rPr>
        <w:t>　　加强班级的团结意识，丰富大学生的课余文化生活，营造用心向上的学校文化氛围，培养学生的兴趣与潜力，促进学生的全面发展。</w:t>
      </w:r>
      <w:r>
        <w:rPr>
          <w:lang w:eastAsia="zh-CN"/>
        </w:rPr>
        <w:br/>
      </w:r>
      <w:r>
        <w:rPr>
          <w:lang w:eastAsia="zh-CN"/>
        </w:rPr>
        <w:t>　　同时也为了展示我校素质教育新成果，充分展现展示新时期我院学生朝气蓬勃、健康向上的精神风貌，给广大同学带给自我展现的平台，更好的塑造南阳师范学院形象，将__师范学院卧龙学子的新形象发扬光大。</w:t>
      </w:r>
      <w:r>
        <w:rPr>
          <w:lang w:eastAsia="zh-CN"/>
        </w:rPr>
        <w:br/>
      </w:r>
      <w:r>
        <w:rPr>
          <w:lang w:eastAsia="zh-CN"/>
        </w:rPr>
        <w:t>　　7）做好有关学习的信息宣传。</w:t>
      </w:r>
      <w:r>
        <w:rPr>
          <w:lang w:eastAsia="zh-CN"/>
        </w:rPr>
        <w:br/>
      </w:r>
      <w:r>
        <w:rPr>
          <w:lang w:eastAsia="zh-CN"/>
        </w:rPr>
        <w:t>　　及时更新学习部宣传栏，丰富其资料，包括英语四六级、计算机一二级、普通话、考研等考试信息，并根据广大同学们的要求及时更新宣传栏资料。</w:t>
      </w:r>
      <w:r>
        <w:rPr>
          <w:lang w:eastAsia="zh-CN"/>
        </w:rPr>
        <w:br/>
      </w:r>
      <w:r>
        <w:rPr>
          <w:lang w:eastAsia="zh-CN"/>
        </w:rPr>
        <w:t>　　8）做好四六级考试，计算机等级考试、辅修教育学心理学课程组，辅修双学位等的报名工作。</w:t>
      </w:r>
      <w:r>
        <w:rPr>
          <w:lang w:eastAsia="zh-CN"/>
        </w:rPr>
        <w:br/>
      </w:r>
      <w:r>
        <w:rPr>
          <w:lang w:eastAsia="zh-CN"/>
        </w:rPr>
        <w:t>　　9）做好毕业生教师资格证的审查与办理工作；做好毕业生考研信息的统计工作。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10）做好教学信息反馈工作。</w:t>
      </w:r>
      <w:r>
        <w:rPr>
          <w:lang w:eastAsia="zh-CN"/>
        </w:rPr>
        <w:br/>
      </w:r>
      <w:r>
        <w:rPr>
          <w:lang w:eastAsia="zh-CN"/>
        </w:rPr>
        <w:t>　　每周透过对各年级各专业班级反馈的信息进行汇总呈报给校信息中心，加强新闻采访稿的撰写，从而增加校与学院教学活动的沟通，加强教师与同学间的交流，实现“教”与“学’的双赢。</w:t>
      </w:r>
      <w:r>
        <w:rPr>
          <w:lang w:eastAsia="zh-CN"/>
        </w:rPr>
        <w:br/>
      </w:r>
      <w:r>
        <w:rPr>
          <w:lang w:eastAsia="zh-CN"/>
        </w:rPr>
        <w:t>　　11）收集考察学院各班级的教学日志，及时帮忙教师了解学生学习动态，协助教学院长做好日常的教学工作检查，协助安排期中教学意见座谈会等。</w:t>
      </w:r>
      <w:r>
        <w:rPr>
          <w:lang w:eastAsia="zh-CN"/>
        </w:rPr>
        <w:br/>
      </w:r>
      <w:r>
        <w:rPr>
          <w:lang w:eastAsia="zh-CN"/>
        </w:rPr>
        <w:t>　　12）协调日常教师的调课、补课工作。</w:t>
      </w:r>
      <w:r>
        <w:rPr>
          <w:lang w:eastAsia="zh-CN"/>
        </w:rPr>
        <w:br/>
      </w:r>
      <w:r>
        <w:rPr>
          <w:lang w:eastAsia="zh-CN"/>
        </w:rPr>
        <w:t>　　13）组织学生期末的选课及开学初的补选课工作。</w:t>
      </w:r>
      <w:r>
        <w:rPr>
          <w:lang w:eastAsia="zh-CN"/>
        </w:rPr>
        <w:br/>
      </w:r>
      <w:r>
        <w:rPr>
          <w:lang w:eastAsia="zh-CN"/>
        </w:rPr>
        <w:t>　　（二）学习部承办活动</w:t>
      </w:r>
      <w:r>
        <w:rPr>
          <w:lang w:eastAsia="zh-CN"/>
        </w:rPr>
        <w:br/>
      </w:r>
      <w:r>
        <w:rPr>
          <w:lang w:eastAsia="zh-CN"/>
        </w:rPr>
        <w:t>　　1）举办学习交流活动。</w:t>
      </w:r>
      <w:r>
        <w:rPr>
          <w:lang w:eastAsia="zh-CN"/>
        </w:rPr>
        <w:br/>
      </w:r>
      <w:r>
        <w:rPr>
          <w:lang w:eastAsia="zh-CN"/>
        </w:rPr>
        <w:t>　　采取定期组织读书学习交流会、学习论坛等形式，让读书活动中成绩突出的学生交流读书心得。让团干部走上讲台，交流学习经验，畅谈学习体会，共同促进提高。</w:t>
      </w:r>
      <w:r>
        <w:rPr>
          <w:lang w:eastAsia="zh-CN"/>
        </w:rPr>
        <w:br/>
      </w:r>
      <w:r>
        <w:rPr>
          <w:lang w:eastAsia="zh-CN"/>
        </w:rPr>
        <w:t>　　2）用心组织开展“英语角”活动。</w:t>
      </w:r>
      <w:r>
        <w:rPr>
          <w:lang w:eastAsia="zh-CN"/>
        </w:rPr>
        <w:br/>
      </w:r>
      <w:r>
        <w:rPr>
          <w:lang w:eastAsia="zh-CN"/>
        </w:rPr>
        <w:t>　　在全院同学间进行宣传，偏重于__级。选取优秀小组，与其他院系用心合作，争取举办有声有色，丰富多彩的“英语角”活动，使全院同学能够从中真正得到收益。</w:t>
      </w:r>
      <w:r>
        <w:rPr>
          <w:lang w:eastAsia="zh-CN"/>
        </w:rPr>
        <w:br/>
      </w:r>
      <w:r>
        <w:rPr>
          <w:lang w:eastAsia="zh-CN"/>
        </w:rPr>
        <w:t>　　3）举办加强考风考纪建设活动，做好期末考试安排工作。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透过考前动员讲座、征集文章等方式，坚决杜绝考试作弊。同时，鼓励同学用心加入到考场的安排工作中来，对考场、考试人数等进行安排，确保我院所有考场都为优秀礼貌考场。从而使大家感受大学期末考试的良好气氛。</w:t>
      </w:r>
      <w:r>
        <w:rPr>
          <w:lang w:eastAsia="zh-CN"/>
        </w:rPr>
        <w:br/>
      </w:r>
      <w:r>
        <w:rPr>
          <w:lang w:eastAsia="zh-CN"/>
        </w:rPr>
        <w:t>　　我们学习部的每位成员，都将以全心全意的态度为同学们服务，并且从各个方面严格要求自我，具备高度的职责感和奉献精神，起到系领导、教师与同学之间的桥梁和纽带的作用。</w:t>
      </w:r>
      <w:r>
        <w:rPr>
          <w:lang w:eastAsia="zh-CN"/>
        </w:rPr>
        <w:br/>
      </w:r>
      <w:r>
        <w:rPr>
          <w:lang w:eastAsia="zh-CN"/>
        </w:rPr>
        <w:t>　　相信我们的努力会为文学院的发展添砖加瓦。本学期，我们将以更加用心的态度和热情为大家服务。如有不妥请教师同学指正，以便我们工作更好地开展。</w:t>
      </w:r>
      <w:r>
        <w:rPr>
          <w:lang w:eastAsia="zh-CN"/>
        </w:rPr>
        <w:br/>
      </w:r>
      <w:r>
        <w:rPr>
          <w:lang w:eastAsia="zh-CN"/>
        </w:rPr>
        <w:t xml:space="preserve">    学习部纳新工作计划范例 篇12 </w:t>
      </w:r>
      <w:r>
        <w:rPr>
          <w:lang w:eastAsia="zh-CN"/>
        </w:rPr>
        <w:br/>
      </w:r>
      <w:r>
        <w:rPr>
          <w:lang w:eastAsia="zh-CN"/>
        </w:rPr>
        <w:t>　　一、 定期开展技能培训，提高干事技能，加深其对部门内务操作的了解</w:t>
      </w:r>
      <w:r>
        <w:rPr>
          <w:lang w:eastAsia="zh-CN"/>
        </w:rPr>
        <w:br/>
      </w:r>
      <w:r>
        <w:rPr>
          <w:lang w:eastAsia="zh-CN"/>
        </w:rPr>
        <w:t>　　具体措施：</w:t>
      </w:r>
      <w:r>
        <w:rPr>
          <w:lang w:eastAsia="zh-CN"/>
        </w:rPr>
        <w:br/>
      </w:r>
      <w:r>
        <w:rPr>
          <w:lang w:eastAsia="zh-CN"/>
        </w:rPr>
        <w:t>　　部长负责带领干事，传授干事一些学习部的基本常识和技能，如：考勤、检查晨读、教学反馈表……;</w:t>
      </w:r>
      <w:r>
        <w:rPr>
          <w:lang w:eastAsia="zh-CN"/>
        </w:rPr>
        <w:br/>
      </w:r>
      <w:r>
        <w:rPr>
          <w:lang w:eastAsia="zh-CN"/>
        </w:rPr>
        <w:t>　　预期效果：</w:t>
      </w:r>
      <w:r>
        <w:rPr>
          <w:lang w:eastAsia="zh-CN"/>
        </w:rPr>
        <w:br/>
      </w:r>
      <w:r>
        <w:rPr>
          <w:lang w:eastAsia="zh-CN"/>
        </w:rPr>
        <w:t>　　1、 干事们对学习部的日常工作程序和操作过程能够得到进一步的了解，以应对突发情况。既培养干事们的`个人能力，也为部长分担一些任务。</w:t>
      </w:r>
      <w:r>
        <w:rPr>
          <w:lang w:eastAsia="zh-CN"/>
        </w:rPr>
        <w:br/>
      </w:r>
      <w:r>
        <w:rPr>
          <w:lang w:eastAsia="zh-CN"/>
        </w:rPr>
        <w:t>　　2、 强部长与干事之间的了解和互动，增进彼此的感情。</w:t>
      </w:r>
      <w:r>
        <w:rPr>
          <w:lang w:eastAsia="zh-CN"/>
        </w:rPr>
        <w:br/>
      </w:r>
      <w:r>
        <w:rPr>
          <w:lang w:eastAsia="zh-CN"/>
        </w:rPr>
        <w:t>　　3、 挖掘每一个干事的浅能，让每个人都能够得到锻炼，提高自身的能力。提高工作效率，增强各成员的技能。</w:t>
      </w:r>
      <w:r>
        <w:rPr>
          <w:lang w:eastAsia="zh-CN"/>
        </w:rPr>
        <w:br/>
      </w:r>
      <w:r>
        <w:rPr>
          <w:lang w:eastAsia="zh-CN"/>
        </w:rPr>
        <w:t>　　二、 定期开展会议，加深交流</w:t>
      </w:r>
      <w:r>
        <w:rPr>
          <w:lang w:eastAsia="zh-CN"/>
        </w:rPr>
        <w:br/>
      </w:r>
      <w:r>
        <w:rPr>
          <w:lang w:eastAsia="zh-CN"/>
        </w:rPr>
        <w:t>　　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1、定期开展会议，就学习部近期的情况进行讨论和研究，找出不足，发扬优点;</w:t>
      </w:r>
      <w:r>
        <w:rPr>
          <w:lang w:eastAsia="zh-CN"/>
        </w:rPr>
        <w:br/>
      </w:r>
      <w:r>
        <w:rPr>
          <w:lang w:eastAsia="zh-CN"/>
        </w:rPr>
        <w:t>　　2、形式可以多样化，例如吃饭，聊天，闲谈等(具体事项待部长讨论最终确定)</w:t>
      </w:r>
      <w:r>
        <w:rPr>
          <w:lang w:eastAsia="zh-CN"/>
        </w:rPr>
        <w:br/>
      </w:r>
      <w:r>
        <w:rPr>
          <w:lang w:eastAsia="zh-CN"/>
        </w:rPr>
        <w:t>　　预期效果：</w:t>
      </w:r>
      <w:r>
        <w:rPr>
          <w:lang w:eastAsia="zh-CN"/>
        </w:rPr>
        <w:br/>
      </w:r>
      <w:r>
        <w:rPr>
          <w:lang w:eastAsia="zh-CN"/>
        </w:rPr>
        <w:t>　　增进大家的交流与沟通，及时发现部门存在的问题，给予解决</w:t>
      </w:r>
      <w:r>
        <w:rPr>
          <w:lang w:eastAsia="zh-CN"/>
        </w:rPr>
        <w:br/>
      </w:r>
      <w:r>
        <w:rPr>
          <w:lang w:eastAsia="zh-CN"/>
        </w:rPr>
        <w:t>　　三、 传播学习部文化，加强与其他部门的沟通与合作</w:t>
      </w:r>
      <w:r>
        <w:rPr>
          <w:lang w:eastAsia="zh-CN"/>
        </w:rPr>
        <w:br/>
      </w:r>
      <w:r>
        <w:rPr>
          <w:lang w:eastAsia="zh-CN"/>
        </w:rPr>
        <w:t>　　具体措施：</w:t>
      </w:r>
      <w:r>
        <w:rPr>
          <w:lang w:eastAsia="zh-CN"/>
        </w:rPr>
        <w:br/>
      </w:r>
      <w:r>
        <w:rPr>
          <w:lang w:eastAsia="zh-CN"/>
        </w:rPr>
        <w:t>　　1、 各大活动与其他部门加强交流，了解其工作程序和工作内容;</w:t>
      </w:r>
      <w:r>
        <w:rPr>
          <w:lang w:eastAsia="zh-CN"/>
        </w:rPr>
        <w:br/>
      </w:r>
      <w:r>
        <w:rPr>
          <w:lang w:eastAsia="zh-CN"/>
        </w:rPr>
        <w:t>　　2、 我们的干事与其他部门的干事多接触，无论是学习上，还是工作上，增进各部门干事间的感情。</w:t>
      </w:r>
      <w:r>
        <w:rPr>
          <w:lang w:eastAsia="zh-CN"/>
        </w:rPr>
        <w:br/>
      </w:r>
      <w:r>
        <w:rPr>
          <w:lang w:eastAsia="zh-CN"/>
        </w:rPr>
        <w:t>　　预期效果：</w:t>
      </w:r>
      <w:r>
        <w:rPr>
          <w:lang w:eastAsia="zh-CN"/>
        </w:rPr>
        <w:br/>
      </w:r>
      <w:r>
        <w:rPr>
          <w:lang w:eastAsia="zh-CN"/>
        </w:rPr>
        <w:t>　　1、 分贯彻“大家庭”的观念，让学生会的每个人都能够和睦相处，互帮互助;</w:t>
      </w:r>
      <w:r>
        <w:rPr>
          <w:lang w:eastAsia="zh-CN"/>
        </w:rPr>
        <w:br/>
      </w:r>
      <w:r>
        <w:rPr>
          <w:lang w:eastAsia="zh-CN"/>
        </w:rPr>
        <w:t>　　2、 培养部门各成员的交际能力，学会与人往来。</w:t>
      </w:r>
      <w:r>
        <w:rPr>
          <w:lang w:eastAsia="zh-CN"/>
        </w:rPr>
        <w:br/>
      </w:r>
      <w:r>
        <w:rPr>
          <w:lang w:eastAsia="zh-CN"/>
        </w:rPr>
        <w:t xml:space="preserve">    学习部纳新工作计划范例 篇13 </w:t>
      </w:r>
      <w:r>
        <w:rPr>
          <w:lang w:eastAsia="zh-CN"/>
        </w:rPr>
        <w:br/>
      </w:r>
      <w:r>
        <w:rPr>
          <w:lang w:eastAsia="zh-CN"/>
        </w:rPr>
        <w:t>　　一、定期开展技能培训，提高干事技能，加深其对部门内务操作的了解</w:t>
      </w:r>
      <w:r>
        <w:rPr>
          <w:lang w:eastAsia="zh-CN"/>
        </w:rPr>
        <w:br/>
      </w:r>
      <w:r>
        <w:rPr>
          <w:lang w:eastAsia="zh-CN"/>
        </w:rPr>
        <w:t>　　具体措施：</w:t>
      </w:r>
      <w:r>
        <w:rPr>
          <w:lang w:eastAsia="zh-CN"/>
        </w:rPr>
        <w:br/>
      </w:r>
      <w:r>
        <w:rPr>
          <w:lang w:eastAsia="zh-CN"/>
        </w:rPr>
        <w:t>　　部长负责带领干事，传授干事一些学习部的基本常识和技能，如：考勤、检查晨读、教学反馈表……；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预期效果：</w:t>
      </w:r>
      <w:r>
        <w:rPr>
          <w:lang w:eastAsia="zh-CN"/>
        </w:rPr>
        <w:br/>
      </w:r>
      <w:r>
        <w:rPr>
          <w:lang w:eastAsia="zh-CN"/>
        </w:rPr>
        <w:t>　　1、干事们对学习部的日常工作程序和操作过程能够得到进一步的了解，以应对突发情况。既培养干事们的个人能力，也为部长分担一些任务。</w:t>
      </w:r>
      <w:r>
        <w:rPr>
          <w:lang w:eastAsia="zh-CN"/>
        </w:rPr>
        <w:br/>
      </w:r>
      <w:r>
        <w:rPr>
          <w:lang w:eastAsia="zh-CN"/>
        </w:rPr>
        <w:t>　　2、强部长与干事之间的了解和互动，增进彼此的感情。</w:t>
      </w:r>
      <w:r>
        <w:rPr>
          <w:lang w:eastAsia="zh-CN"/>
        </w:rPr>
        <w:br/>
      </w:r>
      <w:r>
        <w:rPr>
          <w:lang w:eastAsia="zh-CN"/>
        </w:rPr>
        <w:t>　　3、挖掘每一个干事的浅能，让每个人都能够得到锻炼，提高自身的能力。提高工作效率，增强各成员的技能。</w:t>
      </w:r>
      <w:r>
        <w:rPr>
          <w:lang w:eastAsia="zh-CN"/>
        </w:rPr>
        <w:br/>
      </w:r>
      <w:r>
        <w:rPr>
          <w:lang w:eastAsia="zh-CN"/>
        </w:rPr>
        <w:t>　　二、定期开展会议，加深交流</w:t>
      </w:r>
      <w:r>
        <w:rPr>
          <w:lang w:eastAsia="zh-CN"/>
        </w:rPr>
        <w:br/>
      </w:r>
      <w:r>
        <w:rPr>
          <w:lang w:eastAsia="zh-CN"/>
        </w:rPr>
        <w:t>　　具体措施：</w:t>
      </w:r>
      <w:r>
        <w:rPr>
          <w:lang w:eastAsia="zh-CN"/>
        </w:rPr>
        <w:br/>
      </w:r>
      <w:r>
        <w:rPr>
          <w:lang w:eastAsia="zh-CN"/>
        </w:rPr>
        <w:t>　　1、定期开展会议，就学习部近期的情况进行讨论和研究，找出不足，发扬优点；</w:t>
      </w:r>
      <w:r>
        <w:rPr>
          <w:lang w:eastAsia="zh-CN"/>
        </w:rPr>
        <w:br/>
      </w:r>
      <w:r>
        <w:rPr>
          <w:lang w:eastAsia="zh-CN"/>
        </w:rPr>
        <w:t>　　2、形式可以多样化，例如吃饭，聊天，闲谈等（具体事项待部长讨论最终确定）</w:t>
      </w:r>
      <w:r>
        <w:rPr>
          <w:lang w:eastAsia="zh-CN"/>
        </w:rPr>
        <w:br/>
      </w:r>
      <w:r>
        <w:rPr>
          <w:lang w:eastAsia="zh-CN"/>
        </w:rPr>
        <w:t>　　预期效果：</w:t>
      </w:r>
      <w:r>
        <w:rPr>
          <w:lang w:eastAsia="zh-CN"/>
        </w:rPr>
        <w:br/>
      </w:r>
      <w:r>
        <w:rPr>
          <w:lang w:eastAsia="zh-CN"/>
        </w:rPr>
        <w:t>　　增进大家的交流与沟通，及时发现部门存在的问题，给予解决</w:t>
      </w:r>
      <w:r>
        <w:rPr>
          <w:lang w:eastAsia="zh-CN"/>
        </w:rPr>
        <w:br/>
      </w:r>
      <w:r>
        <w:rPr>
          <w:lang w:eastAsia="zh-CN"/>
        </w:rPr>
        <w:t>　　三、传播学习部文化，加强与其他部门的沟通与合作</w:t>
      </w:r>
      <w:r>
        <w:rPr>
          <w:lang w:eastAsia="zh-CN"/>
        </w:rPr>
        <w:br/>
      </w:r>
      <w:r>
        <w:rPr>
          <w:lang w:eastAsia="zh-CN"/>
        </w:rPr>
        <w:t>　　具体措施：</w:t>
      </w:r>
      <w:r>
        <w:rPr>
          <w:lang w:eastAsia="zh-CN"/>
        </w:rPr>
        <w:br/>
      </w:r>
      <w:r>
        <w:rPr>
          <w:lang w:eastAsia="zh-CN"/>
        </w:rPr>
        <w:t>　　1、各大活动与其他部门加强交流，了解其工作程序和工作内容；</w:t>
      </w:r>
      <w:r>
        <w:rPr>
          <w:lang w:eastAsia="zh-CN"/>
        </w:rPr>
        <w:br/>
      </w:r>
      <w:r>
        <w:rPr>
          <w:lang w:eastAsia="zh-CN"/>
        </w:rPr>
        <w:t>　　2、我们的干事与其他部门的干事多接触，无论是学习上，还是工作上，增进各部门干事间的感情。</w:t>
      </w:r>
      <w:r>
        <w:rPr>
          <w:lang w:eastAsia="zh-CN"/>
        </w:rPr>
        <w:br/>
      </w:r>
      <w:r>
        <w:rPr>
          <w:lang w:eastAsia="zh-CN"/>
        </w:rPr>
        <w:t>　　预期效果：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1、分贯彻“大家庭”的观念，让学生会的每个人都能够和睦相处，互帮互助；</w:t>
      </w:r>
      <w:r>
        <w:rPr>
          <w:lang w:eastAsia="zh-CN"/>
        </w:rPr>
        <w:br/>
      </w:r>
      <w:r>
        <w:rPr>
          <w:lang w:eastAsia="zh-CN"/>
        </w:rPr>
        <w:t>　　2、培养部门各成员的交际能力，学会与人往来。</w:t>
      </w:r>
      <w:r>
        <w:rPr>
          <w:lang w:eastAsia="zh-CN"/>
        </w:rPr>
        <w:br/>
      </w:r>
      <w:r>
        <w:rPr>
          <w:lang w:eastAsia="zh-CN"/>
        </w:rPr>
        <w:t>　　四、力争圆满完成每个任务，有始有终</w:t>
      </w:r>
      <w:r>
        <w:rPr>
          <w:lang w:eastAsia="zh-CN"/>
        </w:rPr>
        <w:br/>
      </w:r>
      <w:r>
        <w:rPr>
          <w:lang w:eastAsia="zh-CN"/>
        </w:rPr>
        <w:t>　　具体措施：</w:t>
      </w:r>
      <w:r>
        <w:rPr>
          <w:lang w:eastAsia="zh-CN"/>
        </w:rPr>
        <w:br/>
      </w:r>
      <w:r>
        <w:rPr>
          <w:lang w:eastAsia="zh-CN"/>
        </w:rPr>
        <w:t>　　应该把部门的计划和安排做好，避免活动期间的慌乱，破坏活动的进行；</w:t>
      </w:r>
      <w:r>
        <w:rPr>
          <w:lang w:eastAsia="zh-CN"/>
        </w:rPr>
        <w:br/>
      </w:r>
      <w:r>
        <w:rPr>
          <w:lang w:eastAsia="zh-CN"/>
        </w:rPr>
        <w:t>　　预期效果：</w:t>
      </w:r>
      <w:r>
        <w:rPr>
          <w:lang w:eastAsia="zh-CN"/>
        </w:rPr>
        <w:br/>
      </w:r>
      <w:r>
        <w:rPr>
          <w:lang w:eastAsia="zh-CN"/>
        </w:rPr>
        <w:t>　　力争圆满完成每个任务，体现活动的价值。</w:t>
      </w:r>
      <w:r>
        <w:rPr>
          <w:lang w:eastAsia="zh-CN"/>
        </w:rPr>
        <w:br/>
      </w:r>
      <w:r>
        <w:rPr>
          <w:lang w:eastAsia="zh-CN"/>
        </w:rPr>
        <w:t>　　五、除新概念大赛等活动外，创办一个属于学习部宣传自己本部的节日，活跃部门的气氛（具体事宜有待商定）</w:t>
      </w:r>
      <w:r>
        <w:rPr>
          <w:lang w:eastAsia="zh-CN"/>
        </w:rPr>
        <w:br/>
      </w:r>
      <w:r>
        <w:rPr>
          <w:lang w:eastAsia="zh-CN"/>
        </w:rPr>
        <w:t>　　具体措施：</w:t>
      </w:r>
      <w:r>
        <w:rPr>
          <w:lang w:eastAsia="zh-CN"/>
        </w:rPr>
        <w:br/>
      </w:r>
      <w:r>
        <w:rPr>
          <w:lang w:eastAsia="zh-CN"/>
        </w:rPr>
        <w:t>　　1、集全体成员开会，确定节日的时间。可以一个学期办一次节日</w:t>
      </w:r>
      <w:r>
        <w:rPr>
          <w:lang w:eastAsia="zh-CN"/>
        </w:rPr>
        <w:br/>
      </w:r>
      <w:r>
        <w:rPr>
          <w:lang w:eastAsia="zh-CN"/>
        </w:rPr>
        <w:t>　　2、日里以相互交流为主，游戏娱乐为辅。</w:t>
      </w:r>
      <w:r>
        <w:rPr>
          <w:lang w:eastAsia="zh-CN"/>
        </w:rPr>
        <w:br/>
      </w:r>
      <w:r>
        <w:rPr>
          <w:lang w:eastAsia="zh-CN"/>
        </w:rPr>
        <w:t>　　3、可以邀请其他部门参加，促进彼此的交流，增进同学与同学之间，或者同学与老师、辅导员之间的感情。</w:t>
      </w:r>
      <w:r>
        <w:rPr>
          <w:lang w:eastAsia="zh-CN"/>
        </w:rPr>
        <w:br/>
      </w:r>
      <w:r>
        <w:rPr>
          <w:lang w:eastAsia="zh-CN"/>
        </w:rPr>
        <w:t>　　1、全校的学风检查是学习部的日常工作，通过学风检查来达到督促同学充分利用好晚间自习时间的.目的。学风检查是学习部的一个主要工作，我会安排好各项事宜，使学风检查发挥出最大效用！此工作在招干后立即开展。</w:t>
      </w:r>
      <w:r>
        <w:rPr>
          <w:lang w:eastAsia="zh-CN"/>
        </w:rPr>
        <w:br/>
      </w:r>
      <w:r>
        <w:rPr>
          <w:lang w:eastAsia="zh-CN"/>
        </w:rPr>
        <w:t>　　2、组织多种主题的演讲比赛。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3、如果条件允许会组织大学生全面发展规划等指导同学如何增强个人竞争力方面的讲座。</w:t>
      </w:r>
      <w:r>
        <w:rPr>
          <w:lang w:eastAsia="zh-CN"/>
        </w:rPr>
        <w:br/>
      </w:r>
      <w:r>
        <w:rPr>
          <w:lang w:eastAsia="zh-CN"/>
        </w:rPr>
        <w:t>　　4、要求各学院学习部尽力去举行一次专业情况专业方向等专业介绍的活动，让同学了解自己的专业，培养出对本专业的信心增强学习动力！具体方式如果可以，保持各院一致。介绍基调一定要是积极的鼓励性的。</w:t>
      </w:r>
      <w:r>
        <w:rPr>
          <w:lang w:eastAsia="zh-CN"/>
        </w:rPr>
        <w:br/>
      </w:r>
      <w:r>
        <w:rPr>
          <w:lang w:eastAsia="zh-CN"/>
        </w:rPr>
        <w:t>　　5、充分发挥各学院的优势学习活动，动员其他学院同学参加或将其提升到校级活动，如英语角。</w:t>
      </w:r>
      <w:r>
        <w:rPr>
          <w:lang w:eastAsia="zh-CN"/>
        </w:rPr>
        <w:br/>
      </w:r>
      <w:r>
        <w:rPr>
          <w:lang w:eastAsia="zh-CN"/>
        </w:rPr>
        <w:t>　　6、尝试举办普通话推广活动。</w:t>
      </w:r>
      <w:r>
        <w:rPr>
          <w:lang w:eastAsia="zh-CN"/>
        </w:rPr>
        <w:br/>
      </w:r>
      <w:r>
        <w:rPr>
          <w:lang w:eastAsia="zh-CN"/>
        </w:rPr>
        <w:t>　　7、通过干事和各学院学习部，充分了解同学学习上遇到的各种情况，努力发动广大同学为学习部开展工作提供帮助，会充分听取各方面的建议，尽可能多开展有利于学习的各项活动。</w:t>
      </w:r>
      <w:r>
        <w:rPr>
          <w:lang w:eastAsia="zh-CN"/>
        </w:rPr>
        <w:br/>
      </w:r>
      <w:r>
        <w:rPr>
          <w:lang w:eastAsia="zh-CN"/>
        </w:rPr>
        <w:t>　　8、积极配合校团委学生会其他部门开展活动。</w:t>
      </w:r>
      <w:r>
        <w:rPr>
          <w:lang w:eastAsia="zh-CN"/>
        </w:rPr>
        <w:br/>
      </w:r>
      <w:r>
        <w:rPr>
          <w:lang w:eastAsia="zh-CN"/>
        </w:rPr>
        <w:t>　　11、要求各学院学习部尽力去举行一次专业情况专业方向等专业介绍的活动，让同学了解自己的专业，培养出对本专业的信心增强学习动力！具体方式如果可以，保持各院一致。介绍基调一定要是积极的鼓励性的。</w:t>
      </w:r>
      <w:r>
        <w:rPr>
          <w:lang w:eastAsia="zh-CN"/>
        </w:rPr>
        <w:br/>
      </w:r>
      <w:r>
        <w:rPr>
          <w:lang w:eastAsia="zh-CN"/>
        </w:rPr>
        <w:t>　　、充分发挥各学院的优势学习活动，动员其他学院同学参加或将其提升到校级活动，如英语角。</w:t>
      </w:r>
      <w:r>
        <w:rPr>
          <w:lang w:eastAsia="zh-CN"/>
        </w:rPr>
        <w:br/>
      </w:r>
      <w:r>
        <w:rPr>
          <w:lang w:eastAsia="zh-CN"/>
        </w:rPr>
        <w:t>　　、尝试举办普通话推广活动。</w:t>
      </w:r>
      <w:r>
        <w:rPr>
          <w:lang w:eastAsia="zh-CN"/>
        </w:rPr>
        <w:br/>
      </w:r>
      <w:r>
        <w:rPr>
          <w:lang w:eastAsia="zh-CN"/>
        </w:rPr>
        <w:t>　　14、通过干事和各学院学习部，充分了解同学学习上遇到的各种情况，努力发动广大同学为学习部开展工作提供帮助，会充分听取各方面的建议，尽可能多开展有利于学习的各项活动。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15、积极配合校团委学生会其他部门开展活动。</w:t>
      </w:r>
      <w:r>
        <w:rPr>
          <w:lang w:eastAsia="zh-CN"/>
        </w:rPr>
        <w:br/>
      </w:r>
      <w:r>
        <w:rPr>
          <w:lang w:eastAsia="zh-CN"/>
        </w:rPr>
        <w:t xml:space="preserve">    学习部纳新工作计划范例 篇14 </w:t>
      </w:r>
      <w:r>
        <w:rPr>
          <w:lang w:eastAsia="zh-CN"/>
        </w:rPr>
        <w:br/>
      </w:r>
      <w:r>
        <w:rPr>
          <w:lang w:eastAsia="zh-CN"/>
        </w:rPr>
        <w:t>　　一、 定期开展技能培训，提高干事技能，加深其对部门内务操作的了解</w:t>
      </w:r>
      <w:r>
        <w:rPr>
          <w:lang w:eastAsia="zh-CN"/>
        </w:rPr>
        <w:br/>
      </w:r>
      <w:r>
        <w:rPr>
          <w:lang w:eastAsia="zh-CN"/>
        </w:rPr>
        <w:t>　　具体措施：</w:t>
      </w:r>
      <w:r>
        <w:rPr>
          <w:lang w:eastAsia="zh-CN"/>
        </w:rPr>
        <w:br/>
      </w:r>
      <w:r>
        <w:rPr>
          <w:lang w:eastAsia="zh-CN"/>
        </w:rPr>
        <w:t>　　部长负责带领干事，传授干事一些学习部的基本常识和技能，如：考勤、检查晨读、教学反馈表……;</w:t>
      </w:r>
      <w:r>
        <w:rPr>
          <w:lang w:eastAsia="zh-CN"/>
        </w:rPr>
        <w:br/>
      </w:r>
      <w:r>
        <w:rPr>
          <w:lang w:eastAsia="zh-CN"/>
        </w:rPr>
        <w:t>　　预期效果：</w:t>
      </w:r>
      <w:r>
        <w:rPr>
          <w:lang w:eastAsia="zh-CN"/>
        </w:rPr>
        <w:br/>
      </w:r>
      <w:r>
        <w:rPr>
          <w:lang w:eastAsia="zh-CN"/>
        </w:rPr>
        <w:t>　　1、 干事们对学习部的日常工作程序和操作过程能够得到进一步的了解，以应对突发情况。既培养干事们的个人能力，也为部长分担一些任务。</w:t>
      </w:r>
      <w:r>
        <w:rPr>
          <w:lang w:eastAsia="zh-CN"/>
        </w:rPr>
        <w:br/>
      </w:r>
      <w:r>
        <w:rPr>
          <w:lang w:eastAsia="zh-CN"/>
        </w:rPr>
        <w:t>　　2、 强部长与干事之间的了解和互动，增进彼此的感情。</w:t>
      </w:r>
      <w:r>
        <w:rPr>
          <w:lang w:eastAsia="zh-CN"/>
        </w:rPr>
        <w:br/>
      </w:r>
      <w:r>
        <w:rPr>
          <w:lang w:eastAsia="zh-CN"/>
        </w:rPr>
        <w:t>　　3、 挖掘每一个干事的浅能，让每个人都能够得到锻炼，提高自身的能力。提高工作效率，增强各成员的技能。</w:t>
      </w:r>
      <w:r>
        <w:rPr>
          <w:lang w:eastAsia="zh-CN"/>
        </w:rPr>
        <w:br/>
      </w:r>
      <w:r>
        <w:rPr>
          <w:lang w:eastAsia="zh-CN"/>
        </w:rPr>
        <w:t>　　二、 定期开展会议，加深交流</w:t>
      </w:r>
      <w:r>
        <w:rPr>
          <w:lang w:eastAsia="zh-CN"/>
        </w:rPr>
        <w:br/>
      </w:r>
      <w:r>
        <w:rPr>
          <w:lang w:eastAsia="zh-CN"/>
        </w:rPr>
        <w:t>　　具体措施：</w:t>
      </w:r>
      <w:r>
        <w:rPr>
          <w:lang w:eastAsia="zh-CN"/>
        </w:rPr>
        <w:br/>
      </w:r>
      <w:r>
        <w:rPr>
          <w:lang w:eastAsia="zh-CN"/>
        </w:rPr>
        <w:t>　　1、定期开展会议，就学习部近期的情况进行讨论和研究，找出不足，发扬优点;</w:t>
      </w:r>
      <w:r>
        <w:rPr>
          <w:lang w:eastAsia="zh-CN"/>
        </w:rPr>
        <w:br/>
      </w:r>
      <w:r>
        <w:rPr>
          <w:lang w:eastAsia="zh-CN"/>
        </w:rPr>
        <w:t>　　2、形式可以多样化，例如吃饭，聊天，闲谈等(具体事项待部长讨论最终确定)</w:t>
      </w:r>
      <w:r>
        <w:rPr>
          <w:lang w:eastAsia="zh-CN"/>
        </w:rPr>
        <w:br/>
      </w:r>
      <w:r>
        <w:rPr>
          <w:lang w:eastAsia="zh-CN"/>
        </w:rPr>
        <w:t>　　预期效果：</w:t>
      </w:r>
      <w:r>
        <w:rPr>
          <w:lang w:eastAsia="zh-CN"/>
        </w:rPr>
        <w:br/>
      </w:r>
      <w:r>
        <w:rPr>
          <w:lang w:eastAsia="zh-CN"/>
        </w:rPr>
        <w:t>　　增进大家的交流与沟通，及时发现部门存在的问题，给予解决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三、 传播学习部文化，加强与其他部门的沟通与合作</w:t>
      </w:r>
      <w:r>
        <w:rPr>
          <w:lang w:eastAsia="zh-CN"/>
        </w:rPr>
        <w:br/>
      </w:r>
      <w:r>
        <w:rPr>
          <w:lang w:eastAsia="zh-CN"/>
        </w:rPr>
        <w:t>　　具体措施：</w:t>
      </w:r>
      <w:r>
        <w:rPr>
          <w:lang w:eastAsia="zh-CN"/>
        </w:rPr>
        <w:br/>
      </w:r>
      <w:r>
        <w:rPr>
          <w:lang w:eastAsia="zh-CN"/>
        </w:rPr>
        <w:t>　　1、 各大活动与其他部门加强交流，了解其工作程序和工作内容;</w:t>
      </w:r>
      <w:r>
        <w:rPr>
          <w:lang w:eastAsia="zh-CN"/>
        </w:rPr>
        <w:br/>
      </w:r>
      <w:r>
        <w:rPr>
          <w:lang w:eastAsia="zh-CN"/>
        </w:rPr>
        <w:t>　　2、 我们的干事与其他部门的干事多接触，无论是学习上，还是工作上，增进各部门干事间的感情。</w:t>
      </w:r>
      <w:r>
        <w:rPr>
          <w:lang w:eastAsia="zh-CN"/>
        </w:rPr>
        <w:br/>
      </w:r>
      <w:r>
        <w:rPr>
          <w:lang w:eastAsia="zh-CN"/>
        </w:rPr>
        <w:t>　　预期效果：</w:t>
      </w:r>
      <w:r>
        <w:rPr>
          <w:lang w:eastAsia="zh-CN"/>
        </w:rPr>
        <w:br/>
      </w:r>
      <w:r>
        <w:rPr>
          <w:lang w:eastAsia="zh-CN"/>
        </w:rPr>
        <w:t>　　1、 分贯彻“大家庭”的观念，让学生会的每个人都能够和睦相处，互帮互助;</w:t>
      </w:r>
      <w:r>
        <w:rPr>
          <w:lang w:eastAsia="zh-CN"/>
        </w:rPr>
        <w:br/>
      </w:r>
      <w:r>
        <w:rPr>
          <w:lang w:eastAsia="zh-CN"/>
        </w:rPr>
        <w:t>　　2、 培养部门各成员的交际能力，学会与人往来。</w:t>
      </w:r>
      <w:r>
        <w:rPr>
          <w:lang w:eastAsia="zh-CN"/>
        </w:rPr>
        <w:br/>
      </w:r>
      <w:r>
        <w:rPr>
          <w:lang w:eastAsia="zh-CN"/>
        </w:rPr>
        <w:t>　　四、 力争圆满完成每个任务，有始有终</w:t>
      </w:r>
      <w:r>
        <w:rPr>
          <w:lang w:eastAsia="zh-CN"/>
        </w:rPr>
        <w:br/>
      </w:r>
      <w:r>
        <w:rPr>
          <w:lang w:eastAsia="zh-CN"/>
        </w:rPr>
        <w:t>　　具体措施：</w:t>
      </w:r>
      <w:r>
        <w:rPr>
          <w:lang w:eastAsia="zh-CN"/>
        </w:rPr>
        <w:br/>
      </w:r>
      <w:r>
        <w:rPr>
          <w:lang w:eastAsia="zh-CN"/>
        </w:rPr>
        <w:t>　　应该把部门的计划和安排做好，避免活动期间的慌乱，破坏活动的进行;</w:t>
      </w:r>
      <w:r>
        <w:rPr>
          <w:lang w:eastAsia="zh-CN"/>
        </w:rPr>
        <w:br/>
      </w:r>
      <w:r>
        <w:rPr>
          <w:lang w:eastAsia="zh-CN"/>
        </w:rPr>
        <w:t>　　预期效果：</w:t>
      </w:r>
      <w:r>
        <w:rPr>
          <w:lang w:eastAsia="zh-CN"/>
        </w:rPr>
        <w:br/>
      </w:r>
      <w:r>
        <w:rPr>
          <w:lang w:eastAsia="zh-CN"/>
        </w:rPr>
        <w:t>　　力争圆满完成每个任务，体现活动的价值。</w:t>
      </w:r>
      <w:r>
        <w:rPr>
          <w:lang w:eastAsia="zh-CN"/>
        </w:rPr>
        <w:br/>
      </w:r>
      <w:r>
        <w:rPr>
          <w:lang w:eastAsia="zh-CN"/>
        </w:rPr>
        <w:t>　　五、 除新概念大赛等活动外,创办一个属于学习部宣传自己本部的节日，活跃部门的气氛(具体事宜有待商定)</w:t>
      </w:r>
      <w:r>
        <w:rPr>
          <w:lang w:eastAsia="zh-CN"/>
        </w:rPr>
        <w:br/>
      </w:r>
      <w:r>
        <w:rPr>
          <w:lang w:eastAsia="zh-CN"/>
        </w:rPr>
        <w:t>　　具体措施：</w:t>
      </w:r>
      <w:r>
        <w:rPr>
          <w:lang w:eastAsia="zh-CN"/>
        </w:rPr>
        <w:br/>
      </w:r>
      <w:r>
        <w:rPr>
          <w:lang w:eastAsia="zh-CN"/>
        </w:rPr>
        <w:t>　　1、 集全体成员开会，确定节日的时间。可以一个学期办一次节日</w:t>
      </w:r>
      <w:r>
        <w:rPr>
          <w:lang w:eastAsia="zh-CN"/>
        </w:rPr>
        <w:br/>
      </w:r>
      <w:r>
        <w:rPr>
          <w:lang w:eastAsia="zh-CN"/>
        </w:rPr>
        <w:t>　　2、 日里以相互交流为主，游戏娱乐为辅。</w:t>
      </w:r>
      <w:r>
        <w:rPr>
          <w:lang w:eastAsia="zh-CN"/>
        </w:rPr>
        <w:br/>
      </w:r>
    </w:p>
    <w:p w:rsidR="001B1F19" w14:textId="27C3F48A">
      <w:pPr>
        <w:rPr>
          <w:rFonts w:hint="eastAsia"/>
          <w:lang w:eastAsia="zh-CN"/>
        </w:rPr>
      </w:pPr>
      <w:r>
        <w:rPr>
          <w:lang w:eastAsia="zh-CN"/>
        </w:rPr>
        <w:t>　　3、 可以邀请其他部门参加，促进彼此的交流，增进同学与同学之间，或者同学与老师、辅导员之间的感情。</w:t>
      </w:r>
      <w:r>
        <w:rPr>
          <w:lang w:eastAsia="zh-CN"/>
        </w:rPr>
        <w:br/>
      </w:r>
      <w:r>
        <w:rPr>
          <w:lang w:eastAsia="zh-CN"/>
        </w:rPr>
        <w:t xml:space="preserve">    学习部纳新工作计划范例 篇15 </w:t>
      </w:r>
      <w:r>
        <w:rPr>
          <w:lang w:eastAsia="zh-CN"/>
        </w:rPr>
        <w:br/>
      </w:r>
      <w:r>
        <w:rPr>
          <w:lang w:eastAsia="zh-CN"/>
        </w:rPr>
        <w:t>　　首先，本月经过学习部所有人员的共同努力，各项活动都得以顺利、有序的完成。</w:t>
      </w:r>
      <w:r>
        <w:rPr>
          <w:lang w:eastAsia="zh-CN"/>
        </w:rPr>
        <w:br/>
      </w:r>
      <w:r>
        <w:rPr>
          <w:lang w:eastAsia="zh-CN"/>
        </w:rPr>
        <w:t>　　1.本月我部负责下发了有关四、六级考试的报名以及相关要求，国家二级考试的报名和准考证的领取，国二证书的整理发放，以及非师类进行师类考试的时间以及相关要求的通知。</w:t>
      </w:r>
      <w:r>
        <w:rPr>
          <w:lang w:eastAsia="zh-CN"/>
        </w:rPr>
        <w:br/>
      </w:r>
      <w:r>
        <w:rPr>
          <w:lang w:eastAsia="zh-CN"/>
        </w:rPr>
        <w:t>　　2.进行了小语种学习的同学的名单的统计以及提交工作。</w:t>
      </w:r>
      <w:r>
        <w:rPr>
          <w:lang w:eastAsia="zh-CN"/>
        </w:rPr>
        <w:br/>
      </w:r>
      <w:r>
        <w:rPr>
          <w:lang w:eastAsia="zh-CN"/>
        </w:rPr>
        <w:t>　　3.配合、协助校杂志进行了有关电影、电视观后感和随笔的征文活动，广大同学踊跃参与报名，稿件多达三十几份。</w:t>
      </w:r>
      <w:r>
        <w:rPr>
          <w:lang w:eastAsia="zh-CN"/>
        </w:rPr>
        <w:br/>
      </w:r>
      <w:r>
        <w:rPr>
          <w:lang w:eastAsia="zh-CN"/>
        </w:rPr>
        <w:t>　　4.调查统计了有关数学建模大赛参赛同学名单，以及上报了参加数学建模协会同学名单。</w:t>
      </w:r>
      <w:r>
        <w:rPr>
          <w:lang w:eastAsia="zh-CN"/>
        </w:rPr>
        <w:br/>
      </w:r>
      <w:r>
        <w:rPr>
          <w:lang w:eastAsia="zh-CN"/>
        </w:rPr>
        <w:t>　　5.积极配合学生会搞学生会同学活动计划，积极踊跃的参加了学生会的活动，同文艺部合作一同排练了嘻唰唰节目,在学生会的活动中荣获了最受观众欢迎奖。活动中承办了奥运火炬传递活动，并取得了圆满成功。( 励志天下  )</w:t>
      </w:r>
      <w:r>
        <w:rPr>
          <w:lang w:eastAsia="zh-CN"/>
        </w:rPr>
        <w:br/>
      </w:r>
      <w:r>
        <w:rPr>
          <w:lang w:eastAsia="zh-CN"/>
        </w:rPr>
        <w:t>　　6.本月我部主要的工作是承办了从策划直至最后成功举办的，丰富了校园文化生活的，给予广大同学展示自己的机会的，同时使得学习部每一个成员都得到了充分锻炼的----英语电影配音大赛。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https://d.book118.com/405240240234011103</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5240240234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