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2024小学教师读书心得（30篇）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2024小学教师读书心得（通用30篇）</w:t>
      </w:r>
      <w:r>
        <w:rPr>
          <w:lang w:eastAsia="zh-CN"/>
        </w:rPr>
        <w:br/>
      </w:r>
      <w:r>
        <w:rPr>
          <w:lang w:eastAsia="zh-CN"/>
        </w:rPr>
        <w:t xml:space="preserve">    2024小学教师读书心得 篇1 </w:t>
      </w:r>
      <w:r>
        <w:rPr>
          <w:lang w:eastAsia="zh-CN"/>
        </w:rPr>
        <w:br/>
      </w:r>
      <w:r>
        <w:rPr>
          <w:lang w:eastAsia="zh-CN"/>
        </w:rPr>
        <w:t>　　《修优美师德 做阳光教师》读书心得体会</w:t>
      </w:r>
      <w:r>
        <w:rPr>
          <w:lang w:eastAsia="zh-CN"/>
        </w:rPr>
        <w:br/>
      </w:r>
      <w:r>
        <w:rPr>
          <w:lang w:eastAsia="zh-CN"/>
        </w:rPr>
        <w:t>　　暑假我认真品读了《修优美师德 做阳光教师》这本书，让我感受到做一个优秀的阳光教师必须要做到：在面对孩子，要有阳光般灿烂的笑脸;面对同事，要有阳光般温暖的态度;面对家长，要能阳光般真诚的交流;面对教育，要有阳光般平和的心态;面对教研，要有阳光般积极的热情;面对发展，要有阳光般不息的能量。书中的一个个案例在我的脑海里烙下了深深的印痕。</w:t>
      </w:r>
      <w:r>
        <w:rPr>
          <w:lang w:eastAsia="zh-CN"/>
        </w:rPr>
        <w:br/>
      </w:r>
      <w:r>
        <w:rPr>
          <w:lang w:eastAsia="zh-CN"/>
        </w:rPr>
        <w:t>　　教师是充满爱心的职业，教师要做一名爱的天使，这是对每一位教师的最基本要求。教师不仅仅要成为一名有爱心的教师，还要成为一名智慧型的教师。</w:t>
      </w:r>
      <w:r>
        <w:rPr>
          <w:lang w:eastAsia="zh-CN"/>
        </w:rPr>
        <w:br/>
      </w:r>
      <w:r>
        <w:rPr>
          <w:lang w:eastAsia="zh-CN"/>
        </w:rPr>
        <w:t>　　智慧是思索的结晶，教师的教育智慧即是教师对教育教学问题长期研究和不断思索的结果。教师如果能从研究的角度来从事教学工作，不断地发现问题，思考问题，研究问题，就能不断地增长自己的思考力、感悟力，不断地提炼新见解、新观点，从而全面地提高自己的学术水平和教育智慧。</w:t>
      </w:r>
      <w:r>
        <w:rPr>
          <w:lang w:eastAsia="zh-CN"/>
        </w:rPr>
        <w:br/>
      </w:r>
    </w:p>
    <w:p w:rsidR="001B1F19" w14:textId="0AE8485B">
      <w:pPr>
        <w:pStyle w:val="Heading1"/>
        <w:jc w:val="center"/>
        <w:rPr>
          <w:rFonts w:hint="eastAsia"/>
          <w:lang w:eastAsia="zh-CN"/>
        </w:rPr>
      </w:pPr>
      <w:r>
        <w:rPr>
          <w:sz w:val="44"/>
          <w:lang w:eastAsia="zh-CN"/>
        </w:rPr>
        <w:t>2024小学教师读书心得（30篇）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2024小学教师读书心得（通用30篇）</w:t>
      </w:r>
      <w:r>
        <w:rPr>
          <w:lang w:eastAsia="zh-CN"/>
        </w:rPr>
        <w:br/>
      </w:r>
      <w:r>
        <w:rPr>
          <w:lang w:eastAsia="zh-CN"/>
        </w:rPr>
        <w:t xml:space="preserve">    2024小学教师读书心得 篇1 </w:t>
      </w:r>
      <w:r>
        <w:rPr>
          <w:lang w:eastAsia="zh-CN"/>
        </w:rPr>
        <w:br/>
      </w:r>
      <w:r>
        <w:rPr>
          <w:lang w:eastAsia="zh-CN"/>
        </w:rPr>
        <w:t>　　《修优美师德 做阳光教师》读书心得体会</w:t>
      </w:r>
      <w:r>
        <w:rPr>
          <w:lang w:eastAsia="zh-CN"/>
        </w:rPr>
        <w:br/>
      </w:r>
      <w:r>
        <w:rPr>
          <w:lang w:eastAsia="zh-CN"/>
        </w:rPr>
        <w:t>　　暑假我认真品读了《修优美师德 做阳光教师》这本书，让我感受到做一个优秀的阳光教师必须要做到：在面对孩子，要有阳光般灿烂的笑脸;面对同事，要有阳光般温暖的态度;面对家长，要能阳光般真诚的交流;面对教育，要有阳光般平和的心态;面对教研，要有阳光般积极的热情;面对发展，要有阳光般不息的能量。书中的一个个案例在我的脑海里烙下了深深的印痕。</w:t>
      </w:r>
      <w:r>
        <w:rPr>
          <w:lang w:eastAsia="zh-CN"/>
        </w:rPr>
        <w:br/>
      </w:r>
      <w:r>
        <w:rPr>
          <w:lang w:eastAsia="zh-CN"/>
        </w:rPr>
        <w:t>　　教师是充满爱心的职业，教师要做一名爱的天使，这是对每一位教师的最基本要求。教师不仅仅要成为一名有爱心的教师，还要成为一名智慧型的教师。</w:t>
      </w:r>
      <w:r>
        <w:rPr>
          <w:lang w:eastAsia="zh-CN"/>
        </w:rPr>
        <w:br/>
      </w:r>
      <w:r>
        <w:rPr>
          <w:lang w:eastAsia="zh-CN"/>
        </w:rPr>
        <w:t>　　智慧是思索的结晶，教师的教育智慧即是教师对教育教学问题长期研究和不断思索的结果。教师如果能从研究的角度来从事教学工作，不断地发现问题，思考问题，研究问题，就能不断地增长自己的思考力、感悟力，不断地提炼新见解、新观点，从而全面地提高自己的学术水平和教育智慧。</w:t>
      </w:r>
      <w:r>
        <w:rPr>
          <w:lang w:eastAsia="zh-CN"/>
        </w:rPr>
        <w:br/>
      </w:r>
    </w:p>
    <w:p w:rsidR="001B1F19" w14:textId="0AE8485B">
      <w:pPr>
        <w:pStyle w:val="Heading1"/>
        <w:jc w:val="center"/>
        <w:rPr>
          <w:rFonts w:hint="eastAsia"/>
          <w:lang w:eastAsia="zh-CN"/>
        </w:rPr>
      </w:pPr>
      <w:r>
        <w:rPr>
          <w:sz w:val="44"/>
          <w:lang w:eastAsia="zh-CN"/>
        </w:rPr>
        <w:t>2024小学教师读书心得（30篇）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2024小学教师读书心得（通用30篇）</w:t>
      </w:r>
      <w:r>
        <w:rPr>
          <w:lang w:eastAsia="zh-CN"/>
        </w:rPr>
        <w:br/>
      </w:r>
      <w:r>
        <w:rPr>
          <w:lang w:eastAsia="zh-CN"/>
        </w:rPr>
        <w:t xml:space="preserve">    2024小学教师读书心得 篇1 </w:t>
      </w:r>
      <w:r>
        <w:rPr>
          <w:lang w:eastAsia="zh-CN"/>
        </w:rPr>
        <w:br/>
      </w:r>
      <w:r>
        <w:rPr>
          <w:lang w:eastAsia="zh-CN"/>
        </w:rPr>
        <w:t>　　《修优美师德 做阳光教师》读书心得体会</w:t>
      </w:r>
      <w:r>
        <w:rPr>
          <w:lang w:eastAsia="zh-CN"/>
        </w:rPr>
        <w:br/>
      </w:r>
      <w:r>
        <w:rPr>
          <w:lang w:eastAsia="zh-CN"/>
        </w:rPr>
        <w:t>　　暑假我认真品读了《修优美师德 做阳光教师》这本书，让我感受到做一个优秀的阳光教师必须要做到：在面对孩子，要有阳光般灿烂的笑脸;面对同事，要有阳光般温暖的态度;面对家长，要能阳光般真诚的交流;面对教育，要有阳光般平和的心态;面对教研，要有阳光般积极的热情;面对发展，要有阳光般不息的能量。书中的一个个案例在我的脑海里烙下了深深的印痕。</w:t>
      </w:r>
      <w:r>
        <w:rPr>
          <w:lang w:eastAsia="zh-CN"/>
        </w:rPr>
        <w:br/>
      </w:r>
      <w:r>
        <w:rPr>
          <w:lang w:eastAsia="zh-CN"/>
        </w:rPr>
        <w:t>　　教师是充满爱心的职业，教师要做一名爱的天使，这是对每一位教师的最基本要求。教师不仅仅要成为一名有爱心的教师，还要成为一名智慧型的教师。</w:t>
      </w:r>
      <w:r>
        <w:rPr>
          <w:lang w:eastAsia="zh-CN"/>
        </w:rPr>
        <w:br/>
      </w:r>
      <w:r>
        <w:rPr>
          <w:lang w:eastAsia="zh-CN"/>
        </w:rPr>
        <w:t>　　智慧是思索的结晶，教师的教育智慧即是教师对教育教学问题长期研究和不断思索的结果。教师如果能从研究的角度来从事教学工作，不断地发现问题，思考问题，研究问题，就能不断地增长自己的思考力、感悟力，不断地提炼新见解、新观点，从而全面地提高自己的学术水平和教育智慧。</w:t>
      </w:r>
      <w:r>
        <w:rPr>
          <w:lang w:eastAsia="zh-CN"/>
        </w:rPr>
        <w:br/>
      </w:r>
    </w:p>
    <w:p w:rsidR="001B1F19" w14:textId="0AE8485B">
      <w:pPr>
        <w:pStyle w:val="Heading1"/>
        <w:jc w:val="center"/>
        <w:rPr>
          <w:rFonts w:hint="eastAsia"/>
          <w:lang w:eastAsia="zh-CN"/>
        </w:rPr>
      </w:pPr>
      <w:r>
        <w:rPr>
          <w:sz w:val="44"/>
          <w:lang w:eastAsia="zh-CN"/>
        </w:rPr>
        <w:t>2024小学教师读书心得（30篇）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2024小学教师读书心得（通用30篇）</w:t>
      </w:r>
      <w:r>
        <w:rPr>
          <w:lang w:eastAsia="zh-CN"/>
        </w:rPr>
        <w:br/>
      </w:r>
      <w:r>
        <w:rPr>
          <w:lang w:eastAsia="zh-CN"/>
        </w:rPr>
        <w:t xml:space="preserve">    2024小学教师读书心得 篇1 </w:t>
      </w:r>
      <w:r>
        <w:rPr>
          <w:lang w:eastAsia="zh-CN"/>
        </w:rPr>
        <w:br/>
      </w:r>
      <w:r>
        <w:rPr>
          <w:lang w:eastAsia="zh-CN"/>
        </w:rPr>
        <w:t>　　《修优美师德 做阳光教师》读书心得体会</w:t>
      </w:r>
      <w:r>
        <w:rPr>
          <w:lang w:eastAsia="zh-CN"/>
        </w:rPr>
        <w:br/>
      </w:r>
      <w:r>
        <w:rPr>
          <w:lang w:eastAsia="zh-CN"/>
        </w:rPr>
        <w:t>　　暑假我认真品读了《修优美师德 做阳光教师》这本书，让我感受到做一个优秀的阳光教师必须要做到：在面对孩子，要有阳光般灿烂的笑脸;面对同事，要有阳光般温暖的态度;面对家长，要能阳光般真诚的交流;面对教育，要有阳光般平和的心态;面对教研，要有阳光般积极的热情;面对发展，要有阳光般不息的能量。书中的一个个案例在我的脑海里烙下了深深的印痕。</w:t>
      </w:r>
      <w:r>
        <w:rPr>
          <w:lang w:eastAsia="zh-CN"/>
        </w:rPr>
        <w:br/>
      </w:r>
      <w:r>
        <w:rPr>
          <w:lang w:eastAsia="zh-CN"/>
        </w:rPr>
        <w:t>　　教师是充满爱心的职业，教师要做一名爱的天使，这是对每一位教师的最基本要求。教师不仅仅要成为一名有爱心的教师，还要成为一名智慧型的教师。</w:t>
      </w:r>
      <w:r>
        <w:rPr>
          <w:lang w:eastAsia="zh-CN"/>
        </w:rPr>
        <w:br/>
      </w:r>
      <w:r>
        <w:rPr>
          <w:lang w:eastAsia="zh-CN"/>
        </w:rPr>
        <w:t>　　智慧是思索的结晶，教师的教育智慧即是教师对教育教学问题长期研究和不断思索的结果。教师如果能从研究的角度来从事教学工作，不断地发现问题，思考问题，研究问题，就能不断地增长自己的思考力、感悟力，不断地提炼新见解、新观点，从而全面地提高自己的学术水平和教育智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做一名阳光教师，就要乐于读书学习，走进阳光海洋。知识就像海洋，只有不断努力，才能缩短与彼岸的距离。做一名阳光教师，就要善待学生的错误。因为每个人都会犯错误，更别提孩子了，吃一堑，长一智。孩子们正是在一次次的错误中吸取教训，逐渐长大的。因此作为教师，我要改变自己的观点，用赞美的眼光去发现孩子身上的优点，进而形成赞美的习惯。那么，我即使面临巨大的压力，也会从心里感到自己是一名快乐的教师。爱人者人恒爱之，敬人者人恒敬之;懂得关怀获得朋友，懂得放心获得轻松，懂得遗忘获得自由。</w:t>
      </w:r>
      <w:r>
        <w:rPr>
          <w:lang w:eastAsia="zh-CN"/>
        </w:rPr>
        <w:br/>
      </w:r>
      <w:r>
        <w:rPr>
          <w:lang w:eastAsia="zh-CN"/>
        </w:rPr>
        <w:t>　　我要做一名阳光教师，调整好心态，热情地学习，快乐地生活，幸福地工作。在今后工作中，我会用真心、爱心、诚心、耐心，换来孩子们纯真的笑容，赢得孩子们的尊敬和爱戴以及学校、家长的认同和社会的认可。</w:t>
      </w:r>
      <w:r>
        <w:rPr>
          <w:lang w:eastAsia="zh-CN"/>
        </w:rPr>
        <w:br/>
      </w:r>
      <w:r>
        <w:rPr>
          <w:lang w:eastAsia="zh-CN"/>
        </w:rPr>
        <w:t xml:space="preserve">    2024小学教师读书心得 篇2 </w:t>
      </w:r>
      <w:r>
        <w:rPr>
          <w:lang w:eastAsia="zh-CN"/>
        </w:rPr>
        <w:br/>
      </w:r>
      <w:r>
        <w:rPr>
          <w:lang w:eastAsia="zh-CN"/>
        </w:rPr>
        <w:t>　　寒假期间，我阅读了《做不抱怨的教师》一书，感受颇深。刚开始看到书名，心里想着，哪有老师会不抱怨呢?要抱怨的事情太多了。一直以来，教师这一职业被认为是天底下最光辉的事业。可是随着时代的发展，独生子女是越来越多，家长对教师的要求也是越来越高，这就无形之中给我们教师带来压力。抱怨，似乎也成为释放压力的一种方式。但是这本书里的第一章有这么一句话：抱怨是懦弱、无能的最好诠释，他像幽灵一样到处游荡、饶人不安。所以我们教师要调节好自己的心态，对生活充满信心，对工作有较好的满意度，建立良好的人际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抱怨产生不了任何喜悦，也不会让我们的生活和工作添姿加彩，反而会让我们的负面情绪不断叠加，从而产生更多的不快。教育是一种智慧，教师要具有育人的智慧。在我们的教育工作中，如果抛弃让学生人人灿烂的想法，顺应自然，那么孩子们的笑脸会不会更多些呢?就像有些老师，学生考了96分还是不够，似乎只有100分才能算优秀。我们教师总是不满足于孩子的成绩。就像有的学生上课稍不认真，一旦被老师抓住，马上就会被批评一顿;下课跟同学有些小摩擦，又被认为是打架。其实冷静下来，仔细想想，一堂课40分钟，谁能保证什么小动作也不做。只要学生改正过来就行了。很多时候，学生之间的小摩擦，也不那么紧要。这正如自然万物的生长一样，在摩擦的过程中，学会了与他人相处的艺术。因此，我们教师让学生在摩擦中学会生存，在摩擦中成长，这是一种自然选择的过程，而在此过程中，我们教师不必代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教师经常也会抱怨：现在的孩子怎么那么不听话?怎么那么坐不住?怎么那么难教?怎么那么不爱学习?家长怎么也不管管等等。其实，冷静想想，可能是我们教师有些小题大做了，上课思想开小差，我们提醒一下就行了;和同学闹矛盾，告诉他们要友好相处，不能太冲动。其实转脸他们也就忘了所有的矛盾了。有的同学作业没做齐，可能确实是家里有事，给耽误了，也只是偶尔没有完成。有的同学考试没考好，因为他就只能考成那样，也就那水平，他已经尽力了。当面对学生的问题时，我们教师要试着相信自己的学生，试着控制自己的情绪，这样一来，不但问题能迎刃而解，师生双方都学会了好多道理。</w:t>
      </w:r>
      <w:r>
        <w:rPr>
          <w:lang w:eastAsia="zh-CN"/>
        </w:rPr>
        <w:br/>
      </w:r>
      <w:r>
        <w:rPr>
          <w:lang w:eastAsia="zh-CN"/>
        </w:rPr>
        <w:t>　　有的事情，我觉得只要跟孩子好好说说就行了。毕竟没有不犯错的孩子，关键是他不要放弃学习，继续努力，我们没必要严加管教，另眼看待，不能带着有色眼镜看学生，对学生要多加鼓励，少些批评，鼓励他们。</w:t>
      </w:r>
      <w:r>
        <w:rPr>
          <w:lang w:eastAsia="zh-CN"/>
        </w:rPr>
        <w:br/>
      </w:r>
      <w:r>
        <w:rPr>
          <w:lang w:eastAsia="zh-CN"/>
        </w:rPr>
        <w:t>　　每个孩子成长阶段的需要不尽相同，懵懂无知的时候要知道灌输引导;渐渐长大些便要放手;等他完全独立了还有鞭策鼓励。爱不是只用单一的方式一路贯彻到底，爱是讲层次的。只要善于引导，灵活多样的使用教育方法，对症下药，天才可能就出现我们的手中。我们应该更用心的去教学生，去感受学生。去感受生活带给我们的另一份财富。如果用心，是可以教给学生很多东西的，不仅仅是学科知识!学生成不了博士不要紧，使他们成为一个有用的人，对社会有贡献的人意义更大一些!我们给学生希望，他们就成为我们的希望了。你是笑着面对自己的希望呢，还是苦着面对自己的希望呢?笑着面对希望，希望会越来越多，你会找到越来越多的快乐!</w:t>
      </w:r>
      <w:r>
        <w:rPr>
          <w:lang w:eastAsia="zh-CN"/>
        </w:rPr>
        <w:br/>
      </w:r>
      <w:r>
        <w:rPr>
          <w:lang w:eastAsia="zh-CN"/>
        </w:rPr>
        <w:t>　　生活就是一面镜子，你笑它也笑;你哭，它也哭。不以物喜，不以己悲，时时注意，保持快乐的心情，做个阳光老师。用一颗宽容的心对待每一个孩子!这样才能生活的简单而充实。</w:t>
      </w:r>
      <w:r>
        <w:rPr>
          <w:lang w:eastAsia="zh-CN"/>
        </w:rPr>
        <w:br/>
      </w:r>
      <w:r>
        <w:rPr>
          <w:lang w:eastAsia="zh-CN"/>
        </w:rPr>
        <w:t xml:space="preserve">    2024小学教师读书心得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伴随着新课程改革，各种新的理念、方法成为教师的追求。在追逐的过程中很多人觉得有乱花渐欲迷人眼的感觉，甚至有人感叹语文教学像雾、像雨、又像风。面对种种困惑和疑问，作为一名一线的语文教师，伴随对新课标的深入解读。我觉得上简单的语文课是正确的选择。</w:t>
      </w:r>
      <w:r>
        <w:rPr>
          <w:lang w:eastAsia="zh-CN"/>
        </w:rPr>
        <w:br/>
      </w:r>
      <w:r>
        <w:rPr>
          <w:lang w:eastAsia="zh-CN"/>
        </w:rPr>
        <w:t>　　一、简单明确的教学目标</w:t>
      </w:r>
      <w:r>
        <w:rPr>
          <w:lang w:eastAsia="zh-CN"/>
        </w:rPr>
        <w:br/>
      </w:r>
      <w:r>
        <w:rPr>
          <w:lang w:eastAsia="zh-CN"/>
        </w:rPr>
        <w:t>　　教师在实施教学任务前必须有目标意识，目标就是要求，目标就是方向。因此，教学目标要简明。在一堂语文课上我究竟要让学生获得什么知识、提高什么能力、关注什么情感体验，教学目标中要明确体现。充分发挥目标在教学中的导向、调控、检测的功能，让目标贯穿于教学的全过程。</w:t>
      </w:r>
      <w:r>
        <w:rPr>
          <w:lang w:eastAsia="zh-CN"/>
        </w:rPr>
        <w:br/>
      </w:r>
      <w:r>
        <w:rPr>
          <w:lang w:eastAsia="zh-CN"/>
        </w:rPr>
        <w:t>　　二、简洁明了的课堂教学</w:t>
      </w:r>
      <w:r>
        <w:rPr>
          <w:lang w:eastAsia="zh-CN"/>
        </w:rPr>
        <w:br/>
      </w:r>
      <w:r>
        <w:rPr>
          <w:lang w:eastAsia="zh-CN"/>
        </w:rPr>
        <w:t>　　语文课堂要有一条线而不是一大片。诚然语文教学听、说、读、写，字、词、句、篇，积累运用千头万绪，工具性与人文性争论不休。但扎扎实实的语文课堂就如同张庆老师讲的读读写写，写写读读。落实在教学设计上就是一个实字，让语文课上讲语文的东西，不要出现关于语文和非语文的东西。</w:t>
      </w:r>
      <w:r>
        <w:rPr>
          <w:lang w:eastAsia="zh-CN"/>
        </w:rPr>
        <w:br/>
      </w:r>
      <w:r>
        <w:rPr>
          <w:lang w:eastAsia="zh-CN"/>
        </w:rPr>
        <w:t>　　三、简约明晰的评价</w:t>
      </w:r>
      <w:r>
        <w:rPr>
          <w:lang w:eastAsia="zh-CN"/>
        </w:rPr>
        <w:br/>
      </w:r>
      <w:r>
        <w:rPr>
          <w:lang w:eastAsia="zh-CN"/>
        </w:rPr>
        <w:t>　　教学评价是教学的重要环节。新课程改革要求评价的方式多样，形成性评价和终结评价结合，在语文教学中认识到教学评价不是一个纯技术性的问题是对被评价对象的价值或特点做出判断。应该有一个教学目标相对应的评价。</w:t>
      </w:r>
      <w:r>
        <w:rPr>
          <w:lang w:eastAsia="zh-CN"/>
        </w:rPr>
        <w:br/>
      </w:r>
      <w:r>
        <w:rPr>
          <w:lang w:eastAsia="zh-CN"/>
        </w:rPr>
        <w:t>　　语文教学方法多样，形式各异。不管用什么样的方法，不能脱离语文教学的基本规律，语文应该姓语。在简单中看到复杂，于平淡中体现神奇。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2024小学教师读书心得 篇4 </w:t>
      </w:r>
      <w:r>
        <w:rPr>
          <w:lang w:eastAsia="zh-CN"/>
        </w:rPr>
        <w:br/>
      </w:r>
      <w:r>
        <w:rPr>
          <w:lang w:eastAsia="zh-CN"/>
        </w:rPr>
        <w:t>　　音乐教师读《音乐教育心理学》心得体会</w:t>
      </w:r>
      <w:r>
        <w:rPr>
          <w:lang w:eastAsia="zh-CN"/>
        </w:rPr>
        <w:br/>
      </w:r>
      <w:r>
        <w:rPr>
          <w:lang w:eastAsia="zh-CN"/>
        </w:rPr>
        <w:t>　　音乐教育心理学是专门研究在音乐学习过程中，师生相互作用的各种心理现象以及教与学的心理规律的。在学习的过程中，认知、情感和意志三方面的心理活动都在发生、发展和终止。所以了解学生在学习时心理上可能会有的变化及时采取有效的教学手段是有效教学的最佳方法，而音乐教师在教育过程中更需要扮演好各种不同的角色才能在现在的音乐教学中得以胜任。</w:t>
      </w:r>
      <w:r>
        <w:rPr>
          <w:lang w:eastAsia="zh-CN"/>
        </w:rPr>
        <w:br/>
      </w:r>
      <w:r>
        <w:rPr>
          <w:lang w:eastAsia="zh-CN"/>
        </w:rPr>
        <w:t>　　一、 学生美好心灵的塑造者：用一定的世界观和道德行为规范塑造学生的良好的审美心灵，教师必须清楚,音乐只是手段，育人才是目的。</w:t>
      </w:r>
      <w:r>
        <w:rPr>
          <w:lang w:eastAsia="zh-CN"/>
        </w:rPr>
        <w:br/>
      </w:r>
      <w:r>
        <w:rPr>
          <w:lang w:eastAsia="zh-CN"/>
        </w:rPr>
        <w:t>　　二、音乐知识技能的传授者：向学生传授音乐基础知识和技能，并在此基础上促进学生音乐才能的发展和身心的健康。</w:t>
      </w:r>
      <w:r>
        <w:rPr>
          <w:lang w:eastAsia="zh-CN"/>
        </w:rPr>
        <w:br/>
      </w:r>
      <w:r>
        <w:rPr>
          <w:lang w:eastAsia="zh-CN"/>
        </w:rPr>
        <w:t>　　三、学生身心健康的保健者：让学生能真正成为全面发展的人，音乐教师要对学生的身心健康特别是心理健康予以足够的关注,能通过音乐的学习引导学生用健康的人生观生活。</w:t>
      </w:r>
      <w:r>
        <w:rPr>
          <w:lang w:eastAsia="zh-CN"/>
        </w:rPr>
        <w:br/>
      </w:r>
      <w:r>
        <w:rPr>
          <w:lang w:eastAsia="zh-CN"/>
        </w:rPr>
        <w:t>　　四、学生集体的组织者：音乐教学不光涉及课堂教学还涉及到学生的课余生活中，音乐教师要将这两个方面放到同等重要的位置，要成为学校音乐生活的组织者和倡导者,注意培养音乐积极分子和骨干，更要发挥好大部分学生的音乐学习积极性，让学生在活动的过程中养成组织观和集体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孜孜不倦的学习者：音乐教师要想把音乐知识和技能传授给学生，自己就必须要具备扎实的音乐专业知识和技能，而且更要有强烈的再学习的意识，在现代这个知识更新速度加快的时代，音乐教师的知识的容量和质量都是要进一步得到提高的，这样学生在听课时才能获得源源不断的知识体系。</w:t>
      </w:r>
      <w:r>
        <w:rPr>
          <w:lang w:eastAsia="zh-CN"/>
        </w:rPr>
        <w:br/>
      </w:r>
      <w:r>
        <w:rPr>
          <w:lang w:eastAsia="zh-CN"/>
        </w:rPr>
        <w:t>　　本书还非常系统地在音乐的很多方面都作了详尽的阐述，是一本音乐教师不可不读的书。</w:t>
      </w:r>
      <w:r>
        <w:rPr>
          <w:lang w:eastAsia="zh-CN"/>
        </w:rPr>
        <w:br/>
      </w:r>
      <w:r>
        <w:rPr>
          <w:lang w:eastAsia="zh-CN"/>
        </w:rPr>
        <w:t xml:space="preserve">    2024小学教师读书心得 篇5 </w:t>
      </w:r>
      <w:r>
        <w:rPr>
          <w:lang w:eastAsia="zh-CN"/>
        </w:rPr>
        <w:br/>
      </w:r>
      <w:r>
        <w:rPr>
          <w:lang w:eastAsia="zh-CN"/>
        </w:rPr>
        <w:t>　　屋檐水，一点一滴，滴穿沿阶石;羲之习字，年年岁岁，墨染洗砚池。陶行知说：“教育的作用，是使人天天改造，天天进步，天天往好的路上走。”初读《师道》一书，观此言，只觉三个“天天”，发人深省;再观此言，更觉大小不论，“天天”不易，所以我从不呆望“大创造”从天而降，而是学以“坦白之心”观“点滴的创造”。</w:t>
      </w:r>
      <w:r>
        <w:rPr>
          <w:lang w:eastAsia="zh-CN"/>
        </w:rPr>
        <w:br/>
      </w:r>
      <w:r>
        <w:rPr>
          <w:lang w:eastAsia="zh-CN"/>
        </w:rPr>
        <w:t>　　何为“坦白之心”?我以为对于教师而言，“坦白之心”便是襟怀坦白，诚挚可亲，一视同仁。拥有了坦白之心，便拥有了一对火眼金睛，具备了找出孩子所有的小小创造的本事;拥有了坦白之心，便拥有了一个广大的温暖怀抱，获得了能把所有取得点滴进步的孩子纳入怀中给予温暖的能力;拥有了坦白之心，便拥有了一双有力的手，能把孩子托举得更高，远离那片名为不自信的荆棘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上学期我最喜欢做的事情，就是给班里小朋友们写的“诗歌”设计海报。尤记一开始我动员孩子们写诗的时候，这些“大作”还只是几张可怜的小纸片，攥在几个平时的“积极分子”的手里，到了下课，这几个人走到我面前，亮晶晶的眼睛望着我，领头的来一句“老师，这是我们自己写的诗，想给您看看。”话还没说完，孩子们把纸往我讲台上一拍，一溜烟全跑了，让人哭笑不得。我只好把这些皱巴巴的小纸片一张张抚平，叠起来，带回办公室。看着这寥寥几张纸片，我内心有些泄气，我本以为我前期做了充足的准备，找了不少同龄孩子有趣的诗歌，举办“儿童诗鉴赏会”，孩子们应该会积极性很高，这些小纸片却怎么看都有些敷衍之意。没想到的是，一张张看下来，纸片的含金量出乎意料的高，孩子们字一笔一划写得认真，写的小诗也基本都具备了现代诗的“范”。想了想，我准备给这些积极勇敢的孩子准备一份小礼物。我把这些文字录入到电脑，配上应景的插图，做成手账的形式，再打印出来，一张张精美的诗歌海报便完成了。令我没想到的是，这些“小礼物”激起了不少孩子的兴趣，随着我一次次的动员，我收到了越来越多的“小纸片”，越来越多的小朋友加入了写诗的阵营。</w:t>
      </w:r>
      <w:r>
        <w:rPr>
          <w:lang w:eastAsia="zh-CN"/>
        </w:rPr>
        <w:br/>
      </w:r>
      <w:r>
        <w:rPr>
          <w:lang w:eastAsia="zh-CN"/>
        </w:rPr>
        <w:t>　　现在回想起当时的情景，我庆幸我在最后没丢下一颗“坦白之心”，若我因为孩子们交上来的“小纸片”不符合我预期所想，疑心是孩子们敷衍我才上交的，弃之不看，不予孩子反馈，岂不是错过了孩子的成长?这便是失了“坦白之心”，摧残了孩子的趣味，更辜负了孩子的创造。小纸片也好，精美诗集也罢，若带着坦白之心去看，便都是孩子的创造;孩子的点滴创造也好，大创造也罢，都是作为一个老师应该去一一发现，一一挖掘的宝贵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梁启超说“教育事业，从积极方面说，全是在唤起趣味;从消极方面说，要十分注意不可以摧残趣味。”以坦白之心观点滴创造，唤起孩子趣味，守护孩子趣味。</w:t>
      </w:r>
      <w:r>
        <w:rPr>
          <w:lang w:eastAsia="zh-CN"/>
        </w:rPr>
        <w:br/>
      </w:r>
      <w:r>
        <w:rPr>
          <w:lang w:eastAsia="zh-CN"/>
        </w:rPr>
        <w:t xml:space="preserve">    2024小学教师读书心得 篇6 </w:t>
      </w:r>
      <w:r>
        <w:rPr>
          <w:lang w:eastAsia="zh-CN"/>
        </w:rPr>
        <w:br/>
      </w:r>
      <w:r>
        <w:rPr>
          <w:lang w:eastAsia="zh-CN"/>
        </w:rPr>
        <w:t>　　利用寒假的时间我拜读了赵国忠老师的《今天可以这做老师》，封面上有一段文字今天有这样的教师，他们在开学的第一天给学生带来无比的惊喜;今天有这样的教师，他们是真正的教学大师，他们的课堂永远高效有趣;</w:t>
      </w:r>
      <w:r>
        <w:rPr>
          <w:lang w:eastAsia="zh-CN"/>
        </w:rPr>
        <w:br/>
      </w:r>
      <w:r>
        <w:rPr>
          <w:lang w:eastAsia="zh-CN"/>
        </w:rPr>
        <w:t>　　今天有这样的教师，在他们眼里永远没有差生，他能让最差的学生的学生考取重点大学;今天，有这样的教师，他们用自己的智慧和汗水获得最精彩的教师人生今天，我们可以这样做教师!。这段话简简单单，却让我感受到教师的无穷魅力。我被书中许多中外优秀教师对学生那浓浓的爱与超常的智慧深深地吸引、深深地感动。同时让我感觉到自己的渺小。</w:t>
      </w:r>
      <w:r>
        <w:rPr>
          <w:lang w:eastAsia="zh-CN"/>
        </w:rPr>
        <w:br/>
      </w:r>
      <w:r>
        <w:rPr>
          <w:lang w:eastAsia="zh-CN"/>
        </w:rPr>
        <w:t>　　《今天可以这样做教师》这本书中列举了许多案例，如小学里的大师桂贤娣，小蚂蚁的伟大起点常丽华，让倒数第一考上北大的王金战，一个创造教师奇迹的雷夫，差生的救星李圣珍等等。在拜读完这些教育大师的教育故事后我不经感慨，每个大师成功的背后都是他们对于学生的爱，对于学生的付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些大师中给我留下印象最深刻的就是小学里的大师桂贤娣，她接触的学生也是我们现在正在接触的学生，但是她对于学生付出的爱却不是我们所能企及的。她还自创出了属于自己的因生给爱10法对待病残生爱在得体，体弱生爱在关心等等。一个老师光有爱是不够的，没有哪一个学生会喜欢一个教学能力不强的老师，哪怕你再爱他们。在某种意义而言，教学水平高，让学生在课堂上学到实实在在的东西，才是对他们最好的爱。桂贤娣老师就是这样一个老师，她不仅懂爱会爱，她还是一位颇具教学艺术的老师，她独创的情感教学法得到了专家和老师们的高度评价。从书中所列举的几个案例，我们不难看出桂贤娣老师做的都是一件件小事，正是这些小事最真实的演绎着她的艺术，也进一步的将她的教育艺术，磨练的愈加炉火纯青。桂贤娣老师是一本爱的教科书，用她的情感教学，用她的情感育人，正是有她这样的大师，鼓舞着我们，给我们这些后生们做出了指引。</w:t>
      </w:r>
      <w:r>
        <w:rPr>
          <w:lang w:eastAsia="zh-CN"/>
        </w:rPr>
        <w:br/>
      </w:r>
      <w:r>
        <w:rPr>
          <w:lang w:eastAsia="zh-CN"/>
        </w:rPr>
        <w:t>　　在教师这个岗位我在刚刚开始，但是我体会到了教师工作的纷繁复杂，但是我也体会着一名教师所特有的幸福。我爱学生，学生也爱着我。可是通过这本书，我才真正体会到：如果像俞老师、桂老师那样，爱的恰当，爱的得体，爱的有效，这样的工作才会充满色彩，五光十色，光彩夺目。</w:t>
      </w:r>
      <w:r>
        <w:rPr>
          <w:lang w:eastAsia="zh-CN"/>
        </w:rPr>
        <w:br/>
      </w:r>
      <w:r>
        <w:rPr>
          <w:lang w:eastAsia="zh-CN"/>
        </w:rPr>
        <w:t xml:space="preserve">    2024小学教师读书心得 篇7 </w:t>
      </w:r>
      <w:r>
        <w:rPr>
          <w:lang w:eastAsia="zh-CN"/>
        </w:rPr>
        <w:br/>
      </w:r>
      <w:r>
        <w:rPr>
          <w:lang w:eastAsia="zh-CN"/>
        </w:rPr>
        <w:t>　　人们获取知识的途径多种多样，而读书作为其中一种既普通又直接但却非常有效的求知方法沿用至今。作为教师，从书本中获取知识就显得尤其重要。人类创造的知识财富，如同浩瀚的海洋，博大精深。作为我们教师需要加强各方面的修养来提高自己。所以我们理应多读书，用书来净化心灵，用书中的知识充实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不仅仅老师要读书，每一个想提高学识的人都要读书。在这短暂的一个学期里，我读到了平时没看过的书。读书成了我日常生活的一部分。在这一个学期里，我感觉收获颇丰。以下就是我这一学期来读书的心得。</w:t>
      </w:r>
      <w:r>
        <w:rPr>
          <w:lang w:eastAsia="zh-CN"/>
        </w:rPr>
        <w:br/>
      </w:r>
      <w:r>
        <w:rPr>
          <w:lang w:eastAsia="zh-CN"/>
        </w:rPr>
        <w:t>　　常言道："茶亦醉人何必酒，书能香我不需花。"我们渴望读书，渴望获得知识，但是我们却常常会有这样的疑惑：我们应该如何读书？自古以来，人们获取知识的途径多种多样，而读书作为其中一种既普通又直接但却非常有效的求知方法沿用至今。作为教师，从书本中获取知识就显得尤其重要。人类创造的知识财富，如同浩瀚的海洋，博大精深。作为我们教师需要加强各方面的修养来提高自己。所以我们理应多读书，用书来净化心灵，用书中的知识充实自己。同时我们也应抛弃古时旧的求知理念，什么"书中自有黄金屋"等等，都不足龋</w:t>
      </w:r>
      <w:r>
        <w:rPr>
          <w:lang w:eastAsia="zh-CN"/>
        </w:rPr>
        <w:br/>
      </w:r>
      <w:r>
        <w:rPr>
          <w:lang w:eastAsia="zh-CN"/>
        </w:rPr>
        <w:t>　　为了使读书达到更好的效果，我除了善于动脑，找到所读文章的"眼睛"，心领神会之外，还写读书笔记和读后感。当然读书要有好的效果，思考是最重要的，但是正如俗话所说："好记性不如烂笔头"，把思考的结果整理出来，写成笔记和感想，既有助于思考，也可以帮助我们记忆思考的结果，便于日后比较、综合、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读书让我更深刻得体会了教育的民主，在学生眼里，教师能够与他们平起平坐，他们的心理也就获得了一种平衡，这样的教师最能受到学生的.敬重。学生乐意与我走近，常把心里话告诉我，向我诉说烦恼，向我倾诉困难，我因此常和学生交流，这不能不说是一笔最宝贵的财富。回想每一次学生在向我表达着他们对我的感激和敬意是，我的心情都莫名的激动，我总是深深的感受到了自身的一种最崇高的价值。毫不避讳地说，这种崇高，正是我在读书工程中所获得的最大的收获，是我不断学习、不断完善的具体表现。</w:t>
      </w:r>
      <w:r>
        <w:rPr>
          <w:lang w:eastAsia="zh-CN"/>
        </w:rPr>
        <w:br/>
      </w:r>
      <w:r>
        <w:rPr>
          <w:lang w:eastAsia="zh-CN"/>
        </w:rPr>
        <w:t>　　简言之，同时结合自己的教育教学实际，我觉得做一名优秀的教师其实不是一件简单的事，但也并不是如“蜀道之难”。只要我们不断的加强理论学习，不断积累经验，长期地保持一颗好奇心，想一想今天学生又将演出一幕怎样的好戏？我今天又将看到孩子们的什么新花样？我自己又该为他们做些什么事？处处为孩子们着想，在为学生做些你力所能及的事时，你也必然在一步一步的接近成功！</w:t>
      </w:r>
      <w:r>
        <w:rPr>
          <w:lang w:eastAsia="zh-CN"/>
        </w:rPr>
        <w:br/>
      </w:r>
      <w:r>
        <w:rPr>
          <w:lang w:eastAsia="zh-CN"/>
        </w:rPr>
        <w:t xml:space="preserve">    2024小学教师读书心得 篇8 </w:t>
      </w:r>
      <w:r>
        <w:rPr>
          <w:lang w:eastAsia="zh-CN"/>
        </w:rPr>
        <w:br/>
      </w:r>
      <w:r>
        <w:rPr>
          <w:lang w:eastAsia="zh-CN"/>
        </w:rPr>
        <w:t>　　“做最好的自己”，强调的是自己和自己比，昨天的自己和今天的自己比，不断地超越自己。意味着要尽可能在自己的职业中达到自己力所能及的最好程度。</w:t>
      </w:r>
      <w:r>
        <w:rPr>
          <w:lang w:eastAsia="zh-CN"/>
        </w:rPr>
        <w:br/>
      </w:r>
      <w:r>
        <w:rPr>
          <w:lang w:eastAsia="zh-CN"/>
        </w:rPr>
        <w:t>　　读了《做最好的老师》，我感受到教育是美好的——美在理解、美在无私、美在伟大。它告诉我要用爱去教育每一个孩子。</w:t>
      </w:r>
      <w:r>
        <w:rPr>
          <w:lang w:eastAsia="zh-CN"/>
        </w:rPr>
        <w:br/>
      </w:r>
      <w:r>
        <w:rPr>
          <w:lang w:eastAsia="zh-CN"/>
        </w:rPr>
        <w:t>　　教育上的爱，不是为了达到一个目的而做出的一种姿态，一举一动都能让学生感受到老师的爱。所以，爱就是潜移默化。</w:t>
      </w:r>
      <w:r>
        <w:rPr>
          <w:lang w:eastAsia="zh-CN"/>
        </w:rPr>
        <w:br/>
      </w:r>
      <w:r>
        <w:rPr>
          <w:lang w:eastAsia="zh-CN"/>
        </w:rPr>
        <w:t>　　如何成为最好的教师？这想必是所有教师一直在追寻的问题。引用魏书生老师的话就是：“我们教师应努力提升自我。修炼教师之贤，做最好的自己，成为最好的教师。”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成为最好的教师，是要自己和自己比。把今天的自己和昨天的自己比——我今天的备课有没有比昨天更加充分？今天的课堂有没有比昨天更加精彩？今天的作业反馈有没有比昨天更加细致？每天做的工作都不是最好的，每天都有缺憾，但每天都有改进，每天都在进步。以此不断超越自己，向“最好的教师”的境界不断靠拢。李镇西老师强调自己和自己比。不断地超越自己，便意味着要尽可能在自己的教育教学中达到自己力所能及的最好程度。</w:t>
      </w:r>
      <w:r>
        <w:rPr>
          <w:lang w:eastAsia="zh-CN"/>
        </w:rPr>
        <w:br/>
      </w:r>
      <w:r>
        <w:rPr>
          <w:lang w:eastAsia="zh-CN"/>
        </w:rPr>
        <w:t>　　成为最好的教师，要时刻保持对学生的爱，多了解学生。对学生的了解和认识，不单单是对学生表面的了解，而最为重要的是对他们内心世界的了解和深入，让学生感受到你不只是他的老师，更是朋友和亲人，他愿意把自己的秘密告诉你，愿意把自己的喜怒哀乐和你分享，这才是一种和谐的师生关系。在师生之间搭起一座心灵的桥梁，这样才能让他们快乐、茧壮成长!</w:t>
      </w:r>
      <w:r>
        <w:rPr>
          <w:lang w:eastAsia="zh-CN"/>
        </w:rPr>
        <w:br/>
      </w:r>
      <w:r>
        <w:rPr>
          <w:lang w:eastAsia="zh-CN"/>
        </w:rPr>
        <w:t>　　李镇西老师告诉我们:做最好的老师!是一种平和的心态，也是一种激情的行动;是对某种欲望的放弃，也是对某种理想的追求;是平凡的细节，也是辉煌的人生;是竹杖芒鞋轻胜马的闲适从容，也是惊涛拍岸，卷起干堆雪的荡气回胸。这段话蕴涵着极其深刻的哲理:做最好的老师，应该成为每个教师的生活方式、工作常态和人生追求。</w:t>
      </w:r>
      <w:r>
        <w:rPr>
          <w:lang w:eastAsia="zh-CN"/>
        </w:rPr>
        <w:br/>
      </w:r>
      <w:r>
        <w:rPr>
          <w:lang w:eastAsia="zh-CN"/>
        </w:rPr>
        <w:t xml:space="preserve">    2024小学教师读书心得 篇9 </w:t>
      </w:r>
      <w:r>
        <w:rPr>
          <w:lang w:eastAsia="zh-CN"/>
        </w:rPr>
        <w:br/>
      </w:r>
      <w:r>
        <w:rPr>
          <w:lang w:eastAsia="zh-CN"/>
        </w:rPr>
        <w:t>　　在阅读中，时时会被李镇西老师充满智慧和哲理的语言所打动.摘录一些精彩的片段以自勉。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所谓最好的老师，不是与我敬仰的于漪，钱梦龙，魏书生等老师相比――他们的人格，学识，潜力乃至天赋，我是永远无法企及的，比也白比;但我能够和自己比呀!也就是用这天的李镇西与昨日的李镇西相比――我这天备课是不是比昨日更认真，我这天上课是不是比昨日更精彩，我这天找学生谈心是不是比昨日更诚恳，我这天处理突发事件是不是比昨日更机智，这天我组织班群众活动是不是比昨日更搞笑，我这天帮忙后进生是不是比昨日更细心，我这天所积累的教育智慧是不是比昨日更丰富，我这天所进行的教育反思是不是比昨日更深刻，这天我应对学生的教育教学推荐或意见是不是比昨日更虚心，我这天听到各种不理解后是不是比昨日更冷静……每一天都不是最好，甚至每一天都有遗憾，但每一天都这样自己和自己比，坚持不懈，我就不断地向最好的老师的境界靠近。</w:t>
      </w:r>
      <w:r>
        <w:rPr>
          <w:lang w:eastAsia="zh-CN"/>
        </w:rPr>
        <w:br/>
      </w:r>
      <w:r>
        <w:rPr>
          <w:lang w:eastAsia="zh-CN"/>
        </w:rPr>
        <w:t>　　我是为谁而工作为同事的好评吗为校长的表扬吗为奖金吗为职称吗这些对我来说当然也重要，但如果这些与学生的评价产生了冲突，我心灵的天平指针首先倾向于学生一边!在我看来，一个教师是否最好，第一就应看学生的评价.教师因学生而存在，我当然也是因我的学生而存在。</w:t>
      </w:r>
      <w:r>
        <w:rPr>
          <w:lang w:eastAsia="zh-CN"/>
        </w:rPr>
        <w:br/>
      </w:r>
      <w:r>
        <w:rPr>
          <w:lang w:eastAsia="zh-CN"/>
        </w:rPr>
        <w:t>　　培养学生开放的思想――一种海纳百川的文化胸襟，一种高屋建瓴的文化视野，一种不畏权势的民主意识，一种独立思考的批判精神。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生活的世界像一片森林，其中有的人是乔木，有的人是灌木，有的人是参天的白杨，有的人是婆娑的杨柳.你也许不是最美丽的，但你能够最可爱;你也许不是最聪明的，但你能够最勤奋;你也许不会最富有，但你能够最充实;你也许不会最顺利，但你能够最乐观……</w:t>
      </w:r>
      <w:r>
        <w:rPr>
          <w:lang w:eastAsia="zh-CN"/>
        </w:rPr>
        <w:br/>
      </w:r>
      <w:r>
        <w:rPr>
          <w:lang w:eastAsia="zh-CN"/>
        </w:rPr>
        <w:t>　　不是槌的打击，乃是水的载歌载舞，使鹅卵石臻于完美。</w:t>
      </w:r>
      <w:r>
        <w:rPr>
          <w:lang w:eastAsia="zh-CN"/>
        </w:rPr>
        <w:br/>
      </w:r>
      <w:r>
        <w:rPr>
          <w:lang w:eastAsia="zh-CN"/>
        </w:rPr>
        <w:t xml:space="preserve">    2024小学教师读书心得 篇10 </w:t>
      </w:r>
      <w:r>
        <w:rPr>
          <w:lang w:eastAsia="zh-CN"/>
        </w:rPr>
        <w:br/>
      </w:r>
      <w:r>
        <w:rPr>
          <w:lang w:eastAsia="zh-CN"/>
        </w:rPr>
        <w:t>　　读了《教学勇气——漫步教师心灵》这部书，就仿佛跟著作者进入到了教学中未知的“自我”领域进行一次旅行。美国教育家帕克。帕尔默在一系列富有洞察力和说服力且充满激情的著作中，加深了我们对什么是教育与受教育者的理解。</w:t>
      </w:r>
      <w:r>
        <w:rPr>
          <w:lang w:eastAsia="zh-CN"/>
        </w:rPr>
        <w:br/>
      </w:r>
      <w:r>
        <w:rPr>
          <w:lang w:eastAsia="zh-CN"/>
        </w:rPr>
        <w:t>　　帕克在他的《教学勇气》一书中这样说：越热爱教学的老师，可能就越伤心！很多教师非常热爱教学，但他们却时常遇到很多困难，并因此感到无助和恐惧。是的，我们都有过这样的经历：初上讲台时如履薄冰的紧张，辛苦的付出得不到相应回报时的烦恼，满腔的热忱得不到理解时的苦闷，在理想和现实的巨大落差面前的无奈。有时，那热爱教育的心会怀疑、会动摇、会退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作为一个教师，该如何在热爱教学的同时又不失勇气呢？这种勇气又来自哪里呢？帕克以他的实践经验给出了我们答案：他提出了作为一个教师，在教学方法和技巧之外一个特殊的、不被人重视的领域——教师的内心。他指出了好老师与不好老师的区别：他认为，好老师有一共同的特质：一种把他们个人的自身认同融入工作的强烈意识；而不好的老师把自己置身于他正在教的学科之外——在此过程中，也远离了学生。而好老师则在生活中将自己、学科和学生联合起来，也就是说，好的教师具有联合能力，他们能够将自己、所教学科和他们的学生编织成复杂的联系网，以便学生能够学会去编织一个他们自己的世界。好老师形成联合不在于他们的方法，而在于他们的心灵——即人类自身中整合智能、情感、精神和意志所在。帕克是这样生动地描述这种联合能力的：“当优秀教师把他们和学生与学科结合在一起编织生活时，那么他们的心灵就是织布机，针线在这里牵引，力在这里绷紧，线梭子在这里转动，从而生活的方方面面被精密地编织伸展。”他进一步阐述，对热爱教学的教师来说，教学牵动着教师的心，打开教师的心，甚至伤了教师的心——越热爱教学的老师，可能就越伤心！教学的勇气在于有勇气保持心灵的开放，即使力不从心仍然能够坚持，那样，教师、学生和学科才能被编织到学习和生活所需要的共同体结构中。</w:t>
      </w:r>
      <w:r>
        <w:rPr>
          <w:lang w:eastAsia="zh-CN"/>
        </w:rPr>
        <w:br/>
      </w:r>
      <w:r>
        <w:rPr>
          <w:lang w:eastAsia="zh-CN"/>
        </w:rPr>
        <w:t>　　作为一个教师，我们很容易理解他的这种所谓的“联合力”，每一个教师，不论他优秀与否，肯定都过几节自己满意的课，这些成功的课是他把自身、学科和学生结合得最完美的。帕克认为：好的教学来源于教师的自身认同和自身完整。对优秀教学而言，解决教师的自身认同和自身完整问题比技巧更重要。</w:t>
      </w:r>
      <w:r>
        <w:rPr>
          <w:lang w:eastAsia="zh-CN"/>
        </w:rPr>
        <w:br/>
      </w:r>
      <w:r>
        <w:rPr>
          <w:lang w:eastAsia="zh-CN"/>
        </w:rPr>
        <w:t xml:space="preserve">    2024小学教师读书心得 篇11 </w:t>
      </w:r>
      <w:r>
        <w:rPr>
          <w:lang w:eastAsia="zh-CN"/>
        </w:rPr>
        <w:br/>
      </w:r>
      <w:r>
        <w:rPr>
          <w:lang w:eastAsia="zh-CN"/>
        </w:rPr>
        <w:t>　　好书能营造一种宁静的心境，能让人在精神的世界中自由翱翔。在浩瀚的书海中我们中总能找到灵魂的归宿，为我们指路的明灯。如果说读书是一种幸福,是一种乐趣,会读书则是一种享受。让我们从读书好的思想中转化为好读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书是精神的粮食，是人类进步的台阶。每当我翻开那精神的粮食，哺育我的是一个个妙词佳句，引领着我们前进的步伐。读书犹如交友，再情投意合的朋友，在一块耽得太久也会腻味的，而书则不然。</w:t>
      </w:r>
      <w:r>
        <w:rPr>
          <w:lang w:eastAsia="zh-CN"/>
        </w:rPr>
        <w:br/>
      </w:r>
      <w:r>
        <w:rPr>
          <w:lang w:eastAsia="zh-CN"/>
        </w:rPr>
        <w:t>　　高尔基曾经说过“书是人类进步的阶梯”读一本好书，就好像与许许多多高尚的人交朋友。如果这个时间上没有书，那会怎样呢？这个世界将不会发展那么快，还可能是原始。读书是很美好的事，它使人快乐。在自己不开心的时候，打开一本书看看，把不开心的事放下，书跟你交朋友。读书使人从无知变成有知，从少知变成多知。有一首诗这样写道：“书是知识的宝库，书是智慧的海洋。”是的，正是有了书，社会才会进步，科学才会发展。朋友，让我们一起发愤读书吧！读书使人有亲密无间的朋友。书丰富了我的知识，陶冶了我的情操，也给过我不少的启迪，鞭策我在人生的道路上不断前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读书的时候应专心致志，除了了解书中的内容，好要对其进行分析，留下属于自己的那部分，读书时时而在书上划划圈圈，留下些精华。每当我翻开书本，就会身临其境，一坐就是两个小时，这才依依不舍地象被人从那儿拽了回来。许多人喜欢在安静的环境里读书，或是在溢满书香的小屋，或是在万籁俱寂的午夜，远离喧嚣、嘈杂，一个人独享那份清净与快乐。虽然书中未必有“黄金屋、千钟粟、颜如玉”，我却还是常常捧书漫步在美丽的大自然中，流连于皎洁月光下，徜徉于整洁的书柜前。每至此，心灵得以平静舒展，思绪得以驰骋纵横。身处不同的环境对读书的感受是不一样的。在艰苦的环境里读书，没有恒心和坚韧的毅力是徒劳的，至少是读不好书的。“头悬梁、锥刺股”、“书中自有黄金屋，书中自有颜如玉”这些流传千年的读书“古训”，反映出古人读书的环境是多么地艰难。而追求名利的读书，则变得过于的形式，效果也不是那么的明显。</w:t>
      </w:r>
      <w:r>
        <w:rPr>
          <w:lang w:eastAsia="zh-CN"/>
        </w:rPr>
        <w:br/>
      </w:r>
      <w:r>
        <w:rPr>
          <w:lang w:eastAsia="zh-CN"/>
        </w:rPr>
        <w:t>　　当今社会，无论是在物质条件还是在读书氛围上，读书的环境越来越好了。书的种类也多了，而人们学习的目标更明确了，书的专业性也显现出来，我们要有选择地来读适合我们的书籍。无论读书环境好坏，并不影响读书人的执着和对读书的热爱。古人在最艰苦的环境里尚能专心读书，在崇尚知识、崇尚读书的今天，我们更应珍惜今天的时光，淡泊名利，远离世俗，潜心读书。书是人生的一个最最知心地伴侣。</w:t>
      </w:r>
      <w:r>
        <w:rPr>
          <w:lang w:eastAsia="zh-CN"/>
        </w:rPr>
        <w:br/>
      </w:r>
      <w:r>
        <w:rPr>
          <w:lang w:eastAsia="zh-CN"/>
        </w:rPr>
        <w:t xml:space="preserve">    2024小学教师读书心得 篇12 </w:t>
      </w:r>
      <w:r>
        <w:rPr>
          <w:lang w:eastAsia="zh-CN"/>
        </w:rPr>
        <w:br/>
      </w:r>
      <w:r>
        <w:rPr>
          <w:lang w:eastAsia="zh-CN"/>
        </w:rPr>
        <w:t>　　假期里，我阅读了《小学语文教师》六月刊的《随文练笔研究专辑》，让我在作文练笔教学这一块中顿感明朗，读着读着，时而倍有同感，时而像被指引导航，时而灵感顿生，让我对随文练笔教学有了更宽广的了解，更系统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随文练笔是伴随着阅读教学进程，引导学生巧妙利用有关阅读内容进行的一种短平快的写作训练。因为随文练笔选材角度小，内容简短，贴近实际，紧随阅读教学，而且形式多样，丰富学生的习作色彩，学生负担少，因而在课堂中是颇受师生欢迎的一项习作训练。但在实际教学中，随文练笔设计的随意性，练笔的时机、方法、难易度把握不当等，往往导致训练低效甚至无效。如何实施有效的随文练笔策略，是我们当前值得思考和探讨的问题。而在文本教学中找准切入点，是随文练笔练习有效性的重要前提与保证。本人就学习前人的经验以及结合自己的教学实践，为找准随文练笔的切入点整理及提出以下几点看法。</w:t>
      </w:r>
      <w:r>
        <w:rPr>
          <w:lang w:eastAsia="zh-CN"/>
        </w:rPr>
        <w:br/>
      </w:r>
      <w:r>
        <w:rPr>
          <w:lang w:eastAsia="zh-CN"/>
        </w:rPr>
        <w:t>　　对于选择随文练笔的切入点，我们常常会有水满汀洲，何处寻芳草的困惑，其实在备课的时候，我们能够潜心会文，何愁天涯无芳草呢?</w:t>
      </w:r>
      <w:r>
        <w:rPr>
          <w:lang w:eastAsia="zh-CN"/>
        </w:rPr>
        <w:br/>
      </w:r>
      <w:r>
        <w:rPr>
          <w:lang w:eastAsia="zh-CN"/>
        </w:rPr>
        <w:t>　　一、拓展文本空白处&amp;&amp;与文本角色对话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文本是一个召唤读者参与的意义空间。文质兼美的文章大都有让读者自由想象的空间，只要我们善于挖掘，自有一片与文本交流的空间。如人教版十一册《草虫的村落》，课文的许多地方都留下了想象的空间，可以引发学生进一步思考，巧设练笔的空间。如，它们意味深长地对视良久，然后一齐欢跃地走回洞穴里去。意味深长地对视良久，这是甲虫夫妻间爱意的流露，在这深情的对视中，作为与丈夫阔别多时的妻子的你，会与丈夫倾诉些什么呢?又如，蜥蜴面前围拢了一群黑甲虫，对这庞然大物投以好奇的目光。它们友好地交流着，好像攀谈得很投机似的。如果你是蜥蜴，看着这群好奇的小甲虫们，你会如何向它们讲述外面的大千世界呢?它们会向你提出那些新奇有趣的问题?在这里，充分调动了学生的生活体验，让学生那奇异的想象得到驰骋，加上受到作者文中童心童语的感染，有了作者笔下草虫的世界这个大环境的渲染，学生练笔的情感被激发了，必然又产生一幕幕生动、有趣的情景。当然学生的语言也得到了有质量的训练。</w:t>
      </w:r>
      <w:r>
        <w:rPr>
          <w:lang w:eastAsia="zh-CN"/>
        </w:rPr>
        <w:br/>
      </w:r>
      <w:r>
        <w:rPr>
          <w:lang w:eastAsia="zh-CN"/>
        </w:rPr>
        <w:t xml:space="preserve">    2024小学教师读书心得 篇13 </w:t>
      </w:r>
      <w:r>
        <w:rPr>
          <w:lang w:eastAsia="zh-CN"/>
        </w:rPr>
        <w:br/>
      </w:r>
      <w:r>
        <w:rPr>
          <w:lang w:eastAsia="zh-CN"/>
        </w:rPr>
        <w:t>　　两年前在一次讲座中初闻李镇西老师的《做最好的老师》，前段时间我有幸读完了这本书，感慨万千。这本书记录了李镇西老师从教25年来的经验与收获，从一个青涩懵懂的职初老师到经验丰富成熟“老”教师，他在平凡的教学生活中，发掘出如何做“最好”的老师。</w:t>
      </w:r>
      <w:r>
        <w:rPr>
          <w:lang w:eastAsia="zh-CN"/>
        </w:rPr>
        <w:br/>
      </w:r>
      <w:r>
        <w:rPr>
          <w:lang w:eastAsia="zh-CN"/>
        </w:rPr>
        <w:t>　　什么样的老师才是最好的老师，用李老师的话说，没有“最好”，只有“更好”，虽然这个“最好”永远达不到，但一个个的“更好”就汇集成了最好”。拿昨天的自己与今天的自己比，不断超越自己，这不禁让我联想到，每周都会上一节新课，在上过第一次课后，要做好课后反思，思考教学中的每一个环节是否合理，表述是否简洁易懂，在不断改正后，问问自己今天上的课是不是比昨天更精彩？是不是更有创新；课堂上出现的突发情况，面对学生在课堂上说话、捣乱的，我是不是更加从容冷静的去面对？</w:t>
      </w:r>
      <w:r>
        <w:rPr>
          <w:lang w:eastAsia="zh-CN"/>
        </w:rPr>
        <w:br/>
      </w:r>
      <w:r>
        <w:rPr>
          <w:lang w:eastAsia="zh-CN"/>
        </w:rPr>
        <w:t>　　学生童心的保持，个性的发展，思想的成熟，能力的培养都离不开教育。教育不应该是老师的居高临下与学生的俯首帖耳。作为一名经验尚浅的老师，我既憧憬走进教室，又烦恼如何管理学生纪律，大声呵斥的“药效”似乎并不能维持多久，把居高临下地批评孩子转换成组织一些有趣、吸引人眼球的教学活动，使老师与学生的共同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校园生活中，我们应该学会与学生共生活、共甘苦，做学生的好朋友，师生接近，人格互相感化。我时常和孩子们分享儿时的趣事，而孩子们也会与我分享他们周末的行程或是家庭生活，在这相处的过程中，老师会觉得自己也充满了童真与稚趣，这就是老师受学生的感化。真诚平等的态度，才能让老师赢得学生的由衷爱戴。爱学生，就必须善于走进学生的情感世界。而要走进学生的情感世界，首先就必须把自己当作学生的朋友，去感受他们的喜怒哀乐。</w:t>
      </w:r>
      <w:r>
        <w:rPr>
          <w:lang w:eastAsia="zh-CN"/>
        </w:rPr>
        <w:br/>
      </w:r>
      <w:r>
        <w:rPr>
          <w:lang w:eastAsia="zh-CN"/>
        </w:rPr>
        <w:t xml:space="preserve">    2024小学教师读书心得 篇14 </w:t>
      </w:r>
      <w:r>
        <w:rPr>
          <w:lang w:eastAsia="zh-CN"/>
        </w:rPr>
        <w:br/>
      </w:r>
      <w:r>
        <w:rPr>
          <w:lang w:eastAsia="zh-CN"/>
        </w:rPr>
        <w:t>　　正如书本的序：永远的中所写：“不能没有爱，但爱不等于教育。”教育需要爱，教育还需要智慧。读了这本书我在思考我常常为他的一些别出心裁的教育，教育艺术所打动，例如他向索要的“礼物”，例如他编写的“史册......”序作者的这些思考带动了我确实李镇西的教育智慧为何这么多，源于哪里，读完书本，我有体会，也得出了答案：这一切都有源于李老师对学生对教育业的热爱。他以融入学生当中为，以从事教育为幸福，当他攸着自己感到快乐的事，就会以饱满的热情投入其中，他的内在积极性便被充分的调动起。他的心里理潜能便被激发出来。它的教育才能便很好的发挥出来。而当他的取得成就以后，当他得到学生们的爱戴以后，他享受着学生们给予的关爱。体验着教育劳动的.幸福，并从中受到莫大的鼓舞，而这些又激动着的他更进一步的发挥他的智慧，如此往复，形成一个良性循环。</w:t>
      </w:r>
      <w:r>
        <w:rPr>
          <w:lang w:eastAsia="zh-CN"/>
        </w:rPr>
        <w:br/>
      </w:r>
    </w:p>
    <w:p w:rsidR="001B1F19" w14:textId="27C3F48A">
      <w:pPr>
        <w:rPr>
          <w:rFonts w:hint="eastAsia"/>
          <w:lang w:eastAsia="zh-CN"/>
        </w:rPr>
      </w:pPr>
      <w:r>
        <w:rPr>
          <w:lang w:eastAsia="zh-CN"/>
        </w:rPr>
        <w:t>　　对照李镇西老师我想了想自己当班主任的很短，但感受依旧颇涂，这两个月的时间极其的充实，看着们为跑操而不断练习，听着他们一声声嘹亮的，我很开心开着他们为了装扮教室而比量着各种尺寸，开动各自的智慧来想格局分布，我更开心，看着他们为了班级文化的评比而调动所有可以调动的人脉，不断的拉票，看着票的数据从倒一一追升到，我开心更多的是差异，我爱这些孩子们，不讨论名次结果，我更享受的是看到他们为一件事全班凝聚，奋力拼搏的过程。确实，我从中得到了乐趣，也取得了继续为他们努力下去的决心。确实“热爱是最好的老师”这句话我深深体会到了。</w:t>
      </w:r>
      <w:r>
        <w:rPr>
          <w:lang w:eastAsia="zh-CN"/>
        </w:rPr>
        <w:br/>
      </w:r>
      <w:r>
        <w:rPr>
          <w:lang w:eastAsia="zh-CN"/>
        </w:rPr>
        <w:t>　　现在推崇素质教育，何谓素质教育，首先应该是充满人情人道人性的教育，一个受孩子衷心爱戴的教师，首先一定是一位富有人情味的人。只有同心能够唤醒爱心，只有爱心能够滋润同心，离开了情感一切教育都无法谈起。所以，重李老师的中感受最深的就是他不仅仅是在教书，而更多的是在育人，教会本领，所以，未来的班主任中，我要调整，传授孩子们的同时，更多地是孩子们做人，做一个有素质，有涵养的人。</w:t>
      </w:r>
      <w:r>
        <w:rPr>
          <w:lang w:eastAsia="zh-CN"/>
        </w:rPr>
        <w:br/>
      </w:r>
      <w:r>
        <w:rPr>
          <w:lang w:eastAsia="zh-CN"/>
        </w:rPr>
        <w:t>　　李镇西老师说：在学生从幼年，童年，少年，到的过程中，我们应该给他们的心田依次播下三粒的种子:善良、正直和机智。教师要善待学生，才能使学善良之心，逐渐占据主要位置。教师要用自己的人格积极影响学生，让学生成为正直的人，教师要引导学生多学习文化知识，才能使学生成长为有知识的人。</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https://d.book118.com/406054052201010043</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6054052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