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教师师德师风工作总结</w:t>
      </w:r>
    </w:p>
    <w:p>
      <w:pPr>
        <w:spacing w:before="100" w:after="200" w:line="360" w:lineRule="auto"/>
        <w:ind w:firstLine="576"/>
        <w:jc w:val="left"/>
      </w:pPr>
      <w:r>
        <w:rPr>
          <w:rFonts w:ascii="宋体" w:eastAsia="宋体" w:hAnsi="宋体"/>
          <w:sz w:val="28"/>
        </w:rPr>
        <w:t>在过去的一年里，我始终坚持教育方针，面向全体学生，教书育人，以身作则。确立了“以学生为主体”、“培养学生主动发展”为中心的教学思想，注重学生个性发展，激发学生创新能力，培养学生德、智、体、美、劳全面发展。在思想上，我可以严格要求自己，热爱教育，作为一名优秀的教师，我总是约束和激励自己。以下是我的个人总结：</w:t>
      </w:r>
    </w:p>
    <w:p>
      <w:pPr>
        <w:spacing w:before="100" w:after="200" w:line="360" w:lineRule="auto"/>
        <w:ind w:firstLine="576"/>
        <w:jc w:val="left"/>
      </w:pPr>
      <w:r>
        <w:rPr>
          <w:rFonts w:ascii="宋体" w:eastAsia="宋体" w:hAnsi="宋体"/>
          <w:sz w:val="28"/>
        </w:rPr>
        <w:t>我可以积极参与各种学习，深入分析工作中的不足，找出自己与其他老师的差距，写下我的经验，努力提高我的政治水平和理论修养。同时，他服从学校的工作安排，配合领导和老师做好校内外的各项工作。今年，除了八年级一个班的数学教学外，他还担任八年级两个班的生物教学。教学效果良好，深受师生好评。做好教育教学工作。</w:t>
      </w:r>
    </w:p>
    <w:p>
      <w:pPr>
        <w:spacing w:before="100" w:after="200" w:line="360" w:lineRule="auto"/>
        <w:ind w:firstLine="576"/>
        <w:jc w:val="left"/>
      </w:pPr>
      <w:r>
        <w:rPr>
          <w:rFonts w:ascii="宋体" w:eastAsia="宋体" w:hAnsi="宋体"/>
          <w:sz w:val="28"/>
        </w:rPr>
        <w:t>求实创新，认真开展教学研究。教育教学是我们教师工作的首要任务。课前，我认真研究了教材、教学参考资料和课程标准，认真分析了教材，并根据教材特点和学生的实际情况设计了教学计划。以开放的心态向经验丰富的教师学习。努力彻底理解教材，找出重点和难点。在课堂上，努力将新课程理念运用到课堂教学和教育实践中，积极利用远程教育资源，使用课件，运用多种教学方法，讲求精练，从学生实际出发，注重调动学生的学习积极性和创造性思维，努力使用生动的教材，实践新理念，增加课堂教学的吸引力，提高学生学习的兴趣和主动性。</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努力学习并完成其他学业。在业余时间，我收集了自己在教学中的反思、案例和收获，记录了自己的一些工作过程、生活故事和思想过程，选择并积累了自己最需要的信息资源，并积极与其他老师合作，就教学中存在的问题进行交流和讨论。</w:t>
      </w:r>
    </w:p>
    <w:p>
      <w:pPr>
        <w:spacing w:before="100" w:after="200" w:line="360" w:lineRule="auto"/>
        <w:ind w:firstLine="576"/>
        <w:jc w:val="left"/>
      </w:pPr>
      <w:r>
        <w:rPr>
          <w:rFonts w:ascii="宋体" w:eastAsia="宋体" w:hAnsi="宋体"/>
          <w:sz w:val="28"/>
        </w:rPr>
        <w:t>反思今年的工作，在取得成绩的同时，也在思考自己工作中的不足，比如数学教学的理论研究不够深入，需要不断反思；教育科研在教学实践中的应用不到位，研究不到位在数学教学中没有足够的独特性和创造性。我们应该尝试在未来的数学教学中探索我们自己的一些特点。</w:t>
      </w:r>
    </w:p>
    <w:p>
      <w:pPr>
        <w:spacing w:before="100" w:after="200" w:line="360" w:lineRule="auto"/>
        <w:ind w:firstLine="576"/>
        <w:jc w:val="left"/>
      </w:pPr>
      <w:r>
        <w:rPr>
          <w:rFonts w:ascii="宋体" w:eastAsia="宋体" w:hAnsi="宋体"/>
          <w:sz w:val="28"/>
        </w:rPr>
        <w:t>教师是以人育人的事业，直接担负着培养下一代健康欢乐成长的历史重任。其中师德是最主要的。师德，即教师的职业道德，是教师和一切教育工作及活动中必须遵守的道德规范和行为准则。经过对幼儿教师师德的学习，本人深刻地体会到：</w:t>
      </w:r>
    </w:p>
    <w:p>
      <w:pPr>
        <w:spacing w:before="100" w:after="200" w:line="360" w:lineRule="auto"/>
        <w:jc w:val="left"/>
      </w:pPr>
      <w:r>
        <w:rPr>
          <w:rFonts w:ascii="宋体 (中文正文)" w:eastAsia="宋体" w:hAnsi="宋体 (中文正文)"/>
          <w:b/>
          <w:sz w:val="28"/>
        </w:rPr>
        <w:t>一、爱岗敬业。</w:t>
      </w:r>
    </w:p>
    <w:p>
      <w:pPr>
        <w:spacing w:before="100" w:after="200" w:line="360" w:lineRule="auto"/>
        <w:ind w:firstLine="576"/>
        <w:jc w:val="left"/>
      </w:pPr>
      <w:r>
        <w:rPr>
          <w:rFonts w:ascii="宋体" w:eastAsia="宋体" w:hAnsi="宋体"/>
          <w:sz w:val="28"/>
        </w:rPr>
        <w:t>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本事等的培养。仅有爱岗敬业，教师才能进取应对自身的社会职责和社会义务，才能自觉、不断地完善自己，才能在教育活动中有所收获。</w:t>
      </w:r>
    </w:p>
    <w:p>
      <w:pPr>
        <w:spacing w:before="100" w:after="200" w:line="360" w:lineRule="auto"/>
        <w:jc w:val="left"/>
      </w:pPr>
      <w:r>
        <w:rPr>
          <w:rFonts w:ascii="宋体 (中文正文)" w:eastAsia="宋体" w:hAnsi="宋体 (中文正文)"/>
          <w:b/>
          <w:sz w:val="28"/>
        </w:rPr>
        <w:t>二、尊重每一个孩子。</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每个幼儿都渴望得到教师的爱和尊重，要与幼儿平等相待，不能把幼儿当下级随便呵斥。仅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完美欢乐的童年。</w:t>
      </w:r>
    </w:p>
    <w:p>
      <w:pPr>
        <w:spacing w:before="100" w:after="200" w:line="360" w:lineRule="auto"/>
        <w:jc w:val="left"/>
      </w:pPr>
      <w:r>
        <w:rPr>
          <w:rFonts w:ascii="宋体 (中文正文)" w:eastAsia="宋体" w:hAnsi="宋体 (中文正文)"/>
          <w:b/>
          <w:sz w:val="28"/>
        </w:rPr>
        <w:t>三、努力进取。</w:t>
      </w:r>
    </w:p>
    <w:p>
      <w:pPr>
        <w:spacing w:before="100" w:after="200" w:line="360" w:lineRule="auto"/>
        <w:ind w:firstLine="576"/>
        <w:jc w:val="left"/>
      </w:pPr>
      <w:r>
        <w:rPr>
          <w:rFonts w:ascii="宋体" w:eastAsia="宋体" w:hAnsi="宋体"/>
          <w:sz w:val="28"/>
        </w:rPr>
        <w:t>作为传道授业的教师，仅有不断地更新自己的知识，不断提高自身素质，不断地完善自己，才能教好幼儿。如果自身散漫，怎能要求幼儿认真。教师要正确的应对自己的工作职责心，提高自身的素质，这要求自己不断地学习，充实自己，进取探索，不断开辟新的教法。</w:t>
      </w:r>
    </w:p>
    <w:p>
      <w:pPr>
        <w:spacing w:before="100" w:after="200" w:line="360" w:lineRule="auto"/>
        <w:jc w:val="left"/>
      </w:pPr>
      <w:r>
        <w:rPr>
          <w:rFonts w:ascii="宋体 (中文正文)" w:eastAsia="宋体" w:hAnsi="宋体 (中文正文)"/>
          <w:b/>
          <w:sz w:val="28"/>
        </w:rPr>
        <w:t>四、以身作则。</w:t>
      </w:r>
    </w:p>
    <w:p>
      <w:pPr>
        <w:spacing w:before="100" w:after="200" w:line="360" w:lineRule="auto"/>
        <w:ind w:firstLine="576"/>
        <w:jc w:val="left"/>
      </w:pPr>
      <w:r>
        <w:rPr>
          <w:rFonts w:ascii="宋体" w:eastAsia="宋体" w:hAnsi="宋体"/>
          <w:sz w:val="28"/>
        </w:rPr>
        <w:t>教师的言行对幼儿的思想、行为和品质具有潜移默化的影响，教师的一言一行，幼儿都喜欢模仿，这将给幼儿成长带来一生的影响。所以，教师必须要时时刻刻为孩子做好榜样，凡要求幼儿要做到的，自己首先做到。坚持严于律己。</w:t>
      </w:r>
    </w:p>
    <w:p>
      <w:pPr>
        <w:spacing w:before="100" w:after="200" w:line="360" w:lineRule="auto"/>
        <w:ind w:firstLine="576"/>
        <w:jc w:val="left"/>
      </w:pPr>
      <w:r>
        <w:rPr>
          <w:rFonts w:ascii="宋体" w:eastAsia="宋体" w:hAnsi="宋体"/>
          <w:sz w:val="28"/>
        </w:rPr>
        <w:t>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导语：从教数多年，作为一名老教师，在这“师德师风整改”活动轰轰烈烈开展之际，更应积极投入，抓住契机，深刻反思自己的师德言行、工作作风和生活态度，谦虚听取各方面的意见和建议，为今后的工作、学习调整好新的奋斗目标。高校教师师德师风自查报告通过前几天学校组织师德师风教育的学习活动，使我进一步认识到作为教师在新时期的素质要求，学习师风师德心得体会。下面简单谈谈几点体会：</w:t>
      </w:r>
    </w:p>
    <w:p>
      <w:pPr>
        <w:spacing w:before="100" w:after="200" w:line="360" w:lineRule="auto"/>
        <w:ind w:firstLine="576"/>
        <w:jc w:val="left"/>
      </w:pPr>
      <w:r>
        <w:rPr>
          <w:rFonts w:ascii="宋体" w:eastAsia="宋体" w:hAnsi="宋体"/>
          <w:sz w:val="28"/>
        </w:rPr>
        <w:t>一、敬岗爱业，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spacing w:before="100" w:after="200" w:line="360" w:lineRule="auto"/>
        <w:ind w:firstLine="576"/>
        <w:jc w:val="left"/>
      </w:pPr>
      <w:r>
        <w:rPr>
          <w:rFonts w:ascii="宋体" w:eastAsia="宋体" w:hAnsi="宋体"/>
          <w:sz w:val="28"/>
        </w:rPr>
        <w:t>二、加强政治学习，不断提高政治素养自己应该系统地学习《义务教育法》、《中华人民共和国教师法》、《教师资格条例》等法律法规文件，按照《中小学教师职业道德规范》严格要求自己，奉公守法，恪尽职守，遵守社会公德，忠诚人民的教育事业，为人师表。</w:t>
      </w:r>
    </w:p>
    <w:p>
      <w:pPr>
        <w:spacing w:before="100" w:after="200" w:line="360" w:lineRule="auto"/>
        <w:ind w:firstLine="576"/>
        <w:jc w:val="left"/>
      </w:pPr>
      <w:r>
        <w:rPr>
          <w:rFonts w:ascii="宋体" w:eastAsia="宋体" w:hAnsi="宋体"/>
          <w:sz w:val="28"/>
        </w:rPr>
        <w:t>三、爱心是师德素养的重要表现崇高的师爱表现在对学生一视同仁，绝不能厚此薄彼，按成绩区别对待，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spacing w:before="100" w:after="200" w:line="360" w:lineRule="auto"/>
        <w:ind w:firstLine="576"/>
        <w:jc w:val="left"/>
      </w:pPr>
      <w:r>
        <w:rPr>
          <w:rFonts w:ascii="宋体" w:eastAsia="宋体" w:hAnsi="宋体"/>
          <w:sz w:val="28"/>
        </w:rPr>
        <w:t>四、孜孜不倦，积极进取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五、以身作则、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高校教师师德师风自查报告在地区师德师风建设年活动中，我按照学校的统一安排部署，积极参加了学习培训活动，认真开展了“两查四反思”活动，切实查找反思了自身在师德师风上存在的问题，现结合自身工作和岗位实际，自评如下：</w:t>
      </w:r>
    </w:p>
    <w:p>
      <w:pPr>
        <w:spacing w:before="100" w:after="200" w:line="360" w:lineRule="auto"/>
        <w:jc w:val="left"/>
      </w:pPr>
      <w:r>
        <w:rPr>
          <w:rFonts w:ascii="宋体 (中文正文)" w:eastAsia="宋体" w:hAnsi="宋体 (中文正文)"/>
          <w:b/>
          <w:sz w:val="28"/>
        </w:rPr>
        <w:t>一、个人师德师风基本情况</w:t>
      </w:r>
    </w:p>
    <w:p>
      <w:pPr>
        <w:spacing w:before="100" w:after="200" w:line="360" w:lineRule="auto"/>
        <w:ind w:firstLine="576"/>
        <w:jc w:val="left"/>
      </w:pPr>
      <w:r>
        <w:rPr>
          <w:rFonts w:ascii="宋体" w:eastAsia="宋体" w:hAnsi="宋体"/>
          <w:sz w:val="28"/>
        </w:rPr>
        <w:t>1、不断学习依法执教进入信息时代，知识在不断地更新。不学习，就跟不上时代的要求。就无法满足学生与日俱增的求知欲。所以我每天都要坚持上网学习教育教学的理论知识10分钟，以此提高自己的教育教学水平。在工作中，我时刻牢记要“依法执教”。做到不侮辱学生、体罚学生。处处以教师“五条禁令、八不准”严格要求自己。勤勤恳恳工作，踏踏实实做人。</w:t>
      </w:r>
    </w:p>
    <w:p>
      <w:pPr>
        <w:spacing w:before="100" w:after="200" w:line="360" w:lineRule="auto"/>
        <w:ind w:firstLine="576"/>
        <w:jc w:val="left"/>
      </w:pPr>
      <w:r>
        <w:rPr>
          <w:rFonts w:ascii="宋体" w:eastAsia="宋体" w:hAnsi="宋体"/>
          <w:sz w:val="28"/>
        </w:rPr>
        <w:t>2、以爱育人为人师表我热爱孩子，热爱自己所从事的教育工作，更爱我们如家般的学校。常常把学校的事当做自己的事去做。每当有任务下达的时候，我就会仔细琢磨如何能把任务圆满完成如何能在活动中尽自己的微薄之力，使活动搞得有色有色平日里更是精心备课，认真批阅每一本作业。</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3、热爱学生促进发展面对学生，我更是耐心细致，视如己出，希望能尽自己的全力使每个孩子得到更好地发展。积极开展各项活动，促进学生能力的提高。比如“雷锋就在我们身边”的综合实践活动，“佩戴笑脸胸章”的我能行活动，“美丽的春天”诗歌朗诵活动，“校园安全不放松”的自查活动……在每次的活动中，我都要以尊重孩子、热爱孩子为出发点。不讽刺，挖苦，歧视，不体罚和变相体罚孩子，使孩子们愉快茁壮地成长。</w:t>
      </w:r>
    </w:p>
    <w:p>
      <w:pPr>
        <w:spacing w:before="100" w:after="200" w:line="360" w:lineRule="auto"/>
        <w:ind w:firstLine="576"/>
        <w:jc w:val="left"/>
      </w:pPr>
      <w:r>
        <w:rPr>
          <w:rFonts w:ascii="宋体" w:eastAsia="宋体" w:hAnsi="宋体"/>
          <w:sz w:val="28"/>
        </w:rPr>
        <w:t>4、修身养性为人师表教师的一言一行，是孩子们效仿的对象。所以教育无小事，教师更应该关注自己言行。否则一个不禁意的动作或者一句话，就会给学生带来槽糕的影响。所以，我时刻铭记-要为人师表，修炼人格。不说一句脏话，遇到学生出现问题，不乱发脾气，能及时调整心情。以自身良好的师德形象带动每一个孩子，为孩子的发展负责。</w:t>
      </w:r>
    </w:p>
    <w:p>
      <w:pPr>
        <w:spacing w:before="100" w:after="200" w:line="360" w:lineRule="auto"/>
        <w:jc w:val="left"/>
      </w:pPr>
      <w:r>
        <w:rPr>
          <w:rFonts w:ascii="宋体 (中文正文)" w:eastAsia="宋体" w:hAnsi="宋体 (中文正文)"/>
          <w:b/>
          <w:sz w:val="28"/>
        </w:rPr>
        <w:t>二、存在的问题及原因剖析</w:t>
      </w:r>
    </w:p>
    <w:p>
      <w:pPr>
        <w:spacing w:before="100" w:after="200" w:line="360" w:lineRule="auto"/>
        <w:ind w:firstLine="576"/>
        <w:jc w:val="left"/>
      </w:pPr>
      <w:r>
        <w:rPr>
          <w:rFonts w:ascii="宋体" w:eastAsia="宋体" w:hAnsi="宋体"/>
          <w:sz w:val="28"/>
        </w:rPr>
        <w:t>1、政治学习不够深入，思想认识不是很到位。虽然我对于政治理论学习一直很积极，但是学习还不够深入。对于一些精神领悟得还不是很到位。总认为国家大事与自己一个普通老百姓关系部是很密切。我们生活的环境是比较安全的，所以有时警觉性不是很强。</w:t>
      </w:r>
    </w:p>
    <w:p>
      <w:pPr>
        <w:spacing w:before="100" w:after="200" w:line="360" w:lineRule="auto"/>
        <w:ind w:firstLine="576"/>
        <w:jc w:val="left"/>
      </w:pPr>
      <w:r>
        <w:rPr>
          <w:rFonts w:ascii="宋体" w:eastAsia="宋体" w:hAnsi="宋体"/>
          <w:sz w:val="28"/>
        </w:rPr>
        <w:t>2、班级管理还没有达到自主管理的程度。对于班干部的培训力度还不够，所以总觉得他们还不能达到最佳的理想状态。班级中已经出现了两极分化现象，这点虽然已经采取了一些措施却收效甚微。</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3、语文课堂如何做到高效，突破自己的教学瓶颈，还需继续努力。如何让学生学得轻松，掌握得扎实一直是我追求的目标，但在操作的过程中总是觉的这个关系还很复杂。它们之间的结合点还需要我进一步探索。</w:t>
      </w:r>
    </w:p>
    <w:p>
      <w:pPr>
        <w:spacing w:before="100" w:after="200" w:line="360" w:lineRule="auto"/>
        <w:ind w:firstLine="576"/>
        <w:jc w:val="left"/>
      </w:pPr>
      <w:r>
        <w:rPr>
          <w:rFonts w:ascii="宋体" w:eastAsia="宋体" w:hAnsi="宋体"/>
          <w:sz w:val="28"/>
        </w:rPr>
        <w:t>4、工作时有时太谨小慎微，创新意识还不够大胆。在教学实践中有时顾虑太多，所以着力不够突出。对学生的思想动态了解得还不够及时，因此还需要和学生经常谈心。</w:t>
      </w:r>
    </w:p>
    <w:p>
      <w:pPr>
        <w:spacing w:before="100" w:after="200" w:line="360" w:lineRule="auto"/>
        <w:jc w:val="left"/>
      </w:pPr>
      <w:r>
        <w:rPr>
          <w:rFonts w:ascii="宋体 (中文正文)" w:eastAsia="宋体" w:hAnsi="宋体 (中文正文)"/>
          <w:b/>
          <w:sz w:val="28"/>
        </w:rPr>
        <w:t>三、今后的努力方向及主要措施</w:t>
      </w:r>
    </w:p>
    <w:p>
      <w:pPr>
        <w:spacing w:before="100" w:after="200" w:line="360" w:lineRule="auto"/>
        <w:ind w:firstLine="576"/>
        <w:jc w:val="left"/>
      </w:pPr>
      <w:r>
        <w:rPr>
          <w:rFonts w:ascii="宋体" w:eastAsia="宋体" w:hAnsi="宋体"/>
          <w:sz w:val="28"/>
        </w:rPr>
        <w:t>1、继续加强政治学习要不断地深入政治学习，忠诚于国家的教育事业，维护民族团结，做到立场坚定。进一步处理好事业需要与个人利益的关系。积极贯彻执行党的方针政策。处处以“党员教师”的标准严以律己，起到带头做用。</w:t>
      </w:r>
    </w:p>
    <w:p>
      <w:pPr>
        <w:spacing w:before="100" w:after="200" w:line="360" w:lineRule="auto"/>
        <w:ind w:firstLine="576"/>
        <w:jc w:val="left"/>
      </w:pPr>
      <w:r>
        <w:rPr>
          <w:rFonts w:ascii="宋体" w:eastAsia="宋体" w:hAnsi="宋体"/>
          <w:sz w:val="28"/>
        </w:rPr>
        <w:t>2、不断提高自身的德育素养。教师是塑造人类灵魂的工作，她是学生航海时的指明灯。所以自身的德育素养也是关键。今后我要不断阅读有关学生心理的书籍。加强自身业务学习与培训,不断提高自己的师德水平，包括基本教学素质和思想道德素质，真正起到潜移默化的重要作用。</w:t>
      </w:r>
    </w:p>
    <w:p>
      <w:pPr>
        <w:spacing w:before="100" w:after="200" w:line="360" w:lineRule="auto"/>
        <w:ind w:firstLine="576"/>
        <w:jc w:val="left"/>
      </w:pPr>
      <w:r>
        <w:rPr>
          <w:rFonts w:ascii="宋体" w:eastAsia="宋体" w:hAnsi="宋体"/>
          <w:sz w:val="28"/>
        </w:rPr>
        <w:t>3、改进课堂教学方法，活用多媒体讲台。要不断改进自己的教学方法，活用多媒体讲台。“宁可用坏，不能放坏。”针对学生实际情况备课,上课,吸引每一个学生认真倾听,踊跃发言。设计作业有层次,减轻学生作业负担。古人云：”其身正，不令而行;其身不正，虽令不从。“所以师德建设要从一点一滴的小事做起，从自身做起。只有不断学习，努力探索，才能形成过硬的思想素质，才能无愧于”教师“这个称号。通过自查,我将会在以后的工作中扬长避短，使自己成为令学生、家长、社会满意的教师,令学校放心的教师!高校教师师德师风自查报告从教数多年，作为一名老教师，在这“师德师风整改”活动轰轰烈烈开展之际，更应积极投入，抓住契机，深刻反思自己的师德言行、工作作风和生活态度，谦虚听取各方面的意见和建议，为今后的工作、学习调整好新的奋斗目标。</w:t>
      </w:r>
    </w:p>
    <w:p>
      <w:pPr>
        <w:spacing w:before="100" w:after="200" w:line="360" w:lineRule="auto"/>
        <w:jc w:val="left"/>
        <w:sectPr w:rsidSect="00034616">
          <w:type w:val="nextPage"/>
          <w:pgSz w:w="11906" w:h="16838"/>
          <w:pgMar w:top="1440" w:right="1440" w:bottom="1440" w:left="1440" w:header="720" w:footer="720" w:gutter="0"/>
          <w:pgNumType w:start="7"/>
          <w:cols w:space="720"/>
          <w:titlePg w:val="0"/>
          <w:docGrid w:linePitch="360"/>
        </w:sectPr>
      </w:pPr>
      <w:r>
        <w:rPr>
          <w:rFonts w:ascii="宋体 (中文正文)" w:eastAsia="宋体" w:hAnsi="宋体 (中文正文)"/>
          <w:b/>
          <w:sz w:val="28"/>
        </w:rPr>
        <w:t>一、自查自摆自身主要存在问题有</w:t>
      </w:r>
    </w:p>
    <w:p>
      <w:pPr>
        <w:spacing w:before="100" w:after="200" w:line="360" w:lineRule="auto"/>
        <w:ind w:firstLine="576"/>
        <w:jc w:val="left"/>
      </w:pPr>
      <w:r>
        <w:rPr>
          <w:rFonts w:ascii="宋体" w:eastAsia="宋体" w:hAnsi="宋体"/>
          <w:sz w:val="28"/>
        </w:rPr>
        <w:t>2、宗旨观念不够牢固。我有时对待学生和自己的同事不能始终保持热情的态度，尤其当手头工作稍多,稍忙时，存有“事不关己，高高挂起”的思想，以至自己为学生服务、为同事服务的公仆意识淡化，没切实做到为群众所想，为群众所急。</w:t>
      </w:r>
    </w:p>
    <w:p>
      <w:pPr>
        <w:spacing w:before="100" w:after="200" w:line="360" w:lineRule="auto"/>
        <w:ind w:firstLine="576"/>
        <w:jc w:val="left"/>
      </w:pPr>
      <w:r>
        <w:rPr>
          <w:rFonts w:ascii="宋体" w:eastAsia="宋体" w:hAnsi="宋体"/>
          <w:sz w:val="28"/>
        </w:rPr>
        <w:t>3、业务知识不够钻研。对待工作不够主动、积极，只满足于完成领导交给的任务，在工作中遇到难题，不善于思考，动脑筋，常常等待领导的指示，说一步走一步。对业务知识的掌握不够重视，缺乏一种敬业精神，认为自己已有的一些业务知识可以适应目前的工作了，在工作中遇到繁琐、复杂的事情，会抱有可拖就拖的心态，今天不行，就等明天再说，对问题采取逃避的方法，认为“船到桥头自然直”，不是自己力求寻找对策，而是等待办法自己出现，虽然感到有潜在的压力和紧迫感，但缺乏自信心，缺乏向上攀登的勇气和刻苦钻研、锲而不舍、持之以恒的学习精神和态度。</w:t>
      </w:r>
    </w:p>
    <w:p>
      <w:pPr>
        <w:spacing w:before="100" w:after="200" w:line="360" w:lineRule="auto"/>
        <w:ind w:firstLine="576"/>
        <w:jc w:val="left"/>
      </w:pPr>
      <w:r>
        <w:rPr>
          <w:rFonts w:ascii="宋体" w:eastAsia="宋体" w:hAnsi="宋体"/>
          <w:sz w:val="28"/>
        </w:rPr>
        <w:t>4、工作作风不够扎实。工作时间久了，没有新鲜事物出现，会有一种厌倦的情绪产生，对待工作有时抱有应付了事的态度，没有做到脚踏实地，总想在工作中找到捷径，最好不要花费太多的精力可以把事情做好。有时除了自己必需完成的以外，可以不做的就不做，省得惹祸上身。做事情只安于表面处理方法比较简单，没有创新精神，工作作风还不够扎实，对问题不作深层次的分析，思考不深刻。</w:t>
      </w:r>
    </w:p>
    <w:p>
      <w:pPr>
        <w:spacing w:before="100" w:after="200" w:line="360" w:lineRule="auto"/>
        <w:jc w:val="left"/>
      </w:pPr>
      <w:r>
        <w:rPr>
          <w:rFonts w:ascii="宋体 (中文正文)" w:eastAsia="宋体" w:hAnsi="宋体 (中文正文)"/>
          <w:b/>
          <w:sz w:val="28"/>
        </w:rPr>
        <w:t>二、改进措施</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2、加强自我改造，提高综合素质。文化修养是人们为掌握和运用文化艺术及一般知识所进行的努力学习，以及所达到的一定素养或水平。我们要努力刻苦地学习科学文化知识和专业知识，使自己成为工作中的内行专家。目前对我而言，最大的问题是要加强业务学习，学习有利于提高我们的知识水平，增强做好工作的本领。只有狠下决心，提高对学习业务知识重要性和迫切性的认识，自觉、刻苦地钻研业务，务实基础，灵活运用合理的方法和措施，热爱本职工作，干一行爱一行，虚心好学，遇到问题多看多问多想，多向周围的同志请教。同时我要加强文化艺术修养，使自己更全面地发展，提高创造力和审美能力，培养想象力和创造力。树立起良好的道德风范。为广大师生做出表率，切实做好教书育人工作。</w:t>
      </w:r>
    </w:p>
    <w:p>
      <w:pPr>
        <w:spacing w:before="100" w:after="200" w:line="360" w:lineRule="auto"/>
        <w:ind w:firstLine="576"/>
        <w:jc w:val="left"/>
      </w:pPr>
      <w:r>
        <w:rPr>
          <w:rFonts w:ascii="宋体" w:eastAsia="宋体" w:hAnsi="宋体"/>
          <w:sz w:val="28"/>
        </w:rPr>
        <w:t>我校20___这学年开展学习师德师风以来，在县教育局，教育办领导的重视下，在全体教师的共同努力下，狠抓师德师风建设，采取形式多样，内容丰富的宣传教育活动。师德师风建设取得了实质性的进展，现将我个人学习师德师风情况总结如下：</w:t>
      </w:r>
    </w:p>
    <w:p>
      <w:pPr>
        <w:spacing w:before="100" w:after="200" w:line="360" w:lineRule="auto"/>
        <w:jc w:val="left"/>
      </w:pPr>
      <w:r>
        <w:rPr>
          <w:rFonts w:ascii="宋体 (中文正文)" w:eastAsia="宋体" w:hAnsi="宋体 (中文正文)"/>
          <w:b/>
          <w:sz w:val="28"/>
        </w:rPr>
        <w:t>一、思想认识</w:t>
      </w:r>
    </w:p>
    <w:p>
      <w:pPr>
        <w:spacing w:before="100" w:after="200" w:line="360" w:lineRule="auto"/>
        <w:ind w:firstLine="576"/>
        <w:jc w:val="left"/>
      </w:pPr>
      <w:r>
        <w:rPr>
          <w:rFonts w:ascii="宋体" w:eastAsia="宋体" w:hAnsi="宋体"/>
          <w:sz w:val="28"/>
        </w:rPr>
        <w:t>在政治思想方面，能坚持学习，努力提高自身的思想政治素质，学习《教育法》、《教师法》，按照《中小学教师职业道德规范》严格要求自己，遵守社会公德。把忠诚于人民的教育事业，看成美德，时时激励我，工作上勤勤恳恳，兢兢业业服从领导，不打折扣，认真完成领导交给的各项工作任务，并用“学为人师，行为示范”的要求来约束自己，做家长认可，学生喜欢，学校放心的“三满意”教师。在平时我经常进行自我反省，时时处处对自己严格要求，查找不足，努力营造一个好老师的形象。</w:t>
      </w:r>
    </w:p>
    <w:p>
      <w:pPr>
        <w:spacing w:before="100" w:after="200" w:line="360" w:lineRule="auto"/>
        <w:jc w:val="left"/>
      </w:pPr>
      <w:r>
        <w:rPr>
          <w:rFonts w:ascii="宋体 (中文正文)" w:eastAsia="宋体" w:hAnsi="宋体 (中文正文)"/>
          <w:b/>
          <w:sz w:val="28"/>
        </w:rPr>
        <w:t>二、学习教育阶段</w:t>
      </w:r>
    </w:p>
    <w:p>
      <w:pPr>
        <w:spacing w:before="100" w:after="200" w:line="360" w:lineRule="auto"/>
        <w:ind w:firstLine="576"/>
        <w:jc w:val="left"/>
      </w:pPr>
      <w:r>
        <w:rPr>
          <w:rFonts w:ascii="宋体" w:eastAsia="宋体" w:hAnsi="宋体"/>
          <w:sz w:val="28"/>
        </w:rPr>
        <w:t>学习教育活动在学校的统一安排下，采取相对集中学习与个人学习的方式。学习教育的主要内容，除有关的政治理论外，重点学习《教师法》等。</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b/>
          <w:sz w:val="28"/>
        </w:rPr>
        <w:t>三、对照检查阶段</w:t>
      </w:r>
    </w:p>
    <w:p>
      <w:pPr>
        <w:spacing w:before="100" w:after="200" w:line="360" w:lineRule="auto"/>
        <w:ind w:firstLine="576"/>
        <w:jc w:val="left"/>
      </w:pPr>
      <w:r>
        <w:rPr>
          <w:rFonts w:ascii="宋体" w:eastAsia="宋体" w:hAnsi="宋体"/>
          <w:sz w:val="28"/>
        </w:rPr>
        <w:t>对照检查阶段的主要任务是认真学习，提高认识的基础上揭示问题，找准主要矛盾。我通过教师之间的谈心，加深对师德教育，并对照自己的过去，检查自己在工作上的许多问题和不足之处，向老师们畅谈，通过学校召开的师德师风的研讨会，开始自查自我批评，态度诚实，也乐于接受教师们的批评，认真分析问题的原因，加以纠正，以便今后工作上的开展。</w:t>
      </w:r>
    </w:p>
    <w:p>
      <w:pPr>
        <w:spacing w:before="100" w:after="200" w:line="360" w:lineRule="auto"/>
        <w:jc w:val="left"/>
      </w:pPr>
      <w:r>
        <w:rPr>
          <w:rFonts w:ascii="宋体 (中文正文)" w:eastAsia="宋体" w:hAnsi="宋体 (中文正文)"/>
          <w:b/>
          <w:sz w:val="28"/>
        </w:rPr>
        <w:t>四、整改提高阶段</w:t>
      </w:r>
    </w:p>
    <w:p>
      <w:pPr>
        <w:spacing w:before="100" w:after="200" w:line="360" w:lineRule="auto"/>
        <w:ind w:firstLine="576"/>
        <w:jc w:val="left"/>
      </w:pPr>
      <w:r>
        <w:rPr>
          <w:rFonts w:ascii="宋体" w:eastAsia="宋体" w:hAnsi="宋体"/>
          <w:sz w:val="28"/>
        </w:rPr>
        <w:t>根据自己对照检查发现的主要问题，针对性地采取措施，建立健全有关的条款，使自己师德师风建设逐渐走上正常化，制度化的轨道。根据自己在师德师风方面突出的问题，热点问题提出整改意见并接受教师监督检查，力争使自己比较强烈的问题得到明显的改善，使师德师风整体状况得到明显的好转，也改善了工作，生活上的缺陷，调动了自己的积极性和主动性。</w:t>
      </w:r>
    </w:p>
    <w:p>
      <w:pPr>
        <w:spacing w:before="100" w:after="200" w:line="360" w:lineRule="auto"/>
        <w:jc w:val="left"/>
      </w:pPr>
      <w:r>
        <w:rPr>
          <w:rFonts w:ascii="宋体 (中文正文)" w:eastAsia="宋体" w:hAnsi="宋体 (中文正文)"/>
          <w:b/>
          <w:sz w:val="28"/>
        </w:rPr>
        <w:t>五、今后努力的方向</w:t>
      </w:r>
    </w:p>
    <w:p>
      <w:pPr>
        <w:spacing w:before="100" w:after="200" w:line="360" w:lineRule="auto"/>
        <w:ind w:firstLine="576"/>
        <w:jc w:val="left"/>
      </w:pPr>
      <w:r>
        <w:rPr>
          <w:rFonts w:ascii="宋体" w:eastAsia="宋体" w:hAnsi="宋体"/>
          <w:sz w:val="28"/>
        </w:rPr>
        <w:t>1、要加强学习，切实提高自己思想境界和工作水平。</w:t>
      </w:r>
    </w:p>
    <w:p>
      <w:pPr>
        <w:spacing w:before="100" w:after="200" w:line="360" w:lineRule="auto"/>
        <w:ind w:firstLine="576"/>
        <w:jc w:val="left"/>
      </w:pPr>
      <w:r>
        <w:rPr>
          <w:rFonts w:ascii="宋体" w:eastAsia="宋体" w:hAnsi="宋体"/>
          <w:sz w:val="28"/>
        </w:rPr>
        <w:t>2、要从严治教，加强自身建设，进行教学上的，努力教育好我们的学生。</w:t>
      </w:r>
    </w:p>
    <w:p>
      <w:pPr>
        <w:spacing w:before="100" w:after="200" w:line="360" w:lineRule="auto"/>
        <w:ind w:firstLine="576"/>
        <w:jc w:val="left"/>
      </w:pPr>
      <w:r>
        <w:rPr>
          <w:rFonts w:ascii="宋体" w:eastAsia="宋体" w:hAnsi="宋体"/>
          <w:sz w:val="28"/>
        </w:rPr>
        <w:t>3、要振奋精神，以百倍的干劲投身于社会主义教育事业。</w:t>
      </w:r>
    </w:p>
    <w:p>
      <w:pPr>
        <w:spacing w:before="100" w:after="200" w:line="360" w:lineRule="auto"/>
        <w:ind w:firstLine="576"/>
        <w:jc w:val="left"/>
      </w:pPr>
      <w:r>
        <w:rPr>
          <w:rFonts w:ascii="宋体" w:eastAsia="宋体" w:hAnsi="宋体"/>
          <w:sz w:val="28"/>
        </w:rPr>
        <w:t>4、要更新教育观念，彻底改变以往那种惩罚学生是为学生好的错误思想，改变对学生居高临下的态度，主动，积极地建立一种民主，平等，和谐的师生关系，尊重学生人格，热爱学生，尤其要热爱差生和后进生。</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5、要树立4个意识</w:t>
      </w:r>
    </w:p>
    <w:p>
      <w:pPr>
        <w:spacing w:before="100" w:after="200" w:line="360" w:lineRule="auto"/>
        <w:ind w:firstLine="576"/>
        <w:jc w:val="left"/>
      </w:pPr>
      <w:r>
        <w:rPr>
          <w:rFonts w:ascii="宋体" w:eastAsia="宋体" w:hAnsi="宋体"/>
          <w:sz w:val="28"/>
        </w:rPr>
        <w:t>（1）树立“育人先做人，正人先正已”的意识，要求别人做到自己坚决要做到。</w:t>
      </w:r>
    </w:p>
    <w:p>
      <w:pPr>
        <w:spacing w:before="100" w:after="200" w:line="360" w:lineRule="auto"/>
        <w:ind w:firstLine="576"/>
        <w:jc w:val="left"/>
      </w:pPr>
      <w:r>
        <w:rPr>
          <w:rFonts w:ascii="宋体" w:eastAsia="宋体" w:hAnsi="宋体"/>
          <w:sz w:val="28"/>
        </w:rPr>
        <w:t>（2）树立“学校无小事，事事都育人。教师无小节，处处作表率”的意识，以教书育人为本职，作学生，教师的表率。</w:t>
      </w:r>
    </w:p>
    <w:p>
      <w:pPr>
        <w:spacing w:before="100" w:after="200" w:line="360" w:lineRule="auto"/>
        <w:ind w:firstLine="576"/>
        <w:jc w:val="left"/>
      </w:pPr>
      <w:r>
        <w:rPr>
          <w:rFonts w:ascii="宋体" w:eastAsia="宋体" w:hAnsi="宋体"/>
          <w:sz w:val="28"/>
        </w:rPr>
        <w:t>（3）牢固树立服务意识，忧患意识，竞争意识，增强使命感，紧迫感和危机感。</w:t>
      </w:r>
    </w:p>
    <w:p>
      <w:pPr>
        <w:spacing w:before="100" w:after="200" w:line="360" w:lineRule="auto"/>
        <w:ind w:firstLine="576"/>
        <w:jc w:val="left"/>
      </w:pPr>
      <w:r>
        <w:rPr>
          <w:rFonts w:ascii="宋体" w:eastAsia="宋体" w:hAnsi="宋体"/>
          <w:sz w:val="28"/>
        </w:rPr>
        <w:t>（4）树立“主人翁”意识，以校为家，以教为业，校兴我荣，校衰我耻。</w:t>
      </w:r>
    </w:p>
    <w:p>
      <w:pPr>
        <w:spacing w:before="100" w:after="200" w:line="360" w:lineRule="auto"/>
        <w:ind w:firstLine="576"/>
        <w:jc w:val="left"/>
      </w:pPr>
      <w:r>
        <w:rPr>
          <w:rFonts w:ascii="宋体" w:eastAsia="宋体" w:hAnsi="宋体"/>
          <w:sz w:val="28"/>
        </w:rPr>
        <w:t>6、积极调整心态，明确自身的“责，权，义”正确处理奉献与索取，集体与个人，名利和道义之间的关系。</w:t>
      </w:r>
    </w:p>
    <w:p>
      <w:pPr>
        <w:spacing w:before="100" w:after="200" w:line="360" w:lineRule="auto"/>
        <w:ind w:firstLine="576"/>
        <w:jc w:val="left"/>
      </w:pPr>
      <w:r>
        <w:rPr>
          <w:rFonts w:ascii="宋体" w:eastAsia="宋体" w:hAnsi="宋体"/>
          <w:sz w:val="28"/>
        </w:rPr>
        <w:t>以上是我个人的学习总结。通过学习，我深知作为人类灵魂的工程师，必须具有高尚的道德品质，以及对学生要有慈母般的爱心，做让学生喜欢的好老师。</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人们曾用这些词语形容教师:蜡烛、泥土、春蚕、园丁、人梯……然而，汶川大地震中的教师们，却用一种姿势，无言地将这些词语升华。他们是：瞿万容、谭千秋、苟晓超……学习了汶川地震中优秀教师群体的先进事迹后，让我明白了许多事情，我看到了人民教师高尚师德的光芒。我懂得了有一种比自己生命，比家人的安全更重要的东西，叫做教师的职责。经过师德师风的学习，让我深深地明白：百年大计，教育为本;教育大计，教师为本;教师大计，师德为本。教师是否具有良好的道德修养显得至关重要。</w:t>
      </w:r>
    </w:p>
    <w:p>
      <w:pPr>
        <w:spacing w:before="100" w:after="200" w:line="360" w:lineRule="auto"/>
        <w:ind w:firstLine="576"/>
        <w:jc w:val="left"/>
      </w:pPr>
      <w:r>
        <w:rPr>
          <w:rFonts w:ascii="宋体" w:eastAsia="宋体" w:hAnsi="宋体"/>
          <w:sz w:val="28"/>
        </w:rPr>
        <w:t>作为一名教师，我感到肩上职责的重大，必须要有良好的想道德风尚，为人师表，率先垂范，为学生作出表率，仅有这样，才会赢得学生的尊敬和爱戴，从而使教育教学工作迈上一个新台阶。</w:t>
      </w:r>
    </w:p>
    <w:p>
      <w:pPr>
        <w:spacing w:before="100" w:after="200" w:line="360" w:lineRule="auto"/>
        <w:jc w:val="left"/>
      </w:pPr>
      <w:r>
        <w:rPr>
          <w:rFonts w:ascii="宋体 (中文正文)" w:eastAsia="宋体" w:hAnsi="宋体 (中文正文)"/>
          <w:b/>
          <w:sz w:val="28"/>
        </w:rPr>
        <w:t>一、潜心练功提升师德</w:t>
      </w:r>
    </w:p>
    <w:p>
      <w:pPr>
        <w:spacing w:before="100" w:after="200" w:line="360" w:lineRule="auto"/>
        <w:ind w:firstLine="576"/>
        <w:jc w:val="left"/>
      </w:pPr>
      <w:r>
        <w:rPr>
          <w:rFonts w:ascii="宋体" w:eastAsia="宋体" w:hAnsi="宋体"/>
          <w:sz w:val="28"/>
        </w:rPr>
        <w:t>“给学生一杯水，教师本身应当有一桶水”。在幼儿教育中，我感到在孩子们眼中，教师是一个完美无缺的人物，是最可值得依靠的人，他的投手举足，都潜移默化地影响孩子们，孩子从教师身上看到了无私的奉献，孜孜不倦的追求精神，看到了社会的好形象，师德不只是学识问题，更是塑造良好教师形象的问题。所以对于师德除了要深刻认识其重要性，更关键就是如何去提高自己的师德。</w:t>
      </w:r>
    </w:p>
    <w:p>
      <w:pPr>
        <w:spacing w:before="100" w:after="200" w:line="360" w:lineRule="auto"/>
        <w:ind w:firstLine="576"/>
        <w:jc w:val="left"/>
      </w:pPr>
      <w:r>
        <w:rPr>
          <w:rFonts w:ascii="宋体" w:eastAsia="宋体" w:hAnsi="宋体"/>
          <w:sz w:val="28"/>
        </w:rPr>
        <w:t>1、重视学习和实践：认真学习，工作中要时刻牢记自己作为教师的基本职能：育人，仅有品德高尚、学识渊博、教学经验丰富，才能胜任此项光荣的工作。而要做到这些，就应当不断地坚持学习和实践。</w:t>
      </w:r>
    </w:p>
    <w:p>
      <w:pPr>
        <w:spacing w:before="100" w:after="200" w:line="360" w:lineRule="auto"/>
        <w:ind w:firstLine="576"/>
        <w:jc w:val="left"/>
      </w:pPr>
      <w:r>
        <w:rPr>
          <w:rFonts w:ascii="宋体" w:eastAsia="宋体" w:hAnsi="宋体"/>
          <w:sz w:val="28"/>
        </w:rPr>
        <w:t>2、严以律己，注重言行：为人师表，坚持严以律己，增强自身的自控本事，控制自己的情绪，始终坚持良好、平和的心境，精神饱满地投入工作，要把自己看作既是个普通的人，又是个教育者，到了学校就应当把属于个人一切不快和烦恼留在门外，言谈应当和颜悦色，循循善诱，举止应当优美文雅，体现心灵之美，自己的穿着应当朴素大方得体，贴合小学的审美情趣。</w:t>
      </w:r>
    </w:p>
    <w:p>
      <w:pPr>
        <w:spacing w:before="100" w:after="200" w:line="360" w:lineRule="auto"/>
        <w:ind w:firstLine="576"/>
        <w:jc w:val="left"/>
      </w:pPr>
      <w:r>
        <w:rPr>
          <w:rFonts w:ascii="宋体" w:eastAsia="宋体" w:hAnsi="宋体"/>
          <w:sz w:val="28"/>
        </w:rPr>
        <w:t>3、培养良好的内在素养：作为一名幼儿教师重要的是塑造内在修养，在日常生活中应加强学习，开阔视野，不断丰富，充实自己。有意识地从优秀文化中吸取养料，提高自己的内在素养。</w:t>
      </w:r>
    </w:p>
    <w:p>
      <w:pPr>
        <w:spacing w:before="100" w:after="200" w:line="360" w:lineRule="auto"/>
        <w:jc w:val="left"/>
        <w:sectPr w:rsidSect="00034616">
          <w:type w:val="nextPage"/>
          <w:pgSz w:w="11906" w:h="16838"/>
          <w:pgMar w:top="1440" w:right="1440" w:bottom="1440" w:left="1440" w:header="720" w:footer="720" w:gutter="0"/>
          <w:pgNumType w:start="12"/>
          <w:cols w:space="720"/>
          <w:titlePg w:val="0"/>
          <w:docGrid w:linePitch="360"/>
        </w:sectPr>
      </w:pPr>
      <w:r>
        <w:rPr>
          <w:rFonts w:ascii="宋体 (中文正文)" w:eastAsia="宋体" w:hAnsi="宋体 (中文正文)"/>
          <w:b/>
          <w:sz w:val="28"/>
        </w:rPr>
        <w:t>二、一言一行彰显师德:</w:t>
      </w:r>
    </w:p>
    <w:p>
      <w:pPr>
        <w:spacing w:before="100" w:after="200" w:line="360" w:lineRule="auto"/>
        <w:ind w:firstLine="576"/>
        <w:jc w:val="left"/>
      </w:pPr>
      <w:r>
        <w:rPr>
          <w:rFonts w:ascii="宋体" w:eastAsia="宋体" w:hAnsi="宋体"/>
          <w:sz w:val="28"/>
        </w:rPr>
        <w:t>师德是一个动态的概念，它有必须的时间性、区域性和民族性。祖国历史悠久的传统师德，在新的历史时期，已注入了新内涵;即为人师表、爱岗敬业、教书育人。崇高的师德已提高到很高位置。综合国力的竞争、知识经济、实施素质教育、精神礼貌建设等方面的呼唤着崇高的师德，我作为一名教师要以德治身，培养良好的师德。爱岗敬业，以满腔热情投入教育。同时我深深的意识到教师的一言一行无不给学生留下深刻的印象，有的甚至影响学生一辈子。所以，教师必须要在思想政治上、道德品质上、学识学风上全面以身作则，自觉率先垂范，真正为人师表。教师凡是要求学生做到的，自己要率先做到;要求学生不能做的，自己坚决不能做等等，看似区区小事，实则细微之处见精神做表率。为人师表对学生是一种无声的教育，它爆发的内驱力不可估量。所以，为人师表是当好人民教师最基本的要求。</w:t>
      </w:r>
    </w:p>
    <w:p>
      <w:pPr>
        <w:spacing w:before="100" w:after="200" w:line="360" w:lineRule="auto"/>
        <w:ind w:firstLine="576"/>
        <w:jc w:val="left"/>
      </w:pPr>
      <w:r>
        <w:rPr>
          <w:rFonts w:ascii="宋体" w:eastAsia="宋体" w:hAnsi="宋体"/>
          <w:sz w:val="28"/>
        </w:rPr>
        <w:t>回顾自己的教育生涯，对师德的认识有一个由浅到深，由片面到全面的认知过程。经过各种学习，我对自己所担负的教育工作有了新的认识。培养跨时代所需要的高素质人才，其基础就是从良好的教育开始，教师的一言一行及教育质量将直接影响到今后的学习质量和综合素质本事的提高。人们形容育人职业是“园丁”那是很贴切的，尤其教育，从事启蒙教育更加显得重要，能够这样说，什么样的教师就培养什么样的学生，育人之本，关键在于师德。</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有人说我们是太阳底下最光辉的职业，有人说我们是人类灵魂的工程师，有人说我们是春蚕—春蚕到死丝方尽，有人说我们是蜡烛—燃烧自己，照亮别人。我想我们没有这么伟大，我们可是是铺路人，是桥梁，是灯塔而已!教书育人，不误人子弟;以身作则，维护自己的声誉;关爱学生，感受孩子的一片真情，忙忙碌碌，寻找人生的一种乐趣!我想，我们可是是如此而已!</w:t>
      </w:r>
    </w:p>
    <w:p>
      <w:pPr>
        <w:spacing w:before="100" w:after="200" w:line="360" w:lineRule="auto"/>
        <w:ind w:firstLine="576"/>
        <w:jc w:val="left"/>
      </w:pPr>
      <w:r>
        <w:rPr>
          <w:rFonts w:ascii="宋体" w:eastAsia="宋体" w:hAnsi="宋体"/>
          <w:sz w:val="28"/>
        </w:rPr>
        <w:t>总而言之，经过师德学习，使人对今后的工作既充满了信心，又增添了危机感。仅有不断地学习，不断追求，才能名符其实地对得起教师的称号，为有一个健全的灵魂而勤奋踏实地去工作，坚信一份耕耘，会有一份收获!</w:t>
      </w:r>
    </w:p>
    <w:p>
      <w:pPr>
        <w:spacing w:before="100" w:after="200" w:line="360" w:lineRule="auto"/>
        <w:ind w:firstLine="576"/>
        <w:jc w:val="left"/>
      </w:pPr>
      <w:r>
        <w:rPr>
          <w:rFonts w:ascii="宋体" w:eastAsia="宋体" w:hAnsi="宋体"/>
          <w:sz w:val="28"/>
        </w:rPr>
        <w:t>踏上三英尺高的平台，意味着要开始一段艰苦而漫长的育人之旅。如果你选择了一位老师，你将选择一种无悔的生活。经过近18年的教学，我深深体会到蜡烛事业和春蚕事业的喜怒哀乐。我也深深感受到师德师风建设的重要性。教师的天职是教书育人。因此，作为一名教师，我们必须提高自己的道德素质和专业观念。只有严格要求自己的人才能得到良好的发展，才能严格要求学生。做一个对同事、学生和家长满意的好老师。在这学期里，我有意识地要求自己在各个方面努力“成为一名教师”。</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我记得一位教育家曾经说过，爱学生是对教师最基本的要求。教师爱学生，可以弥补家庭教育和社会教育的不足，使教师的影响力长期留在学生心中。要成为一名合格的人民教师，我们还应该关心学生。无论是在生活中还是在学习中，我们都应该给予必要的关心和帮助。我还花时间与学生交谈和交流，与学生一起参加活动，缩短师生之间的距离。因为我爱学生，关心学生，及时处理问题，使用适当的方法，注意与学生沟通，学生信任我，喜欢我，喜欢我的班级。爱学生还体现在教师对学生的尊重和信任以及对学生的严格要求上。尊重学生个性，理解学生个性，相信学生，关心学生，不仅统一严格要求，而且关注学生个体差异，区别对待。对于不同学历、不同层次的学生，应采取不同的教育方式，因材施教。关心每一个学生，特别是贫困学生，让每一个学生都能学到东西，不要让一个学生落后，把每一个学生培养成社会上有用的人才。一个能得到学生信任、工作顺利进行、学生健康活泼成长的教师，是他自己的成功和满足。</w:t>
      </w:r>
    </w:p>
    <w:p>
      <w:pPr>
        <w:spacing w:before="100" w:after="200" w:line="360" w:lineRule="auto"/>
        <w:ind w:firstLine="576"/>
        <w:jc w:val="left"/>
      </w:pPr>
      <w:r>
        <w:rPr>
          <w:rFonts w:ascii="宋体" w:eastAsia="宋体" w:hAnsi="宋体"/>
          <w:sz w:val="28"/>
        </w:rPr>
        <w:t>热爱教师工作，“为生命教育而奋斗”是我们教育者的精神境界。对人民教育的忠诚被视为教师的美德。勤勉尽责，服从领导，认真圆满完成学校领导交代的各项工作任务。在工作中，我对自己很严格，对别人很宽容。处处严格要求自己，发现不足，及时纠正，尽量容忍别人的缺点。只有教书育人，以身作则，注重教师形象，在师生中形成良好的形象和和谐的氛围，才能配得上人民教师的称号，做一名好教师，只要工作热情不够，你也应该有广博的知识。在工作中，要虚心向老教师学习，相互学习。大胆实践，大胆创新，认真学习教材，探索教学方法，选择灵活多样的教学方法，是实现教学效果的有效途径。知识是无穷的。在工作中，我注意从各个方面充实自己。如：参与音乐教育、学习培训、参与教育教学培训、学习网络知识等，以适应当今教育的发展，跟上课堂的步伐。</w:t>
      </w:r>
    </w:p>
    <w:p>
      <w:pPr>
        <w:spacing w:before="100" w:after="200" w:line="360" w:lineRule="auto"/>
        <w:ind w:firstLine="576"/>
        <w:jc w:val="left"/>
      </w:pPr>
      <w:r>
        <w:rPr>
          <w:rFonts w:ascii="宋体" w:eastAsia="宋体" w:hAnsi="宋体"/>
          <w:sz w:val="28"/>
        </w:rPr>
        <w:t>2023年暑假，于家中书桌前认真学习了学校发下的师德教育学习材料。用时约一周，其间心潮起伏，思绪万千。略记如下：</w:t>
      </w:r>
    </w:p>
    <w:p>
      <w:pPr>
        <w:spacing w:before="100" w:after="200" w:line="360" w:lineRule="auto"/>
        <w:ind w:firstLine="576"/>
        <w:jc w:val="left"/>
      </w:pPr>
      <w:r>
        <w:rPr>
          <w:rFonts w:ascii="宋体" w:eastAsia="宋体" w:hAnsi="宋体"/>
          <w:sz w:val="28"/>
        </w:rPr>
        <w:t>师德学习很有必要。尤其是本次的学习材料很实用。</w:t>
      </w:r>
    </w:p>
    <w:p>
      <w:pPr>
        <w:spacing w:before="100" w:after="200" w:line="360" w:lineRule="auto"/>
        <w:ind w:firstLine="576"/>
        <w:jc w:val="left"/>
      </w:pPr>
      <w:r>
        <w:rPr>
          <w:rFonts w:ascii="宋体" w:eastAsia="宋体" w:hAnsi="宋体"/>
          <w:sz w:val="28"/>
        </w:rPr>
        <w:t>《教师法》中“待遇”一章，第二十五条“教师的平均工资水平应当不低于或者高于国家公务员的平均工资水平，并逐步提高。建立正常晋级增薪制度……”，为我们工作增加动力。</w:t>
      </w:r>
    </w:p>
    <w:p>
      <w:pPr>
        <w:spacing w:before="100" w:after="200" w:line="360" w:lineRule="auto"/>
        <w:ind w:firstLine="576"/>
        <w:jc w:val="left"/>
      </w:pPr>
      <w:r>
        <w:rPr>
          <w:rFonts w:ascii="宋体" w:eastAsia="宋体" w:hAnsi="宋体"/>
          <w:sz w:val="28"/>
        </w:rPr>
        <w:t>《合肥市中小学校学生人身伤害事故预防与处理条例》为我们处理学校中的突发事件，意外事故供给了依据。</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《教师法》《未成年人保护法》《合肥市道路交通安全条例》规范我们的教育教学行为，日常行为。懂得这一系列相关法规，能够预防我们“好心做错事”。</w:t>
      </w:r>
    </w:p>
    <w:p>
      <w:pPr>
        <w:spacing w:before="100" w:after="200" w:line="360" w:lineRule="auto"/>
        <w:ind w:firstLine="576"/>
        <w:jc w:val="left"/>
      </w:pPr>
      <w:r>
        <w:rPr>
          <w:rFonts w:ascii="宋体" w:eastAsia="宋体" w:hAnsi="宋体"/>
          <w:sz w:val="28"/>
        </w:rPr>
        <w:t>对照《中小学教师职业道德规范》，反思自身的教育教学工作，择两得记述如下：</w:t>
      </w:r>
    </w:p>
    <w:p>
      <w:pPr>
        <w:spacing w:before="100" w:after="200" w:line="360" w:lineRule="auto"/>
        <w:jc w:val="left"/>
      </w:pPr>
      <w:r>
        <w:rPr>
          <w:rFonts w:ascii="宋体 (中文正文)" w:eastAsia="宋体" w:hAnsi="宋体 (中文正文)"/>
          <w:b/>
          <w:sz w:val="28"/>
        </w:rPr>
        <w:t>一、工作当踏踏实实，戒心浮气躁。</w:t>
      </w:r>
    </w:p>
    <w:p>
      <w:pPr>
        <w:spacing w:before="100" w:after="200" w:line="360" w:lineRule="auto"/>
        <w:ind w:firstLine="576"/>
        <w:jc w:val="left"/>
      </w:pPr>
      <w:r>
        <w:rPr>
          <w:rFonts w:ascii="宋体" w:eastAsia="宋体" w:hAnsi="宋体"/>
          <w:sz w:val="28"/>
        </w:rPr>
        <w:t>“爱岗敬业”，不能仅仅是口号，“关爱每一名学生”还要落实到行动上。碰到问题，少抱怨环境，多从自身找问题。例如，前段时间，我在语文教学中发现所教授二年级2班孩子错别字增多，书写不如以往认真，作业不整洁，而一年级孩子的生字书写作业反而超过了二年级。是二年级孩子习惯差一些吗？是二年级孩子的家庭辅导不到位吗？当然不是，细想之下，是自我的教学重点有了偏移。二年级加强了阅读方面的拓展，忽略了生字书写的教学，当我调整了自我的教学重点，问题就得以解决了。</w:t>
      </w:r>
    </w:p>
    <w:p>
      <w:pPr>
        <w:spacing w:before="100" w:after="200" w:line="360" w:lineRule="auto"/>
        <w:jc w:val="left"/>
      </w:pPr>
      <w:r>
        <w:rPr>
          <w:rFonts w:ascii="宋体 (中文正文)" w:eastAsia="宋体" w:hAnsi="宋体 (中文正文)"/>
          <w:b/>
          <w:sz w:val="28"/>
        </w:rPr>
        <w:t>二、终身学习，不间断地学习，学习广博的知识，也加强自身的修养。</w:t>
      </w:r>
    </w:p>
    <w:p>
      <w:pPr>
        <w:spacing w:before="100" w:after="200" w:line="360" w:lineRule="auto"/>
        <w:ind w:firstLine="576"/>
        <w:jc w:val="left"/>
      </w:pPr>
      <w:r>
        <w:rPr>
          <w:rFonts w:ascii="宋体" w:eastAsia="宋体" w:hAnsi="宋体"/>
          <w:sz w:val="28"/>
        </w:rPr>
        <w:t>“爱岗敬业”，不仅仅是尽心尽力。只知下苦功，下苦力，不行，教育需要大智慧，巧心思。</w:t>
      </w:r>
    </w:p>
    <w:p>
      <w:pPr>
        <w:spacing w:before="100" w:after="200" w:line="360" w:lineRule="auto"/>
        <w:ind w:firstLine="576"/>
        <w:jc w:val="left"/>
      </w:pPr>
      <w:r>
        <w:rPr>
          <w:rFonts w:ascii="宋体" w:eastAsia="宋体" w:hAnsi="宋体"/>
          <w:sz w:val="28"/>
        </w:rPr>
        <w:t>自从工作以来，一向发挥老黄牛精神，工作加班加点，甚至带工作回家，把工作带到睡梦里，而谈到个人学习，虽然没有间断，但只是零零星星，没有系统，如同晴蜓点水，实在遗憾。</w:t>
      </w:r>
    </w:p>
    <w:p>
      <w:pPr>
        <w:spacing w:before="100" w:after="200" w:line="360" w:lineRule="auto"/>
        <w:ind w:firstLine="576"/>
        <w:jc w:val="left"/>
      </w:pPr>
      <w:r>
        <w:rPr>
          <w:rFonts w:ascii="宋体" w:eastAsia="宋体" w:hAnsi="宋体"/>
          <w:sz w:val="28"/>
        </w:rPr>
        <w:t>做为一名教师，不断拓宽知识视野，更新知识结构，是课堂的需要，是儿童成长的需要，也是个人成长发展的需要。</w:t>
      </w:r>
    </w:p>
    <w:p>
      <w:pPr>
        <w:spacing w:before="100" w:after="200" w:line="360" w:lineRule="auto"/>
        <w:ind w:firstLine="576"/>
        <w:jc w:val="left"/>
      </w:pPr>
      <w:r>
        <w:rPr>
          <w:rFonts w:ascii="宋体" w:eastAsia="宋体" w:hAnsi="宋体"/>
          <w:sz w:val="28"/>
        </w:rPr>
        <w:t>现实中，实现系统学习还有困难，课时多，工作烦杂，如果学校管理中能给出一些教师的自由学习空间会更好。比如写教案（备课）鼓励个性化；供给外出学习机会；减少工作量等。</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当然，除却外部原因，个人的学习意识是最重要的。</w:t>
      </w:r>
    </w:p>
    <w:p>
      <w:pPr>
        <w:spacing w:before="100" w:after="200" w:line="360" w:lineRule="auto"/>
        <w:ind w:firstLine="576"/>
        <w:jc w:val="left"/>
      </w:pPr>
      <w:r>
        <w:rPr>
          <w:rFonts w:ascii="宋体" w:eastAsia="宋体" w:hAnsi="宋体"/>
          <w:sz w:val="28"/>
        </w:rPr>
        <w:t>有人将职业的境界归纳为四：一、功利境界，二、道德境界，三、科学境界，四、生命境界。</w:t>
      </w:r>
    </w:p>
    <w:p>
      <w:pPr>
        <w:spacing w:before="100" w:after="200" w:line="360" w:lineRule="auto"/>
        <w:ind w:firstLine="576"/>
        <w:jc w:val="left"/>
      </w:pPr>
      <w:r>
        <w:rPr>
          <w:rFonts w:ascii="宋体" w:eastAsia="宋体" w:hAnsi="宋体"/>
          <w:sz w:val="28"/>
        </w:rPr>
        <w:t>我追求教育职业的幸福感，只为了功利太苦；只因为道德，不会体会到自由；我期望到达第三甚至第四种境界。</w:t>
      </w:r>
    </w:p>
    <w:p>
      <w:pPr>
        <w:spacing w:before="100" w:after="200" w:line="360" w:lineRule="auto"/>
        <w:ind w:firstLine="576"/>
        <w:jc w:val="left"/>
      </w:pPr>
      <w:r>
        <w:rPr>
          <w:rFonts w:ascii="宋体" w:eastAsia="宋体" w:hAnsi="宋体"/>
          <w:sz w:val="28"/>
        </w:rPr>
        <w:t>如果是这样，在追求教育职业的幸福途中，不用追问我是否尽了职责，是否有违师德，道德和职责不是我的枷锁，它如同我的呼吸，应与我同在。</w:t>
      </w:r>
    </w:p>
    <w:p>
      <w:pPr>
        <w:spacing w:before="100" w:after="200" w:line="360" w:lineRule="auto"/>
        <w:ind w:firstLine="576"/>
        <w:jc w:val="left"/>
      </w:pPr>
      <w:r>
        <w:rPr>
          <w:rFonts w:ascii="宋体" w:eastAsia="宋体" w:hAnsi="宋体"/>
          <w:sz w:val="28"/>
        </w:rPr>
        <w:t>我们的时代是一个信息时代。各行各业都在日新月异，教师行业也不例外。因此，要想成为一名优秀的教师，学生单纯地学习，教师快乐地教学，是不可接受的。老师们每天都要负责繁重的工作。在这种形势下，我们应该加强师风师德建设。最近，我对小学教师的师德和师德有着强烈的使命感和责任感。我应该集中精力和力量承担起培养下一代的责任，塑造一个好的教师形象，热爱学校，坚定对教育的奉献精神。只有真正愿意自觉投身于这项平凡的工作，实现社会价值，尊重教育事业，甚至以苦为乐，才能产生巨大的奋斗动力。</w:t>
      </w:r>
    </w:p>
    <w:p>
      <w:pPr>
        <w:spacing w:before="100" w:after="200" w:line="360" w:lineRule="auto"/>
        <w:ind w:firstLine="576"/>
        <w:jc w:val="left"/>
      </w:pPr>
      <w:r>
        <w:rPr>
          <w:rFonts w:ascii="宋体" w:eastAsia="宋体" w:hAnsi="宋体"/>
          <w:sz w:val="28"/>
        </w:rPr>
        <w:t>教师的工作很平凡，教师的生活也越来越贫困。然而，教师在近乎美好的知识结构中有一种自我充实的感觉，在精神寄托方面有一种在世界上培养人才的自豪感。在思想、信息、交流方面，他有“研究世界，通过古今的变化，成为家庭的声音”的独立意识；在人际交往方面，他有师生和谐共处的亲切感。令我欣慰的是，我们的工作使无知的花花公子成为了优秀的学生，使迷茫的青少年成为了祖国的栋梁。一个人的一生应该有明确的目标，为自己的理想而奋斗，即使是痛苦的，也要享受它。</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https://d.book118.com/406222203201010102</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0622220320101010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