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1B1F19" w14:paraId="7F7A67AA" w14:textId="0AE8485B">
      <w:pPr>
        <w:pStyle w:val="Heading1"/>
        <w:jc w:val="center"/>
        <w:rPr>
          <w:rFonts w:hint="eastAsia"/>
          <w:lang w:eastAsia="zh-CN"/>
        </w:rPr>
      </w:pPr>
      <w:r>
        <w:rPr>
          <w:sz w:val="44"/>
          <w:lang w:eastAsia="zh-CN"/>
        </w:rPr>
        <w:t>2024组织象棋比赛策划书（32篇）</w:t>
      </w:r>
    </w:p>
    <w:p w:rsidR="001B1F19" w14:paraId="15E7D7A0" w14:textId="27C3F48A">
      <w:pPr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lang w:eastAsia="zh-CN"/>
        </w:rPr>
        <w:br/>
      </w:r>
      <w:r>
        <w:rPr>
          <w:lang w:eastAsia="zh-CN"/>
        </w:rPr>
        <w:br/>
      </w:r>
      <w:r>
        <w:rPr>
          <w:lang w:eastAsia="zh-CN"/>
        </w:rPr>
        <w:t>2024组织象棋比赛策划书（精选32篇）</w:t>
      </w:r>
      <w:r>
        <w:rPr>
          <w:lang w:eastAsia="zh-CN"/>
        </w:rPr>
        <w:br/>
      </w:r>
      <w:r>
        <w:rPr>
          <w:lang w:eastAsia="zh-CN"/>
        </w:rPr>
        <w:t xml:space="preserve">    2024组织象棋比赛策划书 篇1 </w:t>
      </w:r>
      <w:r>
        <w:rPr>
          <w:lang w:eastAsia="zh-CN"/>
        </w:rPr>
        <w:br/>
      </w:r>
      <w:r>
        <w:rPr>
          <w:lang w:eastAsia="zh-CN"/>
        </w:rPr>
        <w:t>　　【活动背景】中国有悠久的棋文化，象棋源于中国。作为中华儿女应传承我国悠久的文化，去感受先人的智慧。</w:t>
      </w:r>
      <w:r>
        <w:rPr>
          <w:lang w:eastAsia="zh-CN"/>
        </w:rPr>
        <w:br/>
      </w:r>
      <w:r>
        <w:rPr>
          <w:lang w:eastAsia="zh-CN"/>
        </w:rPr>
        <w:t>　　【活动目的】增进班级同学之间的相互交流，丰富班级同学的业余生活，同时扩大同学们对棋类游戏的乐趣和提高同学们的整体棋类水平。</w:t>
      </w:r>
      <w:r>
        <w:rPr>
          <w:lang w:eastAsia="zh-CN"/>
        </w:rPr>
        <w:br/>
      </w:r>
      <w:r>
        <w:rPr>
          <w:lang w:eastAsia="zh-CN"/>
        </w:rPr>
        <w:t>　　【活动时间】20__年12月17日</w:t>
      </w:r>
      <w:r>
        <w:rPr>
          <w:lang w:eastAsia="zh-CN"/>
        </w:rPr>
        <w:br/>
      </w:r>
      <w:r>
        <w:rPr>
          <w:lang w:eastAsia="zh-CN"/>
        </w:rPr>
        <w:t>　　【活动地点】南区大学活动中心</w:t>
      </w:r>
      <w:r>
        <w:rPr>
          <w:lang w:eastAsia="zh-CN"/>
        </w:rPr>
        <w:br/>
      </w:r>
      <w:r>
        <w:rPr>
          <w:lang w:eastAsia="zh-CN"/>
        </w:rPr>
        <w:t>　　【活动对象】1125102班全体同学</w:t>
      </w:r>
      <w:r>
        <w:rPr>
          <w:lang w:eastAsia="zh-CN"/>
        </w:rPr>
        <w:br/>
      </w:r>
      <w:r>
        <w:rPr>
          <w:lang w:eastAsia="zh-CN"/>
        </w:rPr>
        <w:t>　　【活动组织者】1125102班全体班委</w:t>
      </w:r>
      <w:r>
        <w:rPr>
          <w:lang w:eastAsia="zh-CN"/>
        </w:rPr>
        <w:br/>
      </w:r>
      <w:r>
        <w:rPr>
          <w:lang w:eastAsia="zh-CN"/>
        </w:rPr>
        <w:t>　　【活动流程】象棋：实行单循环淘汰赛，双人对决，输方直接淘汰，胜方留下继续与其他选手比赛，直至最后一方胜出即为此项目冠军。</w:t>
      </w:r>
      <w:r>
        <w:rPr>
          <w:lang w:eastAsia="zh-CN"/>
        </w:rPr>
        <w:br/>
      </w:r>
      <w:r>
        <w:rPr>
          <w:lang w:eastAsia="zh-CN"/>
        </w:rPr>
        <w:t>　　【奖项设置】各项目冠军颁发纪念笔记本进行奖励</w:t>
      </w:r>
      <w:r>
        <w:rPr>
          <w:lang w:eastAsia="zh-CN"/>
        </w:rPr>
        <w:br/>
      </w:r>
      <w:r>
        <w:rPr>
          <w:lang w:eastAsia="zh-CN"/>
        </w:rPr>
        <w:t>　　【活动经费】</w:t>
      </w:r>
      <w:r>
        <w:rPr>
          <w:lang w:eastAsia="zh-CN"/>
        </w:rPr>
        <w:br/>
      </w:r>
      <w:r>
        <w:rPr>
          <w:lang w:eastAsia="zh-CN"/>
        </w:rPr>
        <w:t>　　1、购买象棋共花费了24元</w:t>
      </w:r>
      <w:r>
        <w:rPr>
          <w:lang w:eastAsia="zh-CN"/>
        </w:rPr>
        <w:br/>
      </w:r>
      <w:r>
        <w:rPr>
          <w:lang w:eastAsia="zh-CN"/>
        </w:rPr>
        <w:t>　　2、购买奖品共花费30元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lang w:eastAsia="zh-CN"/>
        </w:rPr>
        <w:t>　　2大学生期末班级象棋大赛策划书</w:t>
      </w:r>
      <w:r>
        <w:rPr>
          <w:lang w:eastAsia="zh-CN"/>
        </w:rPr>
        <w:br/>
      </w:r>
      <w:r>
        <w:rPr>
          <w:lang w:eastAsia="zh-CN"/>
        </w:rPr>
        <w:t>　　活动背景：</w:t>
      </w:r>
      <w:r>
        <w:rPr>
          <w:lang w:eastAsia="zh-CN"/>
        </w:rPr>
        <w:br/>
      </w:r>
      <w:r>
        <w:rPr>
          <w:lang w:eastAsia="zh-CN"/>
        </w:rPr>
        <w:t>　　随着冬天的到来，这一学期也快要结束了，而各科的考试也即将到来，面对寒冷而多风的冬天，户外的活动已经不太适合举办，然而锻炼同学们的能力确实必不可少的。再加上考试即将到来，举办户外活动存在不安全的因素，另外举办和参加获得过程，也是增加同学们之间友谊的过程，这对于以后的学习和生活都是非常有帮助的。还有，经常下象棋对于同学们全面思考问题是非常有帮助的，同时可以减少同学们玩电子游戏的时间，达到一举多得的效果。</w:t>
      </w:r>
      <w:r>
        <w:rPr>
          <w:lang w:eastAsia="zh-CN"/>
        </w:rPr>
        <w:br/>
      </w:r>
      <w:r>
        <w:rPr>
          <w:lang w:eastAsia="zh-CN"/>
        </w:rPr>
        <w:t>　　活动主题：</w:t>
      </w:r>
      <w:r>
        <w:rPr>
          <w:lang w:eastAsia="zh-CN"/>
        </w:rPr>
        <w:br/>
      </w:r>
      <w:r>
        <w:rPr>
          <w:lang w:eastAsia="zh-CN"/>
        </w:rPr>
        <w:t>　　纹屏论道，乐在其中；横车纵马，胜负你操</w:t>
      </w:r>
      <w:r>
        <w:rPr>
          <w:lang w:eastAsia="zh-CN"/>
        </w:rPr>
        <w:br/>
      </w:r>
      <w:r>
        <w:rPr>
          <w:lang w:eastAsia="zh-CN"/>
        </w:rPr>
        <w:t>　　活动目的：</w:t>
      </w:r>
      <w:r>
        <w:rPr>
          <w:lang w:eastAsia="zh-CN"/>
        </w:rPr>
        <w:br/>
      </w:r>
      <w:r>
        <w:rPr>
          <w:lang w:eastAsia="zh-CN"/>
        </w:rPr>
        <w:t>　　锻炼思维灵活性，培养随机应变的能力，提高综合素质，是我们当代大学生所要努力去完成的任务。象棋是一种智力游戏，它能充分锻炼一个人的思维能力、预知能力和随机应变能力。大学生期末班级象棋大赛策划书大学生期末班级象棋大赛策划书。通过举办和参加象棋大赛，不仅能够锻炼同学们思维的敏捷度，提高随机应变的能力，而且还能锻炼同学们的预知能力，为以后更好地立足于社会打下基础。另外，通过参加象棋大赛，同学们互相的了解程度得到了加强，对每个人的象棋水平有了清楚的了解。同时，同学们互相切磋棋艺的过程，本身就是一个自身棋艺提升的过程。</w:t>
      </w:r>
      <w:r>
        <w:rPr>
          <w:lang w:eastAsia="zh-CN"/>
        </w:rPr>
        <w:br/>
      </w:r>
      <w:r>
        <w:rPr>
          <w:lang w:eastAsia="zh-CN"/>
        </w:rPr>
        <w:t>　　活动时间：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lang w:eastAsia="zh-CN"/>
        </w:rPr>
        <w:t>　　20__年11月24日周日下午13：00——17：00</w:t>
      </w:r>
      <w:r>
        <w:rPr>
          <w:lang w:eastAsia="zh-CN"/>
        </w:rPr>
        <w:br/>
      </w:r>
      <w:r>
        <w:rPr>
          <w:lang w:eastAsia="zh-CN"/>
        </w:rPr>
        <w:t>　　活动地点：</w:t>
      </w:r>
      <w:r>
        <w:rPr>
          <w:lang w:eastAsia="zh-CN"/>
        </w:rPr>
        <w:br/>
      </w:r>
      <w:r>
        <w:rPr>
          <w:lang w:eastAsia="zh-CN"/>
        </w:rPr>
        <w:t>　　19326、19327、19328、19329宿舍以及龙湾湖边</w:t>
      </w:r>
      <w:r>
        <w:rPr>
          <w:lang w:eastAsia="zh-CN"/>
        </w:rPr>
        <w:br/>
      </w:r>
      <w:r>
        <w:rPr>
          <w:lang w:eastAsia="zh-CN"/>
        </w:rPr>
        <w:t>　　活动组织者：</w:t>
      </w:r>
      <w:r>
        <w:rPr>
          <w:lang w:eastAsia="zh-CN"/>
        </w:rPr>
        <w:br/>
      </w:r>
      <w:r>
        <w:rPr>
          <w:lang w:eastAsia="zh-CN"/>
        </w:rPr>
        <w:t>　　第一组织者：郭隆臻</w:t>
      </w:r>
      <w:r>
        <w:rPr>
          <w:lang w:eastAsia="zh-CN"/>
        </w:rPr>
        <w:br/>
      </w:r>
      <w:r>
        <w:rPr>
          <w:lang w:eastAsia="zh-CN"/>
        </w:rPr>
        <w:t>　　主要组织者：聂海超</w:t>
      </w:r>
      <w:r>
        <w:rPr>
          <w:lang w:eastAsia="zh-CN"/>
        </w:rPr>
        <w:br/>
      </w:r>
      <w:r>
        <w:rPr>
          <w:lang w:eastAsia="zh-CN"/>
        </w:rPr>
        <w:t>　　活动对象：</w:t>
      </w:r>
      <w:r>
        <w:rPr>
          <w:lang w:eastAsia="zh-CN"/>
        </w:rPr>
        <w:br/>
      </w:r>
      <w:r>
        <w:rPr>
          <w:lang w:eastAsia="zh-CN"/>
        </w:rPr>
        <w:t>　　83班全体同学</w:t>
      </w:r>
      <w:r>
        <w:rPr>
          <w:lang w:eastAsia="zh-CN"/>
        </w:rPr>
        <w:br/>
      </w:r>
      <w:r>
        <w:rPr>
          <w:lang w:eastAsia="zh-CN"/>
        </w:rPr>
        <w:t>　　活动流程：</w:t>
      </w:r>
      <w:r>
        <w:rPr>
          <w:lang w:eastAsia="zh-CN"/>
        </w:rPr>
        <w:br/>
      </w:r>
      <w:r>
        <w:rPr>
          <w:lang w:eastAsia="zh-CN"/>
        </w:rPr>
        <w:t>　　（1）提前一周开班会确定比赛时间和比赛的相关规则，确定比赛的时间，以及讨论所要准备的物品。</w:t>
      </w:r>
      <w:r>
        <w:rPr>
          <w:lang w:eastAsia="zh-CN"/>
        </w:rPr>
        <w:br/>
      </w:r>
      <w:r>
        <w:rPr>
          <w:lang w:eastAsia="zh-CN"/>
        </w:rPr>
        <w:t>　　（2）由宣传委员统计出参赛选手的人数及名单，并告知他们比赛的相关事宜和分组时间。</w:t>
      </w:r>
      <w:r>
        <w:rPr>
          <w:lang w:eastAsia="zh-CN"/>
        </w:rPr>
        <w:br/>
      </w:r>
      <w:r>
        <w:rPr>
          <w:lang w:eastAsia="zh-CN"/>
        </w:rPr>
        <w:t>　　（3）人数确定下来后，由组织委员组织参赛选手进行分组抽签，同时告知他们参赛时间。</w:t>
      </w:r>
      <w:r>
        <w:rPr>
          <w:lang w:eastAsia="zh-CN"/>
        </w:rPr>
        <w:br/>
      </w:r>
      <w:r>
        <w:rPr>
          <w:lang w:eastAsia="zh-CN"/>
        </w:rPr>
        <w:t>　　（4）所有不参赛的同学将作为裁判，由班长为每个小组分配一名裁判。</w:t>
      </w:r>
      <w:r>
        <w:rPr>
          <w:lang w:eastAsia="zh-CN"/>
        </w:rPr>
        <w:br/>
      </w:r>
      <w:r>
        <w:rPr>
          <w:lang w:eastAsia="zh-CN"/>
        </w:rPr>
        <w:t>　　（5）为保证比赛的公平性，赛前由心理委员对每一位裁判进行心理培训，要求他们不能偏向任何一方。</w:t>
      </w:r>
      <w:r>
        <w:rPr>
          <w:lang w:eastAsia="zh-CN"/>
        </w:rPr>
        <w:br/>
      </w:r>
      <w:r>
        <w:rPr>
          <w:lang w:eastAsia="zh-CN"/>
        </w:rPr>
        <w:t>　　（6）由生活委员采购比赛的奖品和证书，以及比赛过程中需要用到的记分卡片。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lang w:eastAsia="zh-CN"/>
        </w:rPr>
        <w:t>　　（7）比赛时，由团支书、学习委员和文体委员组成监督小组，监督各位裁判的执法过程，保证比赛的公平、公正。</w:t>
      </w:r>
      <w:r>
        <w:rPr>
          <w:lang w:eastAsia="zh-CN"/>
        </w:rPr>
        <w:br/>
      </w:r>
      <w:r>
        <w:rPr>
          <w:lang w:eastAsia="zh-CN"/>
        </w:rPr>
        <w:t>　　（8）比赛结束后，由班委成员评选出前三名最佳棋手，分别颁发冠军、亚军和季军荣誉证书。</w:t>
      </w:r>
      <w:r>
        <w:rPr>
          <w:lang w:eastAsia="zh-CN"/>
        </w:rPr>
        <w:br/>
      </w:r>
      <w:r>
        <w:rPr>
          <w:lang w:eastAsia="zh-CN"/>
        </w:rPr>
        <w:t>　　（9）由三位获奖选手发表获奖感言并拍照留念。</w:t>
      </w:r>
      <w:r>
        <w:rPr>
          <w:lang w:eastAsia="zh-CN"/>
        </w:rPr>
        <w:br/>
      </w:r>
      <w:r>
        <w:rPr>
          <w:lang w:eastAsia="zh-CN"/>
        </w:rPr>
        <w:t>　　活动预算：</w:t>
      </w:r>
      <w:r>
        <w:rPr>
          <w:lang w:eastAsia="zh-CN"/>
        </w:rPr>
        <w:br/>
      </w:r>
      <w:r>
        <w:rPr>
          <w:lang w:eastAsia="zh-CN"/>
        </w:rPr>
        <w:t>　　荣誉证书3个，纯净水一提，记分卡片若干，共计约50元。</w:t>
      </w:r>
      <w:r>
        <w:rPr>
          <w:lang w:eastAsia="zh-CN"/>
        </w:rPr>
        <w:br/>
      </w:r>
      <w:r>
        <w:rPr>
          <w:lang w:eastAsia="zh-CN"/>
        </w:rPr>
        <w:t xml:space="preserve">    2024组织象棋比赛策划书 篇2 </w:t>
      </w:r>
      <w:r>
        <w:rPr>
          <w:lang w:eastAsia="zh-CN"/>
        </w:rPr>
        <w:br/>
      </w:r>
      <w:r>
        <w:rPr>
          <w:lang w:eastAsia="zh-CN"/>
        </w:rPr>
        <w:t>　　为进一步推动学校教职工文体活动的开展，促进教职工象棋水平的提高，拟举办山东科技大学中国象棋比赛：</w:t>
      </w:r>
      <w:r>
        <w:rPr>
          <w:lang w:eastAsia="zh-CN"/>
        </w:rPr>
        <w:br/>
      </w:r>
      <w:r>
        <w:rPr>
          <w:lang w:eastAsia="zh-CN"/>
        </w:rPr>
        <w:t>　　一、比赛时间、地点</w:t>
      </w:r>
      <w:r>
        <w:rPr>
          <w:lang w:eastAsia="zh-CN"/>
        </w:rPr>
        <w:br/>
      </w:r>
      <w:r>
        <w:rPr>
          <w:lang w:eastAsia="zh-CN"/>
        </w:rPr>
        <w:t>　　时间：10月27日—28日（星期六、日）</w:t>
      </w:r>
      <w:r>
        <w:rPr>
          <w:lang w:eastAsia="zh-CN"/>
        </w:rPr>
        <w:br/>
      </w:r>
      <w:r>
        <w:rPr>
          <w:lang w:eastAsia="zh-CN"/>
        </w:rPr>
        <w:t>　　上午8:30开始，下午2:30开始。</w:t>
      </w:r>
      <w:r>
        <w:rPr>
          <w:lang w:eastAsia="zh-CN"/>
        </w:rPr>
        <w:br/>
      </w:r>
      <w:r>
        <w:rPr>
          <w:lang w:eastAsia="zh-CN"/>
        </w:rPr>
        <w:t>　　地点：学校教职工活动之家</w:t>
      </w:r>
      <w:r>
        <w:rPr>
          <w:lang w:eastAsia="zh-CN"/>
        </w:rPr>
        <w:br/>
      </w:r>
      <w:r>
        <w:rPr>
          <w:lang w:eastAsia="zh-CN"/>
        </w:rPr>
        <w:t>　　二、运动员资格</w:t>
      </w:r>
      <w:r>
        <w:rPr>
          <w:lang w:eastAsia="zh-CN"/>
        </w:rPr>
        <w:br/>
      </w:r>
      <w:r>
        <w:rPr>
          <w:lang w:eastAsia="zh-CN"/>
        </w:rPr>
        <w:t>　　山东科技大学青岛校区工会会员，身体健康者。</w:t>
      </w:r>
      <w:r>
        <w:rPr>
          <w:lang w:eastAsia="zh-CN"/>
        </w:rPr>
        <w:br/>
      </w:r>
      <w:r>
        <w:rPr>
          <w:lang w:eastAsia="zh-CN"/>
        </w:rPr>
        <w:t>　　三、组队办法</w:t>
      </w:r>
      <w:r>
        <w:rPr>
          <w:lang w:eastAsia="zh-CN"/>
        </w:rPr>
        <w:br/>
      </w:r>
      <w:r>
        <w:rPr>
          <w:lang w:eastAsia="zh-CN"/>
        </w:rPr>
        <w:t>　　每分工会限报领队1人、运动员4人（男女不限，其中1人为替补队员）。</w:t>
      </w:r>
      <w:r>
        <w:rPr>
          <w:lang w:eastAsia="zh-CN"/>
        </w:rPr>
        <w:br/>
      </w:r>
      <w:r>
        <w:rPr>
          <w:lang w:eastAsia="zh-CN"/>
        </w:rPr>
        <w:t>　　四、竞赛办法</w:t>
      </w:r>
      <w:r>
        <w:rPr>
          <w:lang w:eastAsia="zh-CN"/>
        </w:rPr>
        <w:br/>
      </w:r>
      <w:r>
        <w:rPr>
          <w:lang w:eastAsia="zh-CN"/>
        </w:rPr>
        <w:t>　　1、采用国家体育总局1999年审定的《中国象棋竞赛规则》以及有关规程条款。</w:t>
      </w:r>
      <w:r>
        <w:rPr>
          <w:lang w:eastAsia="zh-CN"/>
        </w:rPr>
        <w:br/>
      </w:r>
      <w:r>
        <w:rPr>
          <w:lang w:eastAsia="zh-CN"/>
        </w:rPr>
        <w:t>　　2、团体赛和个人赛一次性进行。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lang w:eastAsia="zh-CN"/>
        </w:rPr>
        <w:t>　　3、采用一局制积分编排，共比赛7轮，一天四轮。</w:t>
      </w:r>
      <w:r>
        <w:rPr>
          <w:lang w:eastAsia="zh-CN"/>
        </w:rPr>
        <w:br/>
      </w:r>
      <w:r>
        <w:rPr>
          <w:lang w:eastAsia="zh-CN"/>
        </w:rPr>
        <w:t>　　4、用时采用包干制，每轮各方有30分钟自由支配时间，棋钟先到一方判负。补充：比赛期间，如有一方提出和棋，对方不同意，双方需在30步以内有“吃子”，否则判和棋。</w:t>
      </w:r>
      <w:r>
        <w:rPr>
          <w:lang w:eastAsia="zh-CN"/>
        </w:rPr>
        <w:br/>
      </w:r>
      <w:r>
        <w:rPr>
          <w:lang w:eastAsia="zh-CN"/>
        </w:rPr>
        <w:t>　　5、个人以局分高者列前，相同则比较：</w:t>
      </w:r>
      <w:r>
        <w:rPr>
          <w:lang w:eastAsia="zh-CN"/>
        </w:rPr>
        <w:br/>
      </w:r>
      <w:r>
        <w:rPr>
          <w:lang w:eastAsia="zh-CN"/>
        </w:rPr>
        <w:t>　　①双方胜负关系；</w:t>
      </w:r>
      <w:r>
        <w:rPr>
          <w:lang w:eastAsia="zh-CN"/>
        </w:rPr>
        <w:br/>
      </w:r>
      <w:r>
        <w:rPr>
          <w:lang w:eastAsia="zh-CN"/>
        </w:rPr>
        <w:t>　　②对手总积分。</w:t>
      </w:r>
      <w:r>
        <w:rPr>
          <w:lang w:eastAsia="zh-CN"/>
        </w:rPr>
        <w:br/>
      </w:r>
      <w:r>
        <w:rPr>
          <w:lang w:eastAsia="zh-CN"/>
        </w:rPr>
        <w:t>　　6、团体以全队队员局总和高者列前，相同则比较：最后一轮高分者列前、前一轮高分者列前，以此类推，全相同则以对手高分者列前，不足三人的队不计团体名次。</w:t>
      </w:r>
      <w:r>
        <w:rPr>
          <w:lang w:eastAsia="zh-CN"/>
        </w:rPr>
        <w:br/>
      </w:r>
      <w:r>
        <w:rPr>
          <w:lang w:eastAsia="zh-CN"/>
        </w:rPr>
        <w:t>　　7、抽签工作在组委会监督下，由裁判长王永君主持进行抽签编排。</w:t>
      </w:r>
      <w:r>
        <w:rPr>
          <w:lang w:eastAsia="zh-CN"/>
        </w:rPr>
        <w:br/>
      </w:r>
      <w:r>
        <w:rPr>
          <w:lang w:eastAsia="zh-CN"/>
        </w:rPr>
        <w:t>　　五、录取名次与奖励</w:t>
      </w:r>
      <w:r>
        <w:rPr>
          <w:lang w:eastAsia="zh-CN"/>
        </w:rPr>
        <w:br/>
      </w:r>
      <w:r>
        <w:rPr>
          <w:lang w:eastAsia="zh-CN"/>
        </w:rPr>
        <w:t>　　1、个人名次录取前10名。</w:t>
      </w:r>
      <w:r>
        <w:rPr>
          <w:lang w:eastAsia="zh-CN"/>
        </w:rPr>
        <w:br/>
      </w:r>
      <w:r>
        <w:rPr>
          <w:lang w:eastAsia="zh-CN"/>
        </w:rPr>
        <w:t>　　2、团体名次录取前6名。</w:t>
      </w:r>
      <w:r>
        <w:rPr>
          <w:lang w:eastAsia="zh-CN"/>
        </w:rPr>
        <w:br/>
      </w:r>
      <w:r>
        <w:rPr>
          <w:lang w:eastAsia="zh-CN"/>
        </w:rPr>
        <w:t>　　六、报名时间、地点</w:t>
      </w:r>
      <w:r>
        <w:rPr>
          <w:lang w:eastAsia="zh-CN"/>
        </w:rPr>
        <w:br/>
      </w:r>
      <w:r>
        <w:rPr>
          <w:lang w:eastAsia="zh-CN"/>
        </w:rPr>
        <w:t>　　请于10月18日下午6:00前将参赛队员名单报大学生活动中心二楼工会办公室（220室），并同时发电子稿至，过期不再补报。</w:t>
      </w:r>
      <w:r>
        <w:rPr>
          <w:lang w:eastAsia="zh-CN"/>
        </w:rPr>
        <w:br/>
      </w:r>
      <w:r>
        <w:rPr>
          <w:lang w:eastAsia="zh-CN"/>
        </w:rPr>
        <w:t>　　联系人：吴宁电话：</w:t>
      </w:r>
      <w:r>
        <w:rPr>
          <w:lang w:eastAsia="zh-CN"/>
        </w:rPr>
        <w:br/>
      </w:r>
      <w:r>
        <w:rPr>
          <w:lang w:eastAsia="zh-CN"/>
        </w:rPr>
        <w:t>　　七、几点说明</w:t>
      </w:r>
      <w:r>
        <w:rPr>
          <w:lang w:eastAsia="zh-CN"/>
        </w:rPr>
        <w:br/>
      </w:r>
      <w:r>
        <w:rPr>
          <w:lang w:eastAsia="zh-CN"/>
        </w:rPr>
        <w:t>　　1、10月19日下午4:10各代表队领队到工会办公室（大学生活动中心220室）参加领队会议并抽签；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lang w:eastAsia="zh-CN"/>
        </w:rPr>
        <w:t>　　2、各分工会要高度重视，认真组织，严格遵守比赛时间，迟到10分钟，视为自动弃权；</w:t>
      </w:r>
      <w:r>
        <w:rPr>
          <w:lang w:eastAsia="zh-CN"/>
        </w:rPr>
        <w:br/>
      </w:r>
      <w:r>
        <w:rPr>
          <w:lang w:eastAsia="zh-CN"/>
        </w:rPr>
        <w:t>　　3、运动员赛前要做好充分的准备活动，要尊重、服从裁判。</w:t>
      </w:r>
      <w:r>
        <w:rPr>
          <w:lang w:eastAsia="zh-CN"/>
        </w:rPr>
        <w:br/>
      </w:r>
      <w:r>
        <w:rPr>
          <w:lang w:eastAsia="zh-CN"/>
        </w:rPr>
        <w:t>　　八、仲裁委员会</w:t>
      </w:r>
      <w:r>
        <w:rPr>
          <w:lang w:eastAsia="zh-CN"/>
        </w:rPr>
        <w:br/>
      </w:r>
      <w:r>
        <w:rPr>
          <w:lang w:eastAsia="zh-CN"/>
        </w:rPr>
        <w:t>　　主任：李道刚</w:t>
      </w:r>
      <w:r>
        <w:rPr>
          <w:lang w:eastAsia="zh-CN"/>
        </w:rPr>
        <w:br/>
      </w:r>
      <w:r>
        <w:rPr>
          <w:lang w:eastAsia="zh-CN"/>
        </w:rPr>
        <w:t>　　成员：曹茂永刘培超王朝阳吴宁王永君</w:t>
      </w:r>
      <w:r>
        <w:rPr>
          <w:lang w:eastAsia="zh-CN"/>
        </w:rPr>
        <w:br/>
      </w:r>
      <w:r>
        <w:rPr>
          <w:lang w:eastAsia="zh-CN"/>
        </w:rPr>
        <w:t>　　九、本次比赛解释权归山东科技大学象棋协会。</w:t>
      </w:r>
      <w:r>
        <w:rPr>
          <w:lang w:eastAsia="zh-CN"/>
        </w:rPr>
        <w:br/>
      </w:r>
      <w:r>
        <w:rPr>
          <w:lang w:eastAsia="zh-CN"/>
        </w:rPr>
        <w:t>　　十、未尽事宜，另行通知。</w:t>
      </w:r>
      <w:r>
        <w:rPr>
          <w:lang w:eastAsia="zh-CN"/>
        </w:rPr>
        <w:br/>
      </w:r>
      <w:r>
        <w:rPr>
          <w:lang w:eastAsia="zh-CN"/>
        </w:rPr>
        <w:t xml:space="preserve">    2024组织象棋比赛策划书 篇3 </w:t>
      </w:r>
      <w:r>
        <w:rPr>
          <w:lang w:eastAsia="zh-CN"/>
        </w:rPr>
        <w:br/>
      </w:r>
      <w:r>
        <w:rPr>
          <w:lang w:eastAsia="zh-CN"/>
        </w:rPr>
        <w:t>　　一、活动宗旨：</w:t>
      </w:r>
      <w:r>
        <w:rPr>
          <w:lang w:eastAsia="zh-CN"/>
        </w:rPr>
        <w:br/>
      </w:r>
      <w:r>
        <w:rPr>
          <w:lang w:eastAsia="zh-CN"/>
        </w:rPr>
        <w:t>　　以棋会友，加强棋友们的联系；切磋棋艺，提高棋友们的水平;丰富生活，增添棋友们的乐趣。 提倡良好的棋德棋风，发扬高尚的竞技精神。</w:t>
      </w:r>
      <w:r>
        <w:rPr>
          <w:lang w:eastAsia="zh-CN"/>
        </w:rPr>
        <w:br/>
      </w:r>
      <w:r>
        <w:rPr>
          <w:lang w:eastAsia="zh-CN"/>
        </w:rPr>
        <w:t>　　二、活动目的：</w:t>
      </w:r>
      <w:r>
        <w:rPr>
          <w:lang w:eastAsia="zh-CN"/>
        </w:rPr>
        <w:br/>
      </w:r>
      <w:r>
        <w:rPr>
          <w:lang w:eastAsia="zh-CN"/>
        </w:rPr>
        <w:t>　　象棋-智慧的体操，至今仍为现代人所喜爱，被人们誉之为“国粹”。通过这次活动，让更多同学们能展示自己的智慧，在对决中证实自己的沉稳和睿智；同时也让更多的人领略“国粹”精深的风采。</w:t>
      </w:r>
      <w:r>
        <w:rPr>
          <w:lang w:eastAsia="zh-CN"/>
        </w:rPr>
        <w:br/>
      </w:r>
      <w:r>
        <w:rPr>
          <w:lang w:eastAsia="zh-CN"/>
        </w:rPr>
        <w:t>　　三、活动主题：</w:t>
      </w:r>
      <w:r>
        <w:rPr>
          <w:lang w:eastAsia="zh-CN"/>
        </w:rPr>
        <w:br/>
      </w:r>
      <w:r>
        <w:rPr>
          <w:lang w:eastAsia="zh-CN"/>
        </w:rPr>
        <w:t>　　纹屏论道，乐在其中；横车纵马，胜负你操</w:t>
      </w:r>
      <w:r>
        <w:rPr>
          <w:lang w:eastAsia="zh-CN"/>
        </w:rPr>
        <w:br/>
      </w:r>
      <w:r>
        <w:rPr>
          <w:lang w:eastAsia="zh-CN"/>
        </w:rPr>
        <w:t>　　四、组织部门：</w:t>
      </w:r>
      <w:r>
        <w:rPr>
          <w:lang w:eastAsia="zh-CN"/>
        </w:rPr>
        <w:br/>
      </w:r>
      <w:r>
        <w:rPr>
          <w:lang w:eastAsia="zh-CN"/>
        </w:rPr>
        <w:t>　　电子系学生会学习部、生活部.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lang w:eastAsia="zh-CN"/>
        </w:rPr>
        <w:t>　　五、活动地点：</w:t>
      </w:r>
      <w:r>
        <w:rPr>
          <w:lang w:eastAsia="zh-CN"/>
        </w:rPr>
        <w:br/>
      </w:r>
      <w:r>
        <w:rPr>
          <w:lang w:eastAsia="zh-CN"/>
        </w:rPr>
        <w:t>　　</w:t>
      </w:r>
      <w:r>
        <w:rPr>
          <w:lang w:eastAsia="zh-CN"/>
        </w:rPr>
        <w:br/>
      </w:r>
      <w:r>
        <w:rPr>
          <w:lang w:eastAsia="zh-CN"/>
        </w:rPr>
        <w:t>　　六、活动时间:</w:t>
      </w:r>
      <w:r>
        <w:rPr>
          <w:lang w:eastAsia="zh-CN"/>
        </w:rPr>
        <w:br/>
      </w:r>
      <w:r>
        <w:rPr>
          <w:lang w:eastAsia="zh-CN"/>
        </w:rPr>
        <w:t>　　例（星期一到星期四下午3：40开始）</w:t>
      </w:r>
      <w:r>
        <w:rPr>
          <w:lang w:eastAsia="zh-CN"/>
        </w:rPr>
        <w:br/>
      </w:r>
      <w:r>
        <w:rPr>
          <w:lang w:eastAsia="zh-CN"/>
        </w:rPr>
        <w:t>　　七、活动人员：</w:t>
      </w:r>
      <w:r>
        <w:rPr>
          <w:lang w:eastAsia="zh-CN"/>
        </w:rPr>
        <w:br/>
      </w:r>
      <w:r>
        <w:rPr>
          <w:lang w:eastAsia="zh-CN"/>
        </w:rPr>
        <w:t>　　（电子系各班班级的成员）</w:t>
      </w:r>
      <w:r>
        <w:rPr>
          <w:lang w:eastAsia="zh-CN"/>
        </w:rPr>
        <w:br/>
      </w:r>
      <w:r>
        <w:rPr>
          <w:lang w:eastAsia="zh-CN"/>
        </w:rPr>
        <w:t>　　八、比赛规则：</w:t>
      </w:r>
      <w:r>
        <w:rPr>
          <w:lang w:eastAsia="zh-CN"/>
        </w:rPr>
        <w:br/>
      </w:r>
      <w:r>
        <w:rPr>
          <w:lang w:eastAsia="zh-CN"/>
        </w:rPr>
        <w:t>　　1、开赛前决定开局者采用按抛硬币的方法，正面朝上者有决定权选择先手还是后手。</w:t>
      </w:r>
      <w:r>
        <w:rPr>
          <w:lang w:eastAsia="zh-CN"/>
        </w:rPr>
        <w:br/>
      </w:r>
      <w:r>
        <w:rPr>
          <w:lang w:eastAsia="zh-CN"/>
        </w:rPr>
        <w:t>　　2、棋手享有自愿放弃、自愿认输、求和全，在双方的一致同意下，产生和棋和局才生效。（注：必须是双方都没有赢的可能性）</w:t>
      </w:r>
      <w:r>
        <w:rPr>
          <w:lang w:eastAsia="zh-CN"/>
        </w:rPr>
        <w:br/>
      </w:r>
      <w:r>
        <w:rPr>
          <w:lang w:eastAsia="zh-CN"/>
        </w:rPr>
        <w:t>　　3、触摸己方棋子，就应该走棋子，除非所触棋子按行棋规定根本不能走，方可走别的棋子。</w:t>
      </w:r>
      <w:r>
        <w:rPr>
          <w:lang w:eastAsia="zh-CN"/>
        </w:rPr>
        <w:br/>
      </w:r>
      <w:r>
        <w:rPr>
          <w:lang w:eastAsia="zh-CN"/>
        </w:rPr>
        <w:t>　　4、触摸对方的棋子，就必须吃掉那个棋子，只有当己方不论什么棋子都无法去吃时，才可以另行走棋子。</w:t>
      </w:r>
      <w:r>
        <w:rPr>
          <w:lang w:eastAsia="zh-CN"/>
        </w:rPr>
        <w:br/>
      </w:r>
      <w:r>
        <w:rPr>
          <w:lang w:eastAsia="zh-CN"/>
        </w:rPr>
        <w:t>　　5、比赛过程中每位选手每步的思考时间不能超过2分钟，超过1次给予警告处分，2次的给予扣除选手成就分1分，超过3次的就直接鉴定该选手本剧比赛为输。</w:t>
      </w:r>
      <w:r>
        <w:rPr>
          <w:lang w:eastAsia="zh-CN"/>
        </w:rPr>
        <w:br/>
      </w:r>
      <w:r>
        <w:rPr>
          <w:lang w:eastAsia="zh-CN"/>
        </w:rPr>
        <w:t>　　6、每场比赛划定时间为40分钟，一场比赛超时，按每步1分钟，如果在规定时间内没有走棋子即判负。</w:t>
      </w:r>
      <w:r>
        <w:rPr>
          <w:lang w:eastAsia="zh-CN"/>
        </w:rPr>
        <w:br/>
      </w:r>
      <w:r>
        <w:rPr>
          <w:lang w:eastAsia="zh-CN"/>
        </w:rPr>
        <w:t>　　7、摆正棋子必需事先争得对方同意，并且只能在自己走棋的时间内进行，不然以处子论处。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lang w:eastAsia="zh-CN"/>
        </w:rPr>
        <w:t>　　8、棋子走了之后，不得再予更改。落子生根。以离开棋子为准。</w:t>
      </w:r>
      <w:r>
        <w:rPr>
          <w:lang w:eastAsia="zh-CN"/>
        </w:rPr>
        <w:br/>
      </w:r>
      <w:r>
        <w:rPr>
          <w:lang w:eastAsia="zh-CN"/>
        </w:rPr>
        <w:t>　　9、纠正先后颠倒棋子，被意外挪位等错误应及时进行，局后不受理。</w:t>
      </w:r>
      <w:r>
        <w:rPr>
          <w:lang w:eastAsia="zh-CN"/>
        </w:rPr>
        <w:br/>
      </w:r>
      <w:r>
        <w:rPr>
          <w:lang w:eastAsia="zh-CN"/>
        </w:rPr>
        <w:t>　　九、比赛流程：</w:t>
      </w:r>
      <w:r>
        <w:rPr>
          <w:lang w:eastAsia="zh-CN"/>
        </w:rPr>
        <w:br/>
      </w:r>
      <w:r>
        <w:rPr>
          <w:lang w:eastAsia="zh-CN"/>
        </w:rPr>
        <w:t>　　1、活动报名者以自愿方式报名为主,也可以以班为报名单位集体报名,报名者一旦报名,除了代表个人外也代表所在班级。</w:t>
      </w:r>
      <w:r>
        <w:rPr>
          <w:lang w:eastAsia="zh-CN"/>
        </w:rPr>
        <w:br/>
      </w:r>
      <w:r>
        <w:rPr>
          <w:lang w:eastAsia="zh-CN"/>
        </w:rPr>
        <w:t>　　2、正式:赛程：</w:t>
      </w:r>
      <w:r>
        <w:rPr>
          <w:lang w:eastAsia="zh-CN"/>
        </w:rPr>
        <w:br/>
      </w:r>
      <w:r>
        <w:rPr>
          <w:lang w:eastAsia="zh-CN"/>
        </w:rPr>
        <w:t>　　第一轮：小组预赛，获胜者进入下一轮比赛；</w:t>
      </w:r>
      <w:r>
        <w:rPr>
          <w:lang w:eastAsia="zh-CN"/>
        </w:rPr>
        <w:br/>
      </w:r>
      <w:r>
        <w:rPr>
          <w:lang w:eastAsia="zh-CN"/>
        </w:rPr>
        <w:t>　　第二轮：小组复赛，获胜者进入下一轮比赛；</w:t>
      </w:r>
      <w:r>
        <w:rPr>
          <w:lang w:eastAsia="zh-CN"/>
        </w:rPr>
        <w:br/>
      </w:r>
      <w:r>
        <w:rPr>
          <w:lang w:eastAsia="zh-CN"/>
        </w:rPr>
        <w:t>　　第三轮：小组决赛，取前四名进入下一轮比赛；</w:t>
      </w:r>
      <w:r>
        <w:rPr>
          <w:lang w:eastAsia="zh-CN"/>
        </w:rPr>
        <w:br/>
      </w:r>
      <w:r>
        <w:rPr>
          <w:lang w:eastAsia="zh-CN"/>
        </w:rPr>
        <w:t>　　第四轮: 半决赛，最后两名将直接进入决赛；</w:t>
      </w:r>
      <w:r>
        <w:rPr>
          <w:lang w:eastAsia="zh-CN"/>
        </w:rPr>
        <w:br/>
      </w:r>
      <w:r>
        <w:rPr>
          <w:lang w:eastAsia="zh-CN"/>
        </w:rPr>
        <w:t>　　第五轮： 决赛，将产生冠、亚、季；</w:t>
      </w:r>
      <w:r>
        <w:rPr>
          <w:lang w:eastAsia="zh-CN"/>
        </w:rPr>
        <w:br/>
      </w:r>
      <w:r>
        <w:rPr>
          <w:lang w:eastAsia="zh-CN"/>
        </w:rPr>
        <w:t xml:space="preserve">    2024组织象棋比赛策划书 篇4 </w:t>
      </w:r>
      <w:r>
        <w:rPr>
          <w:lang w:eastAsia="zh-CN"/>
        </w:rPr>
        <w:br/>
      </w:r>
      <w:r>
        <w:rPr>
          <w:lang w:eastAsia="zh-CN"/>
        </w:rPr>
        <w:t>　　一、活动名称：</w:t>
      </w:r>
      <w:r>
        <w:rPr>
          <w:lang w:eastAsia="zh-CN"/>
        </w:rPr>
        <w:br/>
      </w:r>
      <w:r>
        <w:rPr>
          <w:lang w:eastAsia="zh-CN"/>
        </w:rPr>
        <w:t>　　“春天”杯象棋比赛</w:t>
      </w:r>
      <w:r>
        <w:rPr>
          <w:lang w:eastAsia="zh-CN"/>
        </w:rPr>
        <w:br/>
      </w:r>
      <w:r>
        <w:rPr>
          <w:lang w:eastAsia="zh-CN"/>
        </w:rPr>
        <w:t>　　二、活动主题：</w:t>
      </w:r>
      <w:r>
        <w:rPr>
          <w:lang w:eastAsia="zh-CN"/>
        </w:rPr>
        <w:br/>
      </w:r>
      <w:r>
        <w:rPr>
          <w:lang w:eastAsia="zh-CN"/>
        </w:rPr>
        <w:t>　　纹屏论道，乐在其中；横车纵马，胜负你掌.</w:t>
      </w:r>
      <w:r>
        <w:rPr>
          <w:lang w:eastAsia="zh-CN"/>
        </w:rPr>
        <w:br/>
      </w:r>
      <w:r>
        <w:rPr>
          <w:lang w:eastAsia="zh-CN"/>
        </w:rPr>
        <w:t>　　三、活动目的：</w:t>
      </w:r>
      <w:r>
        <w:rPr>
          <w:lang w:eastAsia="zh-CN"/>
        </w:rPr>
        <w:br/>
      </w:r>
      <w:r>
        <w:rPr>
          <w:lang w:eastAsia="zh-CN"/>
        </w:rPr>
        <w:t>　　象棋-----智慧的体操，至今仍为现代人所喜爱，被人们誉之为“国粹”。通过这次活动，让更多同学们能展示自己的智慧，在对决中证实自己的沉稳和睿智；同时也让更多的人领略“国粹”精深的风采。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lang w:eastAsia="zh-CN"/>
        </w:rPr>
        <w:t>　　为进一步丰富我系广大学生的课余生活，继承和发扬中华民族的优良文化传统，正确引导学生的思想政治文化，提高学生文化修养和道德素质，增进友谊、建设和谐校园，由我系生活部牵头举办本次活动。</w:t>
      </w:r>
      <w:r>
        <w:rPr>
          <w:lang w:eastAsia="zh-CN"/>
        </w:rPr>
        <w:br/>
      </w:r>
      <w:r>
        <w:rPr>
          <w:lang w:eastAsia="zh-CN"/>
        </w:rPr>
        <w:t>　　四、活动宗旨：</w:t>
      </w:r>
      <w:r>
        <w:rPr>
          <w:lang w:eastAsia="zh-CN"/>
        </w:rPr>
        <w:br/>
      </w:r>
      <w:r>
        <w:rPr>
          <w:lang w:eastAsia="zh-CN"/>
        </w:rPr>
        <w:t>　　以棋会友，加强校内棋友们的联系；</w:t>
      </w:r>
      <w:r>
        <w:rPr>
          <w:lang w:eastAsia="zh-CN"/>
        </w:rPr>
        <w:br/>
      </w:r>
      <w:r>
        <w:rPr>
          <w:lang w:eastAsia="zh-CN"/>
        </w:rPr>
        <w:t>　　切磋棋艺，提高校内棋友们的水平；</w:t>
      </w:r>
      <w:r>
        <w:rPr>
          <w:lang w:eastAsia="zh-CN"/>
        </w:rPr>
        <w:br/>
      </w:r>
      <w:r>
        <w:rPr>
          <w:lang w:eastAsia="zh-CN"/>
        </w:rPr>
        <w:t>　　丰富生活，增添校内棋友们的乐趣；</w:t>
      </w:r>
      <w:r>
        <w:rPr>
          <w:lang w:eastAsia="zh-CN"/>
        </w:rPr>
        <w:br/>
      </w:r>
      <w:r>
        <w:rPr>
          <w:lang w:eastAsia="zh-CN"/>
        </w:rPr>
        <w:t>　　提倡良好的'棋德棋风，发扬高尚的竞技精神。</w:t>
      </w:r>
      <w:r>
        <w:rPr>
          <w:lang w:eastAsia="zh-CN"/>
        </w:rPr>
        <w:br/>
      </w:r>
      <w:r>
        <w:rPr>
          <w:lang w:eastAsia="zh-CN"/>
        </w:rPr>
        <w:t>　　五、活动时间：</w:t>
      </w:r>
      <w:r>
        <w:rPr>
          <w:lang w:eastAsia="zh-CN"/>
        </w:rPr>
        <w:br/>
      </w:r>
      <w:r>
        <w:rPr>
          <w:lang w:eastAsia="zh-CN"/>
        </w:rPr>
        <w:t>　　__年4月2日——__年4月14日</w:t>
      </w:r>
      <w:r>
        <w:rPr>
          <w:lang w:eastAsia="zh-CN"/>
        </w:rPr>
        <w:br/>
      </w:r>
      <w:r>
        <w:rPr>
          <w:lang w:eastAsia="zh-CN"/>
        </w:rPr>
        <w:t>　　六、活动地点：</w:t>
      </w:r>
      <w:r>
        <w:rPr>
          <w:lang w:eastAsia="zh-CN"/>
        </w:rPr>
        <w:br/>
      </w:r>
      <w:r>
        <w:rPr>
          <w:lang w:eastAsia="zh-CN"/>
        </w:rPr>
        <w:t>　　综合楼320、321室</w:t>
      </w:r>
      <w:r>
        <w:rPr>
          <w:lang w:eastAsia="zh-CN"/>
        </w:rPr>
        <w:br/>
      </w:r>
      <w:r>
        <w:rPr>
          <w:lang w:eastAsia="zh-CN"/>
        </w:rPr>
        <w:t>　　七、活动对象：</w:t>
      </w:r>
      <w:r>
        <w:rPr>
          <w:lang w:eastAsia="zh-CN"/>
        </w:rPr>
        <w:br/>
      </w:r>
      <w:r>
        <w:rPr>
          <w:lang w:eastAsia="zh-CN"/>
        </w:rPr>
        <w:t>　　采矿工程系10、11级全体同学</w:t>
      </w:r>
      <w:r>
        <w:rPr>
          <w:lang w:eastAsia="zh-CN"/>
        </w:rPr>
        <w:br/>
      </w:r>
      <w:r>
        <w:rPr>
          <w:lang w:eastAsia="zh-CN"/>
        </w:rPr>
        <w:t>　　八、活动流程：</w:t>
      </w:r>
      <w:r>
        <w:rPr>
          <w:lang w:eastAsia="zh-CN"/>
        </w:rPr>
        <w:br/>
      </w:r>
      <w:r>
        <w:rPr>
          <w:lang w:eastAsia="zh-CN"/>
        </w:rPr>
        <w:t>　　第一阶段：宣传、组织阶段（由各班班委自行组织选拔3名参赛人员，另选鉴裁判1名。）时间：4月2日—4月7日</w:t>
      </w:r>
      <w:r>
        <w:rPr>
          <w:lang w:eastAsia="zh-CN"/>
        </w:rPr>
        <w:br/>
      </w:r>
      <w:r>
        <w:rPr>
          <w:lang w:eastAsia="zh-CN"/>
        </w:rPr>
        <w:t>　　第二阶段：预赛阶段（以班级为单位进行分组预赛比赛，选出优胜班级13个。）时间：4月8日17∶00—18∶30</w:t>
      </w:r>
      <w:r>
        <w:rPr>
          <w:lang w:eastAsia="zh-CN"/>
        </w:rPr>
        <w:br/>
      </w:r>
      <w:r>
        <w:rPr>
          <w:lang w:eastAsia="zh-CN"/>
        </w:rPr>
        <w:t>　　4月9日17∶00—18∶30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lang w:eastAsia="zh-CN"/>
        </w:rPr>
        <w:t>　　第三阶段：复赛阶段（优胜的13个班级进行复赛，竞选处优胜班级7个。）时间：4月12日17∶00—18∶30</w:t>
      </w:r>
      <w:r>
        <w:rPr>
          <w:lang w:eastAsia="zh-CN"/>
        </w:rPr>
        <w:br/>
      </w:r>
      <w:r>
        <w:rPr>
          <w:lang w:eastAsia="zh-CN"/>
        </w:rPr>
        <w:t>　　第四阶段：决赛阶段（复赛阶段中优胜的7个班级进行冠亚季军角逐，另评选出精神文明奖1个，优秀选手5名，优秀裁判2名。）时间：4月13日17∶00—18∶30</w:t>
      </w:r>
      <w:r>
        <w:rPr>
          <w:lang w:eastAsia="zh-CN"/>
        </w:rPr>
        <w:br/>
      </w:r>
      <w:r>
        <w:rPr>
          <w:lang w:eastAsia="zh-CN"/>
        </w:rPr>
        <w:t>　　第五阶段：奖励阶段（对取得优异成绩的班级及个人进行奖励。）</w:t>
      </w:r>
      <w:r>
        <w:rPr>
          <w:lang w:eastAsia="zh-CN"/>
        </w:rPr>
        <w:br/>
      </w:r>
      <w:r>
        <w:rPr>
          <w:lang w:eastAsia="zh-CN"/>
        </w:rPr>
        <w:t>　　时间：4月14日17∶00—18∶30</w:t>
      </w:r>
      <w:r>
        <w:rPr>
          <w:lang w:eastAsia="zh-CN"/>
        </w:rPr>
        <w:br/>
      </w:r>
      <w:r>
        <w:rPr>
          <w:lang w:eastAsia="zh-CN"/>
        </w:rPr>
        <w:t>　　九、比赛规则：</w:t>
      </w:r>
      <w:r>
        <w:rPr>
          <w:lang w:eastAsia="zh-CN"/>
        </w:rPr>
        <w:br/>
      </w:r>
      <w:r>
        <w:rPr>
          <w:lang w:eastAsia="zh-CN"/>
        </w:rPr>
        <w:t>　　（1）基本规则：遵循友谊第一，比赛第二的原则，讲究棋风、棋德，赛出风格，比出水平。</w:t>
      </w:r>
      <w:r>
        <w:rPr>
          <w:lang w:eastAsia="zh-CN"/>
        </w:rPr>
        <w:br/>
      </w:r>
      <w:r>
        <w:rPr>
          <w:lang w:eastAsia="zh-CN"/>
        </w:rPr>
        <w:t>　　（2）时间规定：比赛时用秒表或手表计算双方走棋时间。每方走一招棋的时间不得超过15秒，如有一招棋超过时间，判负1分。</w:t>
      </w:r>
      <w:r>
        <w:rPr>
          <w:lang w:eastAsia="zh-CN"/>
        </w:rPr>
        <w:br/>
      </w:r>
      <w:r>
        <w:rPr>
          <w:lang w:eastAsia="zh-CN"/>
        </w:rPr>
        <w:t>　　（3）对弈：在对局时，由执红棋的一方先走，双方轮流各走一着，直至分出胜负或走成和棋为止。</w:t>
      </w:r>
      <w:r>
        <w:rPr>
          <w:lang w:eastAsia="zh-CN"/>
        </w:rPr>
        <w:br/>
      </w:r>
      <w:r>
        <w:rPr>
          <w:lang w:eastAsia="zh-CN"/>
        </w:rPr>
        <w:t>　　（4）胜负判定：对局时，一方出现下列情况之一，就算输棋，对方得胜：</w:t>
      </w:r>
      <w:r>
        <w:rPr>
          <w:lang w:eastAsia="zh-CN"/>
        </w:rPr>
        <w:br/>
      </w:r>
      <w:r>
        <w:rPr>
          <w:lang w:eastAsia="zh-CN"/>
        </w:rPr>
        <w:t>　　a.帅(将)被对方将死；</w:t>
      </w:r>
      <w:r>
        <w:rPr>
          <w:lang w:eastAsia="zh-CN"/>
        </w:rPr>
        <w:br/>
      </w:r>
      <w:r>
        <w:rPr>
          <w:lang w:eastAsia="zh-CN"/>
        </w:rPr>
        <w:t>　　b.帅(将)被将军，无法避免地同对方将(帅)直接对面；</w:t>
      </w:r>
      <w:r>
        <w:rPr>
          <w:lang w:eastAsia="zh-CN"/>
        </w:rPr>
        <w:br/>
      </w:r>
      <w:r>
        <w:rPr>
          <w:lang w:eastAsia="zh-CN"/>
        </w:rPr>
        <w:t>　　c.被困毙；</w:t>
      </w:r>
      <w:r>
        <w:rPr>
          <w:lang w:eastAsia="zh-CN"/>
        </w:rPr>
        <w:br/>
      </w:r>
      <w:r>
        <w:rPr>
          <w:lang w:eastAsia="zh-CN"/>
        </w:rPr>
        <w:t>　　d.同一局棋技术犯规两次判负；</w:t>
      </w:r>
      <w:r>
        <w:rPr>
          <w:lang w:eastAsia="zh-CN"/>
        </w:rPr>
        <w:br/>
      </w:r>
      <w:r>
        <w:rPr>
          <w:lang w:eastAsia="zh-CN"/>
        </w:rPr>
        <w:t>　　e.自己宣布认输.</w:t>
      </w:r>
      <w:r>
        <w:rPr>
          <w:lang w:eastAsia="zh-CN"/>
        </w:rPr>
        <w:br/>
      </w:r>
      <w:r>
        <w:rPr>
          <w:lang w:eastAsia="zh-CN"/>
        </w:rPr>
        <w:t>　　（5）对局时，出现下列情况之一，就算和棋: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lang w:eastAsia="zh-CN"/>
        </w:rPr>
        <w:t>　　a.属于理论上公认的双方均无取胜可能的局势；</w:t>
      </w:r>
      <w:r>
        <w:rPr>
          <w:lang w:eastAsia="zh-CN"/>
        </w:rPr>
        <w:br/>
      </w:r>
      <w:r>
        <w:rPr>
          <w:lang w:eastAsia="zh-CN"/>
        </w:rPr>
        <w:t>　　b.提议作和，应使双方机会均等。只要是一方提和，另一方已宣告同意，双方都不许反悔；</w:t>
      </w:r>
      <w:r>
        <w:rPr>
          <w:lang w:eastAsia="zh-CN"/>
        </w:rPr>
        <w:br/>
      </w:r>
      <w:r>
        <w:rPr>
          <w:lang w:eastAsia="zh-CN"/>
        </w:rPr>
        <w:t>　　c.双方走棋出现循环反复已达三次，符合棋例中不变作和的有关规定，可由任何一方提议作和，经审查局面属实，即使另一方不同意，裁判员也有权判为和棋。如双方都没有提和，而循环反复局面还在延续，裁判员有权不征得双方同意就决定判和；</w:t>
      </w:r>
      <w:r>
        <w:rPr>
          <w:lang w:eastAsia="zh-CN"/>
        </w:rPr>
        <w:br/>
      </w:r>
      <w:r>
        <w:rPr>
          <w:lang w:eastAsia="zh-CN"/>
        </w:rPr>
        <w:t>　　d.符合自然限着的回合规定，即在连续60个回合中（也可根据比赛等级酌减），双方都没有吃过一个棋子。</w:t>
      </w:r>
      <w:r>
        <w:rPr>
          <w:lang w:eastAsia="zh-CN"/>
        </w:rPr>
        <w:br/>
      </w:r>
      <w:r>
        <w:rPr>
          <w:lang w:eastAsia="zh-CN"/>
        </w:rPr>
        <w:t>　　（6）赛制与计分：本次比赛实行三局两胜制。若出现平局现象，双方选择加赛一局或以抽签方式分出胜负。</w:t>
      </w:r>
      <w:r>
        <w:rPr>
          <w:lang w:eastAsia="zh-CN"/>
        </w:rPr>
        <w:br/>
      </w:r>
      <w:r>
        <w:rPr>
          <w:lang w:eastAsia="zh-CN"/>
        </w:rPr>
        <w:t>　　（7）行棋规则：</w:t>
      </w:r>
      <w:r>
        <w:rPr>
          <w:lang w:eastAsia="zh-CN"/>
        </w:rPr>
        <w:br/>
      </w:r>
      <w:r>
        <w:rPr>
          <w:lang w:eastAsia="zh-CN"/>
        </w:rPr>
        <w:t>　　a.一着棋走了以后，不得再予更改。落子生根，以手离开棋子为准;</w:t>
      </w:r>
      <w:r>
        <w:rPr>
          <w:lang w:eastAsia="zh-CN"/>
        </w:rPr>
        <w:br/>
      </w:r>
      <w:r>
        <w:rPr>
          <w:lang w:eastAsia="zh-CN"/>
        </w:rPr>
        <w:t>　　b.触摸自己方面的哪个棋子，就应走哪个棋子，除非所触摸的那个棋子，按行棋规定根本不能走，才可以另走别的棋子;</w:t>
      </w:r>
      <w:r>
        <w:rPr>
          <w:lang w:eastAsia="zh-CN"/>
        </w:rPr>
        <w:br/>
      </w:r>
      <w:r>
        <w:rPr>
          <w:lang w:eastAsia="zh-CN"/>
        </w:rPr>
        <w:t>　　c.触摸对方的棋子，就必须吃掉那个棋子，只有当己方的任何棋子都无法去吃时，才可以另行走子;</w:t>
      </w:r>
      <w:r>
        <w:rPr>
          <w:lang w:eastAsia="zh-CN"/>
        </w:rPr>
        <w:br/>
      </w:r>
      <w:r>
        <w:rPr>
          <w:lang w:eastAsia="zh-CN"/>
        </w:rPr>
        <w:t>　　d.先触摸自己的棋子，后又触摸对方的棋子，处理顺序如下：前者必须吃掉后者－－无法吃掉时，必须走动前者－－前者无法走时，必须用别的子吃掉后者－－别的棋子也无法吃掉后者。另行走子;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lang w:eastAsia="zh-CN"/>
        </w:rPr>
        <w:t>　　e.先触摸对方的棋子，后又触摸自己的棋子，处理顺序如下：后者必须吃掉前者－－无法吃掉时，必须用别的子吃掉前者－－均无法吃时，必须走动后者－－后者也无法走动时，才可以另行走子;</w:t>
      </w:r>
      <w:r>
        <w:rPr>
          <w:lang w:eastAsia="zh-CN"/>
        </w:rPr>
        <w:br/>
      </w:r>
      <w:r>
        <w:rPr>
          <w:lang w:eastAsia="zh-CN"/>
        </w:rPr>
        <w:t>　　f.同时触摸双方棋子，处理顺序同第五条处理;</w:t>
      </w:r>
      <w:r>
        <w:rPr>
          <w:lang w:eastAsia="zh-CN"/>
        </w:rPr>
        <w:br/>
      </w:r>
      <w:r>
        <w:rPr>
          <w:lang w:eastAsia="zh-CN"/>
        </w:rPr>
        <w:t>　　g.摆正棋子必须事先争得对方同意，而且只能在自己走棋的时间内进行，否则以摸子论处。如系明显误碰某个棋子，不作摸子论处。</w:t>
      </w:r>
      <w:r>
        <w:rPr>
          <w:lang w:eastAsia="zh-CN"/>
        </w:rPr>
        <w:br/>
      </w:r>
      <w:r>
        <w:rPr>
          <w:lang w:eastAsia="zh-CN"/>
        </w:rPr>
        <w:t>　　h.纠正先后走颠倒或棋子被意外挪位等错误，应及时进行，局后不受理。</w:t>
      </w:r>
      <w:r>
        <w:rPr>
          <w:lang w:eastAsia="zh-CN"/>
        </w:rPr>
        <w:br/>
      </w:r>
      <w:r>
        <w:rPr>
          <w:lang w:eastAsia="zh-CN"/>
        </w:rPr>
        <w:t>　　若违反以上规定一项则判负1分，判负不得超过3分，若超过则判其输棋。</w:t>
      </w:r>
      <w:r>
        <w:rPr>
          <w:lang w:eastAsia="zh-CN"/>
        </w:rPr>
        <w:br/>
      </w:r>
      <w:r>
        <w:rPr>
          <w:lang w:eastAsia="zh-CN"/>
        </w:rPr>
        <w:t>　　十、活动主办方：</w:t>
      </w:r>
      <w:r>
        <w:rPr>
          <w:lang w:eastAsia="zh-CN"/>
        </w:rPr>
        <w:br/>
      </w:r>
      <w:r>
        <w:rPr>
          <w:lang w:eastAsia="zh-CN"/>
        </w:rPr>
        <w:t>　　采矿工程系团总支学生会生活部</w:t>
      </w:r>
      <w:r>
        <w:rPr>
          <w:lang w:eastAsia="zh-CN"/>
        </w:rPr>
        <w:br/>
      </w:r>
      <w:r>
        <w:rPr>
          <w:lang w:eastAsia="zh-CN"/>
        </w:rPr>
        <w:t>　　十一、比赛机构：</w:t>
      </w:r>
      <w:r>
        <w:rPr>
          <w:lang w:eastAsia="zh-CN"/>
        </w:rPr>
        <w:br/>
      </w:r>
      <w:r>
        <w:rPr>
          <w:lang w:eastAsia="zh-CN"/>
        </w:rPr>
        <w:t>　　总策划：采矿工程系团总支学生会生活部</w:t>
      </w:r>
      <w:r>
        <w:rPr>
          <w:lang w:eastAsia="zh-CN"/>
        </w:rPr>
        <w:br/>
      </w:r>
      <w:r>
        <w:rPr>
          <w:lang w:eastAsia="zh-CN"/>
        </w:rPr>
        <w:t>　　大赛组委会：</w:t>
      </w:r>
      <w:r>
        <w:rPr>
          <w:lang w:eastAsia="zh-CN"/>
        </w:rPr>
        <w:br/>
      </w:r>
      <w:r>
        <w:rPr>
          <w:lang w:eastAsia="zh-CN"/>
        </w:rPr>
        <w:t>　　组长：</w:t>
      </w:r>
      <w:r>
        <w:rPr>
          <w:lang w:eastAsia="zh-CN"/>
        </w:rPr>
        <w:br/>
      </w:r>
      <w:r>
        <w:rPr>
          <w:lang w:eastAsia="zh-CN"/>
        </w:rPr>
        <w:t>　　副组长：</w:t>
      </w:r>
      <w:r>
        <w:rPr>
          <w:lang w:eastAsia="zh-CN"/>
        </w:rPr>
        <w:br/>
      </w:r>
      <w:r>
        <w:rPr>
          <w:lang w:eastAsia="zh-CN"/>
        </w:rPr>
        <w:t>　　成员：</w:t>
      </w:r>
      <w:r>
        <w:rPr>
          <w:lang w:eastAsia="zh-CN"/>
        </w:rPr>
        <w:br/>
      </w:r>
      <w:r>
        <w:rPr>
          <w:lang w:eastAsia="zh-CN"/>
        </w:rPr>
        <w:t>　　十二、注意事项：</w:t>
      </w:r>
      <w:r>
        <w:rPr>
          <w:lang w:eastAsia="zh-CN"/>
        </w:rPr>
        <w:br/>
      </w:r>
      <w:r>
        <w:rPr>
          <w:lang w:eastAsia="zh-CN"/>
        </w:rPr>
        <w:t>　　1.各班级必须认真阅读比赛规则，不可在赛场无理取闹，若发生类似情况，取消比赛资格，并全系通报。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lang w:eastAsia="zh-CN"/>
        </w:rPr>
        <w:t>　　2.本活动最终解释权归我系学生会所有。</w:t>
      </w:r>
      <w:r>
        <w:rPr>
          <w:lang w:eastAsia="zh-CN"/>
        </w:rPr>
        <w:br/>
      </w:r>
      <w:r>
        <w:rPr>
          <w:lang w:eastAsia="zh-CN"/>
        </w:rPr>
        <w:t>　　十三、奖项设置：</w:t>
      </w:r>
      <w:r>
        <w:rPr>
          <w:lang w:eastAsia="zh-CN"/>
        </w:rPr>
        <w:br/>
      </w:r>
      <w:r>
        <w:rPr>
          <w:lang w:eastAsia="zh-CN"/>
        </w:rPr>
        <w:t>　　一等奖一名二等奖一名三等奖两名</w:t>
      </w:r>
      <w:r>
        <w:rPr>
          <w:lang w:eastAsia="zh-CN"/>
        </w:rPr>
        <w:br/>
      </w:r>
      <w:r>
        <w:rPr>
          <w:lang w:eastAsia="zh-CN"/>
        </w:rPr>
        <w:t>　　精神文明奖一名优秀选手五名优秀裁判两名</w:t>
      </w:r>
      <w:r>
        <w:rPr>
          <w:lang w:eastAsia="zh-CN"/>
        </w:rPr>
        <w:br/>
      </w:r>
      <w:r>
        <w:rPr>
          <w:lang w:eastAsia="zh-CN"/>
        </w:rPr>
        <w:t>　　十四、活动经费预算：</w:t>
      </w:r>
      <w:r>
        <w:rPr>
          <w:lang w:eastAsia="zh-CN"/>
        </w:rPr>
        <w:br/>
      </w:r>
      <w:r>
        <w:rPr>
          <w:lang w:eastAsia="zh-CN"/>
        </w:rPr>
        <w:t>　　1、奖状：1_5=5元</w:t>
      </w:r>
      <w:r>
        <w:rPr>
          <w:lang w:eastAsia="zh-CN"/>
        </w:rPr>
        <w:br/>
      </w:r>
      <w:r>
        <w:rPr>
          <w:lang w:eastAsia="zh-CN"/>
        </w:rPr>
        <w:t>　　2、象棋一副：1_30=30</w:t>
      </w:r>
      <w:r>
        <w:rPr>
          <w:lang w:eastAsia="zh-CN"/>
        </w:rPr>
        <w:br/>
      </w:r>
      <w:r>
        <w:rPr>
          <w:lang w:eastAsia="zh-CN"/>
        </w:rPr>
        <w:t>　　3、跳棋一副：1_15=15</w:t>
      </w:r>
      <w:r>
        <w:rPr>
          <w:lang w:eastAsia="zh-CN"/>
        </w:rPr>
        <w:br/>
      </w:r>
      <w:r>
        <w:rPr>
          <w:lang w:eastAsia="zh-CN"/>
        </w:rPr>
        <w:t>　　4、五子棋两副：2_10=20</w:t>
      </w:r>
      <w:r>
        <w:rPr>
          <w:lang w:eastAsia="zh-CN"/>
        </w:rPr>
        <w:br/>
      </w:r>
      <w:r>
        <w:rPr>
          <w:lang w:eastAsia="zh-CN"/>
        </w:rPr>
        <w:t>　　5、笔记本七本：5_7=35元</w:t>
      </w:r>
      <w:r>
        <w:rPr>
          <w:lang w:eastAsia="zh-CN"/>
        </w:rPr>
        <w:br/>
      </w:r>
      <w:r>
        <w:rPr>
          <w:lang w:eastAsia="zh-CN"/>
        </w:rPr>
        <w:t>　　合计：105元</w:t>
      </w:r>
      <w:r>
        <w:rPr>
          <w:lang w:eastAsia="zh-CN"/>
        </w:rPr>
        <w:br/>
      </w:r>
      <w:r>
        <w:rPr>
          <w:lang w:eastAsia="zh-CN"/>
        </w:rPr>
        <w:t xml:space="preserve">    2024组织象棋比赛策划书 篇5 </w:t>
      </w:r>
      <w:r>
        <w:rPr>
          <w:lang w:eastAsia="zh-CN"/>
        </w:rPr>
        <w:br/>
      </w:r>
      <w:r>
        <w:rPr>
          <w:lang w:eastAsia="zh-CN"/>
        </w:rPr>
        <w:t>　　活动目的</w:t>
      </w:r>
      <w:r>
        <w:rPr>
          <w:lang w:eastAsia="zh-CN"/>
        </w:rPr>
        <w:br/>
      </w:r>
      <w:r>
        <w:rPr>
          <w:lang w:eastAsia="zh-CN"/>
        </w:rPr>
        <w:t>　　1.</w:t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国家教育部，体育总局指出：“围棋，国际象棋，象棋”三项棋类活动是具有教育，竞技，文化交流于一体的娱乐活动。20__年3月，国家教育部，国家体育总局专门联合发文，要求在学校开展围棋，国际象棋，象棋三项棋类活动。有调查表明，中国象棋是群众基础最好的一项体育活动。可以说，棋类活动贯穿我们每个人的一生。然而，我们不得不注意这样的事实，最普及的中国象棋却最受人忽略，就连象棋甲级联赛也不例外。同时，棋类作为一种娱乐方式越来越多的被人们用来打发时间，而对于专业棋赛而言，其娱乐性又少。所以，我们应该尝试去重新打造这些棋类文化，努力使这些文化传播得不至于枯燥，同时也使同学们在娱乐的同时，多了解一些棋类文化，在学院中形成良好的传统文化氛围。</w:t>
      </w:r>
      <w:r>
        <w:rPr>
          <w:lang w:eastAsia="zh-CN"/>
        </w:rPr>
        <w:br/>
      </w:r>
      <w:r>
        <w:rPr>
          <w:lang w:eastAsia="zh-CN"/>
        </w:rPr>
        <w:t>　　2.为了丰富大学生的校园文化生活，带动青春气息；</w:t>
      </w:r>
      <w:r>
        <w:rPr>
          <w:lang w:eastAsia="zh-CN"/>
        </w:rPr>
        <w:br/>
      </w:r>
      <w:r>
        <w:rPr>
          <w:lang w:eastAsia="zh-CN"/>
        </w:rPr>
        <w:t>　　3.培养同学们的个人爱好，提高全院学生的象棋水平；</w:t>
      </w:r>
      <w:r>
        <w:rPr>
          <w:lang w:eastAsia="zh-CN"/>
        </w:rPr>
        <w:br/>
      </w:r>
      <w:r>
        <w:rPr>
          <w:lang w:eastAsia="zh-CN"/>
        </w:rPr>
        <w:t>　　4.增进各校同学间的友谊，同时为以后的象棋比赛打下良好的基础；</w:t>
      </w:r>
      <w:r>
        <w:rPr>
          <w:lang w:eastAsia="zh-CN"/>
        </w:rPr>
        <w:br/>
      </w:r>
      <w:r>
        <w:rPr>
          <w:lang w:eastAsia="zh-CN"/>
        </w:rPr>
        <w:t>　　5.加强浦口高校间的文化联系，加强学校（南京农业大学）的影响。</w:t>
      </w:r>
      <w:r>
        <w:rPr>
          <w:lang w:eastAsia="zh-CN"/>
        </w:rPr>
        <w:br/>
      </w:r>
      <w:r>
        <w:rPr>
          <w:lang w:eastAsia="zh-CN"/>
        </w:rPr>
        <w:t>　　活动介绍</w:t>
      </w:r>
      <w:r>
        <w:rPr>
          <w:lang w:eastAsia="zh-CN"/>
        </w:rPr>
        <w:br/>
      </w:r>
      <w:r>
        <w:rPr>
          <w:lang w:eastAsia="zh-CN"/>
        </w:rPr>
        <w:t>　　一：组织机构</w:t>
      </w:r>
      <w:r>
        <w:rPr>
          <w:lang w:eastAsia="zh-CN"/>
        </w:rPr>
        <w:br/>
      </w:r>
      <w:r>
        <w:rPr>
          <w:lang w:eastAsia="zh-CN"/>
        </w:rPr>
        <w:t>　　主办单位：南京农业大学工学院团委</w:t>
      </w:r>
      <w:r>
        <w:rPr>
          <w:lang w:eastAsia="zh-CN"/>
        </w:rPr>
        <w:br/>
      </w:r>
      <w:r>
        <w:rPr>
          <w:lang w:eastAsia="zh-CN"/>
        </w:rPr>
        <w:t>　　承办单位：南京农业大学工学院协会</w:t>
      </w:r>
      <w:r>
        <w:rPr>
          <w:lang w:eastAsia="zh-CN"/>
        </w:rPr>
        <w:br/>
      </w:r>
      <w:r>
        <w:rPr>
          <w:lang w:eastAsia="zh-CN"/>
        </w:rPr>
        <w:t>　　二：比赛项目：中国象棋</w:t>
      </w:r>
      <w:r>
        <w:rPr>
          <w:lang w:eastAsia="zh-CN"/>
        </w:rPr>
        <w:br/>
      </w:r>
      <w:r>
        <w:rPr>
          <w:lang w:eastAsia="zh-CN"/>
        </w:rPr>
        <w:t>　　三：参赛对象：浦口区各高校在校学生</w:t>
      </w:r>
      <w:r>
        <w:rPr>
          <w:lang w:eastAsia="zh-CN"/>
        </w:rPr>
        <w:br/>
      </w:r>
      <w:r>
        <w:rPr>
          <w:lang w:eastAsia="zh-CN"/>
        </w:rPr>
        <w:t>　　四：比赛时间：2005年5月14-15日</w:t>
      </w:r>
      <w:r>
        <w:rPr>
          <w:lang w:eastAsia="zh-CN"/>
        </w:rPr>
        <w:br/>
      </w:r>
      <w:r>
        <w:rPr>
          <w:lang w:eastAsia="zh-CN"/>
        </w:rPr>
        <w:t>　　五：报名地点：大学生活动中心</w:t>
      </w:r>
      <w:r>
        <w:rPr>
          <w:lang w:eastAsia="zh-CN"/>
        </w:rPr>
        <w:br/>
      </w:r>
      <w:r>
        <w:rPr>
          <w:lang w:eastAsia="zh-CN"/>
        </w:rPr>
        <w:t>　　六：报名方式：凭有效证件以学校为单位报名，每校限报男生三名，女生两名。</w:t>
      </w:r>
      <w:r>
        <w:rPr>
          <w:lang w:eastAsia="zh-CN"/>
        </w:rPr>
        <w:br/>
      </w:r>
      <w:r>
        <w:rPr>
          <w:lang w:eastAsia="zh-CN"/>
        </w:rPr>
        <w:t>　　七：比赛地点：南农大工学院大学生活动中心</w:t>
      </w:r>
      <w:r>
        <w:rPr>
          <w:lang w:eastAsia="zh-CN"/>
        </w:rPr>
        <w:br/>
      </w:r>
      <w:r>
        <w:rPr>
          <w:lang w:eastAsia="zh-CN"/>
        </w:rPr>
        <w:t>　　八：比赛规则：</w:t>
      </w:r>
      <w:r>
        <w:rPr>
          <w:lang w:eastAsia="zh-CN"/>
        </w:rPr>
        <w:br/>
      </w:r>
      <w:r>
        <w:rPr>
          <w:lang w:eastAsia="zh-CN"/>
        </w:rPr>
        <w:t>　　1、抽签分组，组数视比赛人数而定，胜得3分，平1分，输0分，以积分排名，小组第一进入决赛。若积分相同，则加赛一局。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lang w:eastAsia="zh-CN"/>
        </w:rPr>
        <w:t>　　2、第二轮比赛采取淘汰制，胜者进入下一轮。</w:t>
      </w:r>
      <w:r>
        <w:rPr>
          <w:lang w:eastAsia="zh-CN"/>
        </w:rPr>
        <w:br/>
      </w:r>
      <w:r>
        <w:rPr>
          <w:lang w:eastAsia="zh-CN"/>
        </w:rPr>
        <w:t>　　3、决赛采用循环赛制，胜得3分，平1分，输0分，以积分排名，取前三名。若积分相同者，则加赛一局。</w:t>
      </w:r>
      <w:r>
        <w:rPr>
          <w:lang w:eastAsia="zh-CN"/>
        </w:rPr>
        <w:br/>
      </w:r>
      <w:r>
        <w:rPr>
          <w:lang w:eastAsia="zh-CN"/>
        </w:rPr>
        <w:t>　　4、如有特殊要求，各高校间协商解决。</w:t>
      </w:r>
      <w:r>
        <w:rPr>
          <w:lang w:eastAsia="zh-CN"/>
        </w:rPr>
        <w:br/>
      </w:r>
      <w:r>
        <w:rPr>
          <w:lang w:eastAsia="zh-CN"/>
        </w:rPr>
        <w:t>　　5、本次活动解释权归我社所有。</w:t>
      </w:r>
      <w:r>
        <w:rPr>
          <w:lang w:eastAsia="zh-CN"/>
        </w:rPr>
        <w:br/>
      </w:r>
      <w:r>
        <w:rPr>
          <w:lang w:eastAsia="zh-CN"/>
        </w:rPr>
        <w:t xml:space="preserve">    2024组织象棋比赛策划书 篇6 </w:t>
      </w:r>
      <w:r>
        <w:rPr>
          <w:lang w:eastAsia="zh-CN"/>
        </w:rPr>
        <w:br/>
      </w:r>
      <w:r>
        <w:rPr>
          <w:lang w:eastAsia="zh-CN"/>
        </w:rPr>
        <w:t>　　活动名称：</w:t>
      </w:r>
      <w:r>
        <w:rPr>
          <w:lang w:eastAsia="zh-CN"/>
        </w:rPr>
        <w:br/>
      </w:r>
      <w:r>
        <w:rPr>
          <w:lang w:eastAsia="zh-CN"/>
        </w:rPr>
        <w:t>　　象棋比赛</w:t>
      </w:r>
      <w:r>
        <w:rPr>
          <w:lang w:eastAsia="zh-CN"/>
        </w:rPr>
        <w:br/>
      </w:r>
      <w:r>
        <w:rPr>
          <w:lang w:eastAsia="zh-CN"/>
        </w:rPr>
        <w:t>　　活动目的：</w:t>
      </w:r>
      <w:r>
        <w:rPr>
          <w:lang w:eastAsia="zh-CN"/>
        </w:rPr>
        <w:br/>
      </w:r>
      <w:r>
        <w:rPr>
          <w:lang w:eastAsia="zh-CN"/>
        </w:rPr>
        <w:t>　　棋文化是中华民族文化的结晶，至今仍放射出熠熠奇光，象棋、——智慧的体操，至今仍为现代人所喜爱,被人们誉之为“国粹”。通过这次活动，让更多同学们能展示自己的智慧，在对决中证实自己的沉稳和睿智；同时也让更多的人领略“国粹”精深的风采。</w:t>
      </w:r>
      <w:r>
        <w:rPr>
          <w:lang w:eastAsia="zh-CN"/>
        </w:rPr>
        <w:br/>
      </w:r>
      <w:r>
        <w:rPr>
          <w:lang w:eastAsia="zh-CN"/>
        </w:rPr>
        <w:t>　　活动宗旨：</w:t>
      </w:r>
      <w:r>
        <w:rPr>
          <w:lang w:eastAsia="zh-CN"/>
        </w:rPr>
        <w:br/>
      </w:r>
      <w:r>
        <w:rPr>
          <w:lang w:eastAsia="zh-CN"/>
        </w:rPr>
        <w:t>　　以棋会友，加强校内棋友们的联系；</w:t>
      </w:r>
      <w:r>
        <w:rPr>
          <w:lang w:eastAsia="zh-CN"/>
        </w:rPr>
        <w:br/>
      </w:r>
      <w:r>
        <w:rPr>
          <w:lang w:eastAsia="zh-CN"/>
        </w:rPr>
        <w:t>　　切磋棋艺，提高校内棋友们的水平；</w:t>
      </w:r>
      <w:r>
        <w:rPr>
          <w:lang w:eastAsia="zh-CN"/>
        </w:rPr>
        <w:br/>
      </w:r>
      <w:r>
        <w:rPr>
          <w:lang w:eastAsia="zh-CN"/>
        </w:rPr>
        <w:t>　　丰富生活，增添校内棋友们的乐趣；</w:t>
      </w:r>
      <w:r>
        <w:rPr>
          <w:lang w:eastAsia="zh-CN"/>
        </w:rPr>
        <w:br/>
      </w:r>
      <w:r>
        <w:rPr>
          <w:lang w:eastAsia="zh-CN"/>
        </w:rPr>
        <w:t>　　提倡良好的棋德棋风，发扬高尚的竞技精神。</w:t>
      </w:r>
      <w:r>
        <w:rPr>
          <w:lang w:eastAsia="zh-CN"/>
        </w:rPr>
        <w:br/>
      </w:r>
      <w:r>
        <w:rPr>
          <w:lang w:eastAsia="zh-CN"/>
        </w:rPr>
        <w:t>　　活动主题：</w:t>
      </w:r>
      <w:r>
        <w:rPr>
          <w:lang w:eastAsia="zh-CN"/>
        </w:rPr>
        <w:br/>
      </w:r>
      <w:r>
        <w:rPr>
          <w:lang w:eastAsia="zh-CN"/>
        </w:rPr>
        <w:t>　　纹屏论道，乐在其中；横车纵马，胜负你操</w:t>
      </w:r>
      <w:r>
        <w:rPr>
          <w:lang w:eastAsia="zh-CN"/>
        </w:rPr>
        <w:br/>
      </w:r>
      <w:r>
        <w:rPr>
          <w:lang w:eastAsia="zh-CN"/>
        </w:rPr>
        <w:t>　　活动时间：</w:t>
      </w:r>
      <w:r>
        <w:rPr>
          <w:lang w:eastAsia="zh-CN"/>
        </w:rPr>
        <w:br/>
      </w:r>
      <w:r>
        <w:rPr>
          <w:lang w:eastAsia="zh-CN"/>
        </w:rPr>
        <w:t>　　20__年__月1__日—__月20日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lang w:eastAsia="zh-CN"/>
        </w:rPr>
        <w:t>　　活动对象：</w:t>
      </w:r>
      <w:r>
        <w:rPr>
          <w:lang w:eastAsia="zh-CN"/>
        </w:rPr>
        <w:br/>
      </w:r>
      <w:r>
        <w:rPr>
          <w:lang w:eastAsia="zh-CN"/>
        </w:rPr>
        <w:t>　　建筑工程学院全院学生</w:t>
      </w:r>
      <w:r>
        <w:rPr>
          <w:lang w:eastAsia="zh-CN"/>
        </w:rPr>
        <w:br/>
      </w:r>
      <w:r>
        <w:rPr>
          <w:lang w:eastAsia="zh-CN"/>
        </w:rPr>
        <w:t>　　活动步骤：</w:t>
      </w:r>
      <w:r>
        <w:rPr>
          <w:lang w:eastAsia="zh-CN"/>
        </w:rPr>
        <w:br/>
      </w:r>
      <w:r>
        <w:rPr>
          <w:lang w:eastAsia="zh-CN"/>
        </w:rPr>
        <w:t>　　1. 报名:报名专点设在光华楼大厅及海报上写明的报名开始时间和地点,以及报名的截止时间。</w:t>
      </w:r>
      <w:r>
        <w:rPr>
          <w:lang w:eastAsia="zh-CN"/>
        </w:rPr>
        <w:br/>
      </w:r>
      <w:r>
        <w:rPr>
          <w:lang w:eastAsia="zh-CN"/>
        </w:rPr>
        <w:t>　　2.人数： __人</w:t>
      </w:r>
      <w:r>
        <w:rPr>
          <w:lang w:eastAsia="zh-CN"/>
        </w:rPr>
        <w:br/>
      </w:r>
      <w:r>
        <w:rPr>
          <w:lang w:eastAsia="zh-CN"/>
        </w:rPr>
        <w:t>　　3. 赛程安排： 选手进场后进行抽签分组，小组内人数根据报名人数决定. 根据抽到的小组序号和个人编号入座，进行小组大循环，即每人与组内其他选手对弈。 每组取第一名 ，进入总决赛。再分别取冠亚季军。</w:t>
      </w:r>
      <w:r>
        <w:rPr>
          <w:lang w:eastAsia="zh-CN"/>
        </w:rPr>
        <w:br/>
      </w:r>
      <w:r>
        <w:rPr>
          <w:lang w:eastAsia="zh-CN"/>
        </w:rPr>
        <w:t>　　4.比赛期间场外用黑板写上比赛名称、比赛时间安排，和比赛规则. 每间赛场盘棋，每小组桌角上贴小组号码起引导作用。</w:t>
      </w:r>
      <w:r>
        <w:rPr>
          <w:lang w:eastAsia="zh-CN"/>
        </w:rPr>
        <w:br/>
      </w:r>
      <w:r>
        <w:rPr>
          <w:lang w:eastAsia="zh-CN"/>
        </w:rPr>
        <w:t>　　.每局比赛由开局方执红先行，从双方同意比赛开始计时开始。</w:t>
      </w:r>
      <w:r>
        <w:rPr>
          <w:lang w:eastAsia="zh-CN"/>
        </w:rPr>
        <w:br/>
      </w:r>
      <w:r>
        <w:rPr>
          <w:lang w:eastAsia="zh-CN"/>
        </w:rPr>
        <w:t>　　6.设裁判席每六盘棋配一名裁判员，监督比赛，维持场内秩序，记录比赛结果。在比赛出现专业问题时尽快联系裁判长。每赛场安排三人维持秩序、帮助选手进场后找到座位，检查证件、应付突发事件。后勤备用人员五人。</w:t>
      </w:r>
      <w:r>
        <w:rPr>
          <w:lang w:eastAsia="zh-CN"/>
        </w:rPr>
        <w:br/>
      </w:r>
      <w:r>
        <w:rPr>
          <w:lang w:eastAsia="zh-CN"/>
        </w:rPr>
        <w:t>　　7.选手需携带学生证提前1分钟到场，经工作人员确认后方可入场，迟到1分钟本轮判负。赛后举手示意裁判，双方签字确认比赛结果，将棋盘复原后尽快离场，不要逗留。</w:t>
      </w:r>
      <w:r>
        <w:rPr>
          <w:lang w:eastAsia="zh-CN"/>
        </w:rPr>
        <w:br/>
      </w:r>
      <w:r>
        <w:rPr>
          <w:lang w:eastAsia="zh-CN"/>
        </w:rPr>
        <w:t>　　8. 获奖者颁发证书，奖金等</w:t>
      </w:r>
      <w:r>
        <w:rPr>
          <w:lang w:eastAsia="zh-CN"/>
        </w:rPr>
        <w:br/>
      </w:r>
      <w:r>
        <w:rPr>
          <w:lang w:eastAsia="zh-CN"/>
        </w:rPr>
        <w:t>　　比赛活动奖励：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>
        <w:rPr>
          <w:lang w:eastAsia="zh-CN"/>
        </w:rPr>
        <w:t>　　冠军，亚军，季军均颁发获奖证书。</w:t>
      </w:r>
      <w:r>
        <w:rPr>
          <w:lang w:eastAsia="zh-CN"/>
        </w:rPr>
        <w:br/>
      </w:r>
      <w:r>
        <w:rPr>
          <w:lang w:eastAsia="zh-CN"/>
        </w:rPr>
        <w:t>　　比赛器材、用品：</w:t>
      </w:r>
      <w:r>
        <w:rPr>
          <w:lang w:eastAsia="zh-CN"/>
        </w:rPr>
        <w:br/>
      </w:r>
      <w:r>
        <w:rPr>
          <w:lang w:eastAsia="zh-CN"/>
        </w:rPr>
        <w:t>　　象棋20至30盒，报名表，笔，奖品，水，</w:t>
      </w:r>
      <w:r>
        <w:rPr>
          <w:lang w:eastAsia="zh-CN"/>
        </w:rPr>
        <w:br/>
      </w:r>
      <w:r>
        <w:rPr>
          <w:lang w:eastAsia="zh-CN"/>
        </w:rPr>
        <w:t>　　活动预算：</w:t>
      </w:r>
      <w:r>
        <w:rPr>
          <w:lang w:eastAsia="zh-CN"/>
        </w:rPr>
        <w:br/>
      </w:r>
      <w:r>
        <w:rPr>
          <w:lang w:eastAsia="zh-CN"/>
        </w:rPr>
        <w:t>　　象棋__元，奖品200元，证书__元 。</w:t>
      </w:r>
      <w:r>
        <w:rPr>
          <w:lang w:eastAsia="zh-CN"/>
        </w:rPr>
        <w:br/>
      </w:r>
      <w:r>
        <w:rPr>
          <w:lang w:eastAsia="zh-CN"/>
        </w:rPr>
        <w:t>　　活动时间进度：</w:t>
      </w:r>
      <w:r>
        <w:rPr>
          <w:lang w:eastAsia="zh-CN"/>
        </w:rPr>
        <w:br/>
      </w:r>
      <w:r>
        <w:rPr>
          <w:lang w:eastAsia="zh-CN"/>
        </w:rPr>
        <w:t>　　提前一周制海报，横幅、宣传单制作； 提前2天借场地； 提前一周天物品购买；提前1天制作报名表、积分表、宣传单打印； 提前一周开始宣传和报名，联系裁判 ；活动前晚，收集报名表并进行统计，制作抽签纸条；活动当天早上，布置场地等。</w:t>
      </w:r>
      <w:r>
        <w:rPr>
          <w:lang w:eastAsia="zh-CN"/>
        </w:rPr>
        <w:br/>
      </w:r>
      <w:r>
        <w:rPr>
          <w:lang w:eastAsia="zh-CN"/>
        </w:rPr>
        <w:t>　　策划人：</w:t>
      </w:r>
      <w:r>
        <w:rPr>
          <w:lang w:eastAsia="zh-CN"/>
        </w:rPr>
        <w:br/>
      </w:r>
      <w:r>
        <w:rPr>
          <w:lang w:eastAsia="zh-CN"/>
        </w:rPr>
        <w:t>　　20__年__月1日</w:t>
      </w:r>
      <w:r>
        <w:rPr>
          <w:lang w:eastAsia="zh-CN"/>
        </w:rPr>
        <w:br/>
      </w:r>
      <w:r>
        <w:rPr>
          <w:lang w:eastAsia="zh-CN"/>
        </w:rPr>
        <w:t xml:space="preserve">    2024组织象棋比赛策划书 篇7 </w:t>
      </w:r>
      <w:r>
        <w:rPr>
          <w:lang w:eastAsia="zh-CN"/>
        </w:rPr>
        <w:br/>
      </w:r>
      <w:r>
        <w:rPr>
          <w:lang w:eastAsia="zh-CN"/>
        </w:rPr>
        <w:t>　　为丰富学生的课余生活，陶冶学生的情趣和爱好，我校决定于举行中国象棋比赛，本文为比赛活动方案，供同学们参考。</w:t>
      </w:r>
      <w:r>
        <w:rPr>
          <w:lang w:eastAsia="zh-CN"/>
        </w:rPr>
        <w:br/>
      </w:r>
      <w:r>
        <w:rPr>
          <w:lang w:eastAsia="zh-CN"/>
        </w:rPr>
        <w:t>　　一、活动目标， 促进学校的精神文明建设，丰富同学们的课外文娱生活，增进同学们的友谊，提高同学们的棋艺，切磋棋艺，共同提高。</w:t>
      </w:r>
      <w:r>
        <w:rPr>
          <w:lang w:eastAsia="zh-CN"/>
        </w:rPr>
        <w:br/>
      </w:r>
      <w:r>
        <w:rPr>
          <w:lang w:eastAsia="zh-CN"/>
        </w:rPr>
        <w:t>　　(一)活动目标 丰富校园文化，促进同学们之间的棋艺交流与合作，加强学生之间的交流、沟通、互动，为棋艺爱好者提供一个展现自 我的机会。</w:t>
      </w:r>
      <w:r>
        <w:rPr>
          <w:lang w:eastAsia="zh-CN"/>
        </w:rPr>
        <w:br/>
      </w:r>
      <w:r>
        <w:rPr>
          <w:lang w:eastAsia="zh-CN"/>
        </w:rPr>
        <w:t>　　(二)活动地点 _学院城市学院学生饭堂二楼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>
        <w:rPr>
          <w:lang w:eastAsia="zh-CN"/>
        </w:rPr>
        <w:t>　　二、活动内容 本协会举行一场以“以棋会友，增进友谊，切磋棋艺，共同 提高”为宗旨的全院性的中国象棋比赛。本次活动的精神： 遵循“友谊第一，比赛第二”的原则，讲究棋风. 赛出风格，比出水平。</w:t>
      </w:r>
      <w:r>
        <w:rPr>
          <w:lang w:eastAsia="zh-CN"/>
        </w:rPr>
        <w:br/>
      </w:r>
      <w:r>
        <w:rPr>
          <w:lang w:eastAsia="zh-CN"/>
        </w:rPr>
        <w:t>　　(一)前期准备</w:t>
      </w:r>
      <w:r>
        <w:rPr>
          <w:lang w:eastAsia="zh-CN"/>
        </w:rPr>
        <w:br/>
      </w:r>
      <w:r>
        <w:rPr>
          <w:lang w:eastAsia="zh-CN"/>
        </w:rPr>
        <w:t>　　1、报名</w:t>
      </w:r>
      <w:r>
        <w:rPr>
          <w:lang w:eastAsia="zh-CN"/>
        </w:rPr>
        <w:br/>
      </w:r>
      <w:r>
        <w:rPr>
          <w:lang w:eastAsia="zh-CN"/>
        </w:rPr>
        <w:t>　　2、统计报名人数(分男女组)</w:t>
      </w:r>
      <w:r>
        <w:rPr>
          <w:lang w:eastAsia="zh-CN"/>
        </w:rPr>
        <w:br/>
      </w:r>
      <w:r>
        <w:rPr>
          <w:lang w:eastAsia="zh-CN"/>
        </w:rPr>
        <w:t>　　3.抽签进行小组比赛</w:t>
      </w:r>
      <w:r>
        <w:rPr>
          <w:lang w:eastAsia="zh-CN"/>
        </w:rPr>
        <w:br/>
      </w:r>
      <w:r>
        <w:rPr>
          <w:lang w:eastAsia="zh-CN"/>
        </w:rPr>
        <w:t>　　3、规定时间集合，清点人数</w:t>
      </w:r>
      <w:r>
        <w:rPr>
          <w:lang w:eastAsia="zh-CN"/>
        </w:rPr>
        <w:br/>
      </w:r>
      <w:r>
        <w:rPr>
          <w:lang w:eastAsia="zh-CN"/>
        </w:rPr>
        <w:t>　　4、准备比赛</w:t>
      </w:r>
      <w:r>
        <w:rPr>
          <w:lang w:eastAsia="zh-CN"/>
        </w:rPr>
        <w:br/>
      </w:r>
      <w:r>
        <w:rPr>
          <w:lang w:eastAsia="zh-CN"/>
        </w:rPr>
        <w:t>　　(二)调查活动 通过采访方式，对全院学生进行活动意见收集，向老师表明 意向并征求老师意见。</w:t>
      </w:r>
      <w:r>
        <w:rPr>
          <w:lang w:eastAsia="zh-CN"/>
        </w:rPr>
        <w:br/>
      </w:r>
      <w:r>
        <w:rPr>
          <w:lang w:eastAsia="zh-CN"/>
        </w:rPr>
        <w:t>　　(三)宣传活动 比赛前，棋协于学校的宣传栏上贴出有关赛事的宣传和报名 时间方式等，还将联系各班班长让他们在自己班上宣传，并 在学生广播站进行宣传报道，力求做到让全院的同学都能够 获悉赛事的相关事宜。</w:t>
      </w:r>
      <w:r>
        <w:rPr>
          <w:lang w:eastAsia="zh-CN"/>
        </w:rPr>
        <w:br/>
      </w:r>
      <w:r>
        <w:rPr>
          <w:lang w:eastAsia="zh-CN"/>
        </w:rPr>
        <w:t>　　三、活动安排</w:t>
      </w:r>
      <w:r>
        <w:rPr>
          <w:lang w:eastAsia="zh-CN"/>
        </w:rPr>
        <w:br/>
      </w:r>
      <w:r>
        <w:rPr>
          <w:lang w:eastAsia="zh-CN"/>
        </w:rPr>
        <w:t>　　(一)前期准备</w:t>
      </w:r>
      <w:r>
        <w:rPr>
          <w:lang w:eastAsia="zh-CN"/>
        </w:rPr>
        <w:br/>
      </w:r>
      <w:r>
        <w:rPr>
          <w:lang w:eastAsia="zh-CN"/>
        </w:rPr>
        <w:t>　　1、活动场地申请、象棋、棋钟准备。</w:t>
      </w:r>
      <w:r>
        <w:rPr>
          <w:lang w:eastAsia="zh-CN"/>
        </w:rPr>
        <w:br/>
      </w:r>
      <w:r>
        <w:rPr>
          <w:lang w:eastAsia="zh-CN"/>
        </w:rPr>
        <w:t>　　2、横幅制作及宣传、传单宣传。</w:t>
      </w:r>
      <w:r>
        <w:rPr>
          <w:lang w:eastAsia="zh-CN"/>
        </w:rPr>
        <w:br/>
      </w:r>
      <w:r>
        <w:rPr>
          <w:lang w:eastAsia="zh-CN"/>
        </w:rPr>
        <w:t>　　3、接受同学报名并统计。</w:t>
      </w:r>
      <w:r>
        <w:rPr>
          <w:lang w:eastAsia="zh-CN"/>
        </w:rPr>
        <w:br/>
      </w:r>
      <w:r>
        <w:rPr>
          <w:lang w:eastAsia="zh-CN"/>
        </w:rPr>
        <w:t>　　4、活动奖品购置。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>
        <w:rPr>
          <w:lang w:eastAsia="zh-CN"/>
        </w:rPr>
        <w:t>　　(二)日程安排</w:t>
      </w:r>
      <w:r>
        <w:rPr>
          <w:lang w:eastAsia="zh-CN"/>
        </w:rPr>
        <w:br/>
      </w:r>
      <w:r>
        <w:rPr>
          <w:lang w:eastAsia="zh-CN"/>
        </w:rPr>
        <w:t>　　1、 _月 _ 日 13：50 所有工作人员就位</w:t>
      </w:r>
      <w:r>
        <w:rPr>
          <w:lang w:eastAsia="zh-CN"/>
        </w:rPr>
        <w:br/>
      </w:r>
      <w:r>
        <w:rPr>
          <w:lang w:eastAsia="zh-CN"/>
        </w:rPr>
        <w:t>　　2、总负责人分配现场工作</w:t>
      </w:r>
      <w:r>
        <w:rPr>
          <w:lang w:eastAsia="zh-CN"/>
        </w:rPr>
        <w:br/>
      </w:r>
      <w:r>
        <w:rPr>
          <w:lang w:eastAsia="zh-CN"/>
        </w:rPr>
        <w:t>　　3、14：00 由棋艺协会会员布置场地</w:t>
      </w:r>
      <w:r>
        <w:rPr>
          <w:lang w:eastAsia="zh-CN"/>
        </w:rPr>
        <w:br/>
      </w:r>
      <w:r>
        <w:rPr>
          <w:lang w:eastAsia="zh-CN"/>
        </w:rPr>
        <w:t>　　4、14：15 赛前讲解比赛规则和注意事项</w:t>
      </w:r>
      <w:r>
        <w:rPr>
          <w:lang w:eastAsia="zh-CN"/>
        </w:rPr>
        <w:br/>
      </w:r>
      <w:r>
        <w:rPr>
          <w:lang w:eastAsia="zh-CN"/>
        </w:rPr>
        <w:t>　　5、14：30 比赛准时开始，现场工作各就各位,</w:t>
      </w:r>
      <w:r>
        <w:rPr>
          <w:lang w:eastAsia="zh-CN"/>
        </w:rPr>
        <w:br/>
      </w:r>
      <w:r>
        <w:rPr>
          <w:lang w:eastAsia="zh-CN"/>
        </w:rPr>
        <w:t>　　(三)预期效果 通过这次活动，让更多同学们能展示自己的智慧，在对决中 证实自己的沉稳和睿智;展现学院同学的逻辑思维能力，提 高同学们思考问题的全面性，使我们的大学生活更加充实， 使同学们一睹中国象棋的魅力，让更多的人爱好中国象棋， 领略“国粹”精深的风采，进一步提高同学们的象棋水平。</w:t>
      </w:r>
      <w:r>
        <w:rPr>
          <w:lang w:eastAsia="zh-CN"/>
        </w:rPr>
        <w:br/>
      </w:r>
      <w:r>
        <w:rPr>
          <w:lang w:eastAsia="zh-CN"/>
        </w:rPr>
        <w:t>　　四、竞标优势</w:t>
      </w:r>
      <w:r>
        <w:rPr>
          <w:lang w:eastAsia="zh-CN"/>
        </w:rPr>
        <w:br/>
      </w:r>
      <w:r>
        <w:rPr>
          <w:lang w:eastAsia="zh-CN"/>
        </w:rPr>
        <w:t>　　(一)文化优势 文化优势</w:t>
      </w:r>
      <w:r>
        <w:rPr>
          <w:lang w:eastAsia="zh-CN"/>
        </w:rPr>
        <w:br/>
      </w:r>
      <w:r>
        <w:rPr>
          <w:lang w:eastAsia="zh-CN"/>
        </w:rPr>
        <w:t>　　1.棋文化是中华民族文化的结晶，至今仍放射出熠熠奇 光，象棋是智慧的体操，至今仍为现代人所喜爱，被人们誉 之为“国粹”。</w:t>
      </w:r>
      <w:r>
        <w:rPr>
          <w:lang w:eastAsia="zh-CN"/>
        </w:rPr>
        <w:br/>
      </w:r>
      <w:r>
        <w:rPr>
          <w:lang w:eastAsia="zh-CN"/>
        </w:rPr>
        <w:t>　　2.经过长期的发展、演变，根据每个朝代的特点进行对 其改革，到了隋唐时期出现了雏形，最终在宋代定型为至今 的象棋。几千年来深深扎根于广大人民群众中，生生不息。</w:t>
      </w:r>
      <w:r>
        <w:rPr>
          <w:lang w:eastAsia="zh-CN"/>
        </w:rPr>
        <w:br/>
      </w:r>
      <w:r>
        <w:rPr>
          <w:lang w:eastAsia="zh-CN"/>
        </w:rPr>
        <w:t>　　3.下棋已不仅仅是一种缓解生存与环境的尖锐冲突、深 入内心超越苦难的无可奈何的选择，同时也象征着民族精神 的道路，反映出传统文化的历史价值。</w:t>
      </w:r>
      <w:r>
        <w:rPr>
          <w:lang w:eastAsia="zh-CN"/>
        </w:rPr>
        <w:br/>
      </w:r>
      <w:r>
        <w:rPr>
          <w:lang w:eastAsia="zh-CN"/>
        </w:rPr>
        <w:t>　　(二)社团优势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>
        <w:rPr>
          <w:lang w:eastAsia="zh-CN"/>
        </w:rPr>
        <w:t>　　协会具备比赛需用的象棋，可以借到比赛需要的象棋。</w:t>
      </w:r>
      <w:r>
        <w:rPr>
          <w:lang w:eastAsia="zh-CN"/>
        </w:rPr>
        <w:br/>
      </w:r>
      <w:r>
        <w:rPr>
          <w:lang w:eastAsia="zh-CN"/>
        </w:rPr>
        <w:t xml:space="preserve">    2024组织象棋比赛策划书 篇8 </w:t>
      </w:r>
      <w:r>
        <w:rPr>
          <w:lang w:eastAsia="zh-CN"/>
        </w:rPr>
        <w:br/>
      </w:r>
      <w:r>
        <w:rPr>
          <w:lang w:eastAsia="zh-CN"/>
        </w:rPr>
        <w:t>　　— 素拓部</w:t>
      </w:r>
      <w:r>
        <w:rPr>
          <w:lang w:eastAsia="zh-CN"/>
        </w:rPr>
        <w:br/>
      </w:r>
      <w:r>
        <w:rPr>
          <w:lang w:eastAsia="zh-CN"/>
        </w:rPr>
        <w:t>　　一.活动主题：20__届中国象棋比赛</w:t>
      </w:r>
      <w:r>
        <w:rPr>
          <w:lang w:eastAsia="zh-CN"/>
        </w:rPr>
        <w:br/>
      </w:r>
      <w:r>
        <w:rPr>
          <w:lang w:eastAsia="zh-CN"/>
        </w:rPr>
        <w:t>　　二.活动主办方：贵州大学机械学院团委</w:t>
      </w:r>
      <w:r>
        <w:rPr>
          <w:lang w:eastAsia="zh-CN"/>
        </w:rPr>
        <w:br/>
      </w:r>
      <w:r>
        <w:rPr>
          <w:lang w:eastAsia="zh-CN"/>
        </w:rPr>
        <w:t>　　三.活动承办方： 团委素拓部</w:t>
      </w:r>
      <w:r>
        <w:rPr>
          <w:lang w:eastAsia="zh-CN"/>
        </w:rPr>
        <w:br/>
      </w:r>
      <w:r>
        <w:rPr>
          <w:lang w:eastAsia="zh-CN"/>
        </w:rPr>
        <w:t>　　四.活动宗旨：进一步丰富校园生活，继承中华民族文化遗产；正确引导传统思想政治文化，提高文化修养和道德素质；增进同学间的友谊，建设和谐校园，让更多同学能展示自己的智慧，在对决中证实自己的沉稳和睿智，让更多的人领“国粹”——中国象棋的风采！</w:t>
      </w:r>
      <w:r>
        <w:rPr>
          <w:lang w:eastAsia="zh-CN"/>
        </w:rPr>
        <w:br/>
      </w:r>
      <w:r>
        <w:rPr>
          <w:lang w:eastAsia="zh-CN"/>
        </w:rPr>
        <w:t>　　五.活动时间：待定</w:t>
      </w:r>
      <w:r>
        <w:rPr>
          <w:lang w:eastAsia="zh-CN"/>
        </w:rPr>
        <w:br/>
      </w:r>
      <w:r>
        <w:rPr>
          <w:lang w:eastAsia="zh-CN"/>
        </w:rPr>
        <w:t>　　六.活动地点：东六自习室教室（如有改动另行通知）</w:t>
      </w:r>
      <w:r>
        <w:rPr>
          <w:lang w:eastAsia="zh-CN"/>
        </w:rPr>
        <w:br/>
      </w:r>
      <w:r>
        <w:rPr>
          <w:lang w:eastAsia="zh-CN"/>
        </w:rPr>
        <w:t>　　七.活动对象：20__届机械学院学生</w:t>
      </w:r>
      <w:r>
        <w:rPr>
          <w:lang w:eastAsia="zh-CN"/>
        </w:rPr>
        <w:br/>
      </w:r>
      <w:r>
        <w:rPr>
          <w:lang w:eastAsia="zh-CN"/>
        </w:rPr>
        <w:t>　　七.活动的实施：</w:t>
      </w:r>
      <w:r>
        <w:rPr>
          <w:lang w:eastAsia="zh-CN"/>
        </w:rPr>
        <w:br/>
      </w:r>
      <w:r>
        <w:rPr>
          <w:lang w:eastAsia="zh-CN"/>
        </w:rPr>
        <w:t>　　（一）、前期阶段</w:t>
      </w:r>
      <w:r>
        <w:rPr>
          <w:lang w:eastAsia="zh-CN"/>
        </w:rPr>
        <w:br/>
      </w:r>
      <w:r>
        <w:rPr>
          <w:lang w:eastAsia="zh-CN"/>
        </w:rPr>
        <w:t>　　一</w:t>
      </w:r>
      <w:r>
        <w:rPr>
          <w:lang w:eastAsia="zh-CN"/>
        </w:rPr>
        <w:br/>
      </w:r>
      <w:r>
        <w:rPr>
          <w:lang w:eastAsia="zh-CN"/>
        </w:rPr>
        <w:t>　　①联系宣传部</w:t>
      </w:r>
      <w:r>
        <w:rPr>
          <w:lang w:eastAsia="zh-CN"/>
        </w:rPr>
        <w:br/>
      </w:r>
      <w:r>
        <w:rPr>
          <w:lang w:eastAsia="zh-CN"/>
        </w:rPr>
        <w:t>　　②以海报，横幅的形式对外宣传</w:t>
      </w:r>
      <w:r>
        <w:rPr>
          <w:lang w:eastAsia="zh-CN"/>
        </w:rPr>
        <w:br/>
      </w:r>
      <w:r>
        <w:rPr>
          <w:lang w:eastAsia="zh-CN"/>
        </w:rPr>
        <w:t>　　③ 分配人员到各个班级进行口头以及书面宣传</w:t>
      </w:r>
      <w:r>
        <w:rPr>
          <w:lang w:eastAsia="zh-CN"/>
        </w:rPr>
        <w:br/>
      </w:r>
      <w:r>
        <w:rPr>
          <w:lang w:eastAsia="zh-CN"/>
        </w:rPr>
        <w:t>　　二</w:t>
      </w:r>
      <w:r>
        <w:rPr>
          <w:lang w:eastAsia="zh-CN"/>
        </w:rPr>
        <w:br/>
      </w:r>
      <w:r>
        <w:rPr>
          <w:lang w:eastAsia="zh-CN"/>
        </w:rPr>
        <w:t>　　① 活动场地和颁奖教室的申请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>
        <w:rPr>
          <w:lang w:eastAsia="zh-CN"/>
        </w:rPr>
        <w:t>　　② 联系赞助商</w:t>
      </w:r>
      <w:r>
        <w:rPr>
          <w:lang w:eastAsia="zh-CN"/>
        </w:rPr>
        <w:br/>
      </w:r>
      <w:r>
        <w:rPr>
          <w:lang w:eastAsia="zh-CN"/>
        </w:rPr>
        <w:t>　　③ 确定中国象棋的数量以及购买</w:t>
      </w:r>
      <w:r>
        <w:rPr>
          <w:lang w:eastAsia="zh-CN"/>
        </w:rPr>
        <w:br/>
      </w:r>
      <w:r>
        <w:rPr>
          <w:lang w:eastAsia="zh-CN"/>
        </w:rPr>
        <w:t>　　三</w:t>
      </w:r>
      <w:r>
        <w:rPr>
          <w:lang w:eastAsia="zh-CN"/>
        </w:rPr>
        <w:br/>
      </w:r>
      <w:r>
        <w:rPr>
          <w:lang w:eastAsia="zh-CN"/>
        </w:rPr>
        <w:t>　　①布置比赛场地和颁奖教室</w:t>
      </w:r>
      <w:r>
        <w:rPr>
          <w:lang w:eastAsia="zh-CN"/>
        </w:rPr>
        <w:br/>
      </w:r>
      <w:r>
        <w:rPr>
          <w:lang w:eastAsia="zh-CN"/>
        </w:rPr>
        <w:t>　　②对参赛人员进行抽签编号分组</w:t>
      </w:r>
      <w:r>
        <w:rPr>
          <w:lang w:eastAsia="zh-CN"/>
        </w:rPr>
        <w:br/>
      </w:r>
      <w:r>
        <w:rPr>
          <w:lang w:eastAsia="zh-CN"/>
        </w:rPr>
        <w:t>　　③根据参赛的人数确定裁判人数并对其分配工作</w:t>
      </w:r>
      <w:r>
        <w:rPr>
          <w:lang w:eastAsia="zh-CN"/>
        </w:rPr>
        <w:br/>
      </w:r>
      <w:r>
        <w:rPr>
          <w:lang w:eastAsia="zh-CN"/>
        </w:rPr>
        <w:t>　　（二）、中期阶段</w:t>
      </w:r>
      <w:r>
        <w:rPr>
          <w:lang w:eastAsia="zh-CN"/>
        </w:rPr>
        <w:br/>
      </w:r>
      <w:r>
        <w:rPr>
          <w:lang w:eastAsia="zh-CN"/>
        </w:rPr>
        <w:t>　　初赛（一局淘汰制）</w:t>
      </w:r>
      <w:r>
        <w:rPr>
          <w:lang w:eastAsia="zh-CN"/>
        </w:rPr>
        <w:br/>
      </w:r>
      <w:r>
        <w:rPr>
          <w:lang w:eastAsia="zh-CN"/>
        </w:rPr>
        <w:t>　　1.由素拓当礼仪人员在入口处欢迎参赛人员的进入</w:t>
      </w:r>
      <w:r>
        <w:rPr>
          <w:lang w:eastAsia="zh-CN"/>
        </w:rPr>
        <w:br/>
      </w:r>
      <w:r>
        <w:rPr>
          <w:lang w:eastAsia="zh-CN"/>
        </w:rPr>
        <w:t>　　2.、待参赛人员坐定（若参赛人数过多可以分批）</w:t>
      </w:r>
      <w:r>
        <w:rPr>
          <w:lang w:eastAsia="zh-CN"/>
        </w:rPr>
        <w:br/>
      </w:r>
      <w:r>
        <w:rPr>
          <w:lang w:eastAsia="zh-CN"/>
        </w:rPr>
        <w:t>　　3.组织者说明比赛体规则，然后比赛开始</w:t>
      </w:r>
      <w:r>
        <w:rPr>
          <w:lang w:eastAsia="zh-CN"/>
        </w:rPr>
        <w:br/>
      </w:r>
      <w:r>
        <w:rPr>
          <w:lang w:eastAsia="zh-CN"/>
        </w:rPr>
        <w:t>　　4.比赛完后，组织人员将的人员名单交给组织部部长</w:t>
      </w:r>
      <w:r>
        <w:rPr>
          <w:lang w:eastAsia="zh-CN"/>
        </w:rPr>
        <w:br/>
      </w:r>
      <w:r>
        <w:rPr>
          <w:lang w:eastAsia="zh-CN"/>
        </w:rPr>
        <w:t>　　5.组织部对初赛中获胜人员进行抽签编号分组，为复赛做准备</w:t>
      </w:r>
      <w:r>
        <w:rPr>
          <w:lang w:eastAsia="zh-CN"/>
        </w:rPr>
        <w:br/>
      </w:r>
      <w:r>
        <w:rPr>
          <w:lang w:eastAsia="zh-CN"/>
        </w:rPr>
        <w:t>　　复赛（一局淘汰制）</w:t>
      </w:r>
      <w:r>
        <w:rPr>
          <w:lang w:eastAsia="zh-CN"/>
        </w:rPr>
        <w:br/>
      </w:r>
      <w:r>
        <w:rPr>
          <w:lang w:eastAsia="zh-CN"/>
        </w:rPr>
        <w:t>　　1.由素拓部人员在入口处欢迎复赛人员的进入</w:t>
      </w:r>
      <w:r>
        <w:rPr>
          <w:lang w:eastAsia="zh-CN"/>
        </w:rPr>
        <w:br/>
      </w:r>
      <w:r>
        <w:rPr>
          <w:lang w:eastAsia="zh-CN"/>
        </w:rPr>
        <w:t>　　2.、待复赛人员坐定</w:t>
      </w:r>
      <w:r>
        <w:rPr>
          <w:lang w:eastAsia="zh-CN"/>
        </w:rPr>
        <w:br/>
      </w:r>
      <w:r>
        <w:rPr>
          <w:lang w:eastAsia="zh-CN"/>
        </w:rPr>
        <w:t>　　3.主持人宣布比赛规则，然后宣布比赛开始</w:t>
      </w:r>
      <w:r>
        <w:rPr>
          <w:lang w:eastAsia="zh-CN"/>
        </w:rPr>
        <w:br/>
      </w:r>
      <w:r>
        <w:rPr>
          <w:lang w:eastAsia="zh-CN"/>
        </w:rPr>
        <w:t>　　4.比赛（赛出20至30人）完后，裁判将复赛中获胜的人员名单交给组织部部长</w:t>
      </w:r>
      <w:r>
        <w:rPr>
          <w:lang w:eastAsia="zh-CN"/>
        </w:rPr>
        <w:br/>
      </w:r>
      <w:r>
        <w:rPr>
          <w:lang w:eastAsia="zh-CN"/>
        </w:rPr>
        <w:t>　　5.组织部对复赛中获胜人员进行抽签编号分组，为决赛做准备</w:t>
      </w:r>
      <w:r>
        <w:rPr>
          <w:lang w:eastAsia="zh-CN"/>
        </w:rPr>
        <w:br/>
      </w:r>
      <w:r>
        <w:rPr>
          <w:lang w:eastAsia="zh-CN"/>
        </w:rPr>
        <w:t>　　决赛（三局两胜制）</w:t>
      </w:r>
      <w:r>
        <w:rPr>
          <w:lang w:eastAsia="zh-CN"/>
        </w:rPr>
        <w:br/>
      </w:r>
      <w:r>
        <w:rPr>
          <w:lang w:eastAsia="zh-CN"/>
        </w:rPr>
        <w:t>　　1.由素拓部人员在入口处欢迎决赛人员的进入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>
        <w:rPr>
          <w:lang w:eastAsia="zh-CN"/>
        </w:rPr>
        <w:t>　　2.、待决赛人员坐定以，由组织者说明比赛规则，然后开始</w:t>
      </w:r>
      <w:r>
        <w:rPr>
          <w:lang w:eastAsia="zh-CN"/>
        </w:rPr>
        <w:br/>
      </w:r>
      <w:r>
        <w:rPr>
          <w:lang w:eastAsia="zh-CN"/>
        </w:rPr>
        <w:t>　　3、比赛可持续2-3天 直到决出胜负</w:t>
      </w:r>
      <w:r>
        <w:rPr>
          <w:lang w:eastAsia="zh-CN"/>
        </w:rPr>
        <w:br/>
      </w:r>
      <w:r>
        <w:rPr>
          <w:lang w:eastAsia="zh-CN"/>
        </w:rPr>
        <w:t>　　4.比赛决出前8，裁判将这8胜利者的姓名和联系方式交给主持人</w:t>
      </w:r>
      <w:r>
        <w:rPr>
          <w:lang w:eastAsia="zh-CN"/>
        </w:rPr>
        <w:br/>
      </w:r>
      <w:r>
        <w:rPr>
          <w:lang w:eastAsia="zh-CN"/>
        </w:rPr>
        <w:t>　　（三）、后期阶段</w:t>
      </w:r>
      <w:r>
        <w:rPr>
          <w:lang w:eastAsia="zh-CN"/>
        </w:rPr>
        <w:br/>
      </w:r>
      <w:r>
        <w:rPr>
          <w:lang w:eastAsia="zh-CN"/>
        </w:rPr>
        <w:t>　　奖项</w:t>
      </w:r>
      <w:r>
        <w:rPr>
          <w:lang w:eastAsia="zh-CN"/>
        </w:rPr>
        <w:br/>
      </w:r>
      <w:r>
        <w:rPr>
          <w:lang w:eastAsia="zh-CN"/>
        </w:rPr>
        <w:t>　　第一名 一等奖证书（学院盖章） 象棋一副</w:t>
      </w:r>
      <w:r>
        <w:rPr>
          <w:lang w:eastAsia="zh-CN"/>
        </w:rPr>
        <w:br/>
      </w:r>
      <w:r>
        <w:rPr>
          <w:lang w:eastAsia="zh-CN"/>
        </w:rPr>
        <w:t>　　第二名 二等奖证书（学院盖章） 笔记本一个</w:t>
      </w:r>
      <w:r>
        <w:rPr>
          <w:lang w:eastAsia="zh-CN"/>
        </w:rPr>
        <w:br/>
      </w:r>
      <w:r>
        <w:rPr>
          <w:lang w:eastAsia="zh-CN"/>
        </w:rPr>
        <w:t>　　第三名三等奖证书（学院盖章） 纪念笔一支</w:t>
      </w:r>
      <w:r>
        <w:rPr>
          <w:lang w:eastAsia="zh-CN"/>
        </w:rPr>
        <w:br/>
      </w:r>
      <w:r>
        <w:rPr>
          <w:lang w:eastAsia="zh-CN"/>
        </w:rPr>
        <w:t>　　第四 五 六 七 八 名优秀奖证书（学院盖章）</w:t>
      </w:r>
      <w:r>
        <w:rPr>
          <w:lang w:eastAsia="zh-CN"/>
        </w:rPr>
        <w:br/>
      </w:r>
      <w:r>
        <w:rPr>
          <w:lang w:eastAsia="zh-CN"/>
        </w:rPr>
        <w:t>　　颁奖</w:t>
      </w:r>
      <w:r>
        <w:rPr>
          <w:lang w:eastAsia="zh-CN"/>
        </w:rPr>
        <w:br/>
      </w:r>
      <w:r>
        <w:rPr>
          <w:lang w:eastAsia="zh-CN"/>
        </w:rPr>
        <w:t>　　1 由素拓部负责人颁奖</w:t>
      </w:r>
      <w:r>
        <w:rPr>
          <w:lang w:eastAsia="zh-CN"/>
        </w:rPr>
        <w:br/>
      </w:r>
      <w:r>
        <w:rPr>
          <w:lang w:eastAsia="zh-CN"/>
        </w:rPr>
        <w:t>　　2最后胡吉雄做总结</w:t>
      </w:r>
      <w:r>
        <w:rPr>
          <w:lang w:eastAsia="zh-CN"/>
        </w:rPr>
        <w:br/>
      </w:r>
      <w:r>
        <w:rPr>
          <w:lang w:eastAsia="zh-CN"/>
        </w:rPr>
        <w:t>　　（八）、活动经费</w:t>
      </w:r>
      <w:r>
        <w:rPr>
          <w:lang w:eastAsia="zh-CN"/>
        </w:rPr>
        <w:br/>
      </w:r>
      <w:r>
        <w:rPr>
          <w:lang w:eastAsia="zh-CN"/>
        </w:rPr>
        <w:t>　　海报 4张20元 横幅 1条200元 证书 8本40元</w:t>
      </w:r>
      <w:r>
        <w:rPr>
          <w:lang w:eastAsia="zh-CN"/>
        </w:rPr>
        <w:br/>
      </w:r>
      <w:r>
        <w:rPr>
          <w:lang w:eastAsia="zh-CN"/>
        </w:rPr>
        <w:t>　　（九）、比赛规则</w:t>
      </w:r>
      <w:r>
        <w:rPr>
          <w:lang w:eastAsia="zh-CN"/>
        </w:rPr>
        <w:br/>
      </w:r>
      <w:r>
        <w:rPr>
          <w:lang w:eastAsia="zh-CN"/>
        </w:rPr>
        <w:t>　　1、基本规则：遵循友谊第一，比赛第二的规则，讲究棋风、棋德，赛出</w:t>
      </w:r>
      <w:r>
        <w:rPr>
          <w:lang w:eastAsia="zh-CN"/>
        </w:rPr>
        <w:br/>
      </w:r>
      <w:r>
        <w:rPr>
          <w:lang w:eastAsia="zh-CN"/>
        </w:rPr>
        <w:t>　　风格，赛出水平。</w:t>
      </w:r>
      <w:r>
        <w:rPr>
          <w:lang w:eastAsia="zh-CN"/>
        </w:rPr>
        <w:br/>
      </w:r>
      <w:r>
        <w:rPr>
          <w:lang w:eastAsia="zh-CN"/>
        </w:rPr>
        <w:t>　　2、时间规定：比赛时用钟表或手机计算每组走棋的时间。初赛每盘时间限制在四十分钟内，超出时间的两者均被淘汰。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>
        <w:rPr>
          <w:lang w:eastAsia="zh-CN"/>
        </w:rPr>
        <w:t>　　3、对弈：在对局时，不得悔棋，由执红棋的一方先走，双方轮流各走一步，直至分出胜负或走成和棋为止。</w:t>
      </w:r>
      <w:r>
        <w:rPr>
          <w:lang w:eastAsia="zh-CN"/>
        </w:rPr>
        <w:br/>
      </w:r>
      <w:r>
        <w:rPr>
          <w:lang w:eastAsia="zh-CN"/>
        </w:rPr>
        <w:t>　　4、胜负判定：对局时，一方出现下列情况之一就算认输，对方得胜。</w:t>
      </w:r>
      <w:r>
        <w:rPr>
          <w:lang w:eastAsia="zh-CN"/>
        </w:rPr>
        <w:br/>
      </w:r>
      <w:r>
        <w:rPr>
          <w:lang w:eastAsia="zh-CN"/>
        </w:rPr>
        <w:t>　　（一）帅（将）将对方将死。</w:t>
      </w:r>
      <w:r>
        <w:rPr>
          <w:lang w:eastAsia="zh-CN"/>
        </w:rPr>
        <w:br/>
      </w:r>
      <w:r>
        <w:rPr>
          <w:lang w:eastAsia="zh-CN"/>
        </w:rPr>
        <w:t>　　（二）帅（将）被将军无法避免的同对方帅（将）直接对面。</w:t>
      </w:r>
      <w:r>
        <w:rPr>
          <w:lang w:eastAsia="zh-CN"/>
        </w:rPr>
        <w:br/>
      </w:r>
      <w:r>
        <w:rPr>
          <w:lang w:eastAsia="zh-CN"/>
        </w:rPr>
        <w:t>　　（三）同一局棋技术犯规两次判输；</w:t>
      </w:r>
      <w:r>
        <w:rPr>
          <w:lang w:eastAsia="zh-CN"/>
        </w:rPr>
        <w:br/>
      </w:r>
      <w:r>
        <w:rPr>
          <w:lang w:eastAsia="zh-CN"/>
        </w:rPr>
        <w:t>　　（四）自己宣布认输。</w:t>
      </w:r>
      <w:r>
        <w:rPr>
          <w:lang w:eastAsia="zh-CN"/>
        </w:rPr>
        <w:br/>
      </w:r>
      <w:r>
        <w:rPr>
          <w:lang w:eastAsia="zh-CN"/>
        </w:rPr>
        <w:t>　　5、对局时出现下列情况之一，就算和棋。</w:t>
      </w:r>
      <w:r>
        <w:rPr>
          <w:lang w:eastAsia="zh-CN"/>
        </w:rPr>
        <w:br/>
      </w:r>
      <w:r>
        <w:rPr>
          <w:lang w:eastAsia="zh-CN"/>
        </w:rPr>
        <w:t>　　（一）属于理论上公认的双方均无取胜可能的局势；</w:t>
      </w:r>
      <w:r>
        <w:rPr>
          <w:lang w:eastAsia="zh-CN"/>
        </w:rPr>
        <w:br/>
      </w:r>
      <w:r>
        <w:rPr>
          <w:lang w:eastAsia="zh-CN"/>
        </w:rPr>
        <w:t>　　（二）双方同意作和；</w:t>
      </w:r>
      <w:r>
        <w:rPr>
          <w:lang w:eastAsia="zh-CN"/>
        </w:rPr>
        <w:br/>
      </w:r>
      <w:r>
        <w:rPr>
          <w:lang w:eastAsia="zh-CN"/>
        </w:rPr>
        <w:t>　　（三）双方走棋出现循环往复已达三次，若双方不愿意做和，裁判员有权判为和棋。</w:t>
      </w:r>
      <w:r>
        <w:rPr>
          <w:lang w:eastAsia="zh-CN"/>
        </w:rPr>
        <w:br/>
      </w:r>
      <w:r>
        <w:rPr>
          <w:lang w:eastAsia="zh-CN"/>
        </w:rPr>
        <w:t>　　6、按时参加比赛，若不能按时参加比赛并未提前向有关单位说明情况者，视其为对方赢，对方直接进入下阶段比赛。</w:t>
      </w:r>
      <w:r>
        <w:rPr>
          <w:lang w:eastAsia="zh-CN"/>
        </w:rPr>
        <w:br/>
      </w:r>
      <w:r>
        <w:rPr>
          <w:lang w:eastAsia="zh-CN"/>
        </w:rPr>
        <w:t>　　（十）.活动应急预案</w:t>
      </w:r>
      <w:r>
        <w:rPr>
          <w:lang w:eastAsia="zh-CN"/>
        </w:rPr>
        <w:br/>
      </w:r>
      <w:r>
        <w:rPr>
          <w:lang w:eastAsia="zh-CN"/>
        </w:rPr>
        <w:t>　　1负责人灵活应付各种情况,随机应变.</w:t>
      </w:r>
      <w:r>
        <w:rPr>
          <w:lang w:eastAsia="zh-CN"/>
        </w:rPr>
        <w:br/>
      </w:r>
      <w:r>
        <w:rPr>
          <w:lang w:eastAsia="zh-CN"/>
        </w:rPr>
        <w:t>　　2实践活动开展中必须每天召开团队安全碰头会，并在团队日记中</w:t>
      </w:r>
      <w:r>
        <w:rPr>
          <w:lang w:eastAsia="zh-CN"/>
        </w:rPr>
        <w:br/>
      </w:r>
      <w:r>
        <w:rPr>
          <w:lang w:eastAsia="zh-CN"/>
        </w:rPr>
        <w:t>　　做好详细记录.</w:t>
      </w:r>
      <w:r>
        <w:rPr>
          <w:lang w:eastAsia="zh-CN"/>
        </w:rPr>
        <w:br/>
      </w:r>
      <w:r>
        <w:rPr>
          <w:lang w:eastAsia="zh-CN"/>
        </w:rPr>
        <w:t>　　3整个活动过程中，队员们应互相关心，互相帮助，领队应了解每</w:t>
      </w:r>
      <w:r>
        <w:rPr>
          <w:lang w:eastAsia="zh-CN"/>
        </w:rPr>
        <w:br/>
      </w:r>
      <w:r>
        <w:rPr>
          <w:lang w:eastAsia="zh-CN"/>
        </w:rPr>
        <w:t>　　名队员的活动情况.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>
        <w:rPr>
          <w:lang w:eastAsia="zh-CN"/>
        </w:rPr>
        <w:t>　　小组名单</w:t>
      </w:r>
      <w:r>
        <w:rPr>
          <w:lang w:eastAsia="zh-CN"/>
        </w:rPr>
        <w:br/>
      </w:r>
      <w:r>
        <w:rPr>
          <w:lang w:eastAsia="zh-CN"/>
        </w:rPr>
        <w:t>　　组长：胡吉雄</w:t>
      </w:r>
      <w:r>
        <w:rPr>
          <w:lang w:eastAsia="zh-CN"/>
        </w:rPr>
        <w:br/>
      </w:r>
      <w:r>
        <w:rPr>
          <w:lang w:eastAsia="zh-CN"/>
        </w:rPr>
        <w:t>　　副组长：郑琳</w:t>
      </w:r>
      <w:r>
        <w:rPr>
          <w:lang w:eastAsia="zh-CN"/>
        </w:rPr>
        <w:br/>
      </w:r>
      <w:r>
        <w:rPr>
          <w:lang w:eastAsia="zh-CN"/>
        </w:rPr>
        <w:t xml:space="preserve">    2024组织象棋比赛策划书 篇9 </w:t>
      </w:r>
      <w:r>
        <w:rPr>
          <w:lang w:eastAsia="zh-CN"/>
        </w:rPr>
        <w:br/>
      </w:r>
      <w:r>
        <w:rPr>
          <w:lang w:eastAsia="zh-CN"/>
        </w:rPr>
        <w:t>　　一、活动背景：</w:t>
      </w:r>
      <w:r>
        <w:rPr>
          <w:lang w:eastAsia="zh-CN"/>
        </w:rPr>
        <w:br/>
      </w:r>
      <w:r>
        <w:rPr>
          <w:lang w:eastAsia="zh-CN"/>
        </w:rPr>
        <w:t>　　进一步丰富校园生活；继承中华民族优良文化遗产；正确引导传统思想政治文化，提高文化修养和道德素质；增进同学间的友谊；建设和谐校园；让更多同学们能展示自己的智慧，在对决中证实自己的沉稳和睿智；让更多的人领略“国粹”之一——中国象棋的风采！</w:t>
      </w:r>
      <w:r>
        <w:rPr>
          <w:lang w:eastAsia="zh-CN"/>
        </w:rPr>
        <w:br/>
      </w:r>
      <w:r>
        <w:rPr>
          <w:lang w:eastAsia="zh-CN"/>
        </w:rPr>
        <w:t>　　二、活动内容：</w:t>
      </w:r>
      <w:r>
        <w:rPr>
          <w:lang w:eastAsia="zh-CN"/>
        </w:rPr>
        <w:br/>
      </w:r>
      <w:r>
        <w:rPr>
          <w:lang w:eastAsia="zh-CN"/>
        </w:rPr>
        <w:t>　　（1）外语学院象棋大赛</w:t>
      </w:r>
      <w:r>
        <w:rPr>
          <w:lang w:eastAsia="zh-CN"/>
        </w:rPr>
        <w:br/>
      </w:r>
      <w:r>
        <w:rPr>
          <w:lang w:eastAsia="zh-CN"/>
        </w:rPr>
        <w:t>　　（2）主办部门：山东外事翻译学院11级外国语学院纪检部</w:t>
      </w:r>
      <w:r>
        <w:rPr>
          <w:lang w:eastAsia="zh-CN"/>
        </w:rPr>
        <w:br/>
      </w:r>
      <w:r>
        <w:rPr>
          <w:lang w:eastAsia="zh-CN"/>
        </w:rPr>
        <w:t>　　（3）承办部门：山东外事翻译学院外国语学院</w:t>
      </w:r>
      <w:r>
        <w:rPr>
          <w:lang w:eastAsia="zh-CN"/>
        </w:rPr>
        <w:br/>
      </w:r>
      <w:r>
        <w:rPr>
          <w:lang w:eastAsia="zh-CN"/>
        </w:rPr>
        <w:t>　　（4）活动时间：__年11月</w:t>
      </w:r>
      <w:r>
        <w:rPr>
          <w:lang w:eastAsia="zh-CN"/>
        </w:rPr>
        <w:br/>
      </w:r>
      <w:r>
        <w:rPr>
          <w:lang w:eastAsia="zh-CN"/>
        </w:rPr>
        <w:t>　　（5）活动对象：__级学生</w:t>
      </w:r>
      <w:r>
        <w:rPr>
          <w:lang w:eastAsia="zh-CN"/>
        </w:rPr>
        <w:br/>
      </w:r>
      <w:r>
        <w:rPr>
          <w:lang w:eastAsia="zh-CN"/>
        </w:rPr>
        <w:t>　　三、活动程序：</w:t>
      </w:r>
      <w:r>
        <w:rPr>
          <w:lang w:eastAsia="zh-CN"/>
        </w:rPr>
        <w:br/>
      </w:r>
      <w:r>
        <w:rPr>
          <w:lang w:eastAsia="zh-CN"/>
        </w:rPr>
        <w:t>　　1.活动前期事项安排；</w:t>
      </w:r>
      <w:r>
        <w:rPr>
          <w:lang w:eastAsia="zh-CN"/>
        </w:rPr>
        <w:br/>
      </w:r>
      <w:r>
        <w:rPr>
          <w:lang w:eastAsia="zh-CN"/>
        </w:rPr>
        <w:t>　　制定活动策划书；</w:t>
      </w:r>
      <w:r>
        <w:rPr>
          <w:lang w:eastAsia="zh-CN"/>
        </w:rPr>
        <w:br/>
      </w:r>
      <w:r>
        <w:rPr>
          <w:lang w:eastAsia="zh-CN"/>
        </w:rPr>
        <w:t>　　学生会审批；</w:t>
      </w:r>
      <w:r>
        <w:rPr>
          <w:lang w:eastAsia="zh-CN"/>
        </w:rPr>
        <w:br/>
      </w:r>
      <w:r>
        <w:rPr>
          <w:lang w:eastAsia="zh-CN"/>
        </w:rPr>
        <w:t>　　宣传此次活动的特点、意义以及形式；</w:t>
      </w:r>
      <w:r>
        <w:rPr>
          <w:lang w:eastAsia="zh-CN"/>
        </w:rPr>
        <w:br/>
      </w:r>
      <w:r>
        <w:rPr>
          <w:lang w:eastAsia="zh-CN"/>
        </w:rPr>
        <w:t>　　进行海报宣传，对有意者进行报名；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5"/>
          <w:cols w:space="425"/>
          <w:titlePg w:val="0"/>
          <w:docGrid w:type="lines" w:linePitch="312"/>
        </w:sectPr>
      </w:pPr>
      <w:r>
        <w:rPr>
          <w:lang w:eastAsia="zh-CN"/>
        </w:rPr>
        <w:t>　　制定分组名系表格。</w:t>
      </w:r>
      <w:r>
        <w:rPr>
          <w:lang w:eastAsia="zh-CN"/>
        </w:rPr>
        <w:br/>
      </w:r>
      <w:r>
        <w:rPr>
          <w:lang w:eastAsia="zh-CN"/>
        </w:rPr>
        <w:t>　　2.比赛流程</w:t>
      </w:r>
      <w:r>
        <w:rPr>
          <w:lang w:eastAsia="zh-CN"/>
        </w:rPr>
        <w:br/>
      </w:r>
      <w:r>
        <w:rPr>
          <w:lang w:eastAsia="zh-CN"/>
        </w:rPr>
        <w:t>　　（1）抽号确定对决选手次序，轮空选手直接晋级。</w:t>
      </w:r>
      <w:r>
        <w:rPr>
          <w:lang w:eastAsia="zh-CN"/>
        </w:rPr>
        <w:br/>
      </w:r>
      <w:r>
        <w:rPr>
          <w:lang w:eastAsia="zh-CN"/>
        </w:rPr>
        <w:t>　　（2）首轮1/2淘汰赛。获胜选手再次抽号确定再次对决选手。</w:t>
      </w:r>
      <w:r>
        <w:rPr>
          <w:lang w:eastAsia="zh-CN"/>
        </w:rPr>
        <w:br/>
      </w:r>
      <w:r>
        <w:rPr>
          <w:lang w:eastAsia="zh-CN"/>
        </w:rPr>
        <w:t>　　（3）再次1/2淘汰赛（具体次数根据报名人数再定）。获胜选手再次抽号确定再次对决选手。</w:t>
      </w:r>
      <w:r>
        <w:rPr>
          <w:lang w:eastAsia="zh-CN"/>
        </w:rPr>
        <w:br/>
      </w:r>
      <w:r>
        <w:rPr>
          <w:lang w:eastAsia="zh-CN"/>
        </w:rPr>
        <w:t>　　（4）循环赛，决出冠亚季军。</w:t>
      </w:r>
      <w:r>
        <w:rPr>
          <w:lang w:eastAsia="zh-CN"/>
        </w:rPr>
        <w:br/>
      </w:r>
      <w:r>
        <w:rPr>
          <w:lang w:eastAsia="zh-CN"/>
        </w:rPr>
        <w:t>　　（5）为冠亚季军颁奖。</w:t>
      </w:r>
      <w:r>
        <w:rPr>
          <w:lang w:eastAsia="zh-CN"/>
        </w:rPr>
        <w:br/>
      </w:r>
      <w:r>
        <w:rPr>
          <w:lang w:eastAsia="zh-CN"/>
        </w:rPr>
        <w:t>　　（6）比赛结束。</w:t>
      </w:r>
      <w:r>
        <w:rPr>
          <w:lang w:eastAsia="zh-CN"/>
        </w:rPr>
        <w:br/>
      </w:r>
      <w:r>
        <w:rPr>
          <w:lang w:eastAsia="zh-CN"/>
        </w:rPr>
        <w:t>　　四、比赛规则：</w:t>
      </w:r>
      <w:r>
        <w:rPr>
          <w:lang w:eastAsia="zh-CN"/>
        </w:rPr>
        <w:br/>
      </w:r>
      <w:r>
        <w:rPr>
          <w:lang w:eastAsia="zh-CN"/>
        </w:rPr>
        <w:t>　　1、首次淘汰赛一对一决战。</w:t>
      </w:r>
      <w:r>
        <w:rPr>
          <w:lang w:eastAsia="zh-CN"/>
        </w:rPr>
        <w:br/>
      </w:r>
      <w:r>
        <w:rPr>
          <w:lang w:eastAsia="zh-CN"/>
        </w:rPr>
        <w:t>　　2、中国象棋一局决胜负。</w:t>
      </w:r>
      <w:r>
        <w:rPr>
          <w:lang w:eastAsia="zh-CN"/>
        </w:rPr>
        <w:br/>
      </w:r>
      <w:r>
        <w:rPr>
          <w:lang w:eastAsia="zh-CN"/>
        </w:rPr>
        <w:t>　　3、中国象棋每步棋的思考时间不能超过60秒，工作人员于15秒时提示，超时两次除去比赛资格，对手直接晋级。</w:t>
      </w:r>
      <w:r>
        <w:rPr>
          <w:lang w:eastAsia="zh-CN"/>
        </w:rPr>
        <w:br/>
      </w:r>
      <w:r>
        <w:rPr>
          <w:lang w:eastAsia="zh-CN"/>
        </w:rPr>
        <w:t>　　4、比赛开始5分钟未进场的选手做弃权处理，对手直接晋级。</w:t>
      </w:r>
      <w:r>
        <w:rPr>
          <w:lang w:eastAsia="zh-CN"/>
        </w:rPr>
        <w:br/>
      </w:r>
      <w:r>
        <w:rPr>
          <w:lang w:eastAsia="zh-CN"/>
        </w:rPr>
        <w:t>　　5、获胜选手直接晋级，失败选手淘汰出局。</w:t>
      </w:r>
      <w:r>
        <w:rPr>
          <w:lang w:eastAsia="zh-CN"/>
        </w:rPr>
        <w:br/>
      </w:r>
      <w:r>
        <w:rPr>
          <w:lang w:eastAsia="zh-CN"/>
        </w:rPr>
        <w:t>　　6、比赛过程中行为不礼貌的选手除去比赛资格，对手直接晋级。</w:t>
      </w:r>
      <w:r>
        <w:rPr>
          <w:lang w:eastAsia="zh-CN"/>
        </w:rPr>
        <w:br/>
      </w:r>
      <w:r>
        <w:rPr>
          <w:lang w:eastAsia="zh-CN"/>
        </w:rPr>
        <w:t>　　7、比赛结束，其他选手根据选手表现选出优秀赛手以示奖励。</w:t>
      </w:r>
      <w:r>
        <w:rPr>
          <w:lang w:eastAsia="zh-CN"/>
        </w:rPr>
        <w:br/>
      </w:r>
      <w:r>
        <w:rPr>
          <w:lang w:eastAsia="zh-CN"/>
        </w:rPr>
        <w:t>　　8、抽号轮空选手直接晋级。</w:t>
      </w:r>
      <w:r>
        <w:rPr>
          <w:lang w:eastAsia="zh-CN"/>
        </w:rPr>
        <w:br/>
      </w:r>
      <w:r>
        <w:rPr>
          <w:lang w:eastAsia="zh-CN"/>
        </w:rPr>
        <w:t>　　9、平棋，加赛一场。</w:t>
      </w:r>
      <w:r>
        <w:rPr>
          <w:lang w:eastAsia="zh-CN"/>
        </w:rPr>
        <w:br/>
      </w:r>
      <w:r>
        <w:rPr>
          <w:lang w:eastAsia="zh-CN"/>
        </w:rPr>
        <w:t>　　10、比赛过程中未经对方允许不许悔棋。悔棋者直接淘汰。</w:t>
      </w:r>
      <w:r>
        <w:rPr>
          <w:lang w:eastAsia="zh-CN"/>
        </w:rPr>
        <w:br/>
      </w:r>
      <w:r>
        <w:rPr>
          <w:lang w:eastAsia="zh-CN"/>
        </w:rPr>
        <w:t>　　11、活动事项：（极限思维大比拼）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6"/>
          <w:cols w:space="425"/>
          <w:titlePg w:val="0"/>
          <w:docGrid w:type="lines" w:linePitch="312"/>
        </w:sectPr>
      </w:pPr>
      <w:r>
        <w:rPr>
          <w:lang w:eastAsia="zh-CN"/>
        </w:rPr>
        <w:t>　　（1）纪检部成员当场监场，公正裁判，公布结果；</w:t>
      </w:r>
      <w:r>
        <w:rPr>
          <w:lang w:eastAsia="zh-CN"/>
        </w:rPr>
        <w:br/>
      </w:r>
      <w:r>
        <w:rPr>
          <w:lang w:eastAsia="zh-CN"/>
        </w:rPr>
        <w:t>　　（2）进行决赛项目比拼；</w:t>
      </w:r>
      <w:r>
        <w:rPr>
          <w:lang w:eastAsia="zh-CN"/>
        </w:rPr>
        <w:br/>
      </w:r>
      <w:r>
        <w:rPr>
          <w:lang w:eastAsia="zh-CN"/>
        </w:rPr>
        <w:t>　　（3）邀请老师评判，当场公正比赛，公正结果；</w:t>
      </w:r>
      <w:r>
        <w:rPr>
          <w:lang w:eastAsia="zh-CN"/>
        </w:rPr>
        <w:br/>
      </w:r>
      <w:r>
        <w:rPr>
          <w:lang w:eastAsia="zh-CN"/>
        </w:rPr>
        <w:t>　　（4）对参赛优秀者颁发证书奖励；</w:t>
      </w:r>
      <w:r>
        <w:rPr>
          <w:lang w:eastAsia="zh-CN"/>
        </w:rPr>
        <w:br/>
      </w:r>
      <w:r>
        <w:rPr>
          <w:lang w:eastAsia="zh-CN"/>
        </w:rPr>
        <w:t>　　（5）外国语学院同学参加，本着自愿原则；</w:t>
      </w:r>
      <w:r>
        <w:rPr>
          <w:lang w:eastAsia="zh-CN"/>
        </w:rPr>
        <w:br/>
      </w:r>
      <w:r>
        <w:rPr>
          <w:lang w:eastAsia="zh-CN"/>
        </w:rPr>
        <w:t>　　12.时间安排：初赛决赛</w:t>
      </w:r>
      <w:r>
        <w:rPr>
          <w:lang w:eastAsia="zh-CN"/>
        </w:rPr>
        <w:br/>
      </w:r>
      <w:r>
        <w:rPr>
          <w:lang w:eastAsia="zh-CN"/>
        </w:rPr>
        <w:t>　　13.活动规则：</w:t>
      </w:r>
      <w:r>
        <w:rPr>
          <w:lang w:eastAsia="zh-CN"/>
        </w:rPr>
        <w:br/>
      </w:r>
      <w:r>
        <w:rPr>
          <w:lang w:eastAsia="zh-CN"/>
        </w:rPr>
        <w:t>　　（1）报名方式：各位选手到学生会办公室报名。</w:t>
      </w:r>
      <w:r>
        <w:rPr>
          <w:lang w:eastAsia="zh-CN"/>
        </w:rPr>
        <w:br/>
      </w:r>
      <w:r>
        <w:rPr>
          <w:lang w:eastAsia="zh-CN"/>
        </w:rPr>
        <w:t>　　（2）宣传：宣传部协助出海报。</w:t>
      </w:r>
      <w:r>
        <w:rPr>
          <w:lang w:eastAsia="zh-CN"/>
        </w:rPr>
        <w:br/>
      </w:r>
      <w:r>
        <w:rPr>
          <w:lang w:eastAsia="zh-CN"/>
        </w:rPr>
        <w:t>　　（3）评判标准：严格按照规则比赛，不得缺席、中途退赛、未经对方允许不得悔棋</w:t>
      </w:r>
      <w:r>
        <w:rPr>
          <w:lang w:eastAsia="zh-CN"/>
        </w:rPr>
        <w:br/>
      </w:r>
      <w:r>
        <w:rPr>
          <w:lang w:eastAsia="zh-CN"/>
        </w:rPr>
        <w:t>　　五、注意事项：</w:t>
      </w:r>
      <w:r>
        <w:rPr>
          <w:lang w:eastAsia="zh-CN"/>
        </w:rPr>
        <w:br/>
      </w:r>
      <w:r>
        <w:rPr>
          <w:lang w:eastAsia="zh-CN"/>
        </w:rPr>
        <w:t>　　（1）活动宣传的图画，手绘海报和报名</w:t>
      </w:r>
      <w:r>
        <w:rPr>
          <w:lang w:eastAsia="zh-CN"/>
        </w:rPr>
        <w:br/>
      </w:r>
      <w:r>
        <w:rPr>
          <w:lang w:eastAsia="zh-CN"/>
        </w:rPr>
        <w:t>　　（2）向学院租借教室</w:t>
      </w:r>
      <w:r>
        <w:rPr>
          <w:lang w:eastAsia="zh-CN"/>
        </w:rPr>
        <w:br/>
      </w:r>
      <w:r>
        <w:rPr>
          <w:lang w:eastAsia="zh-CN"/>
        </w:rPr>
        <w:t>　　（3）我主办方将为获奖者颁发证书及奖品</w:t>
      </w:r>
      <w:r>
        <w:rPr>
          <w:lang w:eastAsia="zh-CN"/>
        </w:rPr>
        <w:br/>
      </w:r>
      <w:r>
        <w:rPr>
          <w:lang w:eastAsia="zh-CN"/>
        </w:rPr>
        <w:t xml:space="preserve">    2024组织象棋比赛策划书 篇10 </w:t>
      </w:r>
      <w:r>
        <w:rPr>
          <w:lang w:eastAsia="zh-CN"/>
        </w:rPr>
        <w:br/>
      </w:r>
      <w:r>
        <w:rPr>
          <w:lang w:eastAsia="zh-CN"/>
        </w:rPr>
        <w:t>　　一、比赛项目：</w:t>
      </w:r>
      <w:r>
        <w:rPr>
          <w:lang w:eastAsia="zh-CN"/>
        </w:rPr>
        <w:br/>
      </w:r>
      <w:r>
        <w:rPr>
          <w:lang w:eastAsia="zh-CN"/>
        </w:rPr>
        <w:t>　　象棋</w:t>
      </w:r>
      <w:r>
        <w:rPr>
          <w:lang w:eastAsia="zh-CN"/>
        </w:rPr>
        <w:br/>
      </w:r>
      <w:r>
        <w:rPr>
          <w:lang w:eastAsia="zh-CN"/>
        </w:rPr>
        <w:t>　　二、比赛时间：</w:t>
      </w:r>
      <w:r>
        <w:rPr>
          <w:lang w:eastAsia="zh-CN"/>
        </w:rPr>
        <w:br/>
      </w:r>
      <w:r>
        <w:rPr>
          <w:lang w:eastAsia="zh-CN"/>
        </w:rPr>
        <w:t>　　4月日上午时</w:t>
      </w:r>
      <w:r>
        <w:rPr>
          <w:lang w:eastAsia="zh-CN"/>
        </w:rPr>
        <w:br/>
      </w:r>
      <w:r>
        <w:rPr>
          <w:lang w:eastAsia="zh-CN"/>
        </w:rPr>
        <w:t>　　三、比赛地点：</w:t>
      </w:r>
      <w:r>
        <w:rPr>
          <w:lang w:eastAsia="zh-CN"/>
        </w:rPr>
        <w:br/>
      </w:r>
      <w:r>
        <w:rPr>
          <w:lang w:eastAsia="zh-CN"/>
        </w:rPr>
        <w:t>　　多功能厅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7"/>
          <w:cols w:space="425"/>
          <w:titlePg w:val="0"/>
          <w:docGrid w:type="lines" w:linePitch="312"/>
        </w:sectPr>
      </w:pPr>
      <w:r>
        <w:rPr>
          <w:lang w:eastAsia="zh-CN"/>
        </w:rPr>
        <w:t>　　四、报名方法：</w:t>
      </w:r>
      <w:r>
        <w:rPr>
          <w:lang w:eastAsia="zh-CN"/>
        </w:rPr>
        <w:br/>
      </w:r>
      <w:r>
        <w:rPr>
          <w:lang w:eastAsia="zh-CN"/>
        </w:rPr>
        <w:t>　　全体员工自行报名参加</w:t>
      </w:r>
      <w:r>
        <w:rPr>
          <w:lang w:eastAsia="zh-CN"/>
        </w:rPr>
        <w:br/>
      </w:r>
      <w:r>
        <w:rPr>
          <w:lang w:eastAsia="zh-CN"/>
        </w:rPr>
        <w:t>　　五、比赛方式：</w:t>
      </w:r>
      <w:r>
        <w:rPr>
          <w:lang w:eastAsia="zh-CN"/>
        </w:rPr>
        <w:br/>
      </w:r>
      <w:r>
        <w:rPr>
          <w:lang w:eastAsia="zh-CN"/>
        </w:rPr>
        <w:t>　　比赛分两个阶段进行，第一阶段，小组循环赛：所有参赛选手随机抽签分成A、B、C、D四个小组，比赛采用单循环赛制（一局定胜负，和则加赛），最终取小组赛成绩居前的两位进入决赛阶段的淘汰赛。</w:t>
      </w:r>
      <w:r>
        <w:rPr>
          <w:lang w:eastAsia="zh-CN"/>
        </w:rPr>
        <w:br/>
      </w:r>
      <w:r>
        <w:rPr>
          <w:lang w:eastAsia="zh-CN"/>
        </w:rPr>
        <w:t>　　第二阶段决赛淘汰赛：小组赛阶段的四个小组前两名进入决赛阶段，决赛阶段采用淘汰赛制，A、B小组赛前两名为决赛阶段的上半赛区，C、D小组赛前两名为决赛阶段的下半赛区，实行一对一淘汰制（实行分先两局制，一胜一和即为胜出，两和则加赛），直到决出最后的冠、亚、季军。</w:t>
      </w:r>
      <w:r>
        <w:rPr>
          <w:lang w:eastAsia="zh-CN"/>
        </w:rPr>
        <w:br/>
      </w:r>
      <w:r>
        <w:rPr>
          <w:lang w:eastAsia="zh-CN"/>
        </w:rPr>
        <w:t>　　六、比赛原则：</w:t>
      </w:r>
      <w:r>
        <w:rPr>
          <w:lang w:eastAsia="zh-CN"/>
        </w:rPr>
        <w:br/>
      </w:r>
      <w:r>
        <w:rPr>
          <w:lang w:eastAsia="zh-CN"/>
        </w:rPr>
        <w:t>　　遵循“友谊第一，比赛第二”的原则，讲究棋风、棋德，赛出风格，比出水平。</w:t>
      </w:r>
      <w:r>
        <w:rPr>
          <w:lang w:eastAsia="zh-CN"/>
        </w:rPr>
        <w:br/>
      </w:r>
      <w:r>
        <w:rPr>
          <w:lang w:eastAsia="zh-CN"/>
        </w:rPr>
        <w:t>　　七、比赛制度：</w:t>
      </w:r>
      <w:r>
        <w:rPr>
          <w:lang w:eastAsia="zh-CN"/>
        </w:rPr>
        <w:br/>
      </w:r>
      <w:r>
        <w:rPr>
          <w:lang w:eastAsia="zh-CN"/>
        </w:rPr>
        <w:t>　　（一）象棋由执红棋的一方先走（选手猜棋），双方轮流各走一着，直至分出胜负或走成和棋为止，落子无悔。</w:t>
      </w:r>
      <w:r>
        <w:rPr>
          <w:lang w:eastAsia="zh-CN"/>
        </w:rPr>
        <w:br/>
      </w:r>
      <w:r>
        <w:rPr>
          <w:lang w:eastAsia="zh-CN"/>
        </w:rPr>
        <w:t>　　（二）每场比赛时间为30分钟，选手每步行棋时间为1分钟，超过3分钟不行棋的，如无法分出胜负（未出现和棋情况下），不行棋方判负。</w:t>
      </w:r>
      <w:r>
        <w:rPr>
          <w:lang w:eastAsia="zh-CN"/>
        </w:rPr>
        <w:br/>
      </w:r>
      <w:r>
        <w:rPr>
          <w:lang w:eastAsia="zh-CN"/>
        </w:rPr>
        <w:t>　　（三）对局中出现下列情况为和棋。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8"/>
          <w:cols w:space="425"/>
          <w:titlePg w:val="0"/>
          <w:docGrid w:type="lines" w:linePitch="312"/>
        </w:sectPr>
      </w:pPr>
      <w:r>
        <w:rPr>
          <w:lang w:eastAsia="zh-CN"/>
        </w:rPr>
        <w:t>　　1、属于理论上公认的双方均无取胜可能的局势;</w:t>
      </w:r>
      <w:r>
        <w:rPr>
          <w:lang w:eastAsia="zh-CN"/>
        </w:rPr>
        <w:br/>
      </w:r>
      <w:r>
        <w:rPr>
          <w:lang w:eastAsia="zh-CN"/>
        </w:rPr>
        <w:t>　　2、提议作和，应使双方机会均等。只要是一方提和，另一方已宣告同意，双方都不许反悔。</w:t>
      </w:r>
      <w:r>
        <w:rPr>
          <w:lang w:eastAsia="zh-CN"/>
        </w:rPr>
        <w:br/>
      </w:r>
      <w:r>
        <w:rPr>
          <w:lang w:eastAsia="zh-CN"/>
        </w:rPr>
        <w:t>　　3、双方走棋出现循环反复已达三次，符合棋例中不变作和的有关规定，可由任何一方提议作和，经审查局面属实，即使另一方不同意，裁判员也有权判为和棋。如双方都没有提和，而循环反复局面还在延续，裁判员有权不征得双方同意就决定判和;但如所走着法已同上述循环反复局面无关时，则不能按照本款处理。</w:t>
      </w:r>
      <w:r>
        <w:rPr>
          <w:lang w:eastAsia="zh-CN"/>
        </w:rPr>
        <w:br/>
      </w:r>
      <w:r>
        <w:rPr>
          <w:lang w:eastAsia="zh-CN"/>
        </w:rPr>
        <w:t>　　4、和棋后，方可再次对垒一次决定胜负。</w:t>
      </w:r>
      <w:r>
        <w:rPr>
          <w:lang w:eastAsia="zh-CN"/>
        </w:rPr>
        <w:br/>
      </w:r>
      <w:r>
        <w:rPr>
          <w:lang w:eastAsia="zh-CN"/>
        </w:rPr>
        <w:t>　　（四）在同一棋局中三次犯规者该局判负。</w:t>
      </w:r>
      <w:r>
        <w:rPr>
          <w:lang w:eastAsia="zh-CN"/>
        </w:rPr>
        <w:br/>
      </w:r>
      <w:r>
        <w:rPr>
          <w:lang w:eastAsia="zh-CN"/>
        </w:rPr>
        <w:t>　　1、对方行棋时，无故提出问题，或有意干扰对方注意力的`行为。</w:t>
      </w:r>
      <w:r>
        <w:rPr>
          <w:lang w:eastAsia="zh-CN"/>
        </w:rPr>
        <w:br/>
      </w:r>
      <w:r>
        <w:rPr>
          <w:lang w:eastAsia="zh-CN"/>
        </w:rPr>
        <w:t>　　2、在对局中，不够和棋条件，提议作和经对方拒绝后，连续提出。</w:t>
      </w:r>
      <w:r>
        <w:rPr>
          <w:lang w:eastAsia="zh-CN"/>
        </w:rPr>
        <w:br/>
      </w:r>
      <w:r>
        <w:rPr>
          <w:lang w:eastAsia="zh-CN"/>
        </w:rPr>
        <w:t>　　3、摸触了双方不可能走动的棋子，规则规定的其他犯规。</w:t>
      </w:r>
      <w:r>
        <w:rPr>
          <w:lang w:eastAsia="zh-CN"/>
        </w:rPr>
        <w:br/>
      </w:r>
      <w:r>
        <w:rPr>
          <w:lang w:eastAsia="zh-CN"/>
        </w:rPr>
        <w:t>　　（五）胜负判定：对局时，一方出现下列情况之一，就算输棋，对方得胜。</w:t>
      </w:r>
      <w:r>
        <w:rPr>
          <w:lang w:eastAsia="zh-CN"/>
        </w:rPr>
        <w:br/>
      </w:r>
      <w:r>
        <w:rPr>
          <w:lang w:eastAsia="zh-CN"/>
        </w:rPr>
        <w:t>　　1、帅(将)被对方将死</w:t>
      </w:r>
      <w:r>
        <w:rPr>
          <w:lang w:eastAsia="zh-CN"/>
        </w:rPr>
        <w:br/>
      </w:r>
      <w:r>
        <w:rPr>
          <w:lang w:eastAsia="zh-CN"/>
        </w:rPr>
        <w:t>　　2、帅(将)被将军，无法避免地同对方将(帅)直接对面</w:t>
      </w:r>
      <w:r>
        <w:rPr>
          <w:lang w:eastAsia="zh-CN"/>
        </w:rPr>
        <w:br/>
      </w:r>
      <w:r>
        <w:rPr>
          <w:lang w:eastAsia="zh-CN"/>
        </w:rPr>
        <w:t>　　3、自己宣布认输</w:t>
      </w:r>
      <w:r>
        <w:rPr>
          <w:lang w:eastAsia="zh-CN"/>
        </w:rPr>
        <w:br/>
      </w:r>
      <w:r>
        <w:rPr>
          <w:lang w:eastAsia="zh-CN"/>
        </w:rPr>
        <w:t>　　对局时，出现下列情况之一，就算和棋:</w:t>
      </w:r>
      <w:r>
        <w:rPr>
          <w:lang w:eastAsia="zh-CN"/>
        </w:rPr>
        <w:br/>
      </w:r>
      <w:r>
        <w:rPr>
          <w:lang w:eastAsia="zh-CN"/>
        </w:rPr>
        <w:t>　　八、比赛结果：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9"/>
          <w:cols w:space="425"/>
          <w:titlePg w:val="0"/>
          <w:docGrid w:type="lines" w:linePitch="312"/>
        </w:sectPr>
      </w:pPr>
      <w:r>
        <w:rPr>
          <w:lang w:eastAsia="zh-CN"/>
        </w:rPr>
        <w:t>　　通过比赛决出冠军。</w:t>
      </w:r>
      <w:r>
        <w:rPr>
          <w:lang w:eastAsia="zh-CN"/>
        </w:rPr>
        <w:br/>
      </w:r>
      <w:r>
        <w:rPr>
          <w:lang w:eastAsia="zh-CN"/>
        </w:rPr>
        <w:t>　　九、奖项设置：</w:t>
      </w:r>
      <w:r>
        <w:rPr>
          <w:lang w:eastAsia="zh-CN"/>
        </w:rPr>
        <w:br/>
      </w:r>
      <w:r>
        <w:rPr>
          <w:lang w:eastAsia="zh-CN"/>
        </w:rPr>
        <w:t>　　比赛设置冠、亚、季军各一名，优胜奖名，并颁发相应的奖状、奖品。</w:t>
      </w:r>
      <w:r>
        <w:rPr>
          <w:lang w:eastAsia="zh-CN"/>
        </w:rPr>
        <w:br/>
      </w:r>
      <w:r>
        <w:rPr>
          <w:lang w:eastAsia="zh-CN"/>
        </w:rPr>
        <w:t>　　十、其他注意事项：</w:t>
      </w:r>
      <w:r>
        <w:rPr>
          <w:lang w:eastAsia="zh-CN"/>
        </w:rPr>
        <w:br/>
      </w:r>
      <w:r>
        <w:rPr>
          <w:lang w:eastAsia="zh-CN"/>
        </w:rPr>
        <w:t>　　1、各参赛人员必须提前十分钟到达比赛现场，比赛开始10分钟参赛人员未到达比赛现场，当作自动弃权处理。</w:t>
      </w:r>
      <w:r>
        <w:rPr>
          <w:lang w:eastAsia="zh-CN"/>
        </w:rPr>
        <w:br/>
      </w:r>
      <w:r>
        <w:rPr>
          <w:lang w:eastAsia="zh-CN"/>
        </w:rPr>
        <w:t>　　2、比赛完的参赛人员不得离开现场，必须在比赛场地等候工作人员作出下一轮的比赛安排。</w:t>
      </w:r>
      <w:r>
        <w:rPr>
          <w:lang w:eastAsia="zh-CN"/>
        </w:rPr>
        <w:br/>
      </w:r>
      <w:r>
        <w:rPr>
          <w:lang w:eastAsia="zh-CN"/>
        </w:rPr>
        <w:t>　　3、非参赛人员可以在比赛人员旁边观看，但必须遵守会场纪律，不能大声喧哗或其他方式干扰比赛选手。</w:t>
      </w:r>
      <w:r>
        <w:rPr>
          <w:lang w:eastAsia="zh-CN"/>
        </w:rPr>
        <w:br/>
      </w:r>
      <w:r>
        <w:rPr>
          <w:lang w:eastAsia="zh-CN"/>
        </w:rPr>
        <w:t>　　4、非参赛人员不能以任何方式提醒参赛选手。</w:t>
      </w:r>
      <w:r>
        <w:rPr>
          <w:lang w:eastAsia="zh-CN"/>
        </w:rPr>
        <w:br/>
      </w:r>
      <w:r>
        <w:rPr>
          <w:lang w:eastAsia="zh-CN"/>
        </w:rPr>
        <w:t>　　5、如比赛有异议时，参赛选手可向象棋负责人提出</w:t>
      </w:r>
      <w:r>
        <w:rPr>
          <w:lang w:eastAsia="zh-CN"/>
        </w:rPr>
        <w:br/>
      </w:r>
      <w:r>
        <w:rPr>
          <w:lang w:eastAsia="zh-CN"/>
        </w:rPr>
        <w:t xml:space="preserve">    2024组织象棋比赛策划书 篇11 </w:t>
      </w:r>
      <w:r>
        <w:rPr>
          <w:lang w:eastAsia="zh-CN"/>
        </w:rPr>
        <w:br/>
      </w:r>
      <w:r>
        <w:rPr>
          <w:lang w:eastAsia="zh-CN"/>
        </w:rPr>
        <w:t>　　指导思想：</w:t>
      </w:r>
      <w:r>
        <w:rPr>
          <w:lang w:eastAsia="zh-CN"/>
        </w:rPr>
        <w:br/>
      </w:r>
      <w:r>
        <w:rPr>
          <w:lang w:eastAsia="zh-CN"/>
        </w:rPr>
        <w:t>　　中国象棋是中华民族的优秀文化遗产，它以丰富的历史内涵，精彩纷呈的竞技和强烈的艺术魅力，深受人们的'喜爱。中国象棋以其自身的教育价值，已经成为我校的一项普及的共同活动，成为我校特色的校园文化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0"/>
          <w:cols w:space="425"/>
          <w:titlePg w:val="0"/>
          <w:docGrid w:type="lines" w:linePitch="312"/>
        </w:sectPr>
      </w:pPr>
      <w:r>
        <w:rPr>
          <w:lang w:eastAsia="zh-CN"/>
        </w:rPr>
        <w:t>　　我们要进一步挖掘中国象棋教育资源，因地制宜，走普及与提高相结合的象棋特色文化之路，培养一批优秀的小棋手，力争在各种竞赛中创造佳绩，更好地营造中国象棋特色建设的氛围，浓郁学校象棋文化，提升学校特色品位，更好地体现一样的生命，不一样的精彩---让每一个学生都有自己的靓丽与精彩的办学理念。</w:t>
      </w:r>
      <w:r>
        <w:rPr>
          <w:lang w:eastAsia="zh-CN"/>
        </w:rPr>
        <w:br/>
      </w:r>
      <w:r>
        <w:rPr>
          <w:lang w:eastAsia="zh-CN"/>
        </w:rPr>
        <w:t>　　活动目标：</w:t>
      </w:r>
      <w:r>
        <w:rPr>
          <w:lang w:eastAsia="zh-CN"/>
        </w:rPr>
        <w:br/>
      </w:r>
      <w:r>
        <w:rPr>
          <w:lang w:eastAsia="zh-CN"/>
        </w:rPr>
        <w:t>　　一、举办学校象棋节，更好地营造中国象棋特色建设的氛围。</w:t>
      </w:r>
      <w:r>
        <w:rPr>
          <w:lang w:eastAsia="zh-CN"/>
        </w:rPr>
        <w:br/>
      </w:r>
      <w:r>
        <w:rPr>
          <w:lang w:eastAsia="zh-CN"/>
        </w:rPr>
        <w:t>　　二、举办学校象棋节，浓郁学校象棋文化，提升学校特色品位。</w:t>
      </w:r>
      <w:r>
        <w:rPr>
          <w:lang w:eastAsia="zh-CN"/>
        </w:rPr>
        <w:br/>
      </w:r>
      <w:r>
        <w:rPr>
          <w:lang w:eastAsia="zh-CN"/>
        </w:rPr>
        <w:t>　　三、举办学校象棋节，提升师生爱棋、学棋的兴趣，提高参与的积极性和下棋的能力。</w:t>
      </w:r>
      <w:r>
        <w:rPr>
          <w:lang w:eastAsia="zh-CN"/>
        </w:rPr>
        <w:br/>
      </w:r>
      <w:r>
        <w:rPr>
          <w:lang w:eastAsia="zh-CN"/>
        </w:rPr>
        <w:t>　　活动时间：</w:t>
      </w:r>
      <w:r>
        <w:rPr>
          <w:lang w:eastAsia="zh-CN"/>
        </w:rPr>
        <w:br/>
      </w:r>
      <w:r>
        <w:rPr>
          <w:lang w:eastAsia="zh-CN"/>
        </w:rPr>
        <w:t>　　20__年4月20日下午</w:t>
      </w:r>
      <w:r>
        <w:rPr>
          <w:lang w:eastAsia="zh-CN"/>
        </w:rPr>
        <w:br/>
      </w:r>
      <w:r>
        <w:rPr>
          <w:lang w:eastAsia="zh-CN"/>
        </w:rPr>
        <w:t>　　活动对象：</w:t>
      </w:r>
      <w:r>
        <w:rPr>
          <w:lang w:eastAsia="zh-CN"/>
        </w:rPr>
        <w:br/>
      </w:r>
      <w:r>
        <w:rPr>
          <w:lang w:eastAsia="zh-CN"/>
        </w:rPr>
        <w:t>　　一到六年级学生</w:t>
      </w:r>
      <w:r>
        <w:rPr>
          <w:lang w:eastAsia="zh-CN"/>
        </w:rPr>
        <w:br/>
      </w:r>
      <w:r>
        <w:rPr>
          <w:lang w:eastAsia="zh-CN"/>
        </w:rPr>
        <w:t>　　裁判员：</w:t>
      </w:r>
      <w:r>
        <w:rPr>
          <w:lang w:eastAsia="zh-CN"/>
        </w:rPr>
        <w:br/>
      </w:r>
      <w:r>
        <w:rPr>
          <w:lang w:eastAsia="zh-CN"/>
        </w:rPr>
        <w:t>　　</w:t>
      </w:r>
      <w:r>
        <w:rPr>
          <w:lang w:eastAsia="zh-CN"/>
        </w:rPr>
        <w:br/>
      </w:r>
      <w:r>
        <w:rPr>
          <w:lang w:eastAsia="zh-CN"/>
        </w:rPr>
        <w:t>　　活动过程：</w:t>
      </w:r>
      <w:r>
        <w:rPr>
          <w:lang w:eastAsia="zh-CN"/>
        </w:rPr>
        <w:br/>
      </w:r>
      <w:r>
        <w:rPr>
          <w:lang w:eastAsia="zh-CN"/>
        </w:rPr>
        <w:t>　　一、同年级段进行比赛，名次取前三名</w:t>
      </w:r>
      <w:r>
        <w:rPr>
          <w:lang w:eastAsia="zh-CN"/>
        </w:rPr>
        <w:br/>
      </w:r>
      <w:r>
        <w:rPr>
          <w:lang w:eastAsia="zh-CN"/>
        </w:rPr>
        <w:t>　　二、先抽签，在对弈</w:t>
      </w:r>
      <w:r>
        <w:rPr>
          <w:lang w:eastAsia="zh-CN"/>
        </w:rPr>
        <w:br/>
      </w:r>
      <w:r>
        <w:rPr>
          <w:lang w:eastAsia="zh-CN"/>
        </w:rPr>
        <w:t>　　三、第一轮淘汰，第二、三轮循环赛。</w:t>
      </w:r>
      <w:r>
        <w:rPr>
          <w:lang w:eastAsia="zh-CN"/>
        </w:rPr>
        <w:br/>
      </w:r>
      <w:r>
        <w:rPr>
          <w:lang w:eastAsia="zh-CN"/>
        </w:rPr>
        <w:t xml:space="preserve">    2024组织象棋比赛策划书 篇12 </w:t>
      </w:r>
      <w:r>
        <w:rPr>
          <w:lang w:eastAsia="zh-CN"/>
        </w:rPr>
        <w:br/>
      </w:r>
      <w:r>
        <w:rPr>
          <w:lang w:eastAsia="zh-CN"/>
        </w:rPr>
        <w:t>　　一、活动主题</w:t>
      </w:r>
      <w:r>
        <w:rPr>
          <w:lang w:eastAsia="zh-CN"/>
        </w:rPr>
        <w:br/>
      </w:r>
      <w:r>
        <w:rPr>
          <w:lang w:eastAsia="zh-CN"/>
        </w:rPr>
        <w:t>　　丰富学生课余文化生活，加强棋艺交流</w:t>
      </w:r>
      <w:r>
        <w:rPr>
          <w:lang w:eastAsia="zh-CN"/>
        </w:rPr>
        <w:br/>
      </w:r>
      <w:r>
        <w:rPr>
          <w:lang w:eastAsia="zh-CN"/>
        </w:rPr>
        <w:t>　　二、活动背景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1"/>
          <w:cols w:space="425"/>
          <w:titlePg w:val="0"/>
          <w:docGrid w:type="lines" w:linePitch="312"/>
        </w:sectPr>
      </w:pPr>
      <w:r>
        <w:rPr>
          <w:lang w:eastAsia="zh-CN"/>
        </w:rPr>
        <w:t>　　为了迎合同学们的兴趣，丰富课余生活，展示自我才华，更好的繁荣丰富校园文化生活，棋社现决定举办校园象棋赛来提升学生对中国棋艺的兴趣与了解。</w:t>
      </w:r>
      <w:r>
        <w:rPr>
          <w:lang w:eastAsia="zh-CN"/>
        </w:rPr>
        <w:br/>
      </w:r>
      <w:r>
        <w:rPr>
          <w:lang w:eastAsia="zh-CN"/>
        </w:rPr>
        <w:t>　　三、活动目的</w:t>
      </w:r>
      <w:r>
        <w:rPr>
          <w:lang w:eastAsia="zh-CN"/>
        </w:rPr>
        <w:br/>
      </w:r>
      <w:r>
        <w:rPr>
          <w:lang w:eastAsia="zh-CN"/>
        </w:rPr>
        <w:t>　　配合社联举办社团文化节展示巅峰期社的社团风采，通过比赛形式来们当代学生的.方方面面，展现学生的精神风貌，引导学生树立正确的理想信念。</w:t>
      </w:r>
      <w:r>
        <w:rPr>
          <w:lang w:eastAsia="zh-CN"/>
        </w:rPr>
        <w:br/>
      </w:r>
      <w:r>
        <w:rPr>
          <w:lang w:eastAsia="zh-CN"/>
        </w:rPr>
        <w:t>　　四、活动对象</w:t>
      </w:r>
      <w:r>
        <w:rPr>
          <w:lang w:eastAsia="zh-CN"/>
        </w:rPr>
        <w:br/>
      </w:r>
      <w:r>
        <w:rPr>
          <w:lang w:eastAsia="zh-CN"/>
        </w:rPr>
        <w:t>　　全体在校学生</w:t>
      </w:r>
      <w:r>
        <w:rPr>
          <w:lang w:eastAsia="zh-CN"/>
        </w:rPr>
        <w:br/>
      </w:r>
      <w:r>
        <w:rPr>
          <w:lang w:eastAsia="zh-CN"/>
        </w:rPr>
        <w:t>　　五、活动地点</w:t>
      </w:r>
      <w:r>
        <w:rPr>
          <w:lang w:eastAsia="zh-CN"/>
        </w:rPr>
        <w:br/>
      </w:r>
      <w:r>
        <w:rPr>
          <w:lang w:eastAsia="zh-CN"/>
        </w:rPr>
        <w:t>　　中区图书馆广场</w:t>
      </w:r>
      <w:r>
        <w:rPr>
          <w:lang w:eastAsia="zh-CN"/>
        </w:rPr>
        <w:br/>
      </w:r>
      <w:r>
        <w:rPr>
          <w:lang w:eastAsia="zh-CN"/>
        </w:rPr>
        <w:t>　　六、活动时间</w:t>
      </w:r>
      <w:r>
        <w:rPr>
          <w:lang w:eastAsia="zh-CN"/>
        </w:rPr>
        <w:br/>
      </w:r>
      <w:r>
        <w:rPr>
          <w:lang w:eastAsia="zh-CN"/>
        </w:rPr>
        <w:t>　　20__年11月3日</w:t>
      </w:r>
      <w:r>
        <w:rPr>
          <w:lang w:eastAsia="zh-CN"/>
        </w:rPr>
        <w:br/>
      </w:r>
      <w:r>
        <w:rPr>
          <w:lang w:eastAsia="zh-CN"/>
        </w:rPr>
        <w:t>　　七、活动规程</w:t>
      </w:r>
      <w:r>
        <w:rPr>
          <w:lang w:eastAsia="zh-CN"/>
        </w:rPr>
        <w:br/>
      </w:r>
      <w:r>
        <w:rPr>
          <w:lang w:eastAsia="zh-CN"/>
        </w:rPr>
        <w:t>　　1、本次比赛为会员象棋排名赛，各擅长象棋的会员尽量参加。</w:t>
      </w:r>
      <w:r>
        <w:rPr>
          <w:lang w:eastAsia="zh-CN"/>
        </w:rPr>
        <w:br/>
      </w:r>
      <w:r>
        <w:rPr>
          <w:lang w:eastAsia="zh-CN"/>
        </w:rPr>
        <w:t>　　2、比赛采取积分制，每胜一局，加2分，和一局，加1分，负一局，加0分。</w:t>
      </w:r>
      <w:r>
        <w:rPr>
          <w:lang w:eastAsia="zh-CN"/>
        </w:rPr>
        <w:br/>
      </w:r>
      <w:r>
        <w:rPr>
          <w:lang w:eastAsia="zh-CN"/>
        </w:rPr>
        <w:t>　　3、赛制</w:t>
      </w:r>
      <w:r>
        <w:rPr>
          <w:lang w:eastAsia="zh-CN"/>
        </w:rPr>
        <w:br/>
      </w:r>
      <w:r>
        <w:rPr>
          <w:lang w:eastAsia="zh-CN"/>
        </w:rPr>
        <w:t>　　预赛：把参赛人员分为A、B两组，进行组内单循环，按得分进行小组内部排名。</w:t>
      </w:r>
      <w:r>
        <w:rPr>
          <w:lang w:eastAsia="zh-CN"/>
        </w:rPr>
        <w:br/>
      </w:r>
      <w:r>
        <w:rPr>
          <w:lang w:eastAsia="zh-CN"/>
        </w:rPr>
        <w:t>　　决赛：根据预赛每组各取前三名共计六人进行单循环，按照得分取前三名，颁发荣誉证书。</w:t>
      </w:r>
      <w:r>
        <w:rPr>
          <w:lang w:eastAsia="zh-CN"/>
        </w:rPr>
        <w:br/>
      </w:r>
      <w:r>
        <w:rPr>
          <w:lang w:eastAsia="zh-CN"/>
        </w:rPr>
        <w:t>　　（注：如参赛选手得分相同则加赛一局）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2"/>
          <w:cols w:space="425"/>
          <w:titlePg w:val="0"/>
          <w:docGrid w:type="lines" w:linePitch="312"/>
        </w:sectPr>
      </w:pPr>
      <w:r>
        <w:rPr>
          <w:lang w:eastAsia="zh-CN"/>
        </w:rPr>
        <w:t>　　4、此次活动秉着公平、公正、公开的原则</w:t>
      </w:r>
      <w:r>
        <w:rPr>
          <w:lang w:eastAsia="zh-CN"/>
        </w:rPr>
        <w:br/>
      </w:r>
      <w:r>
        <w:rPr>
          <w:lang w:eastAsia="zh-CN"/>
        </w:rPr>
        <w:t>　　八、活动意义</w:t>
      </w:r>
      <w:r>
        <w:rPr>
          <w:lang w:eastAsia="zh-CN"/>
        </w:rPr>
        <w:br/>
      </w:r>
      <w:r>
        <w:rPr>
          <w:lang w:eastAsia="zh-CN"/>
        </w:rPr>
        <w:t>　　为同学们提供一个展示自我的舞台，也增进了同学们之间的友谊。将棋社自身的影响力将壮，并且丰富我们的校园文化生活。</w:t>
      </w:r>
      <w:r>
        <w:rPr>
          <w:lang w:eastAsia="zh-CN"/>
        </w:rPr>
        <w:br/>
      </w:r>
      <w:r>
        <w:rPr>
          <w:lang w:eastAsia="zh-CN"/>
        </w:rPr>
        <w:t>　　九、主办单位</w:t>
      </w:r>
      <w:r>
        <w:rPr>
          <w:lang w:eastAsia="zh-CN"/>
        </w:rPr>
        <w:br/>
      </w:r>
      <w:r>
        <w:rPr>
          <w:lang w:eastAsia="zh-CN"/>
        </w:rPr>
        <w:t>　　棋社</w:t>
      </w:r>
      <w:r>
        <w:rPr>
          <w:lang w:eastAsia="zh-CN"/>
        </w:rPr>
        <w:br/>
      </w:r>
      <w:r>
        <w:rPr>
          <w:lang w:eastAsia="zh-CN"/>
        </w:rPr>
        <w:t>　　十、奖项设置</w:t>
      </w:r>
      <w:r>
        <w:rPr>
          <w:lang w:eastAsia="zh-CN"/>
        </w:rPr>
        <w:br/>
      </w:r>
      <w:r>
        <w:rPr>
          <w:lang w:eastAsia="zh-CN"/>
        </w:rPr>
        <w:t>　　一等奖一名：棋具一副及院荣誉证书</w:t>
      </w:r>
      <w:r>
        <w:rPr>
          <w:lang w:eastAsia="zh-CN"/>
        </w:rPr>
        <w:br/>
      </w:r>
      <w:r>
        <w:rPr>
          <w:lang w:eastAsia="zh-CN"/>
        </w:rPr>
        <w:t>　　二等奖二名：笔记本一个及院荣誉证书</w:t>
      </w:r>
      <w:r>
        <w:rPr>
          <w:lang w:eastAsia="zh-CN"/>
        </w:rPr>
        <w:br/>
      </w:r>
      <w:r>
        <w:rPr>
          <w:lang w:eastAsia="zh-CN"/>
        </w:rPr>
        <w:t>　　三等奖三名：学习用品一件及院荣誉证书</w:t>
      </w:r>
      <w:r>
        <w:rPr>
          <w:lang w:eastAsia="zh-CN"/>
        </w:rPr>
        <w:br/>
      </w:r>
      <w:r>
        <w:rPr>
          <w:lang w:eastAsia="zh-CN"/>
        </w:rPr>
        <w:t xml:space="preserve">    2024组织象棋比赛策划书 篇13 </w:t>
      </w:r>
      <w:r>
        <w:rPr>
          <w:lang w:eastAsia="zh-CN"/>
        </w:rPr>
        <w:br/>
      </w:r>
      <w:r>
        <w:rPr>
          <w:lang w:eastAsia="zh-CN"/>
        </w:rPr>
        <w:t>　　一、活动目的</w:t>
      </w:r>
      <w:r>
        <w:rPr>
          <w:lang w:eastAsia="zh-CN"/>
        </w:rPr>
        <w:br/>
      </w:r>
      <w:r>
        <w:rPr>
          <w:lang w:eastAsia="zh-CN"/>
        </w:rPr>
        <w:t>　　1、增加校园活动，是校园生活丰富多彩。</w:t>
      </w:r>
      <w:r>
        <w:rPr>
          <w:lang w:eastAsia="zh-CN"/>
        </w:rPr>
        <w:br/>
      </w:r>
      <w:r>
        <w:rPr>
          <w:lang w:eastAsia="zh-CN"/>
        </w:rPr>
        <w:t>　　2、提高学生思维能力。</w:t>
      </w:r>
      <w:r>
        <w:rPr>
          <w:lang w:eastAsia="zh-CN"/>
        </w:rPr>
        <w:br/>
      </w:r>
      <w:r>
        <w:rPr>
          <w:lang w:eastAsia="zh-CN"/>
        </w:rPr>
        <w:t>　　二、主办单位</w:t>
      </w:r>
      <w:r>
        <w:rPr>
          <w:lang w:eastAsia="zh-CN"/>
        </w:rPr>
        <w:br/>
      </w:r>
      <w:r>
        <w:rPr>
          <w:lang w:eastAsia="zh-CN"/>
        </w:rPr>
        <w:t>　　西安美院建筑环艺系学生分会</w:t>
      </w:r>
      <w:r>
        <w:rPr>
          <w:lang w:eastAsia="zh-CN"/>
        </w:rPr>
        <w:br/>
      </w:r>
      <w:r>
        <w:rPr>
          <w:lang w:eastAsia="zh-CN"/>
        </w:rPr>
        <w:t>　　三、活动对象</w:t>
      </w:r>
      <w:r>
        <w:rPr>
          <w:lang w:eastAsia="zh-CN"/>
        </w:rPr>
        <w:br/>
      </w:r>
      <w:r>
        <w:rPr>
          <w:lang w:eastAsia="zh-CN"/>
        </w:rPr>
        <w:t>　　西安美院在校师生</w:t>
      </w:r>
      <w:r>
        <w:rPr>
          <w:lang w:eastAsia="zh-CN"/>
        </w:rPr>
        <w:br/>
      </w:r>
      <w:r>
        <w:rPr>
          <w:lang w:eastAsia="zh-CN"/>
        </w:rPr>
        <w:t>　　四、活动时间</w:t>
      </w:r>
      <w:r>
        <w:rPr>
          <w:lang w:eastAsia="zh-CN"/>
        </w:rPr>
        <w:br/>
      </w:r>
      <w:r>
        <w:rPr>
          <w:lang w:eastAsia="zh-CN"/>
        </w:rPr>
        <w:t>　　初赛20__年10月27日——20__年10月29日</w:t>
      </w:r>
      <w:r>
        <w:rPr>
          <w:lang w:eastAsia="zh-CN"/>
        </w:rPr>
        <w:br/>
      </w:r>
      <w:r>
        <w:rPr>
          <w:lang w:eastAsia="zh-CN"/>
        </w:rPr>
        <w:t>　　复赛20__年10月29日——20__年10月30日</w:t>
      </w:r>
      <w:r>
        <w:rPr>
          <w:lang w:eastAsia="zh-CN"/>
        </w:rPr>
        <w:br/>
      </w:r>
      <w:r>
        <w:rPr>
          <w:lang w:eastAsia="zh-CN"/>
        </w:rPr>
        <w:t>　　决赛20__年10月31日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3"/>
          <w:cols w:space="425"/>
          <w:titlePg w:val="0"/>
          <w:docGrid w:type="lines" w:linePitch="312"/>
        </w:sectPr>
      </w:pPr>
      <w:r>
        <w:rPr>
          <w:lang w:eastAsia="zh-CN"/>
        </w:rPr>
        <w:t>　　五、活动实施</w:t>
      </w:r>
      <w:r>
        <w:rPr>
          <w:lang w:eastAsia="zh-CN"/>
        </w:rPr>
        <w:br/>
      </w:r>
      <w:r>
        <w:rPr>
          <w:lang w:eastAsia="zh-CN"/>
        </w:rPr>
        <w:t>　　1、活动宣传</w:t>
      </w:r>
      <w:r>
        <w:rPr>
          <w:lang w:eastAsia="zh-CN"/>
        </w:rPr>
        <w:br/>
      </w:r>
      <w:r>
        <w:rPr>
          <w:lang w:eastAsia="zh-CN"/>
        </w:rPr>
        <w:t>　　(1)利用网络宣传</w:t>
      </w:r>
      <w:r>
        <w:rPr>
          <w:lang w:eastAsia="zh-CN"/>
        </w:rPr>
        <w:br/>
      </w:r>
      <w:r>
        <w:rPr>
          <w:lang w:eastAsia="zh-CN"/>
        </w:rPr>
        <w:t>　　(2)制作大赛宣传海报贴于宣传栏</w:t>
      </w:r>
      <w:r>
        <w:rPr>
          <w:lang w:eastAsia="zh-CN"/>
        </w:rPr>
        <w:br/>
      </w:r>
      <w:r>
        <w:rPr>
          <w:lang w:eastAsia="zh-CN"/>
        </w:rPr>
        <w:t>　　六、比赛方式</w:t>
      </w:r>
      <w:r>
        <w:rPr>
          <w:lang w:eastAsia="zh-CN"/>
        </w:rPr>
        <w:br/>
      </w:r>
      <w:r>
        <w:rPr>
          <w:lang w:eastAsia="zh-CN"/>
        </w:rPr>
        <w:t>　　每两个人为一小组进行比赛，初赛采取淘汰制一局定胜负。复赛与决赛采取三局两胜制。</w:t>
      </w:r>
      <w:r>
        <w:rPr>
          <w:lang w:eastAsia="zh-CN"/>
        </w:rPr>
        <w:br/>
      </w:r>
      <w:r>
        <w:rPr>
          <w:lang w:eastAsia="zh-CN"/>
        </w:rPr>
        <w:t>　　七、比赛规则：</w:t>
      </w:r>
      <w:r>
        <w:rPr>
          <w:lang w:eastAsia="zh-CN"/>
        </w:rPr>
        <w:br/>
      </w:r>
      <w:r>
        <w:rPr>
          <w:lang w:eastAsia="zh-CN"/>
        </w:rPr>
        <w:t>　　3局2胜制</w:t>
      </w:r>
      <w:r>
        <w:rPr>
          <w:lang w:eastAsia="zh-CN"/>
        </w:rPr>
        <w:br/>
      </w:r>
      <w:r>
        <w:rPr>
          <w:lang w:eastAsia="zh-CN"/>
        </w:rPr>
        <w:t>　　八、比赛地点</w:t>
      </w:r>
      <w:r>
        <w:rPr>
          <w:lang w:eastAsia="zh-CN"/>
        </w:rPr>
        <w:br/>
      </w:r>
      <w:r>
        <w:rPr>
          <w:lang w:eastAsia="zh-CN"/>
        </w:rPr>
        <w:t>　　3号教学楼学生社区</w:t>
      </w:r>
      <w:r>
        <w:rPr>
          <w:lang w:eastAsia="zh-CN"/>
        </w:rPr>
        <w:br/>
      </w:r>
      <w:r>
        <w:rPr>
          <w:lang w:eastAsia="zh-CN"/>
        </w:rPr>
        <w:t>　　九、比赛奖品</w:t>
      </w:r>
      <w:r>
        <w:rPr>
          <w:lang w:eastAsia="zh-CN"/>
        </w:rPr>
        <w:br/>
      </w:r>
      <w:r>
        <w:rPr>
          <w:lang w:eastAsia="zh-CN"/>
        </w:rPr>
        <w:t>　　一等奖1名价值30元的精美象棋一套</w:t>
      </w:r>
      <w:r>
        <w:rPr>
          <w:lang w:eastAsia="zh-CN"/>
        </w:rPr>
        <w:br/>
      </w:r>
      <w:r>
        <w:rPr>
          <w:lang w:eastAsia="zh-CN"/>
        </w:rPr>
        <w:t>　　二等奖2名价值20元的象棋一套</w:t>
      </w:r>
      <w:r>
        <w:rPr>
          <w:lang w:eastAsia="zh-CN"/>
        </w:rPr>
        <w:br/>
      </w:r>
      <w:r>
        <w:rPr>
          <w:lang w:eastAsia="zh-CN"/>
        </w:rPr>
        <w:t>　　三等奖3名价值10元的文具</w:t>
      </w:r>
      <w:r>
        <w:rPr>
          <w:lang w:eastAsia="zh-CN"/>
        </w:rPr>
        <w:br/>
      </w:r>
      <w:r>
        <w:rPr>
          <w:lang w:eastAsia="zh-CN"/>
        </w:rPr>
        <w:t xml:space="preserve">    2024组织象棋比赛策划书 篇14 </w:t>
      </w:r>
      <w:r>
        <w:rPr>
          <w:lang w:eastAsia="zh-CN"/>
        </w:rPr>
        <w:br/>
      </w:r>
      <w:r>
        <w:rPr>
          <w:lang w:eastAsia="zh-CN"/>
        </w:rPr>
        <w:t>　　为创建艺术校园、文明校园、和谐校园，丰富师生业余生活，根据上级工作安排，举行此次小学生象棋比赛。</w:t>
      </w:r>
      <w:r>
        <w:rPr>
          <w:lang w:eastAsia="zh-CN"/>
        </w:rPr>
        <w:br/>
      </w:r>
      <w:r>
        <w:rPr>
          <w:lang w:eastAsia="zh-CN"/>
        </w:rPr>
        <w:t>　　一、准备阶段</w:t>
      </w:r>
      <w:r>
        <w:rPr>
          <w:lang w:eastAsia="zh-CN"/>
        </w:rPr>
        <w:br/>
      </w:r>
      <w:r>
        <w:rPr>
          <w:lang w:eastAsia="zh-CN"/>
        </w:rPr>
        <w:t>　　20__年_月_日。师生采用多种方式进行学习，对弈，提高棋艺水平。月底，各班筛选优秀选手，预备参加学校级比赛。</w:t>
      </w:r>
      <w:r>
        <w:rPr>
          <w:lang w:eastAsia="zh-CN"/>
        </w:rPr>
        <w:br/>
      </w:r>
      <w:r>
        <w:rPr>
          <w:lang w:eastAsia="zh-CN"/>
        </w:rPr>
        <w:t>　　二、比赛阶段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4"/>
          <w:cols w:space="425"/>
          <w:titlePg w:val="0"/>
          <w:docGrid w:type="lines" w:linePitch="312"/>
        </w:sectPr>
      </w:pPr>
      <w:r>
        <w:rPr>
          <w:lang w:eastAsia="zh-CN"/>
        </w:rPr>
        <w:t>　　每班选出至少男2名，女2名学生于_月_日下午前往一楼餐厅参加比赛。比赛采取三局两胜，淘汰赛制，落子不悔，现场捉对，每步棋必须在1分钟之内着子，一局结束之后立即复盘不休息(上卫生间限3分钟内)。比赛决出各组前三名，分别颁奖。其余教师颁予纪念奖，第一轮就被淘汰的学生不授奖。成绩优异者选派到镇参赛。</w:t>
      </w:r>
      <w:r>
        <w:rPr>
          <w:lang w:eastAsia="zh-CN"/>
        </w:rPr>
        <w:br/>
      </w:r>
      <w:r>
        <w:rPr>
          <w:lang w:eastAsia="zh-CN"/>
        </w:rPr>
        <w:t>　　三、组织分工</w:t>
      </w:r>
      <w:r>
        <w:rPr>
          <w:lang w:eastAsia="zh-CN"/>
        </w:rPr>
        <w:br/>
      </w:r>
      <w:r>
        <w:rPr>
          <w:lang w:eastAsia="zh-CN"/>
        </w:rPr>
        <w:t>　　组长：，裁判(兼计时)：。</w:t>
      </w:r>
      <w:r>
        <w:rPr>
          <w:lang w:eastAsia="zh-CN"/>
        </w:rPr>
        <w:br/>
      </w:r>
      <w:r>
        <w:rPr>
          <w:lang w:eastAsia="zh-CN"/>
        </w:rPr>
        <w:t>　　四、活动要求</w:t>
      </w:r>
      <w:r>
        <w:rPr>
          <w:lang w:eastAsia="zh-CN"/>
        </w:rPr>
        <w:br/>
      </w:r>
      <w:r>
        <w:rPr>
          <w:lang w:eastAsia="zh-CN"/>
        </w:rPr>
        <w:t>　　此次活动是展示我校文明建设与艺术教育成绩的窗口，所有同学积极做好参赛的准备，后勤做好相应的物资、生活准备，安全应做到及时防范，确保比赛的顺利进行。所有教职员工“不参加不补助”，并且非特殊原因不得请假。</w:t>
      </w:r>
      <w:r>
        <w:rPr>
          <w:lang w:eastAsia="zh-CN"/>
        </w:rPr>
        <w:br/>
      </w:r>
      <w:r>
        <w:rPr>
          <w:lang w:eastAsia="zh-CN"/>
        </w:rPr>
        <w:t>　　比赛目的：为了促进校园象棋氛围，体验正式比赛方式，增强学生象棋兴趣和全校各优秀棋手之间的交流，特此举办本次比赛。</w:t>
      </w:r>
      <w:r>
        <w:rPr>
          <w:lang w:eastAsia="zh-CN"/>
        </w:rPr>
        <w:br/>
      </w:r>
      <w:r>
        <w:rPr>
          <w:lang w:eastAsia="zh-CN"/>
        </w:rPr>
        <w:t>　　比赛时间：20__年5月8日——12日，下午13：00——15：30(如果时间上来的及，则每天下午进行3轮比赛，如果来不及就举行2轮)</w:t>
      </w:r>
      <w:r>
        <w:rPr>
          <w:lang w:eastAsia="zh-CN"/>
        </w:rPr>
        <w:br/>
      </w:r>
      <w:r>
        <w:rPr>
          <w:lang w:eastAsia="zh-CN"/>
        </w:rPr>
        <w:t>　　比赛地点：学校操场</w:t>
      </w:r>
      <w:r>
        <w:rPr>
          <w:lang w:eastAsia="zh-CN"/>
        </w:rPr>
        <w:br/>
      </w:r>
      <w:r>
        <w:rPr>
          <w:lang w:eastAsia="zh-CN"/>
        </w:rPr>
        <w:t>　　比赛方式：采取宁波市棋类比赛正式方法，采用电脑编排对手，通过几轮比赛，决出名次。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5"/>
          <w:cols w:space="425"/>
          <w:titlePg w:val="0"/>
          <w:docGrid w:type="lines" w:linePitch="312"/>
        </w:sectPr>
      </w:pPr>
      <w:r>
        <w:rPr>
          <w:lang w:eastAsia="zh-CN"/>
        </w:rPr>
        <w:t>　　桌椅准备：象棋室桌子+实验室桌子，一共50张，椅子100把(可以容纳100名学生同时参加比赛，同时给桌子贴上标签，注明1-50号桌)由周钢营老师负责。(601班学生负责帮忙抬椅子、桌子)。</w:t>
      </w:r>
      <w:r>
        <w:rPr>
          <w:lang w:eastAsia="zh-CN"/>
        </w:rPr>
        <w:br/>
      </w:r>
      <w:r>
        <w:rPr>
          <w:lang w:eastAsia="zh-CN"/>
        </w:rPr>
        <w:t>　　后勤准备：负责制作“小学象棋赛”条幅悬挂于春天教学楼，打印机和打印纸，同时准备一根长点的电源插座用于比赛编排使用，提供2瓶胶水。由__老师负责。</w:t>
      </w:r>
      <w:r>
        <w:rPr>
          <w:lang w:eastAsia="zh-CN"/>
        </w:rPr>
        <w:br/>
      </w:r>
      <w:r>
        <w:rPr>
          <w:lang w:eastAsia="zh-CN"/>
        </w:rPr>
        <w:t>　　裁判安排：男子组(请教导处负责代好上述几位老师的课程)</w:t>
      </w:r>
      <w:r>
        <w:rPr>
          <w:lang w:eastAsia="zh-CN"/>
        </w:rPr>
        <w:br/>
      </w:r>
      <w:r>
        <w:rPr>
          <w:lang w:eastAsia="zh-CN"/>
        </w:rPr>
        <w:t>　　宣传报道：由__老师负责，拍好照片，形成报道，于校园网上发布，同时将图片上传至ftp-jdc-中国象棋-音响话筒：由__老师负责，开好音响，提供2个话筒。</w:t>
      </w:r>
      <w:r>
        <w:rPr>
          <w:lang w:eastAsia="zh-CN"/>
        </w:rPr>
        <w:br/>
      </w:r>
      <w:r>
        <w:rPr>
          <w:lang w:eastAsia="zh-CN"/>
        </w:rPr>
        <w:t>　　奖品负责：由__老师负责，负责奖状打印和奖品。</w:t>
      </w:r>
      <w:r>
        <w:rPr>
          <w:lang w:eastAsia="zh-CN"/>
        </w:rPr>
        <w:br/>
      </w:r>
      <w:r>
        <w:rPr>
          <w:lang w:eastAsia="zh-CN"/>
        </w:rPr>
        <w:t>　　报名方式：全校1-6年级每班选派3男2女进行，各班请于5月1日前将本班参赛选手的报名单，在ftp-jdc-中国象棋-20__第六届校园象棋赛-男子组报名文件夹下，男子组报名单;女子组报名文件夹下，女子组组报名单中分别填写完成。(注意是填写，不是另附文件)</w:t>
      </w:r>
      <w:r>
        <w:rPr>
          <w:lang w:eastAsia="zh-CN"/>
        </w:rPr>
        <w:br/>
      </w:r>
      <w:r>
        <w:rPr>
          <w:lang w:eastAsia="zh-CN"/>
        </w:rPr>
        <w:t>　　比赛说明：</w:t>
      </w:r>
      <w:r>
        <w:rPr>
          <w:lang w:eastAsia="zh-CN"/>
        </w:rPr>
        <w:br/>
      </w:r>
      <w:r>
        <w:rPr>
          <w:lang w:eastAsia="zh-CN"/>
        </w:rPr>
        <w:t>　　1、本次比赛采用全校学生一起混合比赛，不在按以前的年级段方式进行，也就是说1年级可能遇到6年级选手，全校就分男子组和女子组2组，其目的就是为了打破以前比赛中各个年级个别同学称雄的局面，同时通过比赛，实行强强对决，决出最终排名。</w:t>
      </w:r>
      <w:r>
        <w:rPr>
          <w:lang w:eastAsia="zh-CN"/>
        </w:rPr>
        <w:br/>
      </w:r>
      <w:r>
        <w:rPr>
          <w:lang w:eastAsia="zh-CN"/>
        </w:rPr>
        <w:t>　　2、全校评选男子组前8名，女子组前6名为获奖选手，同时评选出8男8女为优秀选手(这里低段班级优先考虑)。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6"/>
          <w:cols w:space="425"/>
          <w:titlePg w:val="0"/>
          <w:docGrid w:type="lines" w:linePitch="312"/>
        </w:sectPr>
      </w:pPr>
      <w:r>
        <w:rPr>
          <w:lang w:eastAsia="zh-CN"/>
        </w:rPr>
        <w:t>　　3、由于本次比赛是我们学校第一次采用正规比赛的方法，存在着学生找比赛座位(特别是低年级选手)，请各位班主任老师负责带领本班选手找到比赛位置(如果不熟悉，可以找裁判帮忙)，同时告诉学生，单号先手，比如说本轮比赛是37号，就表示37÷2+1=19桌，红方，先走。如果是偶数，如6号，6÷2=3，表示3号桌，黑方，后走。</w:t>
      </w:r>
      <w:r>
        <w:rPr>
          <w:lang w:eastAsia="zh-CN"/>
        </w:rPr>
        <w:br/>
      </w:r>
      <w:r>
        <w:rPr>
          <w:lang w:eastAsia="zh-CN"/>
        </w:rPr>
        <w:t>　　4、参赛选手自备象棋。这点请班主任老师告诉好选手，以往比赛有很多选手没有准备好象棋，导致比赛延迟。特别是高段学生。</w:t>
      </w:r>
      <w:r>
        <w:rPr>
          <w:lang w:eastAsia="zh-CN"/>
        </w:rPr>
        <w:br/>
      </w:r>
      <w:r>
        <w:rPr>
          <w:lang w:eastAsia="zh-CN"/>
        </w:rPr>
        <w:t>　　5、本次比赛一年级也比中国象棋，不是以往的排棋子，请一年级老师注意。</w:t>
      </w:r>
      <w:r>
        <w:rPr>
          <w:lang w:eastAsia="zh-CN"/>
        </w:rPr>
        <w:br/>
      </w:r>
      <w:r>
        <w:rPr>
          <w:lang w:eastAsia="zh-CN"/>
        </w:rPr>
        <w:t xml:space="preserve">    2024组织象棋比赛策划书 篇15 </w:t>
      </w:r>
      <w:r>
        <w:rPr>
          <w:lang w:eastAsia="zh-CN"/>
        </w:rPr>
        <w:br/>
      </w:r>
      <w:r>
        <w:rPr>
          <w:lang w:eastAsia="zh-CN"/>
        </w:rPr>
        <w:t>　　一、活动名称：</w:t>
      </w:r>
      <w:r>
        <w:rPr>
          <w:lang w:eastAsia="zh-CN"/>
        </w:rPr>
        <w:br/>
      </w:r>
      <w:r>
        <w:rPr>
          <w:lang w:eastAsia="zh-CN"/>
        </w:rPr>
        <w:t>　　象棋比赛</w:t>
      </w:r>
      <w:r>
        <w:rPr>
          <w:lang w:eastAsia="zh-CN"/>
        </w:rPr>
        <w:br/>
      </w:r>
      <w:r>
        <w:rPr>
          <w:lang w:eastAsia="zh-CN"/>
        </w:rPr>
        <w:t>　　二、活动背景：</w:t>
      </w:r>
      <w:r>
        <w:rPr>
          <w:lang w:eastAsia="zh-CN"/>
        </w:rPr>
        <w:br/>
      </w:r>
      <w:r>
        <w:rPr>
          <w:lang w:eastAsia="zh-CN"/>
        </w:rPr>
        <w:t>　　中国象棋是中国一种流传十分广泛的活动。下棋双方根据自己对棋局形式的理解和对棋艺规律的掌握，调动车马，组织兵力，协调作战在棋盘－－这块特定的战场上进行着象征性的'军事战斗。中国象棋在中国有着众多的爱好者,更是深受学生们喜爱的智力类体育项目。象棋智慧是的体操，至今仍为多数现代人所喜爱，被人们誉为“国粹”通过此次活动，让更多的同学能展示自己的智慧，丰富大家的课余生活，提高同学们的竞争意识，促进同学们之间的交流。在对决中证实自己的沉稳和睿智同时也让更多的人领“国粹”精神的风采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7"/>
          <w:cols w:space="425"/>
          <w:titlePg w:val="0"/>
          <w:docGrid w:type="lines" w:linePitch="312"/>
        </w:sectPr>
      </w:pPr>
      <w:r>
        <w:rPr>
          <w:lang w:eastAsia="zh-CN"/>
        </w:rPr>
        <w:t>　　三、活动目的：</w:t>
      </w:r>
      <w:r>
        <w:rPr>
          <w:lang w:eastAsia="zh-CN"/>
        </w:rPr>
        <w:br/>
      </w:r>
      <w:r>
        <w:rPr>
          <w:lang w:eastAsia="zh-CN"/>
        </w:rPr>
        <w:t>　　1、以棋会友，加强校内棋友们的联系；</w:t>
      </w:r>
      <w:r>
        <w:rPr>
          <w:lang w:eastAsia="zh-CN"/>
        </w:rPr>
        <w:br/>
      </w:r>
      <w:r>
        <w:rPr>
          <w:lang w:eastAsia="zh-CN"/>
        </w:rPr>
        <w:t>　　2、切磋棋艺，提高校内棋友们的水平；</w:t>
      </w:r>
      <w:r>
        <w:rPr>
          <w:lang w:eastAsia="zh-CN"/>
        </w:rPr>
        <w:br/>
      </w:r>
      <w:r>
        <w:rPr>
          <w:lang w:eastAsia="zh-CN"/>
        </w:rPr>
        <w:t>　　3、丰富生活，增添校内棋友们的乐趣；</w:t>
      </w:r>
      <w:r>
        <w:rPr>
          <w:lang w:eastAsia="zh-CN"/>
        </w:rPr>
        <w:br/>
      </w:r>
      <w:r>
        <w:rPr>
          <w:lang w:eastAsia="zh-CN"/>
        </w:rPr>
        <w:t>　　4、提倡良好的棋德棋风，发扬高尚的竞技精神。</w:t>
      </w:r>
      <w:r>
        <w:rPr>
          <w:lang w:eastAsia="zh-CN"/>
        </w:rPr>
        <w:br/>
      </w:r>
      <w:r>
        <w:rPr>
          <w:lang w:eastAsia="zh-CN"/>
        </w:rPr>
        <w:t>　　四、活动主题：</w:t>
      </w:r>
      <w:r>
        <w:rPr>
          <w:lang w:eastAsia="zh-CN"/>
        </w:rPr>
        <w:br/>
      </w:r>
      <w:r>
        <w:rPr>
          <w:lang w:eastAsia="zh-CN"/>
        </w:rPr>
        <w:t>　　以棋会友修身养性</w:t>
      </w:r>
      <w:r>
        <w:rPr>
          <w:lang w:eastAsia="zh-CN"/>
        </w:rPr>
        <w:br/>
      </w:r>
      <w:r>
        <w:rPr>
          <w:lang w:eastAsia="zh-CN"/>
        </w:rPr>
        <w:t>　　五、活动时间、地点</w:t>
      </w:r>
      <w:r>
        <w:rPr>
          <w:lang w:eastAsia="zh-CN"/>
        </w:rPr>
        <w:br/>
      </w:r>
      <w:r>
        <w:rPr>
          <w:lang w:eastAsia="zh-CN"/>
        </w:rPr>
        <w:t>　　1、报名时间：20__年11月11日—11月14日</w:t>
      </w:r>
      <w:r>
        <w:rPr>
          <w:lang w:eastAsia="zh-CN"/>
        </w:rPr>
        <w:br/>
      </w:r>
      <w:r>
        <w:rPr>
          <w:lang w:eastAsia="zh-CN"/>
        </w:rPr>
        <w:t>　　2、准备时间：20__年11月8日—11月9日</w:t>
      </w:r>
      <w:r>
        <w:rPr>
          <w:lang w:eastAsia="zh-CN"/>
        </w:rPr>
        <w:br/>
      </w:r>
      <w:r>
        <w:rPr>
          <w:lang w:eastAsia="zh-CN"/>
        </w:rPr>
        <w:t>　　（10日之前做好一切宣传工作，到有关部门批点，到社团部盖章，14日前制作好计分牌，赛程安排表，购买有关用具，15日布置好比赛场地）</w:t>
      </w:r>
      <w:r>
        <w:rPr>
          <w:lang w:eastAsia="zh-CN"/>
        </w:rPr>
        <w:br/>
      </w:r>
      <w:r>
        <w:rPr>
          <w:lang w:eastAsia="zh-CN"/>
        </w:rPr>
        <w:t>　　3、比赛时间：20__年11月16日</w:t>
      </w:r>
      <w:r>
        <w:rPr>
          <w:lang w:eastAsia="zh-CN"/>
        </w:rPr>
        <w:br/>
      </w:r>
      <w:r>
        <w:rPr>
          <w:lang w:eastAsia="zh-CN"/>
        </w:rPr>
        <w:t>　　六、活动参与人员：</w:t>
      </w:r>
      <w:r>
        <w:rPr>
          <w:lang w:eastAsia="zh-CN"/>
        </w:rPr>
        <w:br/>
      </w:r>
      <w:r>
        <w:rPr>
          <w:lang w:eastAsia="zh-CN"/>
        </w:rPr>
        <w:t>　　1、活动对象：安庆职业技术学院全体中国象棋爱好者</w:t>
      </w:r>
      <w:r>
        <w:rPr>
          <w:lang w:eastAsia="zh-CN"/>
        </w:rPr>
        <w:br/>
      </w:r>
      <w:r>
        <w:rPr>
          <w:lang w:eastAsia="zh-CN"/>
        </w:rPr>
        <w:t>　　2、工作人员：棋类爱好者协会所有人员</w:t>
      </w:r>
      <w:r>
        <w:rPr>
          <w:lang w:eastAsia="zh-CN"/>
        </w:rPr>
        <w:br/>
      </w:r>
      <w:r>
        <w:rPr>
          <w:lang w:eastAsia="zh-CN"/>
        </w:rPr>
        <w:t>　　七、活动流程：</w:t>
      </w:r>
      <w:r>
        <w:rPr>
          <w:lang w:eastAsia="zh-CN"/>
        </w:rPr>
        <w:br/>
      </w:r>
      <w:r>
        <w:rPr>
          <w:lang w:eastAsia="zh-CN"/>
        </w:rPr>
        <w:t>　　1、前期准备</w:t>
      </w:r>
      <w:r>
        <w:rPr>
          <w:lang w:eastAsia="zh-CN"/>
        </w:rPr>
        <w:br/>
      </w:r>
      <w:r>
        <w:rPr>
          <w:lang w:eastAsia="zh-CN"/>
        </w:rPr>
        <w:t>　　A、以“纹屏论道，乐在棋中；不战为战，不争之争”为主题制作宣传板画（一块）放置地点：图文信息楼门前。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8"/>
          <w:cols w:space="425"/>
          <w:titlePg w:val="0"/>
          <w:docGrid w:type="lines" w:linePitch="312"/>
        </w:sectPr>
      </w:pPr>
      <w:r>
        <w:rPr>
          <w:lang w:eastAsia="zh-CN"/>
        </w:rPr>
        <w:t>　　B、报名工作人员准备桌椅（桌子两张，椅子自带），宣传横幅若干悬挂校内。</w:t>
      </w:r>
      <w:r>
        <w:rPr>
          <w:lang w:eastAsia="zh-CN"/>
        </w:rPr>
        <w:br/>
      </w:r>
      <w:r>
        <w:rPr>
          <w:lang w:eastAsia="zh-CN"/>
        </w:rPr>
        <w:t>　　c、比赛器材、用品：象棋（协会原存有若干），抽签用具(工作人员自备)，报名表，黑色签字笔（工作人员自备），比赛奖品，饮用矿泉水。</w:t>
      </w:r>
      <w:r>
        <w:rPr>
          <w:lang w:eastAsia="zh-CN"/>
        </w:rPr>
        <w:br/>
      </w:r>
      <w:r>
        <w:rPr>
          <w:lang w:eastAsia="zh-CN"/>
        </w:rPr>
        <w:t>　　2、工作人员注意事项：</w:t>
      </w:r>
      <w:r>
        <w:rPr>
          <w:lang w:eastAsia="zh-CN"/>
        </w:rPr>
        <w:br/>
      </w:r>
      <w:r>
        <w:rPr>
          <w:lang w:eastAsia="zh-CN"/>
        </w:rPr>
        <w:t>　　比赛期间工作人员在场外用黑板写上比赛名称、比赛时间安排，和比赛规则.每间赛场盘棋，每小组桌角上贴小组号码起引导作用。设裁判至少6人，每个赛场配两名裁判员，监督比赛，维持场内秩序，记录比赛结果。在比赛出现</w:t>
      </w:r>
      <w:r>
        <w:rPr>
          <w:lang w:eastAsia="zh-CN"/>
        </w:rPr>
        <w:br/>
      </w:r>
      <w:r>
        <w:rPr>
          <w:lang w:eastAsia="zh-CN"/>
        </w:rPr>
        <w:t xml:space="preserve">    2024组织象棋比赛策划书 篇16 </w:t>
      </w:r>
      <w:r>
        <w:rPr>
          <w:lang w:eastAsia="zh-CN"/>
        </w:rPr>
        <w:br/>
      </w:r>
      <w:r>
        <w:rPr>
          <w:lang w:eastAsia="zh-CN"/>
        </w:rPr>
        <w:t>　　活动目的：棋文化是中华民族文化的结晶，至今仍放射出熠熠奇光，象棋、——智慧的体操，至今仍为现代人所喜爱,被人们誉之为“国粹”。通过这次活动，让更多同学们能展示自己的智慧，在对决中证实自己的沉稳和睿智；同时也让更多的人领略“国粹”精深的风采。</w:t>
      </w:r>
      <w:r>
        <w:rPr>
          <w:lang w:eastAsia="zh-CN"/>
        </w:rPr>
        <w:br/>
      </w:r>
      <w:r>
        <w:rPr>
          <w:lang w:eastAsia="zh-CN"/>
        </w:rPr>
        <w:t>　　活动宗旨：以棋会友，加强校内棋友们的联系；</w:t>
      </w:r>
      <w:r>
        <w:rPr>
          <w:lang w:eastAsia="zh-CN"/>
        </w:rPr>
        <w:br/>
      </w:r>
      <w:r>
        <w:rPr>
          <w:lang w:eastAsia="zh-CN"/>
        </w:rPr>
        <w:t>　　切磋棋艺，提高校内棋友们的水平；</w:t>
      </w:r>
      <w:r>
        <w:rPr>
          <w:lang w:eastAsia="zh-CN"/>
        </w:rPr>
        <w:br/>
      </w:r>
      <w:r>
        <w:rPr>
          <w:lang w:eastAsia="zh-CN"/>
        </w:rPr>
        <w:t>　　丰富生活，增添校内棋友们的乐趣；</w:t>
      </w:r>
      <w:r>
        <w:rPr>
          <w:lang w:eastAsia="zh-CN"/>
        </w:rPr>
        <w:br/>
      </w:r>
      <w:r>
        <w:rPr>
          <w:lang w:eastAsia="zh-CN"/>
        </w:rPr>
        <w:t>　　提倡良好的棋德棋风，发扬高尚的竞技精神。</w:t>
      </w:r>
      <w:r>
        <w:rPr>
          <w:lang w:eastAsia="zh-CN"/>
        </w:rPr>
        <w:br/>
      </w:r>
      <w:r>
        <w:rPr>
          <w:lang w:eastAsia="zh-CN"/>
        </w:rPr>
        <w:t>　　活动主题：纹屏论道，乐在其中；横车纵马，胜负你操</w:t>
      </w:r>
      <w:r>
        <w:rPr>
          <w:lang w:eastAsia="zh-CN"/>
        </w:rPr>
        <w:br/>
      </w:r>
      <w:r>
        <w:rPr>
          <w:lang w:eastAsia="zh-CN"/>
        </w:rPr>
        <w:t>　　活动时间：20__年11月15日—11月20日</w:t>
      </w:r>
      <w:r>
        <w:rPr>
          <w:lang w:eastAsia="zh-CN"/>
        </w:rPr>
        <w:br/>
      </w:r>
      <w:r>
        <w:rPr>
          <w:lang w:eastAsia="zh-CN"/>
        </w:rPr>
        <w:t>　　活动对象：建筑工程学院全院学生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</w:pPr>
      <w:r>
        <w:rPr>
          <w:lang w:eastAsia="zh-CN"/>
        </w:rPr>
        <w:t>　　活动步骤：</w:t>
      </w:r>
      <w:r>
        <w:rPr>
          <w:lang w:eastAsia="zh-CN"/>
        </w:rPr>
        <w:br/>
      </w:r>
      <w:r>
        <w:rPr>
          <w:lang w:eastAsia="zh-CN"/>
        </w:rPr>
        <w:t>　　1. 报名:报名专点设在光华楼大厅及海报上写明的.报名开始时间和地点,以及报名的截止时间。</w:t>
      </w:r>
      <w:r>
        <w:rPr>
          <w:lang w:eastAsia="zh-CN"/>
        </w:rPr>
        <w:br/>
      </w:r>
      <w:r>
        <w:rPr>
          <w:lang w:eastAsia="zh-CN"/>
        </w:rPr>
        <w:t>　　2.人数： __人</w:t>
      </w:r>
      <w:r>
        <w:rPr>
          <w:lang w:eastAsia="zh-CN"/>
        </w:rPr>
        <w:br/>
      </w:r>
      <w:r>
        <w:rPr>
          <w:lang w:eastAsia="zh-CN"/>
        </w:rPr>
        <w:t>　　3. 赛程安排： 选手进场后进行抽签分组，小组内人数根据报名人数决定. 根据抽到的小组序号和个人编号入座，进行小组大循环，即每人与组内其他选手对弈。 每组取第一名 ，进入总决赛。再分别取冠亚季军。</w:t>
      </w:r>
      <w:r>
        <w:rPr>
          <w:lang w:eastAsia="zh-CN"/>
        </w:rPr>
        <w:br/>
      </w:r>
      <w:r>
        <w:rPr>
          <w:lang w:eastAsia="zh-CN"/>
        </w:rPr>
        <w:t>　　4.比赛期间场外用黑板写上比赛名称、比赛时间安排，和比赛规则. 每间赛场盘棋，每小组桌角上贴小组号码起引导作用。</w:t>
      </w:r>
      <w:r>
        <w:rPr>
          <w:lang w:eastAsia="zh-CN"/>
        </w:rPr>
        <w:br/>
      </w:r>
      <w:r>
        <w:rPr>
          <w:lang w:eastAsia="zh-CN"/>
        </w:rPr>
        <w:t>　　5.每局比赛由开局方执红先行，从双方同意比赛开始计时开始。</w:t>
      </w:r>
      <w:r>
        <w:rPr>
          <w:lang w:eastAsia="zh-CN"/>
        </w:rPr>
        <w:br/>
      </w:r>
      <w:r>
        <w:rPr>
          <w:lang w:eastAsia="zh-CN"/>
        </w:rPr>
        <w:t>　　6.设裁判席每六盘棋配一名裁判员，监督比赛，维持场内秩序，记录比赛结果。在比赛出现专业问题时尽快联系裁判长。每赛场安排三人维持秩序、帮助选手进场后找到座位，检查证件、应付突发事件。后勤备用人员五人。</w:t>
      </w:r>
      <w:r>
        <w:rPr>
          <w:lang w:eastAsia="zh-CN"/>
        </w:rPr>
        <w:br/>
      </w:r>
      <w:r>
        <w:rPr>
          <w:lang w:eastAsia="zh-CN"/>
        </w:rPr>
        <w:t>　　7、选手需携带学生证提前15分钟到场，经工作人员确认后方可入场，迟到15分钟本轮判负。赛后举手示意裁判，双方签字确认比赛结果，将棋盘复原后尽快离场，不要逗留。</w:t>
      </w:r>
      <w:r>
        <w:rPr>
          <w:lang w:eastAsia="zh-CN"/>
        </w:rPr>
        <w:br/>
      </w:r>
      <w:r>
        <w:rPr>
          <w:lang w:eastAsia="zh-CN"/>
        </w:rPr>
        <w:t>　　8. 获奖者颁发证书，奖金等</w:t>
      </w:r>
      <w:r>
        <w:rPr>
          <w:lang w:eastAsia="zh-CN"/>
        </w:rPr>
        <w:br/>
      </w:r>
      <w:r>
        <w:rPr>
          <w:lang w:eastAsia="zh-CN"/>
        </w:rPr>
        <w:t>　　比赛活动奖励：冠军，亚军，季军均颁发获奖证书。</w:t>
      </w:r>
      <w:r>
        <w:rPr>
          <w:lang w:eastAsia="zh-CN"/>
        </w:rPr>
        <w:br/>
      </w:r>
      <w:r>
        <w:rPr>
          <w:lang w:eastAsia="zh-CN"/>
        </w:rPr>
        <w:t>　　比赛器材、用品： 象棋20至30盒，报名表，笔，奖品，水，</w:t>
      </w:r>
      <w:r>
        <w:rPr>
          <w:lang w:eastAsia="zh-CN"/>
        </w:rPr>
        <w:br/>
      </w:r>
      <w:r>
        <w:rPr>
          <w:lang w:eastAsia="zh-CN"/>
        </w:rPr>
        <w:t>　　活动预算：象棋元，奖品200元，证书__元 。</w:t>
      </w:r>
      <w:r>
        <w:rPr>
          <w:lang w:eastAsia="zh-CN"/>
        </w:rPr>
        <w:br/>
      </w:r>
      <w:r>
        <w:rPr>
          <w:rFonts w:hint="eastAsia"/>
          <w:lang w:eastAsia="zh-CN"/>
        </w:rPr>
        <w:br/>
      </w:r>
      <w:r>
        <w:rPr>
          <w:rFonts w:hint="eastAsia"/>
          <w:lang w:eastAsia="zh-CN"/>
        </w:rP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https://d.book118.com/407001155133006036</w:t>
        </w:r>
      </w:hyperlink>
    </w:p>
    <w:p w:rsidR="001B1F19">
      <w:pPr>
        <w:rPr>
          <w:rFonts w:hint="eastAsia"/>
          <w:lang w:eastAsia="zh-CN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39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49D07D03"/>
    <w:multiLevelType w:val="multilevel"/>
    <w:tmpl w:val="3AE4B26C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20273113">
    <w:abstractNumId w:val="0"/>
  </w:num>
  <w:num w:numId="2" w16cid:durableId="14996911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22227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250009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484274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23348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F19"/>
    <w:rsid w:val="00012D24"/>
    <w:rsid w:val="000B76DB"/>
    <w:rsid w:val="001B1F19"/>
    <w:rsid w:val="002E2E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8D8A34"/>
  <w15:docId w15:val="{83B6B1C2-FF47-43CC-85A6-22B37870D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1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Cs w:val="2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">
    <w:name w:val="页眉 字符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a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0">
    <w:name w:val="页脚 字符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1">
    <w:name w:val="标题 1 字符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">
    <w:name w:val="标题 2 字符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">
    <w:name w:val="标题 3 字符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le">
    <w:name w:val="Title"/>
    <w:basedOn w:val="Normal"/>
    <w:next w:val="Normal"/>
    <w:link w:val="a1"/>
    <w:uiPriority w:val="10"/>
    <w:qFormat/>
    <w:rsid w:val="00FC693F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1">
    <w:name w:val="标题 字符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a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2">
    <w:name w:val="副标题 字符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a3"/>
    <w:uiPriority w:val="99"/>
    <w:unhideWhenUsed/>
    <w:rsid w:val="00AA1D8D"/>
    <w:pPr>
      <w:spacing w:after="120"/>
    </w:pPr>
  </w:style>
  <w:style w:type="character" w:customStyle="1" w:styleId="a3">
    <w:name w:val="正文文本 字符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20"/>
    <w:uiPriority w:val="99"/>
    <w:unhideWhenUsed/>
    <w:rsid w:val="00AA1D8D"/>
    <w:pPr>
      <w:spacing w:after="120" w:line="480" w:lineRule="auto"/>
    </w:pPr>
  </w:style>
  <w:style w:type="character" w:customStyle="1" w:styleId="20">
    <w:name w:val="正文文本 2 字符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3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0">
    <w:name w:val="正文文本 3 字符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a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4">
    <w:name w:val="宏文本 字符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a5"/>
    <w:uiPriority w:val="29"/>
    <w:qFormat/>
    <w:rsid w:val="00FC693F"/>
    <w:rPr>
      <w:i/>
      <w:iCs/>
      <w:color w:val="000000" w:themeColor="text1"/>
    </w:rPr>
  </w:style>
  <w:style w:type="character" w:customStyle="1" w:styleId="a5">
    <w:name w:val="引用 字符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4">
    <w:name w:val="标题 4 字符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">
    <w:name w:val="标题 5 字符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">
    <w:name w:val="标题 6 字符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">
    <w:name w:val="标题 7 字符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">
    <w:name w:val="标题 8 字符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9">
    <w:name w:val="标题 9 字符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472C4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a6"/>
    <w:uiPriority w:val="30"/>
    <w:qFormat/>
    <w:rsid w:val="00FC693F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6">
    <w:name w:val="明显引用 字符"/>
    <w:basedOn w:val="DefaultParagraphFont"/>
    <w:link w:val="IntenseQuote"/>
    <w:uiPriority w:val="30"/>
    <w:rsid w:val="00FC693F"/>
    <w:rPr>
      <w:b/>
      <w:bCs/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07001155133006036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49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Leslie Kang</cp:lastModifiedBy>
  <cp:revision>5</cp:revision>
  <dcterms:created xsi:type="dcterms:W3CDTF">2024-01-11T00:28:00Z</dcterms:created>
  <dcterms:modified xsi:type="dcterms:W3CDTF">2024-01-11T07:22:00Z</dcterms:modified>
</cp:coreProperties>
</file>