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年度工作总结与计划（通用15篇）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年度工作总结与计划 1</w:t>
      </w:r>
      <w:r>
        <w:rPr>
          <w:lang w:eastAsia="zh-CN"/>
        </w:rPr>
        <w:br/>
      </w:r>
      <w:r>
        <w:rPr>
          <w:lang w:eastAsia="zh-CN"/>
        </w:rPr>
        <w:t>　　20xx年的工作即将结束，自我担任项目技术负责人以来，由于专业技能不足以及管理的欠缺，对工作一直不敢怠慢，坚持小心谨慎、脚踏实地、认真务实、高效求新的工作态度。根据自身工作的实际情况，我对自己的工作做出了分析评定，以便自己在今后的工作中扬长避短，为今后不断改进工作，提高工作效率提供依据。</w:t>
      </w:r>
      <w:r>
        <w:rPr>
          <w:lang w:eastAsia="zh-CN"/>
        </w:rPr>
        <w:br/>
      </w:r>
      <w:r>
        <w:rPr>
          <w:lang w:eastAsia="zh-CN"/>
        </w:rPr>
        <w:t>　　一、20xx年所完成工作</w:t>
      </w:r>
      <w:r>
        <w:rPr>
          <w:lang w:eastAsia="zh-CN"/>
        </w:rPr>
        <w:br/>
      </w:r>
      <w:r>
        <w:rPr>
          <w:lang w:eastAsia="zh-CN"/>
        </w:rPr>
        <w:t>　　杭州天溪湖酒店工程是从20xx年开工，至今已有三整年。但工程的实际产值很少，进度很慢。</w:t>
      </w:r>
      <w:r>
        <w:rPr>
          <w:lang w:eastAsia="zh-CN"/>
        </w:rPr>
        <w:br/>
      </w:r>
      <w:r>
        <w:rPr>
          <w:lang w:eastAsia="zh-CN"/>
        </w:rPr>
        <w:t>　　主要原因是：</w:t>
      </w:r>
      <w:r>
        <w:rPr>
          <w:lang w:eastAsia="zh-CN"/>
        </w:rPr>
        <w:br/>
      </w:r>
      <w:r>
        <w:rPr>
          <w:lang w:eastAsia="zh-CN"/>
        </w:rPr>
        <w:t>　　一是山体建筑的特殊性。</w:t>
      </w:r>
      <w:r>
        <w:rPr>
          <w:lang w:eastAsia="zh-CN"/>
        </w:rPr>
        <w:br/>
      </w:r>
      <w:r>
        <w:rPr>
          <w:lang w:eastAsia="zh-CN"/>
        </w:rPr>
        <w:t>　　二是业主对此项目改动随意性大，没有很好的规划。</w:t>
      </w:r>
      <w:r>
        <w:rPr>
          <w:lang w:eastAsia="zh-CN"/>
        </w:rPr>
        <w:br/>
      </w:r>
      <w:r>
        <w:rPr>
          <w:lang w:eastAsia="zh-CN"/>
        </w:rPr>
        <w:t>　　三是设计单位出图很慢。</w:t>
      </w:r>
      <w:r>
        <w:rPr>
          <w:lang w:eastAsia="zh-CN"/>
        </w:rPr>
        <w:br/>
      </w:r>
      <w:r>
        <w:rPr>
          <w:lang w:eastAsia="zh-CN"/>
        </w:rPr>
        <w:t>　　四是项目部内部管理(特别是土方班组的管理)较松散，没有形成企业的凝聚力。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我是20xx年3月开始到杭州天溪湖酒店工程项目部工作的，今年公司把项目部大部分管理人员都换了，给我们刚接手的工作带来了不小的麻烦和工作上的被动。但即使这样，我在短短的十个月当中我做了以下一些工作：</w:t>
      </w:r>
      <w:r>
        <w:rPr>
          <w:lang w:eastAsia="zh-CN"/>
        </w:rPr>
        <w:br/>
      </w:r>
      <w:r>
        <w:rPr>
          <w:lang w:eastAsia="zh-CN"/>
        </w:rPr>
        <w:t>　　1、组织参加阅图及图纸会审工作</w:t>
      </w:r>
      <w:r>
        <w:rPr>
          <w:lang w:eastAsia="zh-CN"/>
        </w:rPr>
        <w:br/>
      </w:r>
      <w:r>
        <w:rPr>
          <w:lang w:eastAsia="zh-CN"/>
        </w:rPr>
        <w:t>　　组织项目施工人员及劳务班组细读图纸，及时的发现图纸中的疑问。并参加了该工程的二次图纸会审工作，将会审内容进行整理、签字，并及时对项目部各部门及施工班组进行了图纸会审的交底工作。</w:t>
      </w:r>
      <w:r>
        <w:rPr>
          <w:lang w:eastAsia="zh-CN"/>
        </w:rPr>
        <w:br/>
      </w:r>
      <w:r>
        <w:rPr>
          <w:lang w:eastAsia="zh-CN"/>
        </w:rPr>
        <w:t>　　2、编制并完善了各种专项施工方案</w:t>
      </w:r>
      <w:r>
        <w:rPr>
          <w:lang w:eastAsia="zh-CN"/>
        </w:rPr>
        <w:br/>
      </w:r>
      <w:r>
        <w:rPr>
          <w:lang w:eastAsia="zh-CN"/>
        </w:rPr>
        <w:t>　　由于山体项目的特殊性，图纸的变更，出图零散、滞后给图纸会审和方案编制及施工组织设计的编制等工作及现场施工造成很多困难，根据实际情况及时编制相应的技术、安全方案。并对相关人员技术、安全交底。</w:t>
      </w:r>
      <w:r>
        <w:rPr>
          <w:lang w:eastAsia="zh-CN"/>
        </w:rPr>
        <w:br/>
      </w:r>
      <w:r>
        <w:rPr>
          <w:lang w:eastAsia="zh-CN"/>
        </w:rPr>
        <w:t>　　3、及时做好技术洽商、变更与签证的整理</w:t>
      </w:r>
      <w:r>
        <w:rPr>
          <w:lang w:eastAsia="zh-CN"/>
        </w:rPr>
        <w:br/>
      </w:r>
      <w:r>
        <w:rPr>
          <w:lang w:eastAsia="zh-CN"/>
        </w:rPr>
        <w:t>　　贯彻公司领导精神：在技术上找商务。我们在施工中由于施工图纸对于满足使用功能上的欠缺，施工过程中经常发生临时变更，经常是边施工边出图。对于能够在施工前签证的变更，都做到了及时准确，而部分不能在施工前签证的，在施工完成后，立即进行了签证，在施工中的各项资料与施工同步，及时填写收集。在项目部组织下，我和预算员也做了一份《关于杭州天溪湖酒店工程误工、停工费用补偿的》正在洽谈当中。去年遗留下来未办理的签证(从5#～15#，11份签证)，目前已经完善。今年从16#～25#签证也陆续办理当中。</w:t>
      </w:r>
      <w:r>
        <w:rPr>
          <w:lang w:eastAsia="zh-CN"/>
        </w:rPr>
        <w:br/>
      </w:r>
      <w:r>
        <w:rPr>
          <w:lang w:eastAsia="zh-CN"/>
        </w:rPr>
        <w:t>　　4、对各工艺进行了交底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按照公司对各分部工程制定的工艺工法，结合项目现场实际情况，及时对项目管理人员及劳务班组进行了相应的技术、安全交底。明确达到施工的标准，以便进行过程的质量检查与控制。</w:t>
      </w:r>
      <w:r>
        <w:rPr>
          <w:lang w:eastAsia="zh-CN"/>
        </w:rPr>
        <w:br/>
      </w:r>
      <w:r>
        <w:rPr>
          <w:lang w:eastAsia="zh-CN"/>
        </w:rPr>
        <w:t>　　5、及时进行各种计划的编制及控制</w:t>
      </w:r>
      <w:r>
        <w:rPr>
          <w:lang w:eastAsia="zh-CN"/>
        </w:rPr>
        <w:br/>
      </w:r>
      <w:r>
        <w:rPr>
          <w:lang w:eastAsia="zh-CN"/>
        </w:rPr>
        <w:t>　　结合现场的实际情况，编制了总、季、月、周进度计划，并下达至班组，每天进行督促检查完成情况，对未完的工作分析原因，采取有效的控制，以保证施工进度。由于山体建设变动很大，编制了计划很多不能完成和实现，所以编制施工计划是反反复复，工作量很大。</w:t>
      </w:r>
      <w:r>
        <w:rPr>
          <w:lang w:eastAsia="zh-CN"/>
        </w:rPr>
        <w:br/>
      </w:r>
      <w:r>
        <w:rPr>
          <w:lang w:eastAsia="zh-CN"/>
        </w:rPr>
        <w:t>　　6、质量过程管理</w:t>
      </w:r>
      <w:r>
        <w:rPr>
          <w:lang w:eastAsia="zh-CN"/>
        </w:rPr>
        <w:br/>
      </w:r>
      <w:r>
        <w:rPr>
          <w:lang w:eastAsia="zh-CN"/>
        </w:rPr>
        <w:t>　　从今年以来，工程质量都是放在第一位的。施工中配合监理工程师的监理和指导， 严格按规范要求施工，施工过程质量控制采用工序管理点控制办法。以工序质量保证分部、分项工程质量，认真执行“三检”制度。凡达不到工序质量标准的坚决返工，直到检验合格，才能转入下道工序。几个月当中对质量的.控制还有一些不尽人意的地方，有些项目管理人员和班组长的质量意识不强，造成局部返工的。针对这些建筑上容易出现的通病我们项目部也召开一系列专题会议，解决了一些质量控制的办法。</w:t>
      </w:r>
      <w:r>
        <w:rPr>
          <w:lang w:eastAsia="zh-CN"/>
        </w:rPr>
        <w:br/>
      </w:r>
      <w:r>
        <w:rPr>
          <w:lang w:eastAsia="zh-CN"/>
        </w:rPr>
        <w:t>　　二、20xx年工作计划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年的工作目标是——创建团结、协作、学习型的项目部。提高项目部的技术管理水平，让项目各管理人员都担负起质量、工期、安全把关的重任。借用公司领导姚总的一句话来作为下一年度的开始：“所谓的项目管理:安全、质量是建筑企业的灵魂，管理、技术才是建筑企业的根本。”</w:t>
      </w:r>
      <w:r>
        <w:rPr>
          <w:lang w:eastAsia="zh-CN"/>
        </w:rPr>
        <w:br/>
      </w:r>
      <w:r>
        <w:rPr>
          <w:lang w:eastAsia="zh-CN"/>
        </w:rPr>
        <w:t>　　1、定位</w:t>
      </w:r>
      <w:r>
        <w:rPr>
          <w:lang w:eastAsia="zh-CN"/>
        </w:rPr>
        <w:br/>
      </w:r>
      <w:r>
        <w:rPr>
          <w:lang w:eastAsia="zh-CN"/>
        </w:rPr>
        <w:t>　　只有充分认识到在项目中的作用，才能更好的进行管理。作为项目技术负责人，一名现场管理人员，首先要确定自己的位置，现场管理人员是公司利益的体现者，必须站在更高的位置进行项目管理。</w:t>
      </w:r>
      <w:r>
        <w:rPr>
          <w:lang w:eastAsia="zh-CN"/>
        </w:rPr>
        <w:br/>
      </w:r>
      <w:r>
        <w:rPr>
          <w:lang w:eastAsia="zh-CN"/>
        </w:rPr>
        <w:t>　　2、自身的学习</w:t>
      </w:r>
      <w:r>
        <w:rPr>
          <w:lang w:eastAsia="zh-CN"/>
        </w:rPr>
        <w:br/>
      </w:r>
      <w:r>
        <w:rPr>
          <w:lang w:eastAsia="zh-CN"/>
        </w:rPr>
        <w:t>　　在新的一年中，首先加强知识学习，继续提高管理水平。我相信只要努力，就会有结果。另一方面，积极学习他人的先进之处，作到扬长避短，进一步提高思想认识，开拓视野。</w:t>
      </w:r>
      <w:r>
        <w:rPr>
          <w:lang w:eastAsia="zh-CN"/>
        </w:rPr>
        <w:br/>
      </w:r>
      <w:r>
        <w:rPr>
          <w:lang w:eastAsia="zh-CN"/>
        </w:rPr>
        <w:t>　　3、加强团队的学习</w:t>
      </w:r>
      <w:r>
        <w:rPr>
          <w:lang w:eastAsia="zh-CN"/>
        </w:rPr>
        <w:br/>
      </w:r>
      <w:r>
        <w:rPr>
          <w:lang w:eastAsia="zh-CN"/>
        </w:rPr>
        <w:t>　　作为项目技术负责人，我一定要起好倡导的作用，组织项目管理人员加强技术知识的学习。</w:t>
      </w:r>
      <w:r>
        <w:rPr>
          <w:lang w:eastAsia="zh-CN"/>
        </w:rPr>
        <w:br/>
      </w:r>
      <w:r>
        <w:rPr>
          <w:lang w:eastAsia="zh-CN"/>
        </w:rPr>
        <w:t>　　以上是我20xx年的工作总结，以及20xx年的工作计划。作为项目技术负责人在今后的工作中将以百倍的热情迎接新的挑战，并对自己加深思想意识，提升自己的工作能力，加强工作的责任心，继续完善自己的技术、管理理论体系，强化技术管理能力。在在20xx年里我有信心，有能力将项目部建设成为一个技术过硬能打胜仗的团队。　　年度工作总结与计划 2</w:t>
      </w:r>
      <w:r>
        <w:rPr>
          <w:lang w:eastAsia="zh-CN"/>
        </w:rPr>
        <w:br/>
      </w:r>
      <w:r>
        <w:rPr>
          <w:lang w:eastAsia="zh-CN"/>
        </w:rPr>
        <w:t>　　紧张忙碌的20xx年即将结束，借此机会向各位领导及同仁汇报一下工程部20xx年的工作思路，请给与帮助指导。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20xx年的工作让我们认识到工作的不足已经过去， 20xx年工程部面临的任务更加艰巨：五一农场工程工期紧张，一期装修、二期基础主体工程同时开工，管理控制难度加大；伊犁报业大厦工程开工面积大，质量管理和进度管理任务都很重。面临的问题要求我们早谋划、严要求；坚决执行、及时总结 极力推进工程管理的工作进展。</w:t>
      </w:r>
      <w:r>
        <w:rPr>
          <w:lang w:eastAsia="zh-CN"/>
        </w:rPr>
        <w:br/>
      </w:r>
      <w:r>
        <w:rPr>
          <w:lang w:eastAsia="zh-CN"/>
        </w:rPr>
        <w:t>　　一、主要工作思路</w:t>
      </w:r>
      <w:r>
        <w:rPr>
          <w:lang w:eastAsia="zh-CN"/>
        </w:rPr>
        <w:br/>
      </w:r>
      <w:r>
        <w:rPr>
          <w:lang w:eastAsia="zh-CN"/>
        </w:rPr>
        <w:t>　　在20xx年的工作中工程部将以分公司经营管理目标为导向，以项目管理为重点，以加强工程部职能建设为保障，确保工程质量、安全管理目标的实现。</w:t>
      </w:r>
      <w:r>
        <w:rPr>
          <w:lang w:eastAsia="zh-CN"/>
        </w:rPr>
        <w:br/>
      </w:r>
      <w:r>
        <w:rPr>
          <w:lang w:eastAsia="zh-CN"/>
        </w:rPr>
        <w:t>　　二、主要经营管理指标</w:t>
      </w:r>
      <w:r>
        <w:rPr>
          <w:lang w:eastAsia="zh-CN"/>
        </w:rPr>
        <w:br/>
      </w:r>
      <w:r>
        <w:rPr>
          <w:lang w:eastAsia="zh-CN"/>
        </w:rPr>
        <w:t>　　（一）经营指标</w:t>
      </w:r>
      <w:r>
        <w:rPr>
          <w:lang w:eastAsia="zh-CN"/>
        </w:rPr>
        <w:br/>
      </w:r>
      <w:r>
        <w:rPr>
          <w:lang w:eastAsia="zh-CN"/>
        </w:rPr>
        <w:t>　　确保工程建设按照既定目标有序向前推进，不出现因工程质量、安全原因影响公司指标实现的事件。</w:t>
      </w:r>
      <w:r>
        <w:rPr>
          <w:lang w:eastAsia="zh-CN"/>
        </w:rPr>
        <w:br/>
      </w:r>
      <w:r>
        <w:rPr>
          <w:lang w:eastAsia="zh-CN"/>
        </w:rPr>
        <w:t>　　（二）管理指标</w:t>
      </w:r>
      <w:r>
        <w:rPr>
          <w:lang w:eastAsia="zh-CN"/>
        </w:rPr>
        <w:br/>
      </w:r>
      <w:r>
        <w:rPr>
          <w:lang w:eastAsia="zh-CN"/>
        </w:rPr>
        <w:t>　　1、工程质量合格率100%，质量通病控制目标不超过公司要求；</w:t>
      </w:r>
      <w:r>
        <w:rPr>
          <w:lang w:eastAsia="zh-CN"/>
        </w:rPr>
        <w:br/>
      </w:r>
      <w:r>
        <w:rPr>
          <w:lang w:eastAsia="zh-CN"/>
        </w:rPr>
        <w:t>　　2、进度控制目标，关键节点按时完成率90%以上（因下半年资金短缺给进度推进带来一定的影响）；</w:t>
      </w:r>
      <w:r>
        <w:rPr>
          <w:lang w:eastAsia="zh-CN"/>
        </w:rPr>
        <w:br/>
      </w:r>
      <w:r>
        <w:rPr>
          <w:lang w:eastAsia="zh-CN"/>
        </w:rPr>
        <w:t>　　3、安全文明施工目标，现场未出现任何安全事故；</w:t>
      </w:r>
      <w:r>
        <w:rPr>
          <w:lang w:eastAsia="zh-CN"/>
        </w:rPr>
        <w:br/>
      </w:r>
      <w:r>
        <w:rPr>
          <w:lang w:eastAsia="zh-CN"/>
        </w:rPr>
        <w:t>　　4、成本管理，过程控制执行公司制度100%，执行及时率95%以上；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5、员工培训目标，工程部所有员工参加集团、项目部组织视频会、现场会；</w:t>
      </w:r>
      <w:r>
        <w:rPr>
          <w:lang w:eastAsia="zh-CN"/>
        </w:rPr>
        <w:br/>
      </w:r>
      <w:r>
        <w:rPr>
          <w:lang w:eastAsia="zh-CN"/>
        </w:rPr>
        <w:t>　　6、工程部联合检查不少于1次/项目/月、过程检查不少于4次/项目/月；</w:t>
      </w:r>
      <w:r>
        <w:rPr>
          <w:lang w:eastAsia="zh-CN"/>
        </w:rPr>
        <w:br/>
      </w:r>
      <w:r>
        <w:rPr>
          <w:lang w:eastAsia="zh-CN"/>
        </w:rPr>
        <w:t>　　三、确保年度目标实现的措施</w:t>
      </w:r>
      <w:r>
        <w:rPr>
          <w:lang w:eastAsia="zh-CN"/>
        </w:rPr>
        <w:br/>
      </w:r>
      <w:r>
        <w:rPr>
          <w:lang w:eastAsia="zh-CN"/>
        </w:rPr>
        <w:t>　　（一）以项目管理为重点，全面做好各项控制</w:t>
      </w:r>
      <w:r>
        <w:rPr>
          <w:lang w:eastAsia="zh-CN"/>
        </w:rPr>
        <w:br/>
      </w:r>
      <w:r>
        <w:rPr>
          <w:lang w:eastAsia="zh-CN"/>
        </w:rPr>
        <w:t>　　1、加强质量控制；</w:t>
      </w:r>
      <w:r>
        <w:rPr>
          <w:lang w:eastAsia="zh-CN"/>
        </w:rPr>
        <w:br/>
      </w:r>
      <w:r>
        <w:rPr>
          <w:lang w:eastAsia="zh-CN"/>
        </w:rPr>
        <w:t>　　质量控制是公司工程管理的'重点，特别是质量通病防治要严格控制。20xx年的工作中工程部将以此为重点，做好以下工作：</w:t>
      </w:r>
      <w:r>
        <w:rPr>
          <w:lang w:eastAsia="zh-CN"/>
        </w:rPr>
        <w:br/>
      </w:r>
      <w:r>
        <w:rPr>
          <w:lang w:eastAsia="zh-CN"/>
        </w:rPr>
        <w:t>　　第一、工程部及项目管理人员参与设计任务书的编制及评审，通过设计任务书统一工程做法，并针对以前工程存在的不足，提出合理化建议；</w:t>
      </w:r>
      <w:r>
        <w:rPr>
          <w:lang w:eastAsia="zh-CN"/>
        </w:rPr>
        <w:br/>
      </w:r>
      <w:r>
        <w:rPr>
          <w:lang w:eastAsia="zh-CN"/>
        </w:rPr>
        <w:t>　　第二、监督做好内部图纸审查及图纸会审工作，及时发现设计中的问题及时解决；</w:t>
      </w:r>
      <w:r>
        <w:rPr>
          <w:lang w:eastAsia="zh-CN"/>
        </w:rPr>
        <w:br/>
      </w:r>
      <w:r>
        <w:rPr>
          <w:lang w:eastAsia="zh-CN"/>
        </w:rPr>
        <w:t>　　第三、认真审核施工单位的施工组织设计及监理单位的监理方案和监理实施细则，确保施工方案和监理方案的针对性；</w:t>
      </w:r>
      <w:r>
        <w:rPr>
          <w:lang w:eastAsia="zh-CN"/>
        </w:rPr>
        <w:br/>
      </w:r>
      <w:r>
        <w:rPr>
          <w:lang w:eastAsia="zh-CN"/>
        </w:rPr>
        <w:t>　　第四、要求项目部做好定位放线、验线管理工作；第五、要求建立材料进场验收制度、并登记台帐，不合格的材料坚决不允许使用；</w:t>
      </w:r>
      <w:r>
        <w:rPr>
          <w:lang w:eastAsia="zh-CN"/>
        </w:rPr>
        <w:br/>
      </w:r>
      <w:r>
        <w:rPr>
          <w:lang w:eastAsia="zh-CN"/>
        </w:rPr>
        <w:t>　　第六、要求过程中做好分部分项工程的验收控制，分项工程不合格，不允许下道工序开工；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第七、根据工程进度组织内部工程质量验评及工程联查，对好的施工单位给与奖励、对于差的施工单位给与处罚，通过评比调动施工单位的积极性。</w:t>
      </w:r>
      <w:r>
        <w:rPr>
          <w:lang w:eastAsia="zh-CN"/>
        </w:rPr>
        <w:br/>
      </w:r>
      <w:r>
        <w:rPr>
          <w:lang w:eastAsia="zh-CN"/>
        </w:rPr>
        <w:t>　　2、强化进度管理</w:t>
      </w:r>
      <w:r>
        <w:rPr>
          <w:lang w:eastAsia="zh-CN"/>
        </w:rPr>
        <w:br/>
      </w:r>
      <w:r>
        <w:rPr>
          <w:lang w:eastAsia="zh-CN"/>
        </w:rPr>
        <w:t>　　以最终核定的年度施工计划作为控制重点，工程部在开工前组织项目部编制进度控制总计划，要求施工单位项目部上报的进度控制计划不能晚于公司的进度控制计划；施工过程中将年度总计划分解到月度计划、周计划，并严格监督施工单位项目部的执行情况。在计划的执行过程中要提高预见性，及时预见影响工程进度的因素及时提出解决方案。出现施工进度滞后工程计划时要求施工单位项目部指定赶工方案，确保进度控制计划的实现。</w:t>
      </w:r>
      <w:r>
        <w:rPr>
          <w:lang w:eastAsia="zh-CN"/>
        </w:rPr>
        <w:br/>
      </w:r>
      <w:r>
        <w:rPr>
          <w:lang w:eastAsia="zh-CN"/>
        </w:rPr>
        <w:t>　　3、严把成本控制关</w:t>
      </w:r>
      <w:r>
        <w:rPr>
          <w:lang w:eastAsia="zh-CN"/>
        </w:rPr>
        <w:br/>
      </w:r>
      <w:r>
        <w:rPr>
          <w:lang w:eastAsia="zh-CN"/>
        </w:rPr>
        <w:t>　　对于成本控制，工程部根据工程的特点并结合以往项目造价力求项目预算的准确；施工过程中对于现场签证和设计变更严格按照公司制度进行，对于违反公司制度的人员要给与处罚；同时发生现场签证与设计变更时要及时通知预算部。</w:t>
      </w:r>
      <w:r>
        <w:rPr>
          <w:lang w:eastAsia="zh-CN"/>
        </w:rPr>
        <w:br/>
      </w:r>
      <w:r>
        <w:rPr>
          <w:lang w:eastAsia="zh-CN"/>
        </w:rPr>
        <w:t>　　4、认真落实合同管理</w:t>
      </w:r>
      <w:r>
        <w:rPr>
          <w:lang w:eastAsia="zh-CN"/>
        </w:rPr>
        <w:br/>
      </w:r>
      <w:r>
        <w:rPr>
          <w:lang w:eastAsia="zh-CN"/>
        </w:rPr>
        <w:t>　　在合同审批过程中，工程部要认真审核技术要求，并对质量标准和工期要求全面考虑；合同签订后组织采购部对合同进行交底，使项目管理人员对合同的内容做到全面了解；合同的执行过程中要及时组织供方评价、及时掌握合同履行情况，避免出现合同索赔情况。</w:t>
      </w:r>
      <w:r>
        <w:rPr>
          <w:lang w:eastAsia="zh-CN"/>
        </w:rPr>
        <w:br/>
      </w:r>
      <w:r>
        <w:rPr>
          <w:lang w:eastAsia="zh-CN"/>
        </w:rPr>
        <w:t>　　5、做好信息管理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对于和合作单位的信息沟通，要建立书面的形式，中间发生的重大事项的信息来往要详细登记，并建立台帐和收发文，为合同的履约评价及避免合同纠纷做好准备工作。项目建设过程中要求资料和工程实体同步，每周定期检查施工资料、监理资料。</w:t>
      </w:r>
      <w:r>
        <w:rPr>
          <w:lang w:eastAsia="zh-CN"/>
        </w:rPr>
        <w:br/>
      </w:r>
      <w:r>
        <w:rPr>
          <w:lang w:eastAsia="zh-CN"/>
        </w:rPr>
        <w:t>　　6、做好沟通协调工作</w:t>
      </w:r>
      <w:r>
        <w:rPr>
          <w:lang w:eastAsia="zh-CN"/>
        </w:rPr>
        <w:br/>
      </w:r>
      <w:r>
        <w:rPr>
          <w:lang w:eastAsia="zh-CN"/>
        </w:rPr>
        <w:t>　　项目建设过程中，要与施工单位、监理单位保持良好的沟通，在维持公司利益的前提下积极协助施工单位项目部推进工作的进展。发现问题要及时提醒施工单位项目部及监理单位采取措施，确保项目建设目标的实现。</w:t>
      </w:r>
      <w:r>
        <w:rPr>
          <w:lang w:eastAsia="zh-CN"/>
        </w:rPr>
        <w:br/>
      </w:r>
      <w:r>
        <w:rPr>
          <w:lang w:eastAsia="zh-CN"/>
        </w:rPr>
        <w:t>　　（二）加强工程部职能建设、提高工程部员工素质及管理水平</w:t>
      </w:r>
      <w:r>
        <w:rPr>
          <w:lang w:eastAsia="zh-CN"/>
        </w:rPr>
        <w:br/>
      </w:r>
      <w:r>
        <w:rPr>
          <w:lang w:eastAsia="zh-CN"/>
        </w:rPr>
        <w:t>　　1、合理调整组织架构、明确岗位职责及工作目标</w:t>
      </w:r>
      <w:r>
        <w:rPr>
          <w:lang w:eastAsia="zh-CN"/>
        </w:rPr>
        <w:br/>
      </w:r>
      <w:r>
        <w:rPr>
          <w:lang w:eastAsia="zh-CN"/>
        </w:rPr>
        <w:t>　　结合项目的情况及时调整工程部组织架构，并明确各个岗位职责，使每个人知道工作的目标，便于推进工作的开展。</w:t>
      </w:r>
      <w:r>
        <w:rPr>
          <w:lang w:eastAsia="zh-CN"/>
        </w:rPr>
        <w:br/>
      </w:r>
      <w:r>
        <w:rPr>
          <w:lang w:eastAsia="zh-CN"/>
        </w:rPr>
        <w:t>　　2、通过定期检查、提高工程部执行力度</w:t>
      </w:r>
      <w:r>
        <w:rPr>
          <w:lang w:eastAsia="zh-CN"/>
        </w:rPr>
        <w:br/>
      </w:r>
      <w:r>
        <w:rPr>
          <w:lang w:eastAsia="zh-CN"/>
        </w:rPr>
        <w:t>　　20xx年工程部将定期组织对项目的检查，并对检查的结果组织各个项目的评比，作为员工晋升或者升降级的依据。要求项目部过程检查不少于1次/项目/周；工程联查不少于1次/月/项目。</w:t>
      </w:r>
      <w:r>
        <w:rPr>
          <w:lang w:eastAsia="zh-CN"/>
        </w:rPr>
        <w:br/>
      </w:r>
      <w:r>
        <w:rPr>
          <w:lang w:eastAsia="zh-CN"/>
        </w:rPr>
        <w:t>　　20xx年的工作给了我们很多教训，20xx年对工程部来说是关键的一年、开工面积大、工期紧，要求工程部全体员工以项目管理为重点，严把工程质量控制关，竭尽全力，迅速执行，全面推进工程部各项工作的开展，确保了20xx年度项目建设目标的圆满完成。　　年度工作总结与计划 3</w:t>
      </w:r>
      <w:r>
        <w:rPr>
          <w:lang w:eastAsia="zh-CN"/>
        </w:rPr>
        <w:br/>
      </w:r>
      <w:r>
        <w:rPr>
          <w:lang w:eastAsia="zh-CN"/>
        </w:rPr>
        <w:t>　　第一届“KTV欢唱”活动总结</w:t>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经过我班组织这次KTV活动，不仅使原本陌生大家增强了相互之间的了解，加深了彼此间的感情，而且让大家在选歌过程中会发现有人喜欢相同的歌手和歌曲，增进了兴趣的了解，找到了志同道合的伙伴。同时，我们也非常感谢12级学长的赞助。这是一个非常好并且能够产生积极作用的一次活动，现将活动总结如下：</w:t>
      </w:r>
      <w:r>
        <w:rPr>
          <w:lang w:eastAsia="zh-CN"/>
        </w:rPr>
        <w:br/>
      </w:r>
      <w:r>
        <w:rPr>
          <w:lang w:eastAsia="zh-CN"/>
        </w:rPr>
        <w:t>　　一、 共同欢唱，凝聚力量</w:t>
      </w:r>
      <w:r>
        <w:rPr>
          <w:lang w:eastAsia="zh-CN"/>
        </w:rPr>
        <w:br/>
      </w:r>
      <w:r>
        <w:rPr>
          <w:lang w:eastAsia="zh-CN"/>
        </w:rPr>
        <w:t>　　在活动中，我们每一个人都积极点歌，积极参与。这次活动还增强了我们的计划实施能力，彼此间的工作配合得到了一定的实践。通过这次活动的成功举行，使得大家配合默契，对以后的工作开展更有信心。</w:t>
      </w:r>
      <w:r>
        <w:rPr>
          <w:lang w:eastAsia="zh-CN"/>
        </w:rPr>
        <w:br/>
      </w:r>
      <w:r>
        <w:rPr>
          <w:lang w:eastAsia="zh-CN"/>
        </w:rPr>
        <w:t>　　经过此次的活动，大家都玩的比较开，融合了之前因为各种原因引起的交流，甚少的距离感。同时也增加了大家对彼此的认识，促进了大家的交流，更重要的是让大家在这一次的活动中都得到了放松，增强部门的凝聚力和组织的融合力，为以后各项组织活动的展开打下了良好的基础。</w:t>
      </w:r>
      <w:r>
        <w:rPr>
          <w:lang w:eastAsia="zh-CN"/>
        </w:rPr>
        <w:br/>
      </w:r>
      <w:r>
        <w:rPr>
          <w:lang w:eastAsia="zh-CN"/>
        </w:rPr>
        <w:t>　　这次活动的开展是一个十分有意义的活动，也是一个凝聚我们部门内部人员共同力量的一次活动。我们从唱歌的过程中，看到了每一个人的内在潜力和迫切需要融入集体的需求。有了这样一种强烈的需求，我们就有一股强大的力量之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我希望我们能够把这样一种热情激烈并且富有生气的力量用在工作中，让我们能够以一种更加积极的心态，更大的工作热情去完成组织交代的任务。同时，我们也能够通过这样的活动，激发我们这样内在的动力，来达到共同的目的。</w:t>
      </w:r>
      <w:r>
        <w:rPr>
          <w:lang w:eastAsia="zh-CN"/>
        </w:rPr>
        <w:br/>
      </w:r>
      <w:r>
        <w:rPr>
          <w:lang w:eastAsia="zh-CN"/>
        </w:rPr>
        <w:t>　　二、 合唱歌曲，增进友谊</w:t>
      </w:r>
      <w:r>
        <w:rPr>
          <w:lang w:eastAsia="zh-CN"/>
        </w:rPr>
        <w:br/>
      </w:r>
      <w:r>
        <w:rPr>
          <w:lang w:eastAsia="zh-CN"/>
        </w:rPr>
        <w:t>　　在活动中，我们有两人之间的合唱，也有三人等更多人之间的合唱。通过合唱，我们认识到了自己的`不足，也学会到了他人的长处。三人行，必有我师焉。我们会以谦卑的姿态，好学的心态去从事我们的每一份工作。</w:t>
      </w:r>
      <w:r>
        <w:rPr>
          <w:lang w:eastAsia="zh-CN"/>
        </w:rPr>
        <w:br/>
      </w:r>
      <w:r>
        <w:rPr>
          <w:lang w:eastAsia="zh-CN"/>
        </w:rPr>
        <w:t>　　同时，合唱可以培养我们的团队精神，培养成员之间之间相互合作、相互信任的意识，在歌声中让我们养成相互合作、相互信任和相互鼓励的意识。使我们认识到合唱中没有“我”，只有“我们”。只有大家通力协作才能把歌唱好，才能把一件事做好，成功的获得是靠大家共同的努力，而不是某一个人的表现。一支好的合唱团，并非每个队员都有一副好嗓子，而是依靠整体的力量去达到最好的效果。</w:t>
      </w:r>
      <w:r>
        <w:rPr>
          <w:lang w:eastAsia="zh-CN"/>
        </w:rPr>
        <w:br/>
      </w:r>
      <w:r>
        <w:rPr>
          <w:lang w:eastAsia="zh-CN"/>
        </w:rPr>
        <w:t>　　合唱有一种很震撼的美，就像心往一起想，劲往一起使。通过合唱能够提高对音乐的感知美，提高我们的集体荣誉感。两人之间的合唱或者更多人之间的合唱，是共同情感的抒发和释放，同时也是产生共鸣的重要途径。</w:t>
      </w:r>
      <w:r>
        <w:rPr>
          <w:lang w:eastAsia="zh-CN"/>
        </w:rPr>
        <w:br/>
      </w:r>
      <w:r>
        <w:rPr>
          <w:lang w:eastAsia="zh-CN"/>
        </w:rPr>
        <w:t>　　三、 反思总结，共同进步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这一次难忘的K歌的经历，为每一个同学的大学生活留下了一页美好的回忆。通过此次的活动我们多得到了很多，主要是明白了集体团结的乐趣。更为重要的一点是，弥补了大家平日里交流的不足，在了解了别人的同时也让自己学会了更多有利于自己发展的东西。加强了与人交往的能力，而且也得到了一定的身心放松。</w:t>
      </w:r>
      <w:r>
        <w:rPr>
          <w:lang w:eastAsia="zh-CN"/>
        </w:rPr>
        <w:br/>
      </w:r>
      <w:r>
        <w:rPr>
          <w:lang w:eastAsia="zh-CN"/>
        </w:rPr>
        <w:t>　　所谓金无足赤，人无完人。本次活动因为准备的时间较为短暂，因此在很多方面也造成了一定的不足。有人积极表现，有人也比较内敛。我们更加希望每一个人都能够在这样的氛围下，积极参与，发挥自己的长处，通过这样外在的活动，来改变我们平时内敛的性格，从而使自己能够变得更加大胆，能够更加有自信，能够更加学会怎样去做一个社会人。</w:t>
      </w:r>
      <w:r>
        <w:rPr>
          <w:lang w:eastAsia="zh-CN"/>
        </w:rPr>
        <w:br/>
      </w:r>
      <w:r>
        <w:rPr>
          <w:lang w:eastAsia="zh-CN"/>
        </w:rPr>
        <w:t>　　走过高中时代的我们，从一个“读书人”逐渐成为“社会人”、在途中我们深刻体会到了这样一个道理：“成长是痛苦的，不成长会更痛苦”。我们无法逃避，接受社会的洗礼才是硬道理。我常常把大学比喻成从高中走向社会的“桥梁”，过桥就是为了实现从“读书人”到“社会人”的转变。在转变过程中我们需要有“种田人”的心态，也需要学习“种田”的方法。学生会在这其中能够从一定程度上教会你“种田”的方法，培养你“种田”的心态。</w:t>
      </w:r>
      <w:r>
        <w:rPr>
          <w:lang w:eastAsia="zh-CN"/>
        </w:rPr>
        <w:br/>
      </w:r>
      <w:r>
        <w:rPr>
          <w:lang w:eastAsia="zh-CN"/>
        </w:rPr>
        <w:t>　　通过这样一个活动，我们认识到了在学生会里，我们将完成一列的变化，其中最重要的是从读书人到社会人的转变。我们期待并且希望这样的转变会变得那么顺畅和简单，当然我们会更加努力去适应这样的变化。　　年度工作总结与计划 4</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20xx年就快结束，回首20xx年的工作，有硕果累累的喜悦，有与同事协同攻关的艰辛，也有遇到困难和挫折时惆怅，时光过得飞快，不知不觉中，充满希望的20xx年就伴随着新年伊始即将临近。可以说，20xx年是公司推进行业改革、拓展市场、持续发展的关键年。现就本年度重要工作情况总结如下：</w:t>
      </w:r>
      <w:r>
        <w:rPr>
          <w:lang w:eastAsia="zh-CN"/>
        </w:rPr>
        <w:br/>
      </w:r>
      <w:r>
        <w:rPr>
          <w:lang w:eastAsia="zh-CN"/>
        </w:rPr>
        <w:t>　　一、虚心学习，努力工作，圆满完成任务！</w:t>
      </w:r>
      <w:r>
        <w:rPr>
          <w:lang w:eastAsia="zh-CN"/>
        </w:rPr>
        <w:br/>
      </w:r>
      <w:r>
        <w:rPr>
          <w:lang w:eastAsia="zh-CN"/>
        </w:rPr>
        <w:t>　　(一)在20xx年里，我自觉加强学习，虚心求教释惑，不断理清工作思路，总结工作方法，一方面，干中学、学中干，不断掌握方法积累经验。我注重以工作任务为牵引，依托工作岗位学习提高，通过观察、摸索、查阅资料和实践锻炼，较快地完成任务。另一方面，问书本、问同事，不断丰富知识掌握技巧。在各级领导和同事的帮助指导下，不断进步，逐渐摸清了工作中的基本情况，找到了切入点，把握住了工作重点和难点。</w:t>
      </w:r>
      <w:r>
        <w:rPr>
          <w:lang w:eastAsia="zh-CN"/>
        </w:rPr>
        <w:br/>
      </w:r>
      <w:r>
        <w:rPr>
          <w:lang w:eastAsia="zh-CN"/>
        </w:rPr>
        <w:t>　　(二)在20xx年工程维修主要有：卫生间后墙贴瓷砖，天花修补，二栋宿舍走廊护栏及宿舍阳台护栏的维修，还有各类大小维修已达几千件之多！</w:t>
      </w:r>
      <w:r>
        <w:rPr>
          <w:lang w:eastAsia="zh-CN"/>
        </w:rPr>
        <w:br/>
      </w:r>
      <w:r>
        <w:rPr>
          <w:lang w:eastAsia="zh-CN"/>
        </w:rPr>
        <w:t>　　(三)爱岗敬业、扎实工作、不怕困难、勇挑重担，热情服务，在本职岗位上发挥出应有的作用</w:t>
      </w:r>
      <w:r>
        <w:rPr>
          <w:lang w:eastAsia="zh-CN"/>
        </w:rPr>
        <w:br/>
      </w:r>
      <w:r>
        <w:rPr>
          <w:lang w:eastAsia="zh-CN"/>
        </w:rPr>
        <w:t>　　二、心系本职工作，认真履行职责，突出工作重点，落实管理目标责任制。</w:t>
      </w:r>
      <w:r>
        <w:rPr>
          <w:lang w:eastAsia="zh-CN"/>
        </w:rPr>
        <w:br/>
      </w:r>
      <w:r>
        <w:rPr>
          <w:lang w:eastAsia="zh-CN"/>
        </w:rPr>
        <w:t>　　(一)20xx年上半年，公司已制定了完善的规程及考勤制度20xx年下半年，行政部组织召开了20xx年的工作安排布置会议年底实行工作目标完成情况考评，将考评结果列入各部门管理人员的年终绩效。在工作目标落实过程中宿舍管理完善工作制度，有力地促进了管理水平的整体提升。</w:t>
      </w:r>
      <w:r>
        <w:rPr>
          <w:lang w:eastAsia="zh-CN"/>
        </w:rPr>
        <w:br/>
      </w:r>
      <w:r>
        <w:rPr>
          <w:lang w:eastAsia="zh-CN"/>
        </w:rPr>
        <w:t>　　(二)对清洁工每周不定期检查评分，对好的奖励，差的处罚。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(三)做好固定资产管理工作要求负责宿舍固定资产管理，对固定资产的监督、管理、维修和使用维护。</w:t>
      </w:r>
      <w:r>
        <w:rPr>
          <w:lang w:eastAsia="zh-CN"/>
        </w:rPr>
        <w:br/>
      </w:r>
      <w:r>
        <w:rPr>
          <w:lang w:eastAsia="zh-CN"/>
        </w:rPr>
        <w:t>　　(四)加强组织领导，切实落实消防工作责任制，为全面贯彻落实“预防为主、防消结合”的方针，公司消防安全工作在上级领导下，建立了消防安全检查制度，从而推动消防安全各项工作有效的开展。</w:t>
      </w:r>
      <w:r>
        <w:rPr>
          <w:lang w:eastAsia="zh-CN"/>
        </w:rPr>
        <w:br/>
      </w:r>
      <w:r>
        <w:rPr>
          <w:lang w:eastAsia="zh-CN"/>
        </w:rPr>
        <w:t>　　三、主要经验和收获</w:t>
      </w:r>
      <w:r>
        <w:rPr>
          <w:lang w:eastAsia="zh-CN"/>
        </w:rPr>
        <w:br/>
      </w:r>
      <w:r>
        <w:rPr>
          <w:lang w:eastAsia="zh-CN"/>
        </w:rPr>
        <w:t>　　在安防工作这两年来，完成了一些工作，取得了一定成绩，总结起来有以下几个方面的经验和收获：</w:t>
      </w:r>
      <w:r>
        <w:rPr>
          <w:lang w:eastAsia="zh-CN"/>
        </w:rPr>
        <w:br/>
      </w:r>
      <w:r>
        <w:rPr>
          <w:lang w:eastAsia="zh-CN"/>
        </w:rPr>
        <w:t>　　(一)只有摆正自己的位置，下功夫熟悉基本业务，才能更好适应工作岗位。</w:t>
      </w:r>
      <w:r>
        <w:rPr>
          <w:lang w:eastAsia="zh-CN"/>
        </w:rPr>
        <w:br/>
      </w:r>
      <w:r>
        <w:rPr>
          <w:lang w:eastAsia="zh-CN"/>
        </w:rPr>
        <w:t>　　(二)只有主动融入集体，处理好各方面的关系，才能在新的环境中保持好的工作状态。</w:t>
      </w:r>
      <w:r>
        <w:rPr>
          <w:lang w:eastAsia="zh-CN"/>
        </w:rPr>
        <w:br/>
      </w:r>
      <w:r>
        <w:rPr>
          <w:lang w:eastAsia="zh-CN"/>
        </w:rPr>
        <w:t>　　(三)只有坚持原则落实制度，认真统计盘点，才能履行好用品的申购与领用。</w:t>
      </w:r>
      <w:r>
        <w:rPr>
          <w:lang w:eastAsia="zh-CN"/>
        </w:rPr>
        <w:br/>
      </w:r>
      <w:r>
        <w:rPr>
          <w:lang w:eastAsia="zh-CN"/>
        </w:rPr>
        <w:t>　　(四)只有树立服务意识，加强沟通协调，才能把分内的工作做好。</w:t>
      </w:r>
      <w:r>
        <w:rPr>
          <w:lang w:eastAsia="zh-CN"/>
        </w:rPr>
        <w:br/>
      </w:r>
      <w:r>
        <w:rPr>
          <w:lang w:eastAsia="zh-CN"/>
        </w:rPr>
        <w:t>　　(五)要加强与员工的交流，要与员工做好沟通，解决员工工作上的情绪问题，要与员工进行思想交流。</w:t>
      </w:r>
      <w:r>
        <w:rPr>
          <w:lang w:eastAsia="zh-CN"/>
        </w:rPr>
        <w:br/>
      </w:r>
      <w:r>
        <w:rPr>
          <w:lang w:eastAsia="zh-CN"/>
        </w:rPr>
        <w:t>　　四、加强检查，及时整改，在工作中正确认识自己。</w:t>
      </w:r>
      <w:r>
        <w:rPr>
          <w:lang w:eastAsia="zh-CN"/>
        </w:rPr>
        <w:br/>
      </w:r>
      <w:r>
        <w:rPr>
          <w:lang w:eastAsia="zh-CN"/>
        </w:rPr>
        <w:t>　　(一)开展常规检查。把安全教育工作作为重点检查内容之一。冬季公司对电线和宿舍区进行防火安全检查。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二)经过这样紧张有序的一年，我感觉自己工作技能上了一个新台阶，做每一项工作都有了明确的计划和步骤，行动有了方向，工作有了目标，心中真正有了底！基本做到了忙而不乱，紧而不散，条理清楚，事事分明，从根本上摆脱了刚参加工作时只顾埋头苦干，不知总结经验的现象。就这样，我从无限繁忙中走进这一年，又从无限轻松中走出这一年，还有，在工作的同时，我还明白了为人处事的道理，也明白了，一个良好的心态、一份对工作的热诚及其相形之下的责任心是如何重要</w:t>
      </w:r>
      <w:r>
        <w:rPr>
          <w:lang w:eastAsia="zh-CN"/>
        </w:rPr>
        <w:br/>
      </w:r>
      <w:r>
        <w:rPr>
          <w:lang w:eastAsia="zh-CN"/>
        </w:rPr>
        <w:t>　　(三)总结下来：在这一年的工作中接触到了许多新事物、产生了许多新问题，也学习到了许多新知识、新经验，使自己在思想认识和工作能力上有了新的.提高和进一步的完善。在日常的工作中，我时刻要求自己从实际出发，坚持高标准、严要求，力求做到业务素质和道德素质双提高。</w:t>
      </w:r>
      <w:r>
        <w:rPr>
          <w:lang w:eastAsia="zh-CN"/>
        </w:rPr>
        <w:br/>
      </w:r>
      <w:r>
        <w:rPr>
          <w:lang w:eastAsia="zh-CN"/>
        </w:rPr>
        <w:t>　　五、听取员工的意见</w:t>
      </w:r>
      <w:r>
        <w:rPr>
          <w:lang w:eastAsia="zh-CN"/>
        </w:rPr>
        <w:br/>
      </w:r>
      <w:r>
        <w:rPr>
          <w:lang w:eastAsia="zh-CN"/>
        </w:rPr>
        <w:t>　　要定期召开工作会议，兼听下面员工的意见，敢于荐举贤才，总结工作成绩与问题，及时采取对策！</w:t>
      </w:r>
      <w:r>
        <w:rPr>
          <w:lang w:eastAsia="zh-CN"/>
        </w:rPr>
        <w:br/>
      </w:r>
      <w:r>
        <w:rPr>
          <w:lang w:eastAsia="zh-CN"/>
        </w:rPr>
        <w:t>　　六、存在的不足</w:t>
      </w:r>
      <w:r>
        <w:rPr>
          <w:lang w:eastAsia="zh-CN"/>
        </w:rPr>
        <w:br/>
      </w:r>
      <w:r>
        <w:rPr>
          <w:lang w:eastAsia="zh-CN"/>
        </w:rPr>
        <w:t>　　总的来看，还存在不足的地方，还存在一些亟待我们解决的问题，主要表现在以下几个方面：</w:t>
      </w:r>
      <w:r>
        <w:rPr>
          <w:lang w:eastAsia="zh-CN"/>
        </w:rPr>
        <w:br/>
      </w:r>
      <w:r>
        <w:rPr>
          <w:lang w:eastAsia="zh-CN"/>
        </w:rPr>
        <w:t>　　1、对新的东西学习不够，工作上往往凭经验办事，凭以往的工作套路处理问题，表现出工作上的大胆创新不够。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2、本部有个别员工，骄傲情绪较高，工作上我行我素，自以为是，公司的制度公开不遵守，在同事之间挑拨是非，嘲讽，冷语，这些情况不利于同事之间的团结，要从思想上加以教育或处罚，为企业创造良好的工作环境和形象。</w:t>
      </w:r>
      <w:r>
        <w:rPr>
          <w:lang w:eastAsia="zh-CN"/>
        </w:rPr>
        <w:br/>
      </w:r>
      <w:r>
        <w:rPr>
          <w:lang w:eastAsia="zh-CN"/>
        </w:rPr>
        <w:t>　　3、宿舍偷盗事件的发生，虽然我们做了不少工作，门窗加固，与其公司及员工宣传提高自我防范意识，但这还不能解决根本问题，后来引起上级领导的重视，现在工业园已安装了高清视频监控系统，这样就能更好的预防被盗事件的发生。</w:t>
      </w:r>
      <w:r>
        <w:rPr>
          <w:lang w:eastAsia="zh-CN"/>
        </w:rPr>
        <w:br/>
      </w:r>
      <w:r>
        <w:rPr>
          <w:lang w:eastAsia="zh-CN"/>
        </w:rPr>
        <w:t>　　七、下步的打算</w:t>
      </w:r>
      <w:r>
        <w:rPr>
          <w:lang w:eastAsia="zh-CN"/>
        </w:rPr>
        <w:br/>
      </w:r>
      <w:r>
        <w:rPr>
          <w:lang w:eastAsia="zh-CN"/>
        </w:rPr>
        <w:t>　　针对20xx年工作中存在的不足，为了做好新一年的工作，突出做好以下几个方面：</w:t>
      </w:r>
      <w:r>
        <w:rPr>
          <w:lang w:eastAsia="zh-CN"/>
        </w:rPr>
        <w:br/>
      </w:r>
      <w:r>
        <w:rPr>
          <w:lang w:eastAsia="zh-CN"/>
        </w:rPr>
        <w:t>　　(一)积极搞好与员工的协调，进一步理顺关系；</w:t>
      </w:r>
      <w:r>
        <w:rPr>
          <w:lang w:eastAsia="zh-CN"/>
        </w:rPr>
        <w:br/>
      </w:r>
      <w:r>
        <w:rPr>
          <w:lang w:eastAsia="zh-CN"/>
        </w:rPr>
        <w:t>　　(二)加强管理知识的学习提高，创新工作方法，提高工作效益；</w:t>
      </w:r>
      <w:r>
        <w:rPr>
          <w:lang w:eastAsia="zh-CN"/>
        </w:rPr>
        <w:br/>
      </w:r>
      <w:r>
        <w:rPr>
          <w:lang w:eastAsia="zh-CN"/>
        </w:rPr>
        <w:t>　　(三)加强基础工作建设，强化管理的创新实践，促进管理水平的提升。</w:t>
      </w:r>
      <w:r>
        <w:rPr>
          <w:lang w:eastAsia="zh-CN"/>
        </w:rPr>
        <w:br/>
      </w:r>
      <w:r>
        <w:rPr>
          <w:lang w:eastAsia="zh-CN"/>
        </w:rPr>
        <w:t>　　在今后的工作中要不断创新，及时与员工进行沟通，向广大员工宣传公司管理的相关规定，提高员工们的安全意识，同时在安全管理方面要严格要求自己，为广大公司员工做好模范带头作用。在明年的工作中，我会继续努力，多向领导汇报自己在工作中的思想和感受，及时纠正和弥补自身的不足和缺陷。我们的工作要团结才有力量，要合作才会成功，才能把我们的工作推向前进！我相信：在上级的正确领导下，xx的明天更美好！　　年度工作总结与计划 5</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不知不觉，20xx年已悄然离去。时间的步伐带走了这一年的忙碌、烦恼、郁闷、挣扎、沉淀在心底的那份执着令我依然坚守岗位。20xx年项目业绩20xx年工作小结元月份忙于年度总结、年度报表的核算工作；</w:t>
      </w:r>
      <w:r>
        <w:rPr>
          <w:lang w:eastAsia="zh-CN"/>
        </w:rPr>
        <w:br/>
      </w:r>
      <w:r>
        <w:rPr>
          <w:lang w:eastAsia="zh-CN"/>
        </w:rPr>
        <w:t>　　2月份接到公司新年度工作安排，做工作计划并准备9号楼的交房工作；3、4、5月份进行9号、12号楼的交房工作，并与策划部刘老师沟通项目尾房的销售方案，针对锦绣江南的尾房及未售出的车库、储藏间我也提出过自己的一些想法，在取得开发商同意后，6、7月份锦绣江南分别举办了“南昌县小学生书画比赛”和“南昌县中学生作文大赛”，在县教育局的协助下，希望通过开展各项活动提高中磊房产的美誉度，充实锦绣江南的文化内涵，当然最终目的还是为销售起推波助澜的作用，遗憾的是在销售方面并没有实现预想中的效果，但值得欣慰的是活动本身还是受到了业主及社会各界的肯定。</w:t>
      </w:r>
      <w:r>
        <w:rPr>
          <w:lang w:eastAsia="zh-CN"/>
        </w:rPr>
        <w:br/>
      </w:r>
      <w:r>
        <w:rPr>
          <w:lang w:eastAsia="zh-CN"/>
        </w:rPr>
        <w:t>　　20xx年工作中存在的问题：</w:t>
      </w:r>
      <w:r>
        <w:rPr>
          <w:lang w:eastAsia="zh-CN"/>
        </w:rPr>
        <w:br/>
      </w:r>
      <w:r>
        <w:rPr>
          <w:lang w:eastAsia="zh-CN"/>
        </w:rPr>
        <w:t>　　1、锦绣江南一期产权证办理时间过长，延迟发放，致使业主不满；</w:t>
      </w:r>
      <w:r>
        <w:rPr>
          <w:lang w:eastAsia="zh-CN"/>
        </w:rPr>
        <w:br/>
      </w:r>
      <w:r>
        <w:rPr>
          <w:lang w:eastAsia="zh-CN"/>
        </w:rPr>
        <w:t>　　2、二期虽已提前交付，但部分业主因房屋质量问题一直拖延至今，与工程部的`协调虽然很好，可就是接受反映不解决问题；</w:t>
      </w:r>
      <w:r>
        <w:rPr>
          <w:lang w:eastAsia="zh-CN"/>
        </w:rPr>
        <w:br/>
      </w:r>
      <w:r>
        <w:rPr>
          <w:lang w:eastAsia="zh-CN"/>
        </w:rPr>
        <w:t>　　3、年底的代理费拖欠情况严重；</w:t>
      </w:r>
      <w:r>
        <w:rPr>
          <w:lang w:eastAsia="zh-CN"/>
        </w:rPr>
        <w:br/>
      </w:r>
      <w:r>
        <w:rPr>
          <w:lang w:eastAsia="zh-CN"/>
        </w:rPr>
        <w:t>　　4、销售人员培训(专业知识、销售技巧和现场应变)不够到位；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5、销售人员调动、更换过于频繁，对公司和销售人员双方都不利；在与开发商的沟通中存在不足，出现问题没能及时找开发商协商解决，尤其是与李总沟通较少，以致造成一度关系紧张。新年的确有新的气象，公司在莲塘的商业项目——星云娱乐城，正在紧锣密鼓进行进场前的准备工作，我也在岁末年初之际接到了这个新的任务。因为前期一直是策划先行，而开发商也在先入为主的观点下更为信任策划师杨华；这在我介入该项目时遇到了些许的麻烦，不过我相信通过我的真诚沟通将会改善这种状况。</w:t>
      </w:r>
      <w:r>
        <w:rPr>
          <w:lang w:eastAsia="zh-CN"/>
        </w:rPr>
        <w:br/>
      </w:r>
      <w:r>
        <w:rPr>
          <w:lang w:eastAsia="zh-CN"/>
        </w:rPr>
        <w:t>　　20xx年工作计划：</w:t>
      </w:r>
      <w:r>
        <w:rPr>
          <w:lang w:eastAsia="zh-CN"/>
        </w:rPr>
        <w:br/>
      </w:r>
      <w:r>
        <w:rPr>
          <w:lang w:eastAsia="zh-CN"/>
        </w:rPr>
        <w:t>　　1、希望锦绣江南能顺利收盘并结清账目。</w:t>
      </w:r>
      <w:r>
        <w:rPr>
          <w:lang w:eastAsia="zh-CN"/>
        </w:rPr>
        <w:br/>
      </w:r>
      <w:r>
        <w:rPr>
          <w:lang w:eastAsia="zh-CN"/>
        </w:rPr>
        <w:t>　　2、收集星云娱乐城的数据，为星云娱乐城培训销售人员，在新年期间做好星云娱乐城的客户积累、分析工作。</w:t>
      </w:r>
      <w:r>
        <w:rPr>
          <w:lang w:eastAsia="zh-CN"/>
        </w:rPr>
        <w:br/>
      </w:r>
      <w:r>
        <w:rPr>
          <w:lang w:eastAsia="zh-CN"/>
        </w:rPr>
        <w:t>　　3、参与项目策划，在星云娱乐城这个项目打个漂亮的翻身仗。</w:t>
      </w:r>
      <w:r>
        <w:rPr>
          <w:lang w:eastAsia="zh-CN"/>
        </w:rPr>
        <w:br/>
      </w:r>
      <w:r>
        <w:rPr>
          <w:lang w:eastAsia="zh-CN"/>
        </w:rPr>
        <w:t>　　4、争取能在今年通过经纪人执业资格考试。　　年度工作总结与计划 6</w:t>
      </w:r>
      <w:r>
        <w:rPr>
          <w:lang w:eastAsia="zh-CN"/>
        </w:rPr>
        <w:br/>
      </w:r>
      <w:r>
        <w:rPr>
          <w:lang w:eastAsia="zh-CN"/>
        </w:rPr>
        <w:t>　　岁月荏苒，时光如梭，忙碌的20xx年即将过去，年年岁岁花相似，岁岁年年人不同，在忙碌的工作中不觉得到了年末，回首自己这一年来的工作，看到了成绩也发现了不足，现自己今年来的工作总结如下:</w:t>
      </w:r>
      <w:r>
        <w:rPr>
          <w:lang w:eastAsia="zh-CN"/>
        </w:rPr>
        <w:br/>
      </w:r>
      <w:r>
        <w:rPr>
          <w:lang w:eastAsia="zh-CN"/>
        </w:rPr>
        <w:t>　　一、工作情况</w:t>
      </w:r>
      <w:r>
        <w:rPr>
          <w:lang w:eastAsia="zh-CN"/>
        </w:rPr>
        <w:br/>
      </w:r>
      <w:r>
        <w:rPr>
          <w:lang w:eastAsia="zh-CN"/>
        </w:rPr>
        <w:t>　　20xx年是生产任务繁重繁忙的一年，</w:t>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在过去的一年，我积极投身到工作中，服从领导上级的安排和要求，虚心向同事学习业务技能；加强与地面人员配合与语言交流，熟悉各工序流程对操作要求的区别，准时安全地完成各项生产任务，努力做好自己的本职工作。</w:t>
      </w:r>
      <w:r>
        <w:rPr>
          <w:lang w:eastAsia="zh-CN"/>
        </w:rPr>
        <w:br/>
      </w:r>
      <w:r>
        <w:rPr>
          <w:lang w:eastAsia="zh-CN"/>
        </w:rPr>
        <w:t>　　对于我们分厂行车司机来说，工作任务繁重枯燥，而且所担负的责任重大，安全生产就是生命；安全是企业的最大效益；安全是家庭、个人幸福的基础。过去的一年里，我严格执行岗位安全操作规程。严格执行上岗前的.安全检查；在使用行车前，先进行例行检查、发现装置和零件不正常时，必须在使用前排除，开车前必须鸣铃或报警。操作中行车吊物接近人时，亦应给以断续铃声提示。操作时精神饱满精力集中。工作中做到“十不吊”在行车保养方面，认真进行保养清洁，使行车性能保持最佳状态，积极参加安全学习。确保了全年安全行车无事故。</w:t>
      </w:r>
      <w:r>
        <w:rPr>
          <w:lang w:eastAsia="zh-CN"/>
        </w:rPr>
        <w:br/>
      </w:r>
      <w:r>
        <w:rPr>
          <w:lang w:eastAsia="zh-CN"/>
        </w:rPr>
        <w:t>　　今年分厂进行了团支部改选，我有幸担任支部宣传委员，在分厂领导的大力支持领导下，支部书记带领下，我们支部委员和广大青年团员团结一心，积极努力对于团支部存在的各种问题，进行了深入的了解、分析找出问题进行解决。对于宣传方面，我认真完成上级交予的各种宣传任务，并积极主动采集各种新闻人物素材，进行宣传写作，使自己的文采有了一定提高。</w:t>
      </w:r>
      <w:r>
        <w:rPr>
          <w:lang w:eastAsia="zh-CN"/>
        </w:rPr>
        <w:br/>
      </w:r>
      <w:r>
        <w:rPr>
          <w:lang w:eastAsia="zh-CN"/>
        </w:rPr>
        <w:t>　　二、存在的不足</w:t>
      </w:r>
      <w:r>
        <w:rPr>
          <w:lang w:eastAsia="zh-CN"/>
        </w:rPr>
        <w:br/>
      </w:r>
      <w:r>
        <w:rPr>
          <w:lang w:eastAsia="zh-CN"/>
        </w:rPr>
        <w:t>　　尽管经过学习努力，我的技术水平和工作能力较以往提高了不少，但还存在一些不足。</w:t>
      </w:r>
      <w:r>
        <w:rPr>
          <w:lang w:eastAsia="zh-CN"/>
        </w:rPr>
        <w:br/>
      </w:r>
      <w:r>
        <w:rPr>
          <w:lang w:eastAsia="zh-CN"/>
        </w:rPr>
        <w:t>　　1、在工作中还是存在对工序生产的不熟悉，工作技能也有待加强。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2、对于自己身学习修养方面有待提高，对于学习不够积极主动。</w:t>
      </w:r>
      <w:r>
        <w:rPr>
          <w:lang w:eastAsia="zh-CN"/>
        </w:rPr>
        <w:br/>
      </w:r>
      <w:r>
        <w:rPr>
          <w:lang w:eastAsia="zh-CN"/>
        </w:rPr>
        <w:t>　　3、在支部的工作中，对于工作不熟悉，工作中不够灵活主动。</w:t>
      </w:r>
      <w:r>
        <w:rPr>
          <w:lang w:eastAsia="zh-CN"/>
        </w:rPr>
        <w:br/>
      </w:r>
      <w:r>
        <w:rPr>
          <w:lang w:eastAsia="zh-CN"/>
        </w:rPr>
        <w:t>　　三、来年工作计划</w:t>
      </w:r>
      <w:r>
        <w:rPr>
          <w:lang w:eastAsia="zh-CN"/>
        </w:rPr>
        <w:br/>
      </w:r>
      <w:r>
        <w:rPr>
          <w:lang w:eastAsia="zh-CN"/>
        </w:rPr>
        <w:t>　　20xx年，伴随着东电三年发展规划的深入推进和建设最具国际竞争力的发电设备企业步伐的加快，东电将迎来生产经营新的高峰，分厂的生产任务也将更加繁重。现将对于明年的工作计划如下：</w:t>
      </w:r>
      <w:r>
        <w:rPr>
          <w:lang w:eastAsia="zh-CN"/>
        </w:rPr>
        <w:br/>
      </w:r>
      <w:r>
        <w:rPr>
          <w:lang w:eastAsia="zh-CN"/>
        </w:rPr>
        <w:t>　　1、 加强本职工作，技能学习使自己本职工作能力得进一步提高于加强。</w:t>
      </w:r>
      <w:r>
        <w:rPr>
          <w:lang w:eastAsia="zh-CN"/>
        </w:rPr>
        <w:br/>
      </w:r>
      <w:r>
        <w:rPr>
          <w:lang w:eastAsia="zh-CN"/>
        </w:rPr>
        <w:t>　　2、 树立终身学习的观念，加强自身文化素质学习，不断提高自身素质。</w:t>
      </w:r>
      <w:r>
        <w:rPr>
          <w:lang w:eastAsia="zh-CN"/>
        </w:rPr>
        <w:br/>
      </w:r>
      <w:r>
        <w:rPr>
          <w:lang w:eastAsia="zh-CN"/>
        </w:rPr>
        <w:t>　　3、 工作中做到积极主动，团结同事，结合不同的工作环境及个人脾气、性格做好一线工作配合，使各种人际关系更加融洽和谐。</w:t>
      </w:r>
      <w:r>
        <w:rPr>
          <w:lang w:eastAsia="zh-CN"/>
        </w:rPr>
        <w:br/>
      </w:r>
      <w:r>
        <w:rPr>
          <w:lang w:eastAsia="zh-CN"/>
        </w:rPr>
        <w:t>　　4、 在支部宣传工作中，努力熟悉学习宣传特点、写作技巧、方法等，提高自己文笔水平，为明年支部宣传工作中贡献出自己的力量。</w:t>
      </w:r>
      <w:r>
        <w:rPr>
          <w:lang w:eastAsia="zh-CN"/>
        </w:rPr>
        <w:br/>
      </w:r>
      <w:r>
        <w:rPr>
          <w:lang w:eastAsia="zh-CN"/>
        </w:rPr>
        <w:t>　　路漫漫其修远兮，吾将上下而求索，在来年中，我将加强自主管理的意识，勇于开拓创新，加强理论和业务学习，不断提高业务技术水平。也将会遇到很多困难，我相信，在领导关心培养下、同事的帮助下、自己的努力下，我将不断提升自己的工作技能水平和个人文化素质，为企业建设作应有的贡献。　　年度工作总结与计划 7</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过去的20xx年，是努力并且给力的一年，因为我们这一年经历风风雨雨，依然坚强自信；是具有里程碑式意义的一年，这一年我正式成为21世纪雅都体系的一员；是值得永远记住的一年，在这一年我收获了突破自己、接受整个团队爱的鼓励！</w:t>
      </w:r>
      <w:r>
        <w:rPr>
          <w:lang w:eastAsia="zh-CN"/>
        </w:rPr>
        <w:br/>
      </w:r>
      <w:r>
        <w:rPr>
          <w:lang w:eastAsia="zh-CN"/>
        </w:rPr>
        <w:t>　　往事可堪回首：20xx年春天，客户找我们看房子，房东在跳价，周末闲里偷忙签卖单租单；夏天，我们满房友找客户看房子，房东很低调，我们开始怀疑市场甚至有点动摇；已经到了关键的时刻，再没有人站出来，恐怕大家都会怀疑自己，甚至失去自信，这时候，我们的日考核制度发挥了至关重要的作用，它督促大家不停的回访、开发、磋商，终于，在8月份我们迎来秋天收获的季节，9月、10月、11月我们连创佳绩！如果说五月份是市场在考验我们的话，那么这一考我们通过了，并且我深信事物的规律性，再次遇到这样的问题我将更加坦然面对，每天都做最好的自己，年度总结和工作计划-陈传奇。我热爱的团队，接受团队里任何不同于自己的见解，溶入进去，做和谐大家庭的一分子，和大家一起经历风雨，享受成功喜悦。</w:t>
      </w:r>
      <w:r>
        <w:rPr>
          <w:lang w:eastAsia="zh-CN"/>
        </w:rPr>
        <w:br/>
      </w:r>
      <w:r>
        <w:rPr>
          <w:lang w:eastAsia="zh-CN"/>
        </w:rPr>
        <w:t>　　展望20xx年更加美好：一月份上旬已过，我已经把自己调整到最佳状态，因为今年我深信责任重大；</w:t>
      </w:r>
      <w:r>
        <w:rPr>
          <w:lang w:eastAsia="zh-CN"/>
        </w:rPr>
        <w:br/>
      </w:r>
      <w:r>
        <w:rPr>
          <w:lang w:eastAsia="zh-CN"/>
        </w:rPr>
        <w:t>　　1、公司有成百上千为客户期望得到我的优质服务，购得或置换房屋。</w:t>
      </w:r>
      <w:r>
        <w:rPr>
          <w:lang w:eastAsia="zh-CN"/>
        </w:rPr>
        <w:br/>
      </w:r>
      <w:r>
        <w:rPr>
          <w:lang w:eastAsia="zh-CN"/>
        </w:rPr>
        <w:t>　　2、越来越多的同事愿意通过网络的先进渠道，把最优质的服务传达给客户，我有责任把自己所长所学传授给我大家庭的每一位成员。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3、为团队的整体业绩突破做最卓越的努力，20xx年我们雅都体系要坚持执行日考核制度，我要以身作则，保质保量完成量化细则。从而为实现业绩突破400万做出最大的贡献。</w:t>
      </w:r>
      <w:r>
        <w:rPr>
          <w:lang w:eastAsia="zh-CN"/>
        </w:rPr>
        <w:br/>
      </w:r>
      <w:r>
        <w:rPr>
          <w:lang w:eastAsia="zh-CN"/>
        </w:rPr>
        <w:t>　　20xx年我的工作计划和要实现的`目标是：</w:t>
      </w:r>
      <w:r>
        <w:rPr>
          <w:lang w:eastAsia="zh-CN"/>
        </w:rPr>
        <w:br/>
      </w:r>
      <w:r>
        <w:rPr>
          <w:lang w:eastAsia="zh-CN"/>
        </w:rPr>
        <w:t>　　1、用自身所学，用自己的耐心，人性化的沟通，重视尊重团队的每一分子，继续壮大我所在团队的战斗力，实现团队整体能力提高，在考核完全达标的基础上，达成业绩突破120万目标。</w:t>
      </w:r>
      <w:r>
        <w:rPr>
          <w:lang w:eastAsia="zh-CN"/>
        </w:rPr>
        <w:br/>
      </w:r>
      <w:r>
        <w:rPr>
          <w:lang w:eastAsia="zh-CN"/>
        </w:rPr>
        <w:t>　　2、专注、专一的态度对待自己的工作和客户，用完美的数据刷新里程碑记录。20xx年，我首先要在服务理念上走在行业的前列，用心为客户去做事。其次在行动力方面，我要大量的行动，更快更准的完成任务。最后我要达成业绩60万的突破，并且相信这是一定能做到的。　　年度工作总结与计划 8</w:t>
      </w:r>
      <w:r>
        <w:rPr>
          <w:lang w:eastAsia="zh-CN"/>
        </w:rPr>
        <w:br/>
      </w:r>
      <w:r>
        <w:rPr>
          <w:lang w:eastAsia="zh-CN"/>
        </w:rPr>
        <w:t>　　20xx年，在我的不断学习，以及同事、领导的关心和帮助，我已完全融入到了xxx这个大家庭中，个人的工作技能和工作水平有了显著的提高。现将我一年来的工作情况简要总结如下:</w:t>
      </w:r>
      <w:r>
        <w:rPr>
          <w:lang w:eastAsia="zh-CN"/>
        </w:rPr>
        <w:br/>
      </w:r>
      <w:r>
        <w:rPr>
          <w:lang w:eastAsia="zh-CN"/>
        </w:rPr>
        <w:t>　　一、以踏实的工作态度，适应办公室工作特点</w:t>
      </w:r>
      <w:r>
        <w:rPr>
          <w:lang w:eastAsia="zh-CN"/>
        </w:rPr>
        <w:br/>
      </w:r>
    </w:p>
    <w:p w:rsidR="001B1F19" w14:textId="27C3F48A">
      <w:pPr>
        <w:rPr>
          <w:rFonts w:hint="eastAsia"/>
          <w:lang w:eastAsia="zh-CN"/>
        </w:rPr>
      </w:pPr>
      <w:r>
        <w:rPr>
          <w:lang w:eastAsia="zh-CN"/>
        </w:rPr>
        <w:t>　　办公室作为企事业单位运转的一个重要枢纽部门，是单位内外工作沟通、协调、处理的综合部门，这就决定了办公室工作繁杂性。由于我们办公室人手少，工作量大，我和两位大姐共同协作、共同努力，在遇到不懂得地方及时向她们请教学习，并优质高效的完成领导交办的各项任务。在这一年里，遇到各类活动和接待，我都能够积极配合做好后勤保障工作，与同事心往一处想，劲往一处使，不计较干多干少，只希望把领导交办的事情办妥、办好。</w:t>
      </w:r>
      <w:r>
        <w:rPr>
          <w:lang w:eastAsia="zh-CN"/>
        </w:rPr>
        <w:br/>
      </w:r>
      <w:r>
        <w:rPr>
          <w:lang w:eastAsia="zh-CN"/>
        </w:rPr>
        <w:t>　　二、加强学习，注重自身素质修养和提高</w:t>
      </w:r>
      <w:r>
        <w:rPr>
          <w:lang w:eastAsia="zh-CN"/>
        </w:rPr>
        <w:br/>
      </w:r>
      <w:r>
        <w:rPr>
          <w:lang w:eastAsia="zh-CN"/>
        </w:rPr>
        <w:t>　　记得局长每次开会都说：“固步自封，夜郎自大”这个成语，虽然这只有八个字，但所表达的意思却是深远的，要求我们必须具有先进的观念，要用科学发展的眼光看待一切，才能适应景区未来的发展。因此，我通过网络、书籍及各类文件资料的学习，不断提高了自己的政治理论水平。工作中，能从单位大局出发，从单位整体利益出发，凡事都为单位着想，同事之间互帮互助，并保持融洽的工作气氛，形成了和谐、默契的工作氛围。</w:t>
      </w:r>
      <w:r>
        <w:rPr>
          <w:lang w:eastAsia="zh-CN"/>
        </w:rPr>
        <w:br/>
      </w:r>
      <w:r>
        <w:rPr>
          <w:lang w:eastAsia="zh-CN"/>
        </w:rPr>
        <w:t>　　另外，我还注重从工作及现实生活中汲取营养，认真学习文秘写作、景区建设与发展、宣传推介、档案管理等相关业务知识。同时，虚心向领导、同事请教学习，取长补短，来增强服务意识和大局意识。对办公室工作，能够提前思考，对任何工作都能做到计划性强、可操作性强、落实快捷等。</w:t>
      </w:r>
      <w:r>
        <w:rPr>
          <w:lang w:eastAsia="zh-CN"/>
        </w:rPr>
        <w:br/>
      </w:r>
      <w:r>
        <w:rPr>
          <w:lang w:eastAsia="zh-CN"/>
        </w:rPr>
        <w:t>　　三、坚持做事先做人，努力做好日常工作，热心为职工游客服务</w:t>
      </w:r>
      <w:r>
        <w:rPr>
          <w:lang w:eastAsia="zh-CN"/>
        </w:rPr>
        <w:br/>
      </w:r>
      <w:r>
        <w:rPr>
          <w:lang w:eastAsia="zh-CN"/>
        </w:rPr>
        <w:t>　　为了做好日常工作，热心为全局职工及游客服务，我做了下面的努力：</w:t>
      </w:r>
      <w:r>
        <w:rPr>
          <w:lang w:eastAsia="zh-CN"/>
        </w:rPr>
        <w:br/>
      </w:r>
      <w:r>
        <w:rPr>
          <w:lang w:eastAsia="zh-CN"/>
        </w:rPr>
        <w:t>　　1、出勤方面，每天都能提前十到二十分钟到达办公室，做好上班前的相关工作准备，并能及时打扫两位领导的办公室等。</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https://d.book118.com/408005001043006035</w:t>
        </w:r>
      </w:hyperlink>
    </w:p>
    <w:p w:rsidR="001B1F19">
      <w:pPr>
        <w:rPr>
          <w:rFonts w:hint="eastAsia"/>
          <w:lang w:eastAsia="zh-CN"/>
        </w:rPr>
      </w:pPr>
    </w:p>
    <w:sectPr>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0800500104300603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