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教师教育教学工作总结范文（31篇）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最新教师教育教学工作总结范文（精选31篇）</w:t>
      </w:r>
      <w:r>
        <w:rPr>
          <w:lang w:eastAsia="zh-CN"/>
        </w:rPr>
        <w:br/>
      </w:r>
      <w:r>
        <w:rPr>
          <w:lang w:eastAsia="zh-CN"/>
        </w:rPr>
        <w:t xml:space="preserve">    最新教师教育教学工作总结范文 篇1 </w:t>
      </w:r>
      <w:r>
        <w:rPr>
          <w:lang w:eastAsia="zh-CN"/>
        </w:rPr>
        <w:br/>
      </w:r>
      <w:r>
        <w:rPr>
          <w:lang w:eastAsia="zh-CN"/>
        </w:rPr>
        <w:t>　　在五年学期开始前，我就根据我们班同学们之前的语文成绩的情况，做出关于了我这学期学期的语文教学计划。从上学期发现的学习问题有，课文的阅读理解能力偏弱、作文的`写作有待加强、一些语文的基础知识积累不够，同时我也发现了我们班语文学习上表现的的地方，比如我们班课文默写、诗词古文的学习、一些简单的语文习题解答。所以这学期我作为语文老师的要做的就是，根据我们班学生语文学习的特点，去改进我们班这学期的语文学习情况，进一步提高他们这学期的语文成绩。</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所以我在五年级下学期的语文教学重点就是，帮助同学们克服在上学期里语文学习中表现出的劣势。首先就是试卷上的阅读理解题目，这部分板块是我们语文学习中最难的一个部分，但是这部分的语文分值却不小，所以提高同学们阅读理解的分数，是让我们每个语文老师都头痛的问题。在这学期里我给同学们增加了语文的课外阅读量，在他们在大量的阅读中找到一些相关题型解决的思路，同时我平时也会注意对同学们在这部分上面的讲学，教导同学们循序渐进的去找去问题与文章中的联系，让同学们在针对不同的阅读理解问题上，有不同的解决方法。同时我在这学期还专门开设了有关课程，来教导同学们在阅读理解中怎样得分，去攻克同学们学习阅读理解中的问题。</w:t>
      </w:r>
      <w:r>
        <w:rPr>
          <w:lang w:eastAsia="zh-CN"/>
        </w:rPr>
        <w:br/>
      </w:r>
      <w:r>
        <w:rPr>
          <w:lang w:eastAsia="zh-CN"/>
        </w:rPr>
        <w:t>　　在语文学习中，作文的分量是非常大的，作文的写作在整张试卷中也是占比的一部分。所以作文写作的优劣，对于同学们的语文成绩有决定性的作用。所以在这学期里，我加大了同学们的作文写作量，在每周至少完成两篇相关主题的作文，这样可以保证同学们的写作速度，节约更多的时间，同时多写作文也是提升的很关键一个方法。通过对作文方法的剖析，来让同学对自己的写作能力有一个更高程度的提高，同时也会给他们展示一些优秀作文案例，让同学们可以更加直观的看到优秀的作文是怎么样子，并学会运用其中的一些写作技巧。在最后期末的时间里，这个难题也开始逐渐得到解决。</w:t>
      </w:r>
      <w:r>
        <w:rPr>
          <w:lang w:eastAsia="zh-CN"/>
        </w:rPr>
        <w:br/>
      </w:r>
      <w:r>
        <w:rPr>
          <w:lang w:eastAsia="zh-CN"/>
        </w:rPr>
        <w:t>　　在语文的基础知识上，我在这学期里让同学们多记多背，也让他们注重平时在课外的相关语文知识的积累。这是一个长期的过程，不是现在干着急就可以将这个问题解决，所以我要同学们学会在这方面的习惯和技巧的养成，这是做好这方面语文工作的重要方法。</w:t>
      </w:r>
      <w:r>
        <w:rPr>
          <w:lang w:eastAsia="zh-CN"/>
        </w:rPr>
        <w:br/>
      </w:r>
      <w:r>
        <w:rPr>
          <w:lang w:eastAsia="zh-CN"/>
        </w:rPr>
        <w:t xml:space="preserve">    最新教师教育教学工作总结范文 篇2 </w:t>
      </w:r>
      <w:r>
        <w:rPr>
          <w:lang w:eastAsia="zh-CN"/>
        </w:rPr>
        <w:br/>
      </w:r>
      <w:r>
        <w:rPr>
          <w:lang w:eastAsia="zh-CN"/>
        </w:rPr>
        <w:t>　　20__年是比较忙碌的一年，在这一年中由我们工作室按照计划开展了许多丰富多彩的活动。盘点这些活动，既有收获，也需要反思。具体情况总结如下：</w:t>
      </w:r>
      <w:r>
        <w:rPr>
          <w:lang w:eastAsia="zh-CN"/>
        </w:rPr>
        <w:br/>
      </w:r>
      <w:r>
        <w:rPr>
          <w:lang w:eastAsia="zh-CN"/>
        </w:rPr>
        <w:t>　　一、组织专题培训，锻炼教师的操作能力</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1、__年3月28日，我们常州市一行10位老师在袁英杰老师的带队下，来到了苏州市吴县中学，参加由江苏省航空运动协会主办的“_年航空模型、航天模型全国科技体育模型辅导员培训班”。本次培训以比赛项目“飞鸽橡筋动力扑翼飞机”、“云海橡筋动力直升飞机”、“天驰橡筋动力模型飞机”、“东风一号火箭”、“小力士火箭”“模拟航空飞行”为主要培训项目。通过这次培训，我们首先认识到了要做好航模，要先了解其原理。在有了理论的基础上，再按步完成模型的拼装。如果要提高飞行成绩，则可以通过减轻重量等多种方法和途径来达到。</w:t>
      </w:r>
      <w:r>
        <w:rPr>
          <w:lang w:eastAsia="zh-CN"/>
        </w:rPr>
        <w:br/>
      </w:r>
      <w:r>
        <w:rPr>
          <w:lang w:eastAsia="zh-CN"/>
        </w:rPr>
        <w:t>　　2、__年12月23日，工作室还组织了一场实际操作能力的培训——水仙花的雕刻。虹景小学的技术指导员黄老师负责采购好水仙花球、花盆、刻刀以及装盆用的白石子，同时也对我们这些“门外汉”进行雕刻指导。大家一边认真聆听黄老师的雕刻注意点，一边仔细观看老师雕刻的每个步骤，那种认真的样子，好像我们又回到了曾经的学生时代。</w:t>
      </w:r>
      <w:r>
        <w:rPr>
          <w:lang w:eastAsia="zh-CN"/>
        </w:rPr>
        <w:br/>
      </w:r>
      <w:r>
        <w:rPr>
          <w:lang w:eastAsia="zh-CN"/>
        </w:rPr>
        <w:t>　　在整个雕刻过程中，不时传来“啊”、“哎”、“哇”……的惊叹声，原来我们成员初次雕刻，手上不知道轻重，要么不敢下刀，要么由于用力过猛，碰伤了花蕊。一个个雕刻过的水仙花雏形在我们手下形成，大家兴致勃勃，希望类似这样的培训多举办几次，以加强我们老师的动手操作能力，增强我们科学老师的专业素养。</w:t>
      </w:r>
      <w:r>
        <w:rPr>
          <w:lang w:eastAsia="zh-CN"/>
        </w:rPr>
        <w:br/>
      </w:r>
      <w:r>
        <w:rPr>
          <w:lang w:eastAsia="zh-CN"/>
        </w:rPr>
        <w:t>　　二、进行参观研讨，拓展教师的研究视野</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为进一步纵深推进素质教育，扩大学生的知识面，发展个性特长，为今后的发展打下良好基础，经过前期论证，我区将在红梅新村小学建立“青少年科技体验中心”。为了使该项目更快更好地实施，在区文教局尤局长的带领下，强校长、和数位工作室成员驱车前往无锡市滨湖区少年宫参观取经。大家对滨湖区少年宫科技馆的巧妙设计、学科齐全、生动形象赞不绝口，同时也受到了一定的启发，确立了我区“科技体验中心”建设的初步思路框架。</w:t>
      </w:r>
      <w:r>
        <w:rPr>
          <w:lang w:eastAsia="zh-CN"/>
        </w:rPr>
        <w:br/>
      </w:r>
      <w:r>
        <w:rPr>
          <w:lang w:eastAsia="zh-CN"/>
        </w:rPr>
        <w:t>　　滨湖区少年宫科技馆设计巧妙，通过精巧设计，空间的合理布局，使两间将近200平方左右的教室组成的场地得到了无形中的放大，给人以广阔的空间感。科技馆内学科齐全，从一进门的生物标本（蝴蝶标本、海洋生物标本、动物标本等），精心设计的各种地质地貌，从地球结构到广阔的宇宙空间，到最后的倾斜木屋，使学生有一个系统的感受。科技馆内的设施生动形象，给初次见到的人们以新奇感，通过声光电模拟火山喷发，通过在地下安装弹簧模拟地震的摇晃感，通过逼真的标本模型以及逼真的场景，给人以深入其境的感觉。此外，科技馆除了能让学亲身体验之外，还配备了两个活动室，提供学生动手创作的场地，让动手动脑相互结合，更好的推动了学生科学教育，提高了学生的能力。另外，我们工作室两位成员还参与考察了张家港市青少年科技活动中心，启迪和收获同样令人兴奋。</w:t>
      </w:r>
      <w:r>
        <w:rPr>
          <w:lang w:eastAsia="zh-CN"/>
        </w:rPr>
        <w:br/>
      </w:r>
      <w:r>
        <w:rPr>
          <w:lang w:eastAsia="zh-CN"/>
        </w:rPr>
        <w:t>　　参观考察促使我们不断地去思考，借他山之石，筑自我发展之路。对于建立有特色的“青少年科技体验中心”，我们充满了信心！</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另外，工作室的成员在_老师的组织下先后2次在红梅新村小学就如何有效的开展科技活动进行了激烈的讨论，在长达数小时的交流中最终定了环境保护、人与地球、创造发明、信息时代、动物眼里的世界等十余个活动项目。</w:t>
      </w:r>
      <w:r>
        <w:rPr>
          <w:lang w:eastAsia="zh-CN"/>
        </w:rPr>
        <w:br/>
      </w:r>
      <w:r>
        <w:rPr>
          <w:lang w:eastAsia="zh-CN"/>
        </w:rPr>
        <w:t>　　三、初步研究成果</w:t>
      </w:r>
      <w:r>
        <w:rPr>
          <w:lang w:eastAsia="zh-CN"/>
        </w:rPr>
        <w:br/>
      </w:r>
      <w:r>
        <w:rPr>
          <w:lang w:eastAsia="zh-CN"/>
        </w:rPr>
        <w:t>　　1、7月10日上午8点半，工作室的成员们已经齐聚_小学的会议室，开始了暑假的第一次工作。这次会议的目的是把前期每个成员整理好的——科技模型学校电子教案，进行集中整理，并能够初步定稿，内容是编辑整个三年级的校本课程，包括热空气的知识应用，风筝的制作，纸飞机和模型飞机等等相关内容。大家不辞辛劳，一个个背着沉重的手提电脑，围坐在一起，时而提问，时而讨论，不断修改完善着自己的电子教案，确保做到。校本课程初稿形成后，作为试点，从9月1日开始，博爱教育集团三年级九个班全部开设航模课程，四-六年级也同步开设模型课程，由工作室的徐震勤和俞颉老师负责实施。</w:t>
      </w:r>
      <w:r>
        <w:rPr>
          <w:lang w:eastAsia="zh-CN"/>
        </w:rPr>
        <w:br/>
      </w:r>
      <w:r>
        <w:rPr>
          <w:lang w:eastAsia="zh-CN"/>
        </w:rPr>
        <w:t>　　2、到目前为止我们已经初步构建小学阶段科普影视观看序列。并且汇编第一个与科学课文相关的影视资源包。</w:t>
      </w:r>
      <w:r>
        <w:rPr>
          <w:lang w:eastAsia="zh-CN"/>
        </w:rPr>
        <w:br/>
      </w:r>
      <w:r>
        <w:rPr>
          <w:lang w:eastAsia="zh-CN"/>
        </w:rPr>
        <w:t>　　3、常州市小学科学教学专业委员会第十一次年会于__年年1月7日（星期四）在常州市天宁区中山路小学召开，并由我工作室成员李波和陈秋艳上科学研究课。</w:t>
      </w:r>
      <w:r>
        <w:rPr>
          <w:lang w:eastAsia="zh-CN"/>
        </w:rPr>
        <w:br/>
      </w:r>
      <w:r>
        <w:rPr>
          <w:lang w:eastAsia="zh-CN"/>
        </w:rPr>
        <w:t>　　4、工作室成员还带动所在学校教师积极开展科技节，选拔孩子参加车模、航模比赛以及常州市的青少年科技创新大赛，都获得了优异的成绩。</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5、_老师所在的_小学本年度被评为常州市首批科技特色学校，常州市教育系统的科普教育基地，带动了全市四十余所学校模型活动的开展。</w:t>
      </w:r>
      <w:r>
        <w:rPr>
          <w:lang w:eastAsia="zh-CN"/>
        </w:rPr>
        <w:br/>
      </w:r>
      <w:r>
        <w:rPr>
          <w:lang w:eastAsia="zh-CN"/>
        </w:rPr>
        <w:t>　　6、陈文佳老师参加市课堂教学比赛获得一等奖，工作室成员有多篇论文获奖和发表。_老师通过了特级教师后备人才评选，陈文佳老师通过了教坛新秀评选。</w:t>
      </w:r>
      <w:r>
        <w:rPr>
          <w:lang w:eastAsia="zh-CN"/>
        </w:rPr>
        <w:br/>
      </w:r>
      <w:r>
        <w:rPr>
          <w:lang w:eastAsia="zh-CN"/>
        </w:rPr>
        <w:t>　　7、工作室带动的教师队伍还在进一步扩大，活动期间又带入了两位新师范生，同时申报了第五期省教研课题。</w:t>
      </w:r>
      <w:r>
        <w:rPr>
          <w:lang w:eastAsia="zh-CN"/>
        </w:rPr>
        <w:br/>
      </w:r>
      <w:r>
        <w:rPr>
          <w:lang w:eastAsia="zh-CN"/>
        </w:rPr>
        <w:t>　　值得反思的问题是五类教师的晋升工作要加大力度，论文写作和工作室成员的视野还需要提升和拓展。</w:t>
      </w:r>
      <w:r>
        <w:rPr>
          <w:lang w:eastAsia="zh-CN"/>
        </w:rPr>
        <w:br/>
      </w:r>
      <w:r>
        <w:rPr>
          <w:lang w:eastAsia="zh-CN"/>
        </w:rPr>
        <w:t>　　一年的时间转瞬即逝，我们有付出也有收获，有痛苦也有喜悦，“鹰击长空，鱼翔浅底，万类霜天竞自由。”前途虽然是困难的，也是光明的。让我们一起携起手来，一起努力，一起迎接梦想来临的那一天吧！</w:t>
      </w:r>
      <w:r>
        <w:rPr>
          <w:lang w:eastAsia="zh-CN"/>
        </w:rPr>
        <w:br/>
      </w:r>
      <w:r>
        <w:rPr>
          <w:lang w:eastAsia="zh-CN"/>
        </w:rPr>
        <w:t xml:space="preserve">    最新教师教育教学工作总结范文 篇3 </w:t>
      </w:r>
      <w:r>
        <w:rPr>
          <w:lang w:eastAsia="zh-CN"/>
        </w:rPr>
        <w:br/>
      </w:r>
      <w:r>
        <w:rPr>
          <w:lang w:eastAsia="zh-CN"/>
        </w:rPr>
        <w:t>　　本学期，根据期初德育工作计划，以小学生日常行为规范教育为抓手，以学生的日常行为规范教育为基础，加强对学生的思想道德、行为规范和礼仪常规教育，坚持突出重点，注重实效地开展德育工作，围绕校园文化建设，积极开展各类主题教育活动，使学生学会做人，学会求知，学会生活，学会劳动，学会健体，学会审美，努力培养举止文明、日常礼仪、品德优良、心理健康且富有创新精神的一代新人。主要做了以下一些工作：</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一、改进德育工作方法，提高德育工作实效学校坚持德育为首的工作思路，积极研究德育工作内容，针对新时期德育新问题，提出学校德育工作新思路，改进学校德育工作的方法，努力提高德育工作的效率。</w:t>
      </w:r>
      <w:r>
        <w:rPr>
          <w:lang w:eastAsia="zh-CN"/>
        </w:rPr>
        <w:br/>
      </w:r>
      <w:r>
        <w:rPr>
          <w:lang w:eastAsia="zh-CN"/>
        </w:rPr>
        <w:t>　　1、加强师德师风建设搞好学校的德育工作，离不开一支经验丰富、方法独到的德育工作者队伍。组织教师学习《中小学教师职业道德规范》等，使教师具有高尚的职业道德和良好的师表风范。爱生乐教，勤奋工作，勇于创新，乐于奉献。全面关心、爱护暂时落后的学生，杜绝体罚与变相体罚现象。构建平等、民主的师生关系。</w:t>
      </w:r>
      <w:r>
        <w:rPr>
          <w:lang w:eastAsia="zh-CN"/>
        </w:rPr>
        <w:br/>
      </w:r>
      <w:r>
        <w:rPr>
          <w:lang w:eastAsia="zh-CN"/>
        </w:rPr>
        <w:t>　　2、抓好班主任队伍管理适时召开班主任工作会议，与班主任老师一起探讨学校德育工作的方法，布置每月的工作重点和主题教育活动，及时反馈、处理班级中发现的问题。并不断完善班主任岗位职责，工作条例、考核、奖励制度，做好班主任工作的月查，加强班主任工作的过程化管理，并把班主任工作的实绩作为晋升、评优、发津贴的重要依据。</w:t>
      </w:r>
      <w:r>
        <w:rPr>
          <w:lang w:eastAsia="zh-CN"/>
        </w:rPr>
        <w:br/>
      </w:r>
      <w:r>
        <w:rPr>
          <w:lang w:eastAsia="zh-CN"/>
        </w:rPr>
        <w:t>　　3、构建社会、家庭、学校同步教育网络德育工作离不开社会、家庭的配合，为此学校积极构建社区、家庭、学校德育工作网络。校报，每两周出版一期，及时传达学校中心工作，各项主要活动，教育教学成果，指导家教工作等等。为广大学生、家长提供了一个交流的平台，努力使家庭教育与学校教育能默契配合。</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4、加强后进生管理做好品德差生的帮教转化工作。本学期，各班都能结合本班实际，做好品德差生的帮教转化工作，建立帮教档案，并制定了具体的帮教措施，记载好帮教情况，努力做到用爱心去关怀他们，用耐心去感化他们，尽量把一些苗头性问题消灭于萌芽状态之中。德育处做了大量的工作，对重点的问题学生“一对一”个别谈心，对本校的后进生、单亲家庭子女进行排队摸底，落实结对帮教教师和措施，增强教育转化的责任感。</w:t>
      </w:r>
      <w:r>
        <w:rPr>
          <w:lang w:eastAsia="zh-CN"/>
        </w:rPr>
        <w:br/>
      </w:r>
      <w:r>
        <w:rPr>
          <w:lang w:eastAsia="zh-CN"/>
        </w:rPr>
        <w:t>　　二、强化行为规范训练，改变学生精神面貌本学期的行为规范教育继续加强。</w:t>
      </w:r>
      <w:r>
        <w:rPr>
          <w:lang w:eastAsia="zh-CN"/>
        </w:rPr>
        <w:br/>
      </w:r>
      <w:r>
        <w:rPr>
          <w:lang w:eastAsia="zh-CN"/>
        </w:rPr>
        <w:t>　　1、学生日常行为习惯不尽人意。如课间上下楼梯、走廊行走不按要求去做、一些学生卫生习惯较差，随意丢弃脏物，还有少数学生有在校园内吃零食的不良习惯，这也是造成学校卫生状况不佳的主要原因之一。</w:t>
      </w:r>
      <w:r>
        <w:rPr>
          <w:lang w:eastAsia="zh-CN"/>
        </w:rPr>
        <w:br/>
      </w:r>
      <w:r>
        <w:rPr>
          <w:lang w:eastAsia="zh-CN"/>
        </w:rPr>
        <w:t>　　2、个别问题学生在校内兹事生非的现象也时有发生，对学校声誉造成直接损害。</w:t>
      </w:r>
      <w:r>
        <w:rPr>
          <w:lang w:eastAsia="zh-CN"/>
        </w:rPr>
        <w:br/>
      </w:r>
      <w:r>
        <w:rPr>
          <w:lang w:eastAsia="zh-CN"/>
        </w:rPr>
        <w:t>　　3、班级之间存在不平衡，班风、学风参差不齐，某些班级在管理上还存在一些问题。</w:t>
      </w:r>
      <w:r>
        <w:rPr>
          <w:lang w:eastAsia="zh-CN"/>
        </w:rPr>
        <w:br/>
      </w:r>
      <w:r>
        <w:rPr>
          <w:lang w:eastAsia="zh-CN"/>
        </w:rPr>
        <w:t>　　总之，本学期学校德育工作做了不少工作，也取得了不少成绩，但与上级要求还有较大差距，一些焦点问题有待解决。</w:t>
      </w:r>
      <w:r>
        <w:rPr>
          <w:lang w:eastAsia="zh-CN"/>
        </w:rPr>
        <w:br/>
      </w:r>
      <w:r>
        <w:rPr>
          <w:lang w:eastAsia="zh-CN"/>
        </w:rPr>
        <w:t xml:space="preserve">    最新教师教育教学工作总结范文 篇4 </w:t>
      </w:r>
      <w:r>
        <w:rPr>
          <w:lang w:eastAsia="zh-CN"/>
        </w:rPr>
        <w:br/>
      </w:r>
      <w:r>
        <w:rPr>
          <w:lang w:eastAsia="zh-CN"/>
        </w:rPr>
        <w:t>　　回顾20__，教学工作可爱可恨，可圈可点。现加以总结，以慰20__。</w:t>
      </w:r>
      <w:r>
        <w:rPr>
          <w:lang w:eastAsia="zh-CN"/>
        </w:rPr>
        <w:br/>
      </w:r>
      <w:r>
        <w:rPr>
          <w:lang w:eastAsia="zh-CN"/>
        </w:rPr>
        <w:t>　　一、备课观念有所改变。</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以往备课主要以书本知识为主，按照教学大纲的要求，努力将知识带到课堂，传授给每一位学生。至于备学生备教法知识蜻蜓点水，一笔带过。现在则不然。如果不备学生，一切将可能徒劳。也就是说，你要准备好与接话把的学生做言语上的斗争，与睡觉的学生作梦幻交流，对走神千里之外的学生进行心理咨询暗示，唤其归来。至于备教法，现在没有教法，更无学法。目前是学生引导课堂新潮流，一切以学生为主。总之，我感觉备课越来越不适应新形势的需要了。</w:t>
      </w:r>
      <w:r>
        <w:rPr>
          <w:lang w:eastAsia="zh-CN"/>
        </w:rPr>
        <w:br/>
      </w:r>
      <w:r>
        <w:rPr>
          <w:lang w:eastAsia="zh-CN"/>
        </w:rPr>
        <w:t>　　二、上课观念有所改变。</w:t>
      </w:r>
      <w:r>
        <w:rPr>
          <w:lang w:eastAsia="zh-CN"/>
        </w:rPr>
        <w:br/>
      </w:r>
      <w:r>
        <w:rPr>
          <w:lang w:eastAsia="zh-CN"/>
        </w:rPr>
        <w:t>　　以往上课可以滔滔不绝，势如破竹，即使唾沫飞溅，也浑然不觉。现在不然。你要在乎每个学生的感受，在乎他们的一举一动。仅有诚心远远不够，还要有爱心，并要让每位学生当场感受到这种爱心。总之，现在上课诚惶诚恐，不知如何是也。</w:t>
      </w:r>
      <w:r>
        <w:rPr>
          <w:lang w:eastAsia="zh-CN"/>
        </w:rPr>
        <w:br/>
      </w:r>
      <w:r>
        <w:rPr>
          <w:lang w:eastAsia="zh-CN"/>
        </w:rPr>
        <w:t>　　三、教学自觉性有所提高。</w:t>
      </w:r>
      <w:r>
        <w:rPr>
          <w:lang w:eastAsia="zh-CN"/>
        </w:rPr>
        <w:br/>
      </w:r>
      <w:r>
        <w:rPr>
          <w:lang w:eastAsia="zh-CN"/>
        </w:rPr>
        <w:t>　　以往教学有很强的依赖性，强调集体备课，有时即使懒惰几次，也有集体教案信手拈来，并且个人可根据喜好在课堂上随意增删，不亦乐乎。如果没有集体备课，也有现成的教学参考书，拿来看上几眼，虽说是参考，实际上就是照搬，但教学效果依然不错。现在则不然。如果没有教学自觉性，一切都是空白。所以我要重头做起，脚踏实地，心灵才不至于空虚，上讲台才不至于发抖。</w:t>
      </w:r>
      <w:r>
        <w:rPr>
          <w:lang w:eastAsia="zh-CN"/>
        </w:rPr>
        <w:br/>
      </w:r>
      <w:r>
        <w:rPr>
          <w:lang w:eastAsia="zh-CN"/>
        </w:rPr>
        <w:t>　　四、牢固树立生命化教育观念。</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教育是一门慢的艺术，忌速成，忌浮躁，忌跃进。纵使学生有严重违反校规校纪，我们也不可对其发难。也许一记耳光可以让其下次不迟到，不抽烟，但这种方式所带来的心灵伤害还不如让其多迟到几次来的自然。我们教育的终极目的是让学生幸福，但事实上往往是为了自己的幸福，为了获得别人的认可。生命化教育观念点燃了我的教学热情，这种观念深入我心。这得益于一本书，一位很普通的教育工作者写的书。感谢他!</w:t>
      </w:r>
      <w:r>
        <w:rPr>
          <w:lang w:eastAsia="zh-CN"/>
        </w:rPr>
        <w:br/>
      </w:r>
      <w:r>
        <w:rPr>
          <w:lang w:eastAsia="zh-CN"/>
        </w:rPr>
        <w:t xml:space="preserve">    最新教师教育教学工作总结范文 篇5 </w:t>
      </w:r>
      <w:r>
        <w:rPr>
          <w:lang w:eastAsia="zh-CN"/>
        </w:rPr>
        <w:br/>
      </w:r>
      <w:r>
        <w:rPr>
          <w:lang w:eastAsia="zh-CN"/>
        </w:rPr>
        <w:t>　　今年我接任初二（2）班的班主任工作，面对这些对将来满怀憧憬、满怀希望、渴望知识、追求新奇的初二学生，我将尽我最大的努力，教导这批学生认识自己、提高自己。我希望能在现在这批学生中，把自己在教育教学上的理论更好的应用在实践上。毕竟，班级中的每一位同学，都是一个可贵的生命。教师的使命就是教育好每一位学生，而班主任的使命便是以学生的健康成长为首要任务。如果一位班主任，不能够把学生放在心中的首位，那它就不是一名称职的班主任，更不是一名称职的教师。班主任的任务是神圣而又光荣，学生应以自己的班主任为荣，班主任也应以自己的学生而光荣。所以身为班主任，首先就是要对得起学生，其次还是要对得起学生，最后还是要对得起学生。尽管现在的班主任工作日益繁重，而俗话又说“多做多错，少做少错，不做不错。”往往工作量最多的人，所犯的错误也是最多的。但只要我所想的一切都是为了学生，为了学生的一切，心里也就没有什么怨言了。</w:t>
      </w:r>
      <w:r>
        <w:rPr>
          <w:lang w:eastAsia="zh-CN"/>
        </w:rPr>
        <w:br/>
      </w:r>
      <w:r>
        <w:rPr>
          <w:lang w:eastAsia="zh-CN"/>
        </w:rPr>
        <w:t>　　一、统一思想，形成合力。</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学生的思想品德要靠教师去陶冶，良好的年段风气主要靠教师去营造。这其中最重要的就是教师在思想品质方面要做好表率，以自己的人格力量去影响教育学生。首先，我凡事身体力行，表里如一，言行一致，各方面尽量起模范带头作用：其次，每个月定期召开年段教师座谈会，采用集中学习讲座的方式，共同学习和探讨教育教学新理论、新形式，共同探讨本年段教育教学中顾在的新现象、新问题及其解决之道。从而保证对学生的教育教学工作的科学性和实效性。再次，积极配合学校的工作要求，根据每一位教师的能力、兴趣等，尽可能地创造条件，发挥每位教师的聪明才智。第三，工作上的决策，通过各种民主方式，请教师参与，征求教师的建议和意见，努力创建宽松和谐的工作环境，让教师充分感受到自己是学校的主人，从而充分调动他们的积极性和创造性。第四，生活上，抓住各种细节和机会，真诚地关心和帮助每位教师生活中出现的各种困难，注意协调好教师间的各种关系，使年段形成互相关心、互相帮助的良好氛围。以上做法，使全年段同心协力，心往一处想，劲往一处使，成为一个有坚强战斗力的战斗集体。获得学校和社会的赞誉。</w:t>
      </w:r>
      <w:r>
        <w:rPr>
          <w:lang w:eastAsia="zh-CN"/>
        </w:rPr>
        <w:br/>
      </w:r>
      <w:r>
        <w:rPr>
          <w:lang w:eastAsia="zh-CN"/>
        </w:rPr>
        <w:t>　　二、确立以教学质量为年段工作中心的共识。</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期初即明确本学期的工作重心是：补缺补漏，杜绝偏科现象。为此，我们努力配合学校各教研室特别是本年段各教研组，定期、不定期地开展教研活动，特别是“月考、期中考试、期末考试”后，都要求及时进行商定对策，及时反馈学生的学习情况，并及时适当的调整原有的计划，及时补漏，以求取得最好的教学效果；鼓励积极钻研教学业务，进行课堂教学改革的尝试，寻求培养学生创新和实践能力的途径。经常深入课堂调查研究，了解各学科的教学教育情况，通过召开各类型学生会议来了解情况，掌握新动向，研究新问题，制定新方案，拿出新办法，及时有效地解决存在的各种问题，力争教育教学水平以及学生的学习成绩都能不断地更上一层楼。</w:t>
      </w:r>
      <w:r>
        <w:rPr>
          <w:lang w:eastAsia="zh-CN"/>
        </w:rPr>
        <w:br/>
      </w:r>
      <w:r>
        <w:rPr>
          <w:lang w:eastAsia="zh-CN"/>
        </w:rPr>
        <w:t>　　三、面向全体学生，进一步健全和完善“家校共教”络体系。</w:t>
      </w:r>
      <w:r>
        <w:rPr>
          <w:lang w:eastAsia="zh-CN"/>
        </w:rPr>
        <w:br/>
      </w:r>
      <w:r>
        <w:rPr>
          <w:lang w:eastAsia="zh-CN"/>
        </w:rPr>
        <w:t>　　本学期更加强同各村小学校长发及老人会的联系，从而大大增强了社会教育的功能。在学生的管理教育方面，继续努力探索新时期青少年的新情况、新总是努力学习先进的教育教学方式，积极探索和实践“素质教育”的有效途径，不断总结经验教训。本学期我们分别在期初、期中后、期末前召开年段全体或部分学生家长座谈会；每次“月考”后都召开了部分学生家长座谈会；班主任主动同家长优质经常性的联系。我们每月至少召开一次年段全体科任教师会议，商讨各科的教学与协调配合以及年段班级工作中存在的优点与不足；各科任教师对自己所负责的教学班中存在偏科现象的中、优生进行有针对性的加强课外辅导，并责任到人；年段或班级每月必分别召开一次优、中、差和座谈会；等等。以上措施的实行已见成效，年段学生的精神面貌和学习风气不断更上一层楼，获得学校和社会家长的好评。</w:t>
      </w:r>
      <w:r>
        <w:rPr>
          <w:lang w:eastAsia="zh-CN"/>
        </w:rPr>
        <w:t xml:space="preserve"> 四、开展丰富多采的第二课堂活动和社会实践活动。</w:t>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本学期成功地组织学生参加了学校第17届校动会、以及“纪念一二九爱国运动歌咏比赛”等活动，同时还配合各科备课级开展了许多小型即兴式比赛，寓教于乐；等等。采用“走出去”、“请进来”的方式开展第二课堂活动。这些活动的开展，既大大地丰富了学生的课余生活，使学生开阔了眼界，学以致用；同时也使学生得到了爱国主义教育、集体主义教育、革命教育、劳动教育以及科学世界观、人生观教育；使学生劳逸结合，取得良好的效果。</w:t>
      </w:r>
      <w:r>
        <w:rPr>
          <w:lang w:eastAsia="zh-CN"/>
        </w:rPr>
        <w:br/>
      </w:r>
      <w:r>
        <w:rPr>
          <w:lang w:eastAsia="zh-CN"/>
        </w:rPr>
        <w:t>　　回顾一学期来的工作，在学校领导的`关心指导下，在年段全体师生的共同努力下，我们胜利地完成了初二年段的第一场关键性的战役——上学期的教育教学工作。从总体上看，本学期学生的学习、纪律及精神面貌等方面都稳中有升，一学期来，学生的违规违纪现象大幅下降，反之，年段的良好风气，班风、学风都有了很大的提高，巩生率得到确保；这就为下学期的最后冲刺奠定了稳固的基础，提供了有力的保保障。</w:t>
      </w:r>
      <w:r>
        <w:rPr>
          <w:lang w:eastAsia="zh-CN"/>
        </w:rPr>
        <w:br/>
      </w:r>
      <w:r>
        <w:rPr>
          <w:lang w:eastAsia="zh-CN"/>
        </w:rPr>
        <w:t>　　但我们还应该清楚地看到年段还存在些不足，主要有以下几个亟待改进的问题：</w:t>
      </w:r>
      <w:r>
        <w:rPr>
          <w:lang w:eastAsia="zh-CN"/>
        </w:rPr>
        <w:br/>
      </w:r>
      <w:r>
        <w:rPr>
          <w:lang w:eastAsia="zh-CN"/>
        </w:rPr>
        <w:t>　　1、有的学生的学习目的性沿不明确，学习态度不端正。 2、有些学生的学习主动性、积极性有待进一步提高，学习有待进一步加强。</w:t>
      </w:r>
      <w:r>
        <w:rPr>
          <w:lang w:eastAsia="zh-CN"/>
        </w:rPr>
        <w:br/>
      </w:r>
      <w:r>
        <w:rPr>
          <w:lang w:eastAsia="zh-CN"/>
        </w:rPr>
        <w:t>　　3、年段的教育教学环境同社会上的游艺机室、吧等想比显得苍白无力，沿需大力加强以增强对学生的吸引力。</w:t>
      </w:r>
      <w:r>
        <w:rPr>
          <w:lang w:eastAsia="zh-CN"/>
        </w:rPr>
        <w:br/>
      </w:r>
      <w:r>
        <w:rPr>
          <w:lang w:eastAsia="zh-CN"/>
        </w:rPr>
        <w:t>　　4、沿须加强对新时期实施“素质教育”的探讨。针对这些不足，在今后的工作中，我们将从以下几方面来采取积极措施加以改正：</w:t>
      </w:r>
      <w:r>
        <w:rPr>
          <w:lang w:eastAsia="zh-CN"/>
        </w:rPr>
        <w:br/>
      </w:r>
      <w:r>
        <w:rPr>
          <w:lang w:eastAsia="zh-CN"/>
        </w:rPr>
        <w:t>　　1）、进一步加强学习，并自觉运用马列主义的立场、观点和方法研究新情况，解决新问题，与时俱进，开拓创新。</w:t>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2）、改进工作方式方法，讲究工作艺术，彻底改变单一方式，力求工作效率的提高。</w:t>
      </w:r>
      <w:r>
        <w:rPr>
          <w:lang w:eastAsia="zh-CN"/>
        </w:rPr>
        <w:br/>
      </w:r>
      <w:r>
        <w:rPr>
          <w:lang w:eastAsia="zh-CN"/>
        </w:rPr>
        <w:t>　　3）、工作作风要坚持力戒空谈，崇尚务实，坚决反对弄虚作假，急功近利的不良风气。</w:t>
      </w:r>
      <w:r>
        <w:rPr>
          <w:lang w:eastAsia="zh-CN"/>
        </w:rPr>
        <w:br/>
      </w:r>
      <w:r>
        <w:rPr>
          <w:lang w:eastAsia="zh-CN"/>
        </w:rPr>
        <w:t>　　4）、坚持身体力行，勤奋敬业，脚踏实地抓好各项工作的落实，根据岗位职责力争完善，做好工作。</w:t>
      </w:r>
      <w:r>
        <w:rPr>
          <w:lang w:eastAsia="zh-CN"/>
        </w:rPr>
        <w:br/>
      </w:r>
      <w:r>
        <w:rPr>
          <w:lang w:eastAsia="zh-CN"/>
        </w:rPr>
        <w:t xml:space="preserve">    最新教师教育教学工作总结范文 篇6 </w:t>
      </w:r>
      <w:r>
        <w:rPr>
          <w:lang w:eastAsia="zh-CN"/>
        </w:rPr>
        <w:br/>
      </w:r>
      <w:r>
        <w:rPr>
          <w:lang w:eastAsia="zh-CN"/>
        </w:rPr>
        <w:t>　　本学期，我继续担任五年级数学教学工作，认真学习教育教学理论，从各方面严格要求自己，积极向有经验的教师请教，结合本校的实际条件和学生的实际情况，勤勤恳恳，兢兢业业，使教学工作有计划，有组织，有步骤地开展。为使今后的工作取得更大的进步，现对本学期教学工作作出总结：</w:t>
      </w:r>
      <w:r>
        <w:rPr>
          <w:lang w:eastAsia="zh-CN"/>
        </w:rPr>
        <w:br/>
      </w:r>
      <w:r>
        <w:rPr>
          <w:lang w:eastAsia="zh-CN"/>
        </w:rPr>
        <w:t>　　一、认真备课，不但备学生而且备教材备教法，根据教材内容及学生的实际，设计课的类型，拟定教学方法，认真写好教案。每一课都做到“有备而来”，每堂课都在课前做好充分的准备，课后及时对该课作出总结，写好教学后记。</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二、注重课堂教学的师生之间学生之间交往互动，共同发展，增强上课技能，提高教学质量。在课堂上我特别注意调动学生的积极性，加强师生交流，充分体现学生学得容易，学得轻松，学得愉快，培养学生多动口动手动脑的能力。本学期我把课堂教学作为有利于学生主动探索数学学习环境，让学生在获得知识和技能的同时，在情感、态度价值观等方面都能够充分发展作为教学改革的基本指导思想，把数学教学看成是师生之间学生之间交往互动，共同发展的过程。提倡自主性“学生是教学活动的主体，教师成为教学活动的组织者、指导者、与参与者。”这一观念的确立，学生成了学习的主人，学习成了他们的需求，学中有发现，学中有乐趣，学中有收获，这说明：设计学生主动探究的过程是探究性学习的新的空间、载体和途径。</w:t>
      </w:r>
      <w:r>
        <w:rPr>
          <w:lang w:eastAsia="zh-CN"/>
        </w:rPr>
        <w:br/>
      </w:r>
      <w:r>
        <w:rPr>
          <w:lang w:eastAsia="zh-CN"/>
        </w:rPr>
        <w:t>　　三、创新评价，激励促进学生全面发展。我们把评价作为全面考察学生的学习状况，激励学生的学习热情，促进学生全面发展的手段，也作为教师反思和改进教学的有力手段。对学生的学习评价，既关注学生知识与技能的理解和掌握，更关注他们情感与态度的形成和发展；既关注学生数学学习的结果，更关注他们在学习过程中的变化和发展。更多地关注学生已经掌握了什么，获得了那些进步，具备了什么能力。使评价结果有利于树立学生学习数学的自信心，提高学生学习数学的兴趣，促进学生的发展。</w:t>
      </w:r>
      <w:r>
        <w:rPr>
          <w:lang w:eastAsia="zh-CN"/>
        </w:rPr>
        <w:br/>
      </w:r>
      <w:r>
        <w:rPr>
          <w:lang w:eastAsia="zh-CN"/>
        </w:rPr>
        <w:t>　　四、虚心请教其他老师。在教学上，有疑必问。在各个章节的学习上都积极征求其他老师的意见，学习他们的方法，学习他们的优点，克服自己的不足，并常常邀请其他老师来听课，征求他们的意见，改进工作。</w:t>
      </w:r>
      <w:r>
        <w:rPr>
          <w:lang w:eastAsia="zh-CN"/>
        </w:rPr>
        <w:br/>
      </w:r>
      <w:r>
        <w:rPr>
          <w:lang w:eastAsia="zh-CN"/>
        </w:rPr>
        <w:t>　　五、认真批改作业，布置作业有针对性，有层次性。对学生的作业批改及时，认真分析并记录学生的作业情况，将他们在作业过程出现的问题做出分类总结，进行透切的讲评，并针对有关情况及时改进教学方法，做到有的放矢。</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六、做好课后辅导工作，注意分层教学。在课后，为不同层次的学生进行相应的辅导，以满足不同层次的学生的需求，同时加大了对后进生的辅导的力度。对后进生的辅导，并不限于学生知识性的辅导，更重要的是学生思想的辅导，提高后进生的成绩，首先解决他们的心结，让他们意识到学习的重要性和必要性，使之对学习萌发兴趣。这样，后进生的转化，就由原来的简单粗暴、强制学习转化到自觉的求知上来。激发了他们的求知欲和上进心，使他们对数学产生了兴趣，也取得了较好的成绩。</w:t>
      </w:r>
      <w:r>
        <w:rPr>
          <w:lang w:eastAsia="zh-CN"/>
        </w:rPr>
        <w:br/>
      </w:r>
      <w:r>
        <w:rPr>
          <w:lang w:eastAsia="zh-CN"/>
        </w:rPr>
        <w:t>　　总之，一学期的教学工作，既有成功的喜悦，也有失败的困惑，虽然取得了一定的成绩，但也存在不少的缺点，如对新课改理念的学习和探讨上、信息基础教育上、自己的教学经验及方法等方面有待提高。本人今后将在教学工作中，吸取别人的长处，弥补自己的不足，力争取得更好的成绩。</w:t>
      </w:r>
      <w:r>
        <w:rPr>
          <w:lang w:eastAsia="zh-CN"/>
        </w:rPr>
        <w:br/>
      </w:r>
      <w:r>
        <w:rPr>
          <w:lang w:eastAsia="zh-CN"/>
        </w:rPr>
        <w:t xml:space="preserve">    最新教师教育教学工作总结范文 篇7 </w:t>
      </w:r>
      <w:r>
        <w:rPr>
          <w:lang w:eastAsia="zh-CN"/>
        </w:rPr>
        <w:br/>
      </w:r>
      <w:r>
        <w:rPr>
          <w:lang w:eastAsia="zh-CN"/>
        </w:rPr>
        <w:t>　　一学期来，本人认真备课、上课、听课、评课，及时批改作业、讲评作业，做好课后辅导工作，广泛涉猎各种知识，形成比较完整的知识结构，严格要求学生，尊重学生，发扬教学民主，使学生学有所得，不断提高，从而不断提高自己的教学水平和思想觉悟，并顺利完成教育教学任务。</w:t>
      </w:r>
      <w:r>
        <w:rPr>
          <w:lang w:eastAsia="zh-CN"/>
        </w:rPr>
        <w:br/>
      </w:r>
      <w:r>
        <w:rPr>
          <w:lang w:eastAsia="zh-CN"/>
        </w:rPr>
        <w:t>　　20__－20__学年，学校安排我教初一（12）班数学课，在教学工作中，我努力做到以下几点：</w:t>
      </w:r>
      <w:r>
        <w:rPr>
          <w:lang w:eastAsia="zh-CN"/>
        </w:rPr>
        <w:br/>
      </w:r>
      <w:r>
        <w:rPr>
          <w:lang w:eastAsia="zh-CN"/>
        </w:rPr>
        <w:t>　　一、备课认真仔细，尽力做到科学、准确、严密。</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由于刚刚参加工作，没有任何的教学经验。所以在备课的过程中，我除了认真专研教材，多方参阅各种有关书籍外，积极向石老师及备课组其他老教师请教，力求深入理解教材，准确把握重点和难点。同时我还注意认真编写教案，并不断归纳总结教学中的经验和教训。</w:t>
      </w:r>
      <w:r>
        <w:rPr>
          <w:lang w:eastAsia="zh-CN"/>
        </w:rPr>
        <w:br/>
      </w:r>
      <w:r>
        <w:rPr>
          <w:lang w:eastAsia="zh-CN"/>
        </w:rPr>
        <w:t>　　1、突出新教材新思路新方法。由于实行新教材，对于新的教材要有新的思路和新的方法，因此在平时的教学过程中，以启发式教学为主，坚持学生为主体，教师为主导的教学思路，注重对学生数学能力的培养。</w:t>
      </w:r>
      <w:r>
        <w:rPr>
          <w:lang w:eastAsia="zh-CN"/>
        </w:rPr>
        <w:br/>
      </w:r>
      <w:r>
        <w:rPr>
          <w:lang w:eastAsia="zh-CN"/>
        </w:rPr>
        <w:t>　　组织好课堂教学，关注全体学生，注意信息反馈，调动学生的有意注意，使其保持相对稳定性。同时，激发学生的情感，使他们产生愉悦的心境，创造良好的课堂气氛。课堂语言简洁明了，克服了以前重复的毛病，课堂提问面向全体学生，注意引发学生学数学的兴趣。课堂上讲练结合，布置好家庭作业，作业少而精，形式多样，不拘泥于书面作业，多种方式交替进行，减轻学生的负担，增加学生学习数学的兴趣。</w:t>
      </w:r>
      <w:r>
        <w:rPr>
          <w:lang w:eastAsia="zh-CN"/>
        </w:rPr>
        <w:br/>
      </w:r>
      <w:r>
        <w:rPr>
          <w:lang w:eastAsia="zh-CN"/>
        </w:rPr>
        <w:t>　　2、坚持听课，尤其是老教师的课，学习他人的宝贵的教学经验，来提高自己的教学水平。</w:t>
      </w:r>
      <w:r>
        <w:rPr>
          <w:lang w:eastAsia="zh-CN"/>
        </w:rPr>
        <w:br/>
      </w:r>
      <w:r>
        <w:rPr>
          <w:lang w:eastAsia="zh-CN"/>
        </w:rPr>
        <w:t>　　3、认真及时批改作业，做到全批全该，及时了解学生的学习情况，在辅导中做到因人施教。</w:t>
      </w:r>
      <w:r>
        <w:rPr>
          <w:lang w:eastAsia="zh-CN"/>
        </w:rPr>
        <w:br/>
      </w:r>
      <w:r>
        <w:rPr>
          <w:lang w:eastAsia="zh-CN"/>
        </w:rPr>
        <w:t>　　4、及时总结工作中的不足，加以纠正和改进，不断完善自己的教学工作。</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由于平时注意了以上几点，所以我的教学水平有了一定的提高，在本学期考试中，我教的一个班数学成绩有了一定提高。</w:t>
      </w:r>
      <w:r>
        <w:rPr>
          <w:lang w:eastAsia="zh-CN"/>
        </w:rPr>
        <w:br/>
      </w:r>
      <w:r>
        <w:rPr>
          <w:lang w:eastAsia="zh-CN"/>
        </w:rPr>
        <w:t>　　二、教育工作</w:t>
      </w:r>
      <w:r>
        <w:rPr>
          <w:lang w:eastAsia="zh-CN"/>
        </w:rPr>
        <w:br/>
      </w:r>
      <w:r>
        <w:rPr>
          <w:lang w:eastAsia="zh-CN"/>
        </w:rPr>
        <w:t>　　学校安排我担任初一（12）班的班主任，在工作中我遵循一切为了学生，为了一切学生，为了学生的一切的指导思想，开学之初对学生的日常行为规范作以明确的要求。充分调动每一位学生的积极性，让每一位学生参与班级管理，使初一（12）班真正成为一个人人关心，人人参与的班集体。在日常工作中，我真心去关爱每一位学生，以发展的眼光看待每一位学生，努力发现每一位学生的优点和长处，注意做好差生转化工作。</w:t>
      </w:r>
      <w:r>
        <w:rPr>
          <w:lang w:eastAsia="zh-CN"/>
        </w:rPr>
        <w:br/>
      </w:r>
      <w:r>
        <w:rPr>
          <w:lang w:eastAsia="zh-CN"/>
        </w:rPr>
        <w:t>　　1、坚持教育就是爱的思想，关心每一个学生。作为一名新教师，我缺乏管理班级的经验，但我尽努力，投入大量的时间和精力来弥补经验的欠缺，定期或不定期和学生进行感情和心理的交流，发现问题，及时解决。要求让学生做到的，自己首先做到。认真阅读学生档案，尽可能的了解每位学生的家庭情况。</w:t>
      </w:r>
      <w:r>
        <w:rPr>
          <w:lang w:eastAsia="zh-CN"/>
        </w:rPr>
        <w:br/>
      </w:r>
      <w:r>
        <w:rPr>
          <w:lang w:eastAsia="zh-CN"/>
        </w:rPr>
        <w:t>　　2、抓住各种时机，对学生进行教育。利用运动会的召开，对学生进行了集体主义教育，增强了班级的凝聚力。在本班荣获级部拔河比赛第4名之后，结合本班期中考试不太理想的实际情况，召开主题班会，将学生获胜后的热情转移到学习中去;并同时在班内召开了学习经验交流会。</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3、认真选好班委，充分发挥学生的自治能力。期中考试之后，结合学习成绩，再班内采取竞选方式，由全体同学投票产生班委。然后分工到人，使各班位成员责任明确，受到很好效果。</w:t>
      </w:r>
      <w:r>
        <w:rPr>
          <w:lang w:eastAsia="zh-CN"/>
        </w:rPr>
        <w:br/>
      </w:r>
      <w:r>
        <w:rPr>
          <w:lang w:eastAsia="zh-CN"/>
        </w:rPr>
        <w:t>　　在本学期获得校跑操比赛第一名，班级文化建设第一名，万圣节作品班级组织奖，学校黑板报评比第一名，英语角评比第二名，拔河比赛第4名的好成绩。课间操多次受到领导表扬。</w:t>
      </w:r>
      <w:r>
        <w:rPr>
          <w:lang w:eastAsia="zh-CN"/>
        </w:rPr>
        <w:br/>
      </w:r>
      <w:r>
        <w:rPr>
          <w:lang w:eastAsia="zh-CN"/>
        </w:rPr>
        <w:t>　　当然，在这半年的工作生活中，无论在教育还是在教学工作中，我自己还有许多不足和缺点，但是，我相信，在我的指导老师石甘生老师的悉心指点下，在各位同时的支持帮助下，加上自己对学生的热爱，我会不断学习，不断进步，会将领导交给的任务完成的更好。</w:t>
      </w:r>
      <w:r>
        <w:rPr>
          <w:lang w:eastAsia="zh-CN"/>
        </w:rPr>
        <w:br/>
      </w:r>
      <w:r>
        <w:rPr>
          <w:lang w:eastAsia="zh-CN"/>
        </w:rPr>
        <w:t xml:space="preserve">    最新教师教育教学工作总结范文 篇8 </w:t>
      </w:r>
      <w:r>
        <w:rPr>
          <w:lang w:eastAsia="zh-CN"/>
        </w:rPr>
        <w:br/>
      </w:r>
      <w:r>
        <w:rPr>
          <w:lang w:eastAsia="zh-CN"/>
        </w:rPr>
        <w:t>　　一个月来，本人在教育教学工作中，始终坚持的教育方针，面向全体学生，教书育人，为人师表，确立以学生为主体，以培养学生主动发展为中心的教学思想，重视学生的个性发展，重视激发学生的创造能力，培养学生德、智、体、美、劳全面发展，工作责任心强，服从领导的分工，积极做好本职工作，认真备课、上课、听课、评课，广泛获取各种知识，形成比较完整的知识结构，严格要求学生，尊重学生，发扬教学，使学生学有所得，不断提高，从而不断提高自己的教学水平，并顺利完成教育教学任务。</w:t>
      </w:r>
      <w:r>
        <w:rPr>
          <w:lang w:eastAsia="zh-CN"/>
        </w:rPr>
        <w:br/>
      </w:r>
      <w:r>
        <w:rPr>
          <w:lang w:eastAsia="zh-CN"/>
        </w:rPr>
        <w:t>　　一、政治思想方面：</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认真学习新的教育理论，及时更新教育理念。积极参加校本培训，并做了大量的政治笔记与理论笔记。新的教育形式不允许我们在课堂上重复讲书，我们必须具有先进的教育观念，才能适应教育的发展。所以我不但注重集体的政治理论学习，还注意从书本中汲取营养，认真学习仔细体会新形势下怎样做一名好教师。</w:t>
      </w:r>
      <w:r>
        <w:rPr>
          <w:lang w:eastAsia="zh-CN"/>
        </w:rPr>
        <w:br/>
      </w:r>
      <w:r>
        <w:rPr>
          <w:lang w:eastAsia="zh-CN"/>
        </w:rPr>
        <w:t>　　二、教育教学方面：</w:t>
      </w:r>
      <w:r>
        <w:rPr>
          <w:lang w:eastAsia="zh-CN"/>
        </w:rPr>
        <w:br/>
      </w:r>
      <w:r>
        <w:rPr>
          <w:lang w:eastAsia="zh-CN"/>
        </w:rPr>
        <w:t>　　要提高教学质量，关键是上好课。为了上好课，我做了下面的工作：</w:t>
      </w:r>
      <w:r>
        <w:rPr>
          <w:lang w:eastAsia="zh-CN"/>
        </w:rPr>
        <w:br/>
      </w:r>
      <w:r>
        <w:rPr>
          <w:lang w:eastAsia="zh-CN"/>
        </w:rPr>
        <w:t>　　1、课前准备：备好课。</w:t>
      </w:r>
      <w:r>
        <w:rPr>
          <w:lang w:eastAsia="zh-CN"/>
        </w:rPr>
        <w:br/>
      </w:r>
      <w:r>
        <w:rPr>
          <w:lang w:eastAsia="zh-CN"/>
        </w:rPr>
        <w:t>　　2、认真钻研教材，对教材的基本思想、基本概念，每句话、每个字都弄清楚，了解教材的结构，重点与难点，掌握知识的逻辑，能运用自如，知道应补充哪些资料，怎样才能教好。</w:t>
      </w:r>
      <w:r>
        <w:rPr>
          <w:lang w:eastAsia="zh-CN"/>
        </w:rPr>
        <w:br/>
      </w:r>
      <w:r>
        <w:rPr>
          <w:lang w:eastAsia="zh-CN"/>
        </w:rPr>
        <w:t>　　3、了解学生原有的知识技能的质量，他们的兴趣、需要、方法、习惯，学习新知识可能会有哪些困难，采取相应的预防措施。</w:t>
      </w:r>
      <w:r>
        <w:rPr>
          <w:lang w:eastAsia="zh-CN"/>
        </w:rPr>
        <w:br/>
      </w:r>
      <w:r>
        <w:rPr>
          <w:lang w:eastAsia="zh-CN"/>
        </w:rPr>
        <w:t>　　4、考虑教法，解决如何把已掌握的教材传授给学生，包括如何组织教材、如何安排每节课的活动。</w:t>
      </w:r>
      <w:r>
        <w:rPr>
          <w:lang w:eastAsia="zh-CN"/>
        </w:rPr>
        <w:br/>
      </w:r>
      <w:r>
        <w:rPr>
          <w:lang w:eastAsia="zh-CN"/>
        </w:rPr>
        <w:t>　　5、课堂上的情况。</w:t>
      </w:r>
      <w:r>
        <w:rPr>
          <w:lang w:eastAsia="zh-CN"/>
        </w:rPr>
        <w:br/>
      </w:r>
      <w:r>
        <w:rPr>
          <w:lang w:eastAsia="zh-CN"/>
        </w:rPr>
        <w:t>　　组织好课堂教学，关注全体学生，注意信息反馈，调动学生的有意注意，使其保持相对稳定性，同时，激发学生的情感，使他们产生愉悦的心境，创造良好的课堂气氛，课堂语言简洁明了，克服了以前重复的毛病，课堂提问面向全体学生，注意引发学生学数学的兴趣，课堂上讲练结合，布置好家庭作业，作业少而精，减轻学生的负担。</w:t>
      </w:r>
      <w:r>
        <w:rPr>
          <w:lang w:eastAsia="zh-CN"/>
        </w:rPr>
        <w:br/>
      </w:r>
      <w:r>
        <w:rPr>
          <w:lang w:eastAsia="zh-CN"/>
        </w:rPr>
        <w:t>　　6、积极参与听课、评课，虚心向同行学习教学方法，博采众长，提高教学水平。</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7、热爱学生，平等的对待每一个学生，让他们都感受到老师的关心，良好的师生关系促进了学生的学习。</w:t>
      </w:r>
      <w:r>
        <w:rPr>
          <w:lang w:eastAsia="zh-CN"/>
        </w:rPr>
        <w:br/>
      </w:r>
      <w:r>
        <w:rPr>
          <w:lang w:eastAsia="zh-CN"/>
        </w:rPr>
        <w:t>　　总而言之，现在社会对教师的素质要求更高，在今后的教育教学工作中，我将更严格要求自己，努力工作，发扬优点，改正缺点，开拓前进，为美好的明天继续努力。</w:t>
      </w:r>
      <w:r>
        <w:rPr>
          <w:lang w:eastAsia="zh-CN"/>
        </w:rPr>
        <w:br/>
      </w:r>
      <w:r>
        <w:rPr>
          <w:lang w:eastAsia="zh-CN"/>
        </w:rPr>
        <w:t xml:space="preserve">    最新教师教育教学工作总结范文 篇9 </w:t>
      </w:r>
      <w:r>
        <w:rPr>
          <w:lang w:eastAsia="zh-CN"/>
        </w:rPr>
        <w:br/>
      </w:r>
      <w:r>
        <w:rPr>
          <w:lang w:eastAsia="zh-CN"/>
        </w:rPr>
        <w:t>　　通过对教师礼仪的培训，我对教师这一神圣的职业又有了进一步的了解和认识，我深深地体会到：作为一名教师，不仅仅是传道、授业、解惑，还需要具备更多的素质。百年大计，教育为本：教育大计，教师为本。一名优秀的教师，除了必须以满腔的热情对待事业、对待学生以外，还必须自觉地、高标准地去塑造自身的人格，从而才能培养出学生健量、不反唇相讥，应表现出良好的道德修养。分清场合，入情入理。在与人谈话时，老师的表情要与谈话对象、内容协调一致。不要言过其实，故意夸大事实，也不应传播不利团结或道听途说的`事情。</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总之，通过这次培训让我懂得了学习礼仪是一门必修课，也是对民族和后代负责的表现，作为教师，我们要用礼仪观念滋润心灵，用礼仪准则规范言行，加强礼仪上的学习，只有不断进取，才能使自己在这方面有所进步和提高，要具有一定的政治素质、思想素质、业务素质。今后在学习生活以及工作中，我将以教程为标准，严格规范自己的服务言行，在个人修养、心理素质、专业素质等方面加强学习与提升，以良好的师德形象为学生树立一个表率，以自己的人格力量为学生良好思想道德的形成，贡献一份力量。</w:t>
      </w:r>
      <w:r>
        <w:rPr>
          <w:lang w:eastAsia="zh-CN"/>
        </w:rPr>
        <w:br/>
      </w:r>
      <w:r>
        <w:rPr>
          <w:lang w:eastAsia="zh-CN"/>
        </w:rPr>
        <w:t xml:space="preserve">    最新教师教育教学工作总结范文 篇10 </w:t>
      </w:r>
      <w:r>
        <w:rPr>
          <w:lang w:eastAsia="zh-CN"/>
        </w:rPr>
        <w:br/>
      </w:r>
      <w:r>
        <w:rPr>
          <w:lang w:eastAsia="zh-CN"/>
        </w:rPr>
        <w:t>　　在这一年的教学中，自己踏踏实实、勤勤恳恳的努力工作，认认真真的做好老师的本职工作。这一年是充实的一年，收获的一年，在这一年里不仅教学经验有所提高，相关的理论知识，实践知识也有所提高，并认真的完成上级所布置的任务，并取得了优异的成绩。</w:t>
      </w:r>
      <w:r>
        <w:rPr>
          <w:lang w:eastAsia="zh-CN"/>
        </w:rPr>
        <w:br/>
      </w:r>
      <w:r>
        <w:rPr>
          <w:lang w:eastAsia="zh-CN"/>
        </w:rPr>
        <w:t>　　我所教的是八年级学生，八年级学生大多数是14、15岁的少年，处于人生长身体、长知识的阶段，他们好奇、热情、活泼、各方面都朝气蓬勃;但是他们的自制力却很差，注意力也不集中。掌握其规律教学，更应善于引导，使他们旺盛的精力，强烈的好奇化为强烈的求知欲望和认真学习的精神，变被动学习为主动自觉学习。下面我谈谈这一学期来我对八年级地理的几点体会：</w:t>
      </w:r>
      <w:r>
        <w:rPr>
          <w:lang w:eastAsia="zh-CN"/>
        </w:rPr>
        <w:br/>
      </w:r>
      <w:r>
        <w:rPr>
          <w:lang w:eastAsia="zh-CN"/>
        </w:rPr>
        <w:t>　　一、思想方面</w:t>
      </w:r>
      <w:r>
        <w:rPr>
          <w:lang w:eastAsia="zh-CN"/>
        </w:rPr>
        <w:br/>
      </w:r>
      <w:r>
        <w:rPr>
          <w:lang w:eastAsia="zh-CN"/>
        </w:rPr>
        <w:t>　　积极参加__学习，关心国家大事，拥护党的各项方针政策，遵守劳动纪律，团结同志，热心帮助同志;工作认真负责，关心学生，爱护学生，为人师表，有奉献精神。</w:t>
      </w:r>
      <w:r>
        <w:rPr>
          <w:lang w:eastAsia="zh-CN"/>
        </w:rPr>
        <w:br/>
      </w:r>
      <w:r>
        <w:rPr>
          <w:lang w:eastAsia="zh-CN"/>
        </w:rPr>
        <w:t>　　二、教学工作</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认真学习、吃透教材，深入钻研教材，分析学生的基本情况，找准教学的重点，突破教学的难点。力求为学生的终身发展，做到因材施教。注重学生的品质培养，能力培养和文化水平的培养并重。做到了教学六认真。为提高课堂教学效果，在钻研教材时，多方面参阅资料。提前写好教案，备好课。坚持做到不打无准备之仗。积极参加校内外教学研讨活动，积极投身到教学改革的前沿。及时反馈教学信息，认真批改作业，做好差生的转化工作。</w:t>
      </w:r>
      <w:r>
        <w:rPr>
          <w:lang w:eastAsia="zh-CN"/>
        </w:rPr>
        <w:br/>
      </w:r>
      <w:r>
        <w:rPr>
          <w:lang w:eastAsia="zh-CN"/>
        </w:rPr>
        <w:t>　　三、个人学习</w:t>
      </w:r>
      <w:r>
        <w:rPr>
          <w:lang w:eastAsia="zh-CN"/>
        </w:rPr>
        <w:br/>
      </w:r>
      <w:r>
        <w:rPr>
          <w:lang w:eastAsia="zh-CN"/>
        </w:rPr>
        <w:t>　　坚持参加校内外教学研讨活动，不断汲取他人的宝贵经验，提高自己的教学水平。经常向经验丰富的教师请教并经常在一起讨论教学问题听公开课多次，使我明确了怎样的课堂才是有效的课堂。坚持参加教研活动，认真与老教师们备课，吸取他们的长处，改正自己的不足之处。</w:t>
      </w:r>
      <w:r>
        <w:rPr>
          <w:lang w:eastAsia="zh-CN"/>
        </w:rPr>
        <w:br/>
      </w:r>
      <w:r>
        <w:rPr>
          <w:lang w:eastAsia="zh-CN"/>
        </w:rPr>
        <w:t>　　积极学习各种教育理论，以充实自己，以便在工作中以坚实的理论作为指导，更好地进行教育教学。我还利用业余时间认真学习电脑知识，学习制作多媒体课件，为教学服务。为学生服务。</w:t>
      </w:r>
      <w:r>
        <w:rPr>
          <w:lang w:eastAsia="zh-CN"/>
        </w:rPr>
        <w:br/>
      </w:r>
      <w:r>
        <w:rPr>
          <w:lang w:eastAsia="zh-CN"/>
        </w:rPr>
        <w:t>　　四、取得的成绩</w:t>
      </w:r>
      <w:r>
        <w:rPr>
          <w:lang w:eastAsia="zh-CN"/>
        </w:rPr>
        <w:br/>
      </w:r>
      <w:r>
        <w:rPr>
          <w:lang w:eastAsia="zh-CN"/>
        </w:rPr>
        <w:t>　　回顾过去的一年，我所任教的初__年级__班，地理取得了不错的成绩，平均分都名列前茅，学生的知识也得到了相应的提高。</w:t>
      </w:r>
      <w:r>
        <w:rPr>
          <w:lang w:eastAsia="zh-CN"/>
        </w:rPr>
        <w:br/>
      </w:r>
      <w:r>
        <w:rPr>
          <w:lang w:eastAsia="zh-CN"/>
        </w:rPr>
        <w:t xml:space="preserve">    最新教师教育教学工作总结范文 篇11 </w:t>
      </w:r>
      <w:r>
        <w:rPr>
          <w:lang w:eastAsia="zh-CN"/>
        </w:rPr>
        <w:br/>
      </w:r>
      <w:r>
        <w:rPr>
          <w:lang w:eastAsia="zh-CN"/>
        </w:rPr>
        <w:t>　　一个学期以来，我能爱岗敬业，遵纪守法，踏实工作，并积极参入自主教育课程改革，努力提高自身的教学水平。解放思想，更新教育教学理念，提高思想素质，不断的丰富自我，完善自我。在教书育人中，从各方面严格要求自己，使教学工作有计划，有组织，有步骤地开展。在班级管理工作中，树立</w:t>
      </w:r>
      <w:r>
        <w:rPr>
          <w:lang w:eastAsia="zh-CN"/>
        </w:rPr>
        <w:br/>
      </w:r>
      <w:r>
        <w:rPr>
          <w:lang w:eastAsia="zh-CN"/>
        </w:rPr>
        <w:t>　　一、严格执行学校的作息时间，不早退，不迟到，按时上下班，从不因为个人私事耽误教学工作，给学生做了极好的表率。</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二、在教育教学工作中，本人积极认真学习新课标、新教材，将教材、教法、学法尽可能完美的结合，运用于课堂教学。积极、认真备好每一节课，上好每一节课，大力提高课堂40分钟的教学效率，努力减轻学生的课业负担，同时积极学习钻研名师、专家的教育、教学理论，探索适合本班学生的教育方法、教育模式和班级管理策略。</w:t>
      </w:r>
      <w:r>
        <w:rPr>
          <w:lang w:eastAsia="zh-CN"/>
        </w:rPr>
        <w:br/>
      </w:r>
      <w:r>
        <w:rPr>
          <w:lang w:eastAsia="zh-CN"/>
        </w:rPr>
        <w:t>　　1、深入钻研教材，上好每一堂课。能根据教材内容及学生的实际，拟定教学方法，创造性地使用教材，编写比较实用性的教案，教案中体现学法的指导。</w:t>
      </w:r>
      <w:r>
        <w:rPr>
          <w:lang w:eastAsia="zh-CN"/>
        </w:rPr>
        <w:br/>
      </w:r>
      <w:r>
        <w:rPr>
          <w:lang w:eastAsia="zh-CN"/>
        </w:rPr>
        <w:t>　　2、努力改变教学方式，提高教学质量。在课堂上，大胆改革传统的教学方法，把自主学习、合作学习，探究学习引入课堂，注意调动学生的积极性，主动性，加强师生互动，生生互动，充分发挥学生的主动性，让学生学得容易，学得轻松，学得快乐。同时，在每一堂课上都充分考虑每一个层次的学生学习需求和学习能力，让各个层次的学生都得到较大的提高。</w:t>
      </w:r>
      <w:r>
        <w:rPr>
          <w:lang w:eastAsia="zh-CN"/>
        </w:rPr>
        <w:br/>
      </w:r>
      <w:r>
        <w:rPr>
          <w:lang w:eastAsia="zh-CN"/>
        </w:rPr>
        <w:t>　　3、精心设计练习，认真批改作业。力求每一次练习都有针对性，有层次性。同时对学生的作业批改及时、认真，分析并记录学生的作业情况，将他们在作业过程出现的问题做出分类总结，进行讲评，并针对有关情况及时改进教学方法，做到有的放矢。同时根据教学内容布置实践性的作，如，设计手抄报等。</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4、做好学科培优补差工作，全面提高教学质量。对于学习能力相对好的学生注重他们在更深层次上的学习和探究；对于学习能力相对困难的学生，从基础知识方面着手对其进行再一次针对性的教育教学，促使他们可以逐渐跟上其他同学的脚步。</w:t>
      </w:r>
      <w:r>
        <w:rPr>
          <w:lang w:eastAsia="zh-CN"/>
        </w:rPr>
        <w:br/>
      </w:r>
      <w:r>
        <w:rPr>
          <w:lang w:eastAsia="zh-CN"/>
        </w:rPr>
        <w:t>　　5、认真做好教学反思工作，不断提高自身的业务素养。授课后及时记载本课教学的成功和失误，能够比较真实地从教法的选择、教师的备课、教学目标的要求与学生的认知水平及教材的编写等方面加以分析，寻找问题出在哪里，并能提出今后的改革措施。从而不断总结经验，吸取教训，改进教法，提高自身的业务素养。</w:t>
      </w:r>
      <w:r>
        <w:rPr>
          <w:lang w:eastAsia="zh-CN"/>
        </w:rPr>
        <w:br/>
      </w:r>
      <w:r>
        <w:rPr>
          <w:lang w:eastAsia="zh-CN"/>
        </w:rPr>
        <w:t>　　6、积极参加教研活动，努力提高自己的理论水平。</w:t>
      </w:r>
      <w:r>
        <w:rPr>
          <w:lang w:eastAsia="zh-CN"/>
        </w:rPr>
        <w:br/>
      </w:r>
      <w:r>
        <w:rPr>
          <w:lang w:eastAsia="zh-CN"/>
        </w:rPr>
        <w:t>　　在备课组教研中积极发言，在教学目标，教材处理，规划教学流程，创设问题情境，化解教学疑问，促进学生心智发展上，善于提出自己的意见与建议。在学校的教研中，敢于提出自己不同的见解和发表自己的意见。</w:t>
      </w:r>
      <w:r>
        <w:rPr>
          <w:lang w:eastAsia="zh-CN"/>
        </w:rPr>
        <w:br/>
      </w:r>
      <w:r>
        <w:rPr>
          <w:lang w:eastAsia="zh-CN"/>
        </w:rPr>
        <w:t xml:space="preserve">    最新教师教育教学工作总结范文 篇12 </w:t>
      </w:r>
      <w:r>
        <w:rPr>
          <w:lang w:eastAsia="zh-CN"/>
        </w:rPr>
        <w:br/>
      </w:r>
      <w:r>
        <w:rPr>
          <w:lang w:eastAsia="zh-CN"/>
        </w:rPr>
        <w:t>　　一年来，在教育教学工作中，我始终坚持_的教育方针，面向全体学生，教书育人，为人师表，对工作积极认真，尽职尽责。现将一年来的工作作如下总结：</w:t>
      </w:r>
      <w:r>
        <w:rPr>
          <w:lang w:eastAsia="zh-CN"/>
        </w:rPr>
        <w:br/>
      </w:r>
      <w:r>
        <w:rPr>
          <w:lang w:eastAsia="zh-CN"/>
        </w:rPr>
        <w:t>　　一、政治思想方面</w:t>
      </w:r>
      <w:r>
        <w:rPr>
          <w:lang w:eastAsia="zh-CN"/>
        </w:rPr>
        <w:br/>
      </w:r>
      <w:r>
        <w:rPr>
          <w:lang w:eastAsia="zh-CN"/>
        </w:rPr>
        <w:t>　　我坚决拥护_的领导，坚决贯彻执行_的教育、教学方针和政策。在新的时代背景下，我深入学习新课程，新课改的相关理论和要求，积极更新自己的教学观念，提升自己的职业道德水平和职业技能。</w:t>
      </w:r>
      <w:r>
        <w:rPr>
          <w:lang w:eastAsia="zh-CN"/>
        </w:rPr>
        <w:br/>
      </w:r>
      <w:r>
        <w:rPr>
          <w:lang w:eastAsia="zh-CN"/>
        </w:rPr>
        <w:t>　　二、教育教学方面</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1、专研教材：参加了教师素质提升工程上海送教培训，对小学语文教育教学有了全新的认识，注重了教学方法和、方式的运用，掌握了一些实用的操作技能。</w:t>
      </w:r>
      <w:r>
        <w:rPr>
          <w:lang w:eastAsia="zh-CN"/>
        </w:rPr>
        <w:br/>
      </w:r>
      <w:r>
        <w:rPr>
          <w:lang w:eastAsia="zh-CN"/>
        </w:rPr>
        <w:t>　　2、了解学生：掌握学生的学习动态，激发学生的学习兴趣，鼓励学生努力学习，掌握一定的学习方法和技巧。</w:t>
      </w:r>
      <w:r>
        <w:rPr>
          <w:lang w:eastAsia="zh-CN"/>
        </w:rPr>
        <w:br/>
      </w:r>
      <w:r>
        <w:rPr>
          <w:lang w:eastAsia="zh-CN"/>
        </w:rPr>
        <w:t>　　3、优化课堂：把教学课堂让给学生，充分发挥学生的自主学习和小组合作学习，让学生自学和互学，教师做好引导和辅导，让学生做学习的主人。</w:t>
      </w:r>
      <w:r>
        <w:rPr>
          <w:lang w:eastAsia="zh-CN"/>
        </w:rPr>
        <w:br/>
      </w:r>
      <w:r>
        <w:rPr>
          <w:lang w:eastAsia="zh-CN"/>
        </w:rPr>
        <w:t>　　4、努力提升自身的业务知识和技能，先后参加了“教师素质提升工程上海送教培训”，“文山州中小学教师“备好课”专题培训”，“全国中小学教师师德师风建设培训”。</w:t>
      </w:r>
      <w:r>
        <w:rPr>
          <w:lang w:eastAsia="zh-CN"/>
        </w:rPr>
        <w:br/>
      </w:r>
      <w:r>
        <w:rPr>
          <w:lang w:eastAsia="zh-CN"/>
        </w:rPr>
        <w:t>　　三、德育工作</w:t>
      </w:r>
      <w:r>
        <w:rPr>
          <w:lang w:eastAsia="zh-CN"/>
        </w:rPr>
        <w:br/>
      </w:r>
      <w:r>
        <w:rPr>
          <w:lang w:eastAsia="zh-CN"/>
        </w:rPr>
        <w:t>　　充分利用每周一下午的班会课和周五的安全课，开展形式多样的主题班会教育活动，通过与学生交心谈心的方式，了解学生的心理动态，掌握学生的兴趣、爱好，激发学生的学习兴趣。通过班集体活动，增强了学生团体意识和合作意愿，激发了学生集体荣誉感和责任感。</w:t>
      </w:r>
      <w:r>
        <w:rPr>
          <w:lang w:eastAsia="zh-CN"/>
        </w:rPr>
        <w:br/>
      </w:r>
      <w:r>
        <w:rPr>
          <w:lang w:eastAsia="zh-CN"/>
        </w:rPr>
        <w:t>　　回顾一年来的工作，既有辛勤的汗水，也有满满的收获。诚然在教育教学中还有许多缺点和不足，在今后的工作和学习中要不断提升自己的班级管理能力和教育教学管理水平，力争取得更好的成绩。</w:t>
      </w:r>
      <w:r>
        <w:rPr>
          <w:lang w:eastAsia="zh-CN"/>
        </w:rPr>
        <w:br/>
      </w:r>
      <w:r>
        <w:rPr>
          <w:lang w:eastAsia="zh-CN"/>
        </w:rPr>
        <w:t xml:space="preserve">    最新教师教育教学工作总结范文 篇13 </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时间飞速流逝，转眼间又是一个学期过去了。回顾这一学期，感受到的是压力、紧张和忙碌，但其间收获多多，令人欣慰、令人快乐。现将本学期的工作总结如下：</w:t>
      </w:r>
      <w:r>
        <w:rPr>
          <w:lang w:eastAsia="zh-CN"/>
        </w:rPr>
        <w:br/>
      </w:r>
      <w:r>
        <w:rPr>
          <w:lang w:eastAsia="zh-CN"/>
        </w:rPr>
        <w:t>　　一、加强学习，不断充实自己的头脑。</w:t>
      </w:r>
      <w:r>
        <w:rPr>
          <w:lang w:eastAsia="zh-CN"/>
        </w:rPr>
        <w:br/>
      </w:r>
      <w:r>
        <w:rPr>
          <w:lang w:eastAsia="zh-CN"/>
        </w:rPr>
        <w:t>　　为了在平时的教学中更加能体现并运用好新的课程理念，我认真阅读《语文课程标准》、《教师教学用书》等书，潜心钻研新教材、新课标、新教法，认真体会、领悟其间的精髓，为不断提高教学水平奠定了基础。另外，在紧张、忙碌的工作之于，我还要坚持读一些与教育教学有关的报刊杂志，如《小学语文教学》、《语文教学通讯》等，了解更多教育专家、行家的观点，了解当前的教改动态，同时还要经常上网，查阅一些有关新课程改革的资料、信息，解决教学中遇到的一些疑难问题，另外，经常通过网上视频来观看一些名家的识字课、阅读课、作文课的教学，为今后的教学积累一些好的教学经验，以理论来指导自己的教学工作。</w:t>
      </w:r>
      <w:r>
        <w:rPr>
          <w:lang w:eastAsia="zh-CN"/>
        </w:rPr>
        <w:br/>
      </w:r>
      <w:r>
        <w:rPr>
          <w:lang w:eastAsia="zh-CN"/>
        </w:rPr>
        <w:t>　　二、勇于创新，不断提高课堂教学效率。</w:t>
      </w:r>
      <w:r>
        <w:rPr>
          <w:lang w:eastAsia="zh-CN"/>
        </w:rPr>
        <w:br/>
      </w:r>
      <w:r>
        <w:rPr>
          <w:lang w:eastAsia="zh-CN"/>
        </w:rPr>
        <w:t>　　课堂是学生获取知识与培养能力的主要阵地。一学期以来，我努力在课堂上狠下工夫。为了上好每一节课，我课前认真钻研教材，吃透教材，并结合本班学生的实际特点，采用生动活泼的教学形式，激发学生的学习兴趣。课堂上努力贯彻当前一些新的教育理念，创设轻松民主的教学氛围，鼓励学生踊跃发言，形成群言堂。以学生为主体，构建探究式课堂模式，引导学生主动探究，自主获取知识，不断提高学生的自主学习能力。</w:t>
      </w:r>
      <w:r>
        <w:rPr>
          <w:lang w:eastAsia="zh-CN"/>
        </w:rPr>
        <w:br/>
      </w:r>
      <w:r>
        <w:rPr>
          <w:lang w:eastAsia="zh-CN"/>
        </w:rPr>
        <w:t>　　三、要提高教学质量，还要做好课后辅导工作。</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小学生爱动、好玩，缺乏自控能力，常在学习上不能按时完成作业，有的学生抄袭作业。针对这种问题，抓好学生的思想教育，并使这一工作贯彻到对学生的学习指导中去，还要做好对学生学习的辅导和帮助工作，尤其在后进生的转化上，对后进生努力做到从友善开始，比如，握握他的手，摸摸他的头，或帮助整理衣服。从赞美着手，所有的人都渴望得到别人的理解和尊重，所以，和差生交谈时，对他的处境、想法表示深刻的理解和尊重。</w:t>
      </w:r>
      <w:r>
        <w:rPr>
          <w:lang w:eastAsia="zh-CN"/>
        </w:rPr>
        <w:br/>
      </w:r>
      <w:r>
        <w:rPr>
          <w:lang w:eastAsia="zh-CN"/>
        </w:rPr>
        <w:t xml:space="preserve">    最新教师教育教学工作总结范文 篇14 </w:t>
      </w:r>
      <w:r>
        <w:rPr>
          <w:lang w:eastAsia="zh-CN"/>
        </w:rPr>
        <w:br/>
      </w:r>
      <w:r>
        <w:rPr>
          <w:lang w:eastAsia="zh-CN"/>
        </w:rPr>
        <w:t>　　回首这一学期的教学工作，感受颇多。作为一名资质颇浅的新老师，刚好又赶上新教材的推广使用，感觉挑战更大。对于新教材，大家都处于摸索探究阶段，但于此同时也让我看到了许多前辈教师丰富资深的经验。新教材内容丰富，理念新颖，针对的是有一定英语基础的学生，同时该教材营造了一个倾向本土化语言的环境，教材起点高，坡度大，提倡用到即学。但作为我们的学生来讲，他们大多只学过2年英语，才初步入门。在这样情况下，感觉上课难度更大。</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作为一个新教师，要学习和掌握的知识和技能很多。一学期下来，我觉得备课和听课尤为重要。教学中，备课是一个十分重要的环节，因为教学就是教与学，两者是相互联系，不可分割的，有教者就必然有学者。以前学的基本上是纯理论的知识，只知道学生是主体，但如何落实呢?最初接触教学的时候，我还不懂得了解学生对教学的重要性，只是专心研究书本，教材，想方设法令课堂生动，使学生易接受。我以为这样学生会很好的理解我讲过的内容，但事实并非如此，以我的思维来考虑问题，有时会高估他们的水平，想不到他们可能会出的错误。听过许多老师的课，不管是公开课还是常态课，他们总是把学生的思维慢慢引出来，循序渐进的，一切都好象是水到渠成的，这还需要我一段时间去学习。课堂上还有一点很重就是驾驭课堂的能力,因为学生在课堂上一举一动直接影响教学,但当有学生因课程难而无心向学,违反纪律时,我的情绪易受影响,把他带入教学中,让原本正常的讲课受到冲击,影响教学效果,我以后必须采取有效方法克服。</w:t>
      </w:r>
      <w:r>
        <w:rPr>
          <w:lang w:eastAsia="zh-CN"/>
        </w:rPr>
        <w:br/>
      </w:r>
      <w:r>
        <w:rPr>
          <w:lang w:eastAsia="zh-CN"/>
        </w:rPr>
        <w:t>　　备学生同时也要备教法,一堂准备充分的课,今学生和老师获益匪浅,列如Unit7,这单元主题是学习衣服,单词多,如果一个个教授单词,枯燥乏味,为此我准备自己的衣服,并让学生也带来自己的衣服,学习词汇就较生动形象,又可模拟商场购物,这样学生就积极参与,并且很快能将售货员与顾客间对话背出来。</w:t>
      </w:r>
      <w:r>
        <w:rPr>
          <w:lang w:eastAsia="zh-CN"/>
        </w:rPr>
        <w:br/>
      </w:r>
      <w:r>
        <w:rPr>
          <w:lang w:eastAsia="zh-CN"/>
        </w:rPr>
        <w:t>　　听课也是提高自身教学能力的一个好方法，新老师只有多听课才能够逐渐积累经验。所以对每一次听课的机会我都十分珍惜。听课的主要对象是师父和英语组其他老师的课，同年段居多。本学期，我听了二十多节课，收获很大，逐步掌握了一些驾驭课堂的技巧。听完课之后，把教师们上课时讲到的记在听课记录上，然后对我自己的备课教案进行修改，将他们很多优点和长处应用到我的课堂教学当中去，取得了较好的效果。</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除此之外,平时我也经常向师父及其老师请教教学上的问题,老师们都非常热情帮我解答,获益匪浅，从中明白了知识和经验不会从天上掉下来，必须发扬勤学好问的精神,把自己当成学生一样,积极吸取周围其他老师一切先进东西,才能提高自己的水平。</w:t>
      </w:r>
      <w:r>
        <w:rPr>
          <w:lang w:eastAsia="zh-CN"/>
        </w:rPr>
        <w:br/>
      </w:r>
      <w:r>
        <w:rPr>
          <w:lang w:eastAsia="zh-CN"/>
        </w:rPr>
        <w:t xml:space="preserve">    最新教师教育教学工作总结范文 篇15 </w:t>
      </w:r>
      <w:r>
        <w:rPr>
          <w:lang w:eastAsia="zh-CN"/>
        </w:rPr>
        <w:br/>
      </w:r>
      <w:r>
        <w:rPr>
          <w:lang w:eastAsia="zh-CN"/>
        </w:rPr>
        <w:t>　　20__年10月1日我参加了国培信息技术培训学习。此次培训的内容丰富得就像一次专为教师准备的学习盛宴。让我对利用信息技术来授课有了更全面、更深刻、更具体的认知和了解。专家给我们做的视频讲座，真正地贴近了我们的课堂教学，具体到每一节课的设计，使我大开眼界。对我这学期和以后的教学活动起到了非常重要的指导与帮助。为激励和鞭策自己取得更大的进步，下面我就把本学期的工作做简要的汇报总结。</w:t>
      </w:r>
      <w:r>
        <w:rPr>
          <w:lang w:eastAsia="zh-CN"/>
        </w:rPr>
        <w:br/>
      </w:r>
      <w:r>
        <w:rPr>
          <w:lang w:eastAsia="zh-CN"/>
        </w:rPr>
        <w:t>　　一、教学方面</w:t>
      </w:r>
      <w:r>
        <w:rPr>
          <w:lang w:eastAsia="zh-CN"/>
        </w:rPr>
        <w:br/>
      </w:r>
      <w:r>
        <w:rPr>
          <w:lang w:eastAsia="zh-CN"/>
        </w:rPr>
        <w:t>　　1、能够努力学习、掌握、使用信息技术。</w:t>
      </w:r>
      <w:r>
        <w:rPr>
          <w:lang w:eastAsia="zh-CN"/>
        </w:rPr>
        <w:br/>
      </w:r>
      <w:r>
        <w:rPr>
          <w:lang w:eastAsia="zh-CN"/>
        </w:rPr>
        <w:t>　　2、能够熟悉教学大纲，教学内容、教学目标，探索信息技术与音乐教学的结合点，并用之于教学实践，还可与熟练掌握信息技术教师或学生合作实施教学。</w:t>
      </w:r>
      <w:r>
        <w:rPr>
          <w:lang w:eastAsia="zh-CN"/>
        </w:rPr>
        <w:br/>
      </w:r>
      <w:r>
        <w:rPr>
          <w:lang w:eastAsia="zh-CN"/>
        </w:rPr>
        <w:t>　　3、能够认真备教材。我在备每一节课时，都广泛阅读浏览网上信息，找出需要增加哪些教材以外的知识点和教学中需要哪些素材和资源，准备相应的教学内容。</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4、能够了解所教班级学生的年龄特点、学习基础、学习兴趣和学习态度等情况，既了解一般情况，又了解个别差异。根据他们信息技术的水平、能力来分析哪些知识点是学生容易掌握的，通过分析学生的差异来进行分组，在分组中要特意安排接受能力较好和较差的同学进行搭配，增强他们的合作意识。</w:t>
      </w:r>
      <w:r>
        <w:rPr>
          <w:lang w:eastAsia="zh-CN"/>
        </w:rPr>
        <w:br/>
      </w:r>
      <w:r>
        <w:rPr>
          <w:lang w:eastAsia="zh-CN"/>
        </w:rPr>
        <w:t>　　5、能够有效使用信息技术补充和支持教学。采用讲授、参观、演示、实习、练习、课堂讨论、欣赏、复习等多种教学方法，激发学生的学习兴趣，并通过学习使他们学会学习的方法和提高获取知识的能力。教师对学习过程进行讲评、对共性认识予以总结、对个别问题给予关注。</w:t>
      </w:r>
      <w:r>
        <w:rPr>
          <w:lang w:eastAsia="zh-CN"/>
        </w:rPr>
        <w:br/>
      </w:r>
      <w:r>
        <w:rPr>
          <w:lang w:eastAsia="zh-CN"/>
        </w:rPr>
        <w:t>　　6、能够在课后拓展以学生活动为主，学生围绕音乐教师提出的具体问题，利用各种媒体提供的信息与资源，根据自己的实际和知识的特点进行独立的思考、探索，并在教师或同学的协同师生、生生沟通，小组交流、汇报等下，探索发现知识规律，分析问题，汇报学习成果，进行自主与合作学习。</w:t>
      </w:r>
      <w:r>
        <w:rPr>
          <w:lang w:eastAsia="zh-CN"/>
        </w:rPr>
        <w:br/>
      </w:r>
      <w:r>
        <w:rPr>
          <w:lang w:eastAsia="zh-CN"/>
        </w:rPr>
        <w:t>　　二、教学反思</w:t>
      </w:r>
      <w:r>
        <w:rPr>
          <w:lang w:eastAsia="zh-CN"/>
        </w:rPr>
        <w:br/>
      </w:r>
      <w:r>
        <w:rPr>
          <w:lang w:eastAsia="zh-CN"/>
        </w:rPr>
        <w:t>　　在备课中，还没有能够做到对教材的充分理解和把握，对学生活动的预设考虑不够周全，应在备课之前增加对学生情况的分析。</w:t>
      </w:r>
      <w:r>
        <w:rPr>
          <w:lang w:eastAsia="zh-CN"/>
        </w:rPr>
        <w:br/>
      </w:r>
      <w:r>
        <w:rPr>
          <w:lang w:eastAsia="zh-CN"/>
        </w:rPr>
        <w:t>　　在课堂教学中，虽然有预先制定的教学目标和详细的过程，但是学生的回答不可能完全按照老师的意愿进行，这给教师提出了新的要求，要及时灵活的对学生的回答做出有效评价。另外，在制定教学目标和教学重难点上，要结合学生实际情况，不能过难或者过于简单，除了活跃课堂气氛外，要让学生真正的参与到音乐活动中来，让学生对音乐产生保持浓厚的兴趣。</w:t>
      </w:r>
      <w:r>
        <w:rPr>
          <w:lang w:eastAsia="zh-CN"/>
        </w:rPr>
        <w:br/>
      </w:r>
      <w:r>
        <w:rPr>
          <w:lang w:eastAsia="zh-CN"/>
        </w:rPr>
        <w:t>　　三、努力方向</w:t>
      </w:r>
      <w:r>
        <w:rPr>
          <w:lang w:eastAsia="zh-CN"/>
        </w:rPr>
        <w:br/>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1、加强自身基本功的训练，课堂上做到有声有色，注重对学生能力和兴趣的培养，</w:t>
      </w:r>
      <w:r>
        <w:rPr>
          <w:lang w:eastAsia="zh-CN"/>
        </w:rPr>
        <w:br/>
      </w:r>
      <w:r>
        <w:rPr>
          <w:lang w:eastAsia="zh-CN"/>
        </w:rPr>
        <w:t>　　2、对不喜欢音乐的孩子多些关心，多点爱心，再多一些耐心，使他们在各方面有更大进步。</w:t>
      </w:r>
      <w:r>
        <w:rPr>
          <w:lang w:eastAsia="zh-CN"/>
        </w:rPr>
        <w:br/>
      </w:r>
      <w:r>
        <w:rPr>
          <w:lang w:eastAsia="zh-CN"/>
        </w:rPr>
        <w:t>　　3、加强守纪方面的教育，使学生在课堂上集中注意力学习、按校纪班规严格约束自己。</w:t>
      </w:r>
      <w:r>
        <w:rPr>
          <w:lang w:eastAsia="zh-CN"/>
        </w:rPr>
        <w:br/>
      </w:r>
      <w:r>
        <w:rPr>
          <w:lang w:eastAsia="zh-CN"/>
        </w:rPr>
        <w:t>　　教育工作，是一项常做常新、永无止境的工作。社会在发展，时代在前进，学生的特点和问题也在发生着不断的变化。作为有责任感的教育工作者，必须以高度的敏感性和自觉性，及时发现、研究和解决学生教育和管理工作中的新情况、新问题，掌握其特点、发现其规律，尽职尽责地做好工作，以完成我们肩负的神圣历史使命。</w:t>
      </w:r>
      <w:r>
        <w:rPr>
          <w:lang w:eastAsia="zh-CN"/>
        </w:rPr>
        <w:br/>
      </w:r>
      <w:r>
        <w:rPr>
          <w:lang w:eastAsia="zh-CN"/>
        </w:rPr>
        <w:t xml:space="preserve">    最新教师教育教学工作总结范文 篇16 </w:t>
      </w:r>
      <w:r>
        <w:rPr>
          <w:lang w:eastAsia="zh-CN"/>
        </w:rPr>
        <w:br/>
      </w:r>
      <w:r>
        <w:rPr>
          <w:lang w:eastAsia="zh-CN"/>
        </w:rPr>
        <w:t>　　匆匆忙忙又一学期结束了，为使下一阶段的工作更顺利地开展，现对本学期的教育教学工作总结如下：</w:t>
      </w:r>
      <w:r>
        <w:rPr>
          <w:lang w:eastAsia="zh-CN"/>
        </w:rPr>
        <w:br/>
      </w:r>
      <w:r>
        <w:rPr>
          <w:lang w:eastAsia="zh-CN"/>
        </w:rPr>
        <w:t>　　一、在思想上，积极上进。</w:t>
      </w:r>
      <w:r>
        <w:rPr>
          <w:lang w:eastAsia="zh-CN"/>
        </w:rPr>
        <w:br/>
      </w:r>
    </w:p>
    <w:p w:rsidR="001B1F19" w14:textId="27C3F48A">
      <w:pPr>
        <w:rPr>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我积极参加各种学习培训，认真参加政治学习，我还深知要教育好学生，教师必须以身作则，时时做到教书育人、言传身教、为人师表，以自己的人格、行为去感染学生，为了适应新形式，我认真拜读了《培养学生意志力10种方法》等文章，努力使自己不被新课改的浪潮所淹没。作为一名教师自身的师表形象要时刻注意，我在注意自身师表形象的同时非常重视对学生的全面培养。在工作中，我积极、主动、勤恳、责任性较强，乐于接受学校布置的各项工作。在不断的学习中，努力使自己的思想觉悟、理论水平、业务能力都得到较快的提高。</w:t>
      </w:r>
      <w:r>
        <w:rPr>
          <w:lang w:eastAsia="zh-CN"/>
        </w:rPr>
        <w:br/>
      </w:r>
      <w:r>
        <w:rPr>
          <w:lang w:eastAsia="zh-CN"/>
        </w:rPr>
        <w:t>　　二、 在教育教学上，爱岗敬业，严谨治教。</w:t>
      </w:r>
      <w:r>
        <w:rPr>
          <w:lang w:eastAsia="zh-CN"/>
        </w:rPr>
        <w:br/>
      </w:r>
      <w:r>
        <w:rPr>
          <w:lang w:eastAsia="zh-CN"/>
        </w:rPr>
        <w:t>　　把学生教好，让学生成功，是每位教师的心愿。作为一名数学教师，让学生掌握良好的学习方法，获取更多的知识是最重要的任务。因此，我在课堂教学中，坚持做到认真钻研大纲，仔细分析教材的编写意图，认真备课，注意设计好每堂课的教学方法，研究现代教育技术在课堂教学中的应用，注重对学生各种能力的培养。在认真做好日常教学工作的同时，努力探索在小学数学课堂教学中落实素质教育的方法及手段，探索在教育中培养学生能力发展的途径。在工作中，我深知学习的重要性，抓住一切机会认真学习，在不断学习、不断实践中不断提高自己的教育教学水平及教学管理水平。我抓住学校安排听课的机会，虚心学习，不耻下问，及时消化，吸取别人的精华，在自己的教学中不断实践，不断总结，不断提高。平时向书本学习、向身边有经验的老师学习，提高自己的课堂教学水平，努力形成自己的课堂教学风格。在教育教学工作中，我在做到教学“五认真”的同时，平常能以“团结、协作”的精神和老师们共同交流、互相学习、共同进步。</w:t>
      </w:r>
      <w:r>
        <w:rPr>
          <w:lang w:eastAsia="zh-CN"/>
        </w:rPr>
        <w:br/>
      </w:r>
      <w:r>
        <w:rPr>
          <w:lang w:eastAsia="zh-CN"/>
        </w:rPr>
        <w:t>　　我兢兢业业，尽职尽责。时时以“爱心、耐心、细心”贯穿始终，去关心每一位学生，去搞好班级的每一次活动。我决心让他们在一种“宽松、探求、竞争”的氛围茁壮成长。</w:t>
      </w:r>
      <w:r>
        <w:rPr>
          <w:lang w:eastAsia="zh-CN"/>
        </w:rPr>
        <w:br/>
      </w:r>
    </w:p>
    <w:p w:rsidR="001B1F19" w14:textId="27C3F48A">
      <w:pPr>
        <w:rPr>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总之，在这一学年中，我不仅在业务能力上，还是在教育教学上都有了一定的提高。但我平时工作中出现需要改进的地方也较多，如理论知识不够，论文精品意识不强;电脑知识长进不快。在今后的工作中，我将扬长补短，不断努力。</w:t>
      </w:r>
      <w:r>
        <w:rPr>
          <w:lang w:eastAsia="zh-CN"/>
        </w:rPr>
        <w:br/>
      </w:r>
      <w:r>
        <w:rPr>
          <w:lang w:eastAsia="zh-CN"/>
        </w:rPr>
        <w:t xml:space="preserve">    最新教师教育教学工作总结范文 篇17 </w:t>
      </w:r>
      <w:r>
        <w:rPr>
          <w:lang w:eastAsia="zh-CN"/>
        </w:rPr>
        <w:br/>
      </w:r>
      <w:r>
        <w:rPr>
          <w:lang w:eastAsia="zh-CN"/>
        </w:rPr>
        <w:t>　　时间飞逝转眼一学期过去了，我班是一个全新的组合体。但是大家都能较快的融入这个新的大家庭，共同商讨、一起游戏、互相配合共同完成各项班务工作。大班的学习在幼儿园三年的学习中可谓是极其重要的，因为这是幼儿园学习的最后一年，是幼儿园与小学相互衔接的一年，幼儿将来能否较快适应小学生活关键还在于大班的学习生活。通过一学期的幼儿园学习生活，每个孩子都有了很大的进步，为了更好的完成以后的工作，提高保教质量，将《纲要》精神贯彻到一日活动中，促进幼儿身心活泼、健康成长。现将本学期幼儿园教师工作总结如下：</w:t>
      </w:r>
      <w:r>
        <w:rPr>
          <w:lang w:eastAsia="zh-CN"/>
        </w:rPr>
        <w:br/>
      </w:r>
      <w:r>
        <w:rPr>
          <w:lang w:eastAsia="zh-CN"/>
        </w:rPr>
        <w:t>　　不断学习提高自身素质</w:t>
      </w:r>
      <w:r>
        <w:rPr>
          <w:lang w:eastAsia="zh-CN"/>
        </w:rPr>
        <w:br/>
      </w:r>
    </w:p>
    <w:p w:rsidR="001B1F19" w14:textId="27C3F48A">
      <w:pPr>
        <w:rPr>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提高自身素质只有通过多种渠道不断的学习，才能提高忠诚于党的教育事业的责任心，才能提高自身的素质和教学本领。本人在本学期中，积极参加各项时事、政治学习，坚持把理论同实际相结合，从我做起，从身边的小事做起，用正确的思想引导幼儿，做好保教工作。本学期中，充分发挥自身的凝聚力作用，坚持做到以身作则、勇于奉献、勤勤恳恳，无论是否当班，都要做好并检查班级的各项工作。只有这样才能使其他老师充分把精力投入到工作中，在工作中从不计较个人得失，充分发挥“你中有我，我中有你”的团队精神作用，团结一致地做好班级工作。在狠抓班级常规中，真正做到工作有目的、行动有组织、实施有计划，</w:t>
      </w:r>
      <w:r>
        <w:rPr>
          <w:lang w:eastAsia="zh-CN"/>
        </w:rPr>
        <w:br/>
      </w:r>
      <w:r>
        <w:rPr>
          <w:lang w:eastAsia="zh-CN"/>
        </w:rPr>
        <w:t>　　教学工作推陈出新。</w:t>
      </w:r>
      <w:r>
        <w:rPr>
          <w:lang w:eastAsia="zh-CN"/>
        </w:rPr>
        <w:br/>
      </w:r>
      <w:r>
        <w:rPr>
          <w:lang w:eastAsia="zh-CN"/>
        </w:rPr>
        <w:t>　　教学工作是幼儿园中的一项重要工作，尤其对于大班来说。家长是非常重视的。这一学期中，我们认真仔细地备好每一节教育活动，并在每一节教育活动的设计上力求创新，引导幼儿主动学习。在拼音与数学的教学上，我们多方查阅资料，并与其他教师交流，保证知识的正确性。我们还仔细了解每个孩子的性格特点及学习情况，针对他们不会的、掌握不好的，加以辅导与练习。</w:t>
      </w:r>
      <w:r>
        <w:rPr>
          <w:lang w:eastAsia="zh-CN"/>
        </w:rPr>
        <w:br/>
      </w:r>
      <w:r>
        <w:rPr>
          <w:lang w:eastAsia="zh-CN"/>
        </w:rPr>
        <w:t>　　安全工作不容忽视</w:t>
      </w:r>
      <w:r>
        <w:rPr>
          <w:lang w:eastAsia="zh-CN"/>
        </w:rPr>
        <w:br/>
      </w:r>
    </w:p>
    <w:p w:rsidR="001B1F19" w14:textId="27C3F48A">
      <w:pPr>
        <w:rPr>
          <w:lang w:eastAsia="zh-CN"/>
        </w:rPr>
      </w:pPr>
      <w:r>
        <w:rPr>
          <w:lang w:eastAsia="zh-CN"/>
        </w:rPr>
        <w:t>　　生命安全高于一切。为了保证幼儿在园内的安全，我们要加强幼儿园的各方面安全工作，对幼儿进行安全教育，提高幼儿的安全意识及自我保护的能力，并深入进行安全教育及检查，做到防患于未然。为了进一步提高我园师幼的消防安全意识，熟悉灭火、应急疏散安全常识，熟练掌握灭火、疏散的组织程序以及火场逃生和自救互救的基本能力，增强组织实施扑救初期火灾的能力以及引导人员疏散的技能，建设“平安校园”构建和谐社会，创造安全的教育环境，在市消防大队队长的亲临指导下，我园于20--年12月11日下午进行全园300余名幼儿及教职工的消防演习活动。参加消防演习的师生们都感到，这样的演习，不仅使大家能真学、真会、真懂、真用，学到了新知识、新方法，熟练掌握了使用灭火器的要领，增强了消防安全意识，还为保证幼儿园消防安全奠定了坚实的基础，达到了预期目的。</w:t>
      </w:r>
      <w:r>
        <w:rPr>
          <w:lang w:eastAsia="zh-CN"/>
        </w:rPr>
        <w:br/>
      </w:r>
      <w:r>
        <w:rPr>
          <w:lang w:eastAsia="zh-CN"/>
        </w:rPr>
        <w:t>　　配合园领导，完成各项任务</w:t>
      </w:r>
      <w:r>
        <w:rPr>
          <w:lang w:eastAsia="zh-CN"/>
        </w:rPr>
        <w:br/>
      </w:r>
      <w:r>
        <w:rPr>
          <w:lang w:eastAsia="zh-CN"/>
        </w:rPr>
        <w:t>　　本学期我园有几项大的任务：在九月的儿歌比赛中，我们班的赵乙帆小朋友获得了“小明星”的光荣称号，小组和集体的都获得了不错的成绩，收到了领导和家长的好评;十月的合唱比赛中，由于伴奏带临时出问题影响了我们，但是我们还是坚持完成了比赛，不管成绩怎样，我们都非常的高兴;十二月是向家长汇报演出，虽然受到“甲流”的影响，家长不能来参加，但是我相信孩子们的精彩表现家长们一定感受的到。这每一项都是展示自己，表现幼儿的机会，我们班的三位教师互相配合，认真的完成好每一项任务。</w:t>
      </w:r>
      <w:r>
        <w:rPr>
          <w:lang w:eastAsia="zh-CN"/>
        </w:rPr>
        <w:br/>
      </w:r>
      <w:r>
        <w:rPr>
          <w:lang w:eastAsia="zh-CN"/>
        </w:rPr>
        <w:t>　　家长工作必不可少</w:t>
      </w:r>
      <w:r>
        <w:rPr>
          <w:lang w:eastAsia="zh-CN"/>
        </w:rPr>
        <w:br/>
      </w:r>
      <w:r>
        <w:rPr>
          <w:lang w:eastAsia="zh-CN"/>
        </w:rPr>
        <w:t>　　增进家园互动为了更好的做好家长工作，在每月的家访活动和“家长接待日”活动中，我同其他教师一道及时向家长反馈幼儿在园里的各种表现。对个别幼儿出现特殊情况时，我都要求必须立刻打电话向家长询问、了解幼儿情况，及早掌握幼儿情况的第一手资料。对教师关心和爱护幼儿的一些举措，家长们也表示认可。对于一些幼儿在园内有一定进步时，我们马上与家长取得联系，请家长配合，使该幼儿能继续进步。</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https://d.book118.com/408037110030006043</w:t>
        </w:r>
      </w:hyperlink>
    </w:p>
    <w:p w:rsidR="001B1F19">
      <w:pPr>
        <w:rPr>
          <w:lang w:eastAsia="zh-CN"/>
        </w:rPr>
      </w:pPr>
    </w:p>
    <w:sectPr>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08037110030006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