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技术合同范本</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技术合同范本1</w:t>
      </w:r>
      <w:r>
        <w:rPr>
          <w:lang w:eastAsia="zh-CN"/>
        </w:rPr>
        <w:br/>
      </w:r>
      <w:r>
        <w:rPr>
          <w:lang w:eastAsia="zh-CN"/>
        </w:rPr>
        <w:t xml:space="preserve">    合同编号： </w:t>
      </w:r>
      <w:r>
        <w:rPr>
          <w:lang w:eastAsia="zh-CN"/>
        </w:rPr>
        <w:br/>
      </w:r>
      <w:r>
        <w:rPr>
          <w:lang w:eastAsia="zh-CN"/>
        </w:rPr>
        <w:t>　　甲方(发包方)：</w:t>
      </w:r>
      <w:r>
        <w:rPr>
          <w:lang w:eastAsia="zh-CN"/>
        </w:rPr>
        <w:br/>
      </w:r>
      <w:r>
        <w:rPr>
          <w:lang w:eastAsia="zh-CN"/>
        </w:rPr>
        <w:t>　　乙方(承包方)：</w:t>
      </w:r>
      <w:r>
        <w:rPr>
          <w:lang w:eastAsia="zh-CN"/>
        </w:rPr>
        <w:br/>
      </w:r>
      <w:r>
        <w:rPr>
          <w:lang w:eastAsia="zh-CN"/>
        </w:rPr>
        <w:t>　　为了进一步深入推进乡镇综合配套改革，切实提高乡镇农技人员“三农”服务技能和业务水平，充分调动工作积极性和创造性，努力提升农业综合生产水平，全力推动现代农业稳步健康发展，达到农业增效、农民增收的目标，现经甲、乙双方协商，特签订以下服务合同。</w:t>
      </w:r>
      <w:r>
        <w:rPr>
          <w:lang w:eastAsia="zh-CN"/>
        </w:rPr>
        <w:br/>
      </w:r>
      <w:r>
        <w:rPr>
          <w:lang w:eastAsia="zh-CN"/>
        </w:rPr>
        <w:t>　　一、农业技术服务范围</w:t>
      </w:r>
      <w:r>
        <w:rPr>
          <w:lang w:eastAsia="zh-CN"/>
        </w:rPr>
        <w:br/>
      </w:r>
      <w:r>
        <w:rPr>
          <w:lang w:eastAsia="zh-CN"/>
        </w:rPr>
        <w:t>　　一是技术服务：包括农业常规技术的普及和农业新技术、新品种的引进、试验、示范、培训和推广，农作物病虫害及灾情的预测预报和处置，农产品生产过程中的质量安全监测，农业信息服务与农民的技术培训等;二是农机公益性服务;包括农机新技术、新机具推广和培训，农机安全监督管理和教育，农机统计等;三是其它农业公益性服务。</w:t>
      </w:r>
      <w:r>
        <w:rPr>
          <w:lang w:eastAsia="zh-CN"/>
        </w:rPr>
        <w:br/>
      </w:r>
      <w:r>
        <w:rPr>
          <w:lang w:eastAsia="zh-CN"/>
        </w:rPr>
        <w:t>　　二、合同标的</w:t>
      </w:r>
      <w:r>
        <w:rPr>
          <w:lang w:eastAsia="zh-CN"/>
        </w:rPr>
        <w:br/>
      </w:r>
      <w:r>
        <w:rPr>
          <w:lang w:eastAsia="zh-CN"/>
        </w:rPr>
        <w:t>　　甲方按相关政策规定支付乙方常规性、固定性公益性服务报酬。</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接受委托的其它工作任务(如突发性公益性项目)服务报酬，由双方另行商定。</w:t>
      </w:r>
      <w:r>
        <w:rPr>
          <w:lang w:eastAsia="zh-CN"/>
        </w:rPr>
        <w:br/>
      </w:r>
      <w:r>
        <w:rPr>
          <w:lang w:eastAsia="zh-CN"/>
        </w:rPr>
        <w:t>　　三、合同期限</w:t>
      </w:r>
      <w:r>
        <w:rPr>
          <w:lang w:eastAsia="zh-CN"/>
        </w:rPr>
        <w:br/>
      </w:r>
      <w:r>
        <w:rPr>
          <w:lang w:eastAsia="zh-CN"/>
        </w:rPr>
        <w:t>　　20__年1月1日至20__年12月31日。</w:t>
      </w:r>
      <w:r>
        <w:rPr>
          <w:lang w:eastAsia="zh-CN"/>
        </w:rPr>
        <w:br/>
      </w:r>
      <w:r>
        <w:rPr>
          <w:lang w:eastAsia="zh-CN"/>
        </w:rPr>
        <w:t>　　四、甲、乙双方权利与义务</w:t>
      </w:r>
      <w:r>
        <w:rPr>
          <w:lang w:eastAsia="zh-CN"/>
        </w:rPr>
        <w:br/>
      </w:r>
      <w:r>
        <w:rPr>
          <w:lang w:eastAsia="zh-CN"/>
        </w:rPr>
        <w:t>　　(一)甲方权利与义务</w:t>
      </w:r>
      <w:r>
        <w:rPr>
          <w:lang w:eastAsia="zh-CN"/>
        </w:rPr>
        <w:br/>
      </w:r>
      <w:r>
        <w:rPr>
          <w:lang w:eastAsia="zh-CN"/>
        </w:rPr>
        <w:t>　　1、甲方有独立的发包权、管理权。</w:t>
      </w:r>
      <w:r>
        <w:rPr>
          <w:lang w:eastAsia="zh-CN"/>
        </w:rPr>
        <w:br/>
      </w:r>
      <w:r>
        <w:rPr>
          <w:lang w:eastAsia="zh-CN"/>
        </w:rPr>
        <w:t>　　2、年初提出全年公共项目工程计划，严格按照乙方提供的技术方案及时组织实施协调管理、监督等工作。</w:t>
      </w:r>
      <w:r>
        <w:rPr>
          <w:lang w:eastAsia="zh-CN"/>
        </w:rPr>
        <w:br/>
      </w:r>
      <w:r>
        <w:rPr>
          <w:lang w:eastAsia="zh-CN"/>
        </w:rPr>
        <w:t>　　3、提供技术培训、技术指导的相应场所和人员组织。及时提供足额公共项目建设实施及维护运行所必须的工程费用和运行费用。</w:t>
      </w:r>
      <w:r>
        <w:rPr>
          <w:lang w:eastAsia="zh-CN"/>
        </w:rPr>
        <w:br/>
      </w:r>
      <w:r>
        <w:rPr>
          <w:lang w:eastAsia="zh-CN"/>
        </w:rPr>
        <w:t>　　4、生产季节出现急难问题及时通知乙方以便及时解决。</w:t>
      </w:r>
      <w:r>
        <w:rPr>
          <w:lang w:eastAsia="zh-CN"/>
        </w:rPr>
        <w:br/>
      </w:r>
      <w:r>
        <w:rPr>
          <w:lang w:eastAsia="zh-CN"/>
        </w:rPr>
        <w:t>　　5、有义务解决乙方工作、生活中的实际困难，为乙方创造必要的生活、工作环境。</w:t>
      </w:r>
      <w:r>
        <w:rPr>
          <w:lang w:eastAsia="zh-CN"/>
        </w:rPr>
        <w:br/>
      </w:r>
      <w:r>
        <w:rPr>
          <w:lang w:eastAsia="zh-CN"/>
        </w:rPr>
        <w:t>　　(二)乙方权利与义务</w:t>
      </w:r>
      <w:r>
        <w:rPr>
          <w:lang w:eastAsia="zh-CN"/>
        </w:rPr>
        <w:br/>
      </w:r>
      <w:r>
        <w:rPr>
          <w:lang w:eastAsia="zh-CN"/>
        </w:rPr>
        <w:t>　　1、宣传贯彻落实党和政府的有关方针、政策、法律、法规。</w:t>
      </w:r>
      <w:r>
        <w:rPr>
          <w:lang w:eastAsia="zh-CN"/>
        </w:rPr>
        <w:br/>
      </w:r>
      <w:r>
        <w:rPr>
          <w:lang w:eastAsia="zh-CN"/>
        </w:rPr>
        <w:t>　　2、抓好本地农业(包括种植业、水产业、农机、能源)的关键技术、新品种(包括新机具)的引进、试验、示范和推广工作。</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在县农业部门的`具体指导下，按照农业科技的推广方向，在推广普及及常规技术的同时，每年引进、推广适用于本地的农业新技术1—2项。(2)积极配合县农业部门做好相关试验示范项目的实施，办好示范样板户50户以上，建样板园(田)500亩以上。加强农业技术巡回指导，促进全乡(镇)农业增效农民增收目标实现。(3)积极开展新品种示范推广工作，良种普及率达90%以上。</w:t>
      </w:r>
      <w:r>
        <w:rPr>
          <w:lang w:eastAsia="zh-CN"/>
        </w:rPr>
        <w:br/>
      </w:r>
      <w:r>
        <w:rPr>
          <w:lang w:eastAsia="zh-CN"/>
        </w:rPr>
        <w:t>　　(4)认真做好本地结构调整的方案制定、品种定位、种苗质量把关、技术指导等工作。</w:t>
      </w:r>
      <w:r>
        <w:rPr>
          <w:lang w:eastAsia="zh-CN"/>
        </w:rPr>
        <w:br/>
      </w:r>
      <w:r>
        <w:rPr>
          <w:lang w:eastAsia="zh-CN"/>
        </w:rPr>
        <w:t>　　3、搞好病虫害及农业灾情的监测、预报、防治和处置。</w:t>
      </w:r>
      <w:r>
        <w:rPr>
          <w:lang w:eastAsia="zh-CN"/>
        </w:rPr>
        <w:br/>
      </w:r>
      <w:r>
        <w:rPr>
          <w:lang w:eastAsia="zh-CN"/>
        </w:rPr>
        <w:t>　　(1)及时向农民传递县主管部门发布的病虫情报，加强病虫防治指导，落实防控措施，控制传播蔓延，将危害率控制在10%以下，损失率控制在5%以下，虫害损失率控制在3%以内，防虫治病情报到户率达到90%;</w:t>
      </w:r>
      <w:r>
        <w:rPr>
          <w:lang w:eastAsia="zh-CN"/>
        </w:rPr>
        <w:br/>
      </w:r>
      <w:r>
        <w:rPr>
          <w:lang w:eastAsia="zh-CN"/>
        </w:rPr>
        <w:t>　　(2)协助做好检疫性病虫害普查、扑灭、封锁、控制工作，抓好柑桔大实蝇等检疫性病虫联防联治，确保农业生产安全。</w:t>
      </w:r>
      <w:r>
        <w:rPr>
          <w:lang w:eastAsia="zh-CN"/>
        </w:rPr>
        <w:br/>
      </w:r>
      <w:r>
        <w:rPr>
          <w:lang w:eastAsia="zh-CN"/>
        </w:rPr>
        <w:t>　　(3)加强对高温、干旱、洪涝、冻害等灾情的统计上报，及时提出和协助落实</w:t>
      </w:r>
      <w:r>
        <w:rPr>
          <w:lang w:eastAsia="zh-CN"/>
        </w:rPr>
        <w:br/>
      </w:r>
      <w:r>
        <w:rPr>
          <w:lang w:eastAsia="zh-CN"/>
        </w:rPr>
        <w:t>　　农业抗灾救灾技术措施。</w:t>
      </w:r>
      <w:r>
        <w:rPr>
          <w:lang w:eastAsia="zh-CN"/>
        </w:rPr>
        <w:br/>
      </w:r>
      <w:r>
        <w:rPr>
          <w:lang w:eastAsia="zh-CN"/>
        </w:rPr>
        <w:t>　　4、加强无公害标准化生产技术的普及和推广，协助做好无公害(或有机、绿色)农产品产地认证和产品认证工作，推广先进的无公害生产新农药、新肥料、新器械，使产品农残有较大幅度的下降(认证费、产品检测纲等直接费用由甲方负担)。</w:t>
      </w:r>
      <w:r>
        <w:rPr>
          <w:lang w:eastAsia="zh-CN"/>
        </w:rPr>
        <w:br/>
      </w:r>
      <w:r>
        <w:rPr>
          <w:lang w:eastAsia="zh-CN"/>
        </w:rPr>
        <w:t>　　5、积极参与农业资源普查与保护、农业生态环境建设项目的申报与实施、农业环境污染事故处理、农业投入品使用监测等工作，为领导决策提供依据。</w:t>
      </w:r>
      <w:r>
        <w:rPr>
          <w:lang w:eastAsia="zh-CN"/>
        </w:rPr>
        <w:br/>
      </w:r>
      <w:r>
        <w:rPr>
          <w:lang w:eastAsia="zh-CN"/>
        </w:rPr>
        <w:t>　　6、开展测土配方施肥技术推广，完成下达采样任务，下发配方施肥通知单入户率达到98%(按测土面积计算)。</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7、认真做好农业公共信息服务工作。乙方每月向甲方和县农业部门提供一份较高质量的农业生产情况汇报或农情信息，每季度向甲方和县农业部门提供一分农业生产典型和农业统计报表;同时要及时向农民提供产销信息、农产品质量信息。</w:t>
      </w:r>
      <w:r>
        <w:rPr>
          <w:lang w:eastAsia="zh-CN"/>
        </w:rPr>
        <w:br/>
      </w:r>
      <w:r>
        <w:rPr>
          <w:lang w:eastAsia="zh-CN"/>
        </w:rPr>
        <w:t>　　8、积极开展农技术培训教育。根据本地农业生产实际，编制当年农业技术培训计划，在签订合同后15日内交付甲方和考核单位。每年以镇或村组为单位开展技术培训20次以上，培训农民4000人次，编印实用技术资料6—8期(关键季节一月一期，其它季节一季度一期)20__份(编印资料所需费用由甲方承担)。协助组织青年农民参加“阳光工程”教育。</w:t>
      </w:r>
      <w:r>
        <w:rPr>
          <w:lang w:eastAsia="zh-CN"/>
        </w:rPr>
        <w:br/>
      </w:r>
      <w:r>
        <w:rPr>
          <w:lang w:eastAsia="zh-CN"/>
        </w:rPr>
        <w:t>　　9、大力加强农业安全生产宣传教育，协助县农业部门做了农产品质量安全、农机安全等管理工作。</w:t>
      </w:r>
      <w:r>
        <w:rPr>
          <w:lang w:eastAsia="zh-CN"/>
        </w:rPr>
        <w:br/>
      </w:r>
      <w:r>
        <w:rPr>
          <w:lang w:eastAsia="zh-CN"/>
        </w:rPr>
        <w:t>　　10、负责甲方委托的其它常规性公益服务工作。</w:t>
      </w:r>
      <w:r>
        <w:rPr>
          <w:lang w:eastAsia="zh-CN"/>
        </w:rPr>
        <w:br/>
      </w:r>
      <w:r>
        <w:rPr>
          <w:lang w:eastAsia="zh-CN"/>
        </w:rPr>
        <w:t>　　五、违约责任</w:t>
      </w:r>
      <w:r>
        <w:rPr>
          <w:lang w:eastAsia="zh-CN"/>
        </w:rPr>
        <w:br/>
      </w:r>
      <w:r>
        <w:rPr>
          <w:lang w:eastAsia="zh-CN"/>
        </w:rPr>
        <w:t>　　1、因乙方工作不力、服务不到位，造成不能完成合同任务，甲方可按考核结果扣减乙方承包费用。</w:t>
      </w:r>
      <w:r>
        <w:rPr>
          <w:lang w:eastAsia="zh-CN"/>
        </w:rPr>
        <w:br/>
      </w:r>
      <w:r>
        <w:rPr>
          <w:lang w:eastAsia="zh-CN"/>
        </w:rPr>
        <w:t>　　2、因乙方技术指导不当或失误、销售未经审定或非主推品种.种子、假冒伪</w:t>
      </w:r>
      <w:r>
        <w:rPr>
          <w:lang w:eastAsia="zh-CN"/>
        </w:rPr>
        <w:br/>
      </w:r>
      <w:r>
        <w:rPr>
          <w:lang w:eastAsia="zh-CN"/>
        </w:rPr>
        <w:t>　　劣种子、农药、肥料等对农民造成损失，经组织相关技术部门鉴定后，由乙方赔偿直接成本投资;造成严重减产的，赔偿减产损失部分。</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3、因甲方未及时组织实施或未为乙方提供必要条件而造成乙方不能完成合同任务，甲方不得扣减乙方应得承包费。</w:t>
      </w:r>
      <w:r>
        <w:rPr>
          <w:lang w:eastAsia="zh-CN"/>
        </w:rPr>
        <w:br/>
      </w:r>
      <w:r>
        <w:rPr>
          <w:lang w:eastAsia="zh-CN"/>
        </w:rPr>
        <w:t>　　4、因不可抗拒的原因造成乙方不能完成合同任务，不影响乙方应得的承包费。</w:t>
      </w:r>
      <w:r>
        <w:rPr>
          <w:lang w:eastAsia="zh-CN"/>
        </w:rPr>
        <w:br/>
      </w:r>
      <w:r>
        <w:rPr>
          <w:lang w:eastAsia="zh-CN"/>
        </w:rPr>
        <w:t>　　六、考核验收办法</w:t>
      </w:r>
      <w:r>
        <w:rPr>
          <w:lang w:eastAsia="zh-CN"/>
        </w:rPr>
        <w:br/>
      </w:r>
      <w:r>
        <w:rPr>
          <w:lang w:eastAsia="zh-CN"/>
        </w:rPr>
        <w:t>　　1、将农技服务总承包费用按工作责任大小分到各项目，具体指导标为：乙方义务1占5%、2占20%、3占15%、4占5%、5占5%、6占10%、7占10%、8占20%、9占10%、10占5%。</w:t>
      </w:r>
      <w:r>
        <w:rPr>
          <w:lang w:eastAsia="zh-CN"/>
        </w:rPr>
        <w:br/>
      </w:r>
      <w:r>
        <w:rPr>
          <w:lang w:eastAsia="zh-CN"/>
        </w:rPr>
        <w:t>　　2、考核工作由镇政府同县农业局组成考核专班，每次考核由镇政府填写考核通知单，镇、县农业避共同签署考核意见。考核全年进行二次，年中一次，年末一次，单项考核每完成一项考核验收一项，具体办法由业务主管部门会同镇政府制定。</w:t>
      </w:r>
      <w:r>
        <w:rPr>
          <w:lang w:eastAsia="zh-CN"/>
        </w:rPr>
        <w:br/>
      </w:r>
      <w:r>
        <w:rPr>
          <w:lang w:eastAsia="zh-CN"/>
        </w:rPr>
        <w:t>　　3、考核采取“听、看、问”等方式进行。即听取农技服务中心对合同履行情况汇报;查有关技术资料发放情况，培训记录等执行情况;实地看样板落实情况;对合同书上没有具体指标的按群众或服务对象满意率计算。</w:t>
      </w:r>
      <w:r>
        <w:rPr>
          <w:lang w:eastAsia="zh-CN"/>
        </w:rPr>
        <w:br/>
      </w:r>
      <w:r>
        <w:rPr>
          <w:lang w:eastAsia="zh-CN"/>
        </w:rPr>
        <w:t>　　七、付款方式</w:t>
      </w:r>
      <w:r>
        <w:rPr>
          <w:lang w:eastAsia="zh-CN"/>
        </w:rPr>
        <w:br/>
      </w:r>
      <w:r>
        <w:rPr>
          <w:lang w:eastAsia="zh-CN"/>
        </w:rPr>
        <w:t>　　乙方应缴纳的基本养老金、基本医疗和失业等社会保险经费由县财政局按月全额代扣代缴;农村公益性事务按承包费用总额的70%分月预付，余下的30%年终考核结算，财政部门根据考核结果将承包费支付到服务单位。</w:t>
      </w:r>
      <w:r>
        <w:rPr>
          <w:lang w:eastAsia="zh-CN"/>
        </w:rPr>
        <w:br/>
      </w:r>
      <w:r>
        <w:rPr>
          <w:lang w:eastAsia="zh-CN"/>
        </w:rPr>
        <w:t>　　八、其它</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1、合同未尽事宜，由双方协商解决，并以文字依据为准。法律法规中有明确规定的，从其规定。</w:t>
      </w:r>
      <w:r>
        <w:rPr>
          <w:lang w:eastAsia="zh-CN"/>
        </w:rPr>
        <w:br/>
      </w:r>
      <w:r>
        <w:rPr>
          <w:lang w:eastAsia="zh-CN"/>
        </w:rPr>
        <w:t>　　2、合同鉴证：秭归县农业局</w:t>
      </w:r>
      <w:r>
        <w:rPr>
          <w:lang w:eastAsia="zh-CN"/>
        </w:rPr>
        <w:br/>
      </w:r>
      <w:r>
        <w:rPr>
          <w:lang w:eastAsia="zh-CN"/>
        </w:rPr>
        <w:t>　　3、本合同一式四份，甲、乙双方、县财政局各执一份。</w:t>
      </w:r>
      <w:r>
        <w:rPr>
          <w:lang w:eastAsia="zh-CN"/>
        </w:rPr>
        <w:br/>
      </w:r>
      <w:r>
        <w:rPr>
          <w:lang w:eastAsia="zh-CN"/>
        </w:rPr>
        <w:t>　　甲方(签章)：归州镇人民政府 甲方法人代表(签章)：</w:t>
      </w:r>
      <w:r>
        <w:rPr>
          <w:lang w:eastAsia="zh-CN"/>
        </w:rPr>
        <w:br/>
      </w:r>
      <w:r>
        <w:rPr>
          <w:lang w:eastAsia="zh-CN"/>
        </w:rPr>
        <w:t>　　乙方(签章)： 乙方法人代表(签章)：</w:t>
      </w:r>
      <w:r>
        <w:rPr>
          <w:lang w:eastAsia="zh-CN"/>
        </w:rPr>
        <w:br/>
      </w:r>
      <w:r>
        <w:rPr>
          <w:lang w:eastAsia="zh-CN"/>
        </w:rPr>
        <w:t>　　鉴证方单位(签章)：</w:t>
      </w:r>
      <w:r>
        <w:rPr>
          <w:lang w:eastAsia="zh-CN"/>
        </w:rPr>
        <w:br/>
      </w:r>
      <w:r>
        <w:rPr>
          <w:lang w:eastAsia="zh-CN"/>
        </w:rPr>
        <w:t>　　鉴证方法人代表(签章)：</w:t>
      </w:r>
      <w:r>
        <w:rPr>
          <w:lang w:eastAsia="zh-CN"/>
        </w:rPr>
        <w:br/>
      </w:r>
      <w:r>
        <w:rPr>
          <w:lang w:eastAsia="zh-CN"/>
        </w:rPr>
        <w:t>　　____年____月____日技术合同范本2</w:t>
      </w:r>
      <w:r>
        <w:rPr>
          <w:lang w:eastAsia="zh-CN"/>
        </w:rPr>
        <w:br/>
      </w:r>
      <w:r>
        <w:rPr>
          <w:lang w:eastAsia="zh-CN"/>
        </w:rPr>
        <w:t xml:space="preserve">    甲方：_________ </w:t>
      </w:r>
      <w:r>
        <w:rPr>
          <w:lang w:eastAsia="zh-CN"/>
        </w:rPr>
        <w:br/>
      </w:r>
      <w:r>
        <w:rPr>
          <w:lang w:eastAsia="zh-CN"/>
        </w:rPr>
        <w:t>　　乙方：_________</w:t>
      </w:r>
      <w:r>
        <w:rPr>
          <w:lang w:eastAsia="zh-CN"/>
        </w:rPr>
        <w:br/>
      </w:r>
      <w:r>
        <w:rPr>
          <w:lang w:eastAsia="zh-CN"/>
        </w:rPr>
        <w:t>　　甲乙双方本着平等互利的原则，通过友好协商，达成i/t信息系统服务关系，特订立本合同。</w:t>
      </w:r>
      <w:r>
        <w:rPr>
          <w:lang w:eastAsia="zh-CN"/>
        </w:rPr>
        <w:br/>
      </w:r>
      <w:r>
        <w:rPr>
          <w:lang w:eastAsia="zh-CN"/>
        </w:rPr>
        <w:t>　　一、甲乙双方关系</w:t>
      </w:r>
      <w:r>
        <w:rPr>
          <w:lang w:eastAsia="zh-CN"/>
        </w:rPr>
        <w:br/>
      </w:r>
      <w:r>
        <w:rPr>
          <w:lang w:eastAsia="zh-CN"/>
        </w:rPr>
        <w:t>　　甲方为电脑及网络等信息系统使用者，即_________。</w:t>
      </w:r>
      <w:r>
        <w:rPr>
          <w:lang w:eastAsia="zh-CN"/>
        </w:rPr>
        <w:br/>
      </w:r>
      <w:r>
        <w:rPr>
          <w:lang w:eastAsia="zh-CN"/>
        </w:rPr>
        <w:t>　　乙方为电脑及网络等信息系统外包服务供应商，即_________。</w:t>
      </w:r>
      <w:r>
        <w:rPr>
          <w:lang w:eastAsia="zh-CN"/>
        </w:rPr>
        <w:br/>
      </w:r>
      <w:r>
        <w:rPr>
          <w:lang w:eastAsia="zh-CN"/>
        </w:rPr>
        <w:t>　　二、服务方式</w:t>
      </w:r>
      <w:r>
        <w:rPr>
          <w:lang w:eastAsia="zh-CN"/>
        </w:rPr>
        <w:br/>
      </w:r>
      <w:r>
        <w:rPr>
          <w:lang w:eastAsia="zh-CN"/>
        </w:rPr>
        <w:t>　　1.甲乙双方在签署正式服务合同后，乙方每天会对甲方服务器软件和网络进行远程维护管理。具体内容包括服务器操作系统优化、数据库备份、核心文件备份、网络性能优化、网络安全控制、防火墙、邮件系统管理等等。</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2.如甲方设备在使用中发生故障，可电话通知乙方。乙方先以电话、电子邮件、远程登录等方式提供解决方案，如无法解决，乙方在最短时间内上门维护，也可根据甲方约定的时间上门维护。</w:t>
      </w:r>
      <w:r>
        <w:rPr>
          <w:lang w:eastAsia="zh-CN"/>
        </w:rPr>
        <w:br/>
      </w:r>
      <w:r>
        <w:rPr>
          <w:lang w:eastAsia="zh-CN"/>
        </w:rPr>
        <w:t>　　3.乙方可以免费为甲方提供设备采购的建议，但所发生的费用应由甲方承担。软件故障应由乙方解决，而不另外收取费用。</w:t>
      </w:r>
      <w:r>
        <w:rPr>
          <w:lang w:eastAsia="zh-CN"/>
        </w:rPr>
        <w:br/>
      </w:r>
      <w:r>
        <w:rPr>
          <w:lang w:eastAsia="zh-CN"/>
        </w:rPr>
        <w:t>　　4.乙方还可以帮助培训甲方指定人员，进行一些简单的维护和问题解决，以能够尽快尽好地解决问题，使信息系统故障时间减至最低。</w:t>
      </w:r>
      <w:r>
        <w:rPr>
          <w:lang w:eastAsia="zh-CN"/>
        </w:rPr>
        <w:br/>
      </w:r>
      <w:r>
        <w:rPr>
          <w:lang w:eastAsia="zh-CN"/>
        </w:rPr>
        <w:t>　　三、服务标准</w:t>
      </w:r>
      <w:r>
        <w:rPr>
          <w:lang w:eastAsia="zh-CN"/>
        </w:rPr>
        <w:br/>
      </w:r>
      <w:r>
        <w:rPr>
          <w:lang w:eastAsia="zh-CN"/>
        </w:rPr>
        <w:t>　　1.乙方通过事前精心维护和事后及时响应，尽最大努力保障甲方信息系统设备的稳定运行。</w:t>
      </w:r>
      <w:r>
        <w:rPr>
          <w:lang w:eastAsia="zh-CN"/>
        </w:rPr>
        <w:br/>
      </w:r>
      <w:r>
        <w:rPr>
          <w:lang w:eastAsia="zh-CN"/>
        </w:rPr>
        <w:t>　　2.乙方并严格保守甲方一切的商业机密，配合甲方数据信息的安全使用。</w:t>
      </w:r>
      <w:r>
        <w:rPr>
          <w:lang w:eastAsia="zh-CN"/>
        </w:rPr>
        <w:br/>
      </w:r>
      <w:r>
        <w:rPr>
          <w:lang w:eastAsia="zh-CN"/>
        </w:rPr>
        <w:t>　　3.乙方可以为甲方提供软件方面的技术支持服务，但不对甲方自主购买软件的使用和维护负任何责任。</w:t>
      </w:r>
      <w:r>
        <w:rPr>
          <w:lang w:eastAsia="zh-CN"/>
        </w:rPr>
        <w:br/>
      </w:r>
      <w:r>
        <w:rPr>
          <w:lang w:eastAsia="zh-CN"/>
        </w:rPr>
        <w:t>　　四、服务内容</w:t>
      </w:r>
      <w:r>
        <w:rPr>
          <w:lang w:eastAsia="zh-CN"/>
        </w:rPr>
        <w:br/>
      </w:r>
      <w:r>
        <w:rPr>
          <w:lang w:eastAsia="zh-CN"/>
        </w:rPr>
        <w:t>　　信息系统安全规划</w:t>
      </w:r>
      <w:r>
        <w:rPr>
          <w:lang w:eastAsia="zh-CN"/>
        </w:rPr>
        <w:br/>
      </w:r>
      <w:r>
        <w:rPr>
          <w:lang w:eastAsia="zh-CN"/>
        </w:rPr>
        <w:t>　　1.操作系统的安全修补</w:t>
      </w:r>
      <w:r>
        <w:rPr>
          <w:lang w:eastAsia="zh-CN"/>
        </w:rPr>
        <w:br/>
      </w:r>
      <w:r>
        <w:rPr>
          <w:lang w:eastAsia="zh-CN"/>
        </w:rPr>
        <w:t>　　2.应用软件的安全修补</w:t>
      </w:r>
      <w:r>
        <w:rPr>
          <w:lang w:eastAsia="zh-CN"/>
        </w:rPr>
        <w:br/>
      </w:r>
      <w:r>
        <w:rPr>
          <w:lang w:eastAsia="zh-CN"/>
        </w:rPr>
        <w:t>　　3.病毒防治软件的.安装和定期自动检测、自动升级策略的设置</w:t>
      </w:r>
      <w:r>
        <w:rPr>
          <w:lang w:eastAsia="zh-CN"/>
        </w:rPr>
        <w:br/>
      </w:r>
      <w:r>
        <w:rPr>
          <w:lang w:eastAsia="zh-CN"/>
        </w:rPr>
        <w:t>　　4.用户权限设置，密码统一保管</w:t>
      </w:r>
      <w:r>
        <w:rPr>
          <w:lang w:eastAsia="zh-CN"/>
        </w:rPr>
        <w:br/>
      </w:r>
      <w:r>
        <w:rPr>
          <w:lang w:eastAsia="zh-CN"/>
        </w:rPr>
        <w:t>　　5.数据、邮件定期备份</w:t>
      </w:r>
      <w:r>
        <w:rPr>
          <w:lang w:eastAsia="zh-CN"/>
        </w:rPr>
        <w:br/>
      </w:r>
      <w:r>
        <w:rPr>
          <w:lang w:eastAsia="zh-CN"/>
        </w:rPr>
        <w:t>　　6.系统安全漏洞分析及解决方案</w:t>
      </w:r>
      <w:r>
        <w:rPr>
          <w:lang w:eastAsia="zh-CN"/>
        </w:rPr>
        <w:br/>
      </w:r>
      <w:r>
        <w:rPr>
          <w:lang w:eastAsia="zh-CN"/>
        </w:rPr>
        <w:t>　　7.企业网站、邮件系统安全检测</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日常维护</w:t>
      </w:r>
      <w:r>
        <w:rPr>
          <w:lang w:eastAsia="zh-CN"/>
        </w:rPr>
        <w:br/>
      </w:r>
      <w:r>
        <w:rPr>
          <w:lang w:eastAsia="zh-CN"/>
        </w:rPr>
        <w:t>　　1.软硬件维护，包括电脑、服务器、网络交换器、路由器</w:t>
      </w:r>
      <w:r>
        <w:rPr>
          <w:lang w:eastAsia="zh-CN"/>
        </w:rPr>
        <w:br/>
      </w:r>
      <w:r>
        <w:rPr>
          <w:lang w:eastAsia="zh-CN"/>
        </w:rPr>
        <w:t>　　2.系统优化，包括windows__/_p等。</w:t>
      </w:r>
      <w:r>
        <w:rPr>
          <w:lang w:eastAsia="zh-CN"/>
        </w:rPr>
        <w:br/>
      </w:r>
      <w:r>
        <w:rPr>
          <w:lang w:eastAsia="zh-CN"/>
        </w:rPr>
        <w:t>　　3.网络系统优化，包括性能优化、易操作易管理优化</w:t>
      </w:r>
      <w:r>
        <w:rPr>
          <w:lang w:eastAsia="zh-CN"/>
        </w:rPr>
        <w:br/>
      </w:r>
      <w:r>
        <w:rPr>
          <w:lang w:eastAsia="zh-CN"/>
        </w:rPr>
        <w:t>　　4.员工在使用电脑及相关设备时所遇到问题解答</w:t>
      </w:r>
      <w:r>
        <w:rPr>
          <w:lang w:eastAsia="zh-CN"/>
        </w:rPr>
        <w:br/>
      </w:r>
      <w:r>
        <w:rPr>
          <w:lang w:eastAsia="zh-CN"/>
        </w:rPr>
        <w:t>　　其它</w:t>
      </w:r>
      <w:r>
        <w:rPr>
          <w:lang w:eastAsia="zh-CN"/>
        </w:rPr>
        <w:br/>
      </w:r>
      <w:r>
        <w:rPr>
          <w:lang w:eastAsia="zh-CN"/>
        </w:rPr>
        <w:t>　　1.乙方可以免费为甲方提供设备采购的建议，包括提供采购设备的品牌及采购的方式。</w:t>
      </w:r>
      <w:r>
        <w:rPr>
          <w:lang w:eastAsia="zh-CN"/>
        </w:rPr>
        <w:br/>
      </w:r>
      <w:r>
        <w:rPr>
          <w:lang w:eastAsia="zh-CN"/>
        </w:rPr>
        <w:t>　　2.乙方可以辅导甲方指定人员，进行一些简单的电脑操作维护和问题的解决。</w:t>
      </w:r>
      <w:r>
        <w:rPr>
          <w:lang w:eastAsia="zh-CN"/>
        </w:rPr>
        <w:br/>
      </w:r>
      <w:r>
        <w:rPr>
          <w:lang w:eastAsia="zh-CN"/>
        </w:rPr>
        <w:t>　　五、合同执行</w:t>
      </w:r>
      <w:r>
        <w:rPr>
          <w:lang w:eastAsia="zh-CN"/>
        </w:rPr>
        <w:br/>
      </w:r>
      <w:r>
        <w:rPr>
          <w:lang w:eastAsia="zh-CN"/>
        </w:rPr>
        <w:t>　　1.本合同最短有效期限一般为一年，实际有效期限应以实际签署日期为准，甲乙双方合同执行时间从甲乙双方签订合同的当日进行算起。</w:t>
      </w:r>
      <w:r>
        <w:rPr>
          <w:lang w:eastAsia="zh-CN"/>
        </w:rPr>
        <w:br/>
      </w:r>
      <w:r>
        <w:rPr>
          <w:lang w:eastAsia="zh-CN"/>
        </w:rPr>
        <w:t>　　2.甲方应在合同期内每月_________日准时支付乙方服务费人民币_________元整;甲方也可以以持续月份方式支付乙方服务费人民币_________元整;甲方也可以年度方式_________支付乙方服务费人民币_________元整。</w:t>
      </w:r>
      <w:r>
        <w:rPr>
          <w:lang w:eastAsia="zh-CN"/>
        </w:rPr>
        <w:br/>
      </w:r>
      <w:r>
        <w:rPr>
          <w:lang w:eastAsia="zh-CN"/>
        </w:rPr>
        <w:t>　　3.本合同执行过程中，甲乙双方如需修改、增删合同条款内容，应在双方都认可的情况下加入本合同附件。附件具有同等法律效力。</w:t>
      </w:r>
      <w:r>
        <w:rPr>
          <w:lang w:eastAsia="zh-CN"/>
        </w:rPr>
        <w:br/>
      </w:r>
      <w:r>
        <w:rPr>
          <w:lang w:eastAsia="zh-CN"/>
        </w:rPr>
        <w:t>　　4.双方合同执行中如有争议，应友好协商解决，协商不成按照中华人民共和国有关法律提交_________仲裁委员会解决。</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5.其它备注_________。</w:t>
      </w:r>
      <w:r>
        <w:rPr>
          <w:lang w:eastAsia="zh-CN"/>
        </w:rPr>
        <w:br/>
      </w:r>
      <w:r>
        <w:rPr>
          <w:lang w:eastAsia="zh-CN"/>
        </w:rPr>
        <w:t>　　本合同一式二份，甲乙双方各执一份，具同等法律效力，合同自双方签字后生效。传真件有效。</w:t>
      </w:r>
      <w:r>
        <w:rPr>
          <w:lang w:eastAsia="zh-CN"/>
        </w:rPr>
        <w:br/>
      </w:r>
      <w:r>
        <w:rPr>
          <w:lang w:eastAsia="zh-CN"/>
        </w:rPr>
        <w:t>　　合同有效期：_________年_________月_________日至_________年_________月_________日。</w:t>
      </w:r>
      <w:r>
        <w:rPr>
          <w:lang w:eastAsia="zh-CN"/>
        </w:rPr>
        <w:br/>
      </w:r>
      <w:r>
        <w:rPr>
          <w:lang w:eastAsia="zh-CN"/>
        </w:rPr>
        <w:t>　　甲方(盖章)：_________</w:t>
      </w:r>
      <w:r>
        <w:rPr>
          <w:lang w:eastAsia="zh-CN"/>
        </w:rPr>
        <w:br/>
      </w:r>
      <w:r>
        <w:rPr>
          <w:lang w:eastAsia="zh-CN"/>
        </w:rPr>
        <w:t>　　代表人(签字)：_________</w:t>
      </w:r>
      <w:r>
        <w:rPr>
          <w:lang w:eastAsia="zh-CN"/>
        </w:rPr>
        <w:br/>
      </w:r>
      <w:r>
        <w:rPr>
          <w:lang w:eastAsia="zh-CN"/>
        </w:rPr>
        <w:t>　　乙方(盖章)：_________</w:t>
      </w:r>
      <w:r>
        <w:rPr>
          <w:lang w:eastAsia="zh-CN"/>
        </w:rPr>
        <w:br/>
      </w:r>
      <w:r>
        <w:rPr>
          <w:lang w:eastAsia="zh-CN"/>
        </w:rPr>
        <w:t>　　代表人(签字)：_________</w:t>
      </w:r>
      <w:r>
        <w:rPr>
          <w:lang w:eastAsia="zh-CN"/>
        </w:rPr>
        <w:br/>
      </w:r>
      <w:r>
        <w:rPr>
          <w:lang w:eastAsia="zh-CN"/>
        </w:rPr>
        <w:t>　　_________年____月____日</w:t>
      </w:r>
      <w:r>
        <w:rPr>
          <w:lang w:eastAsia="zh-CN"/>
        </w:rPr>
        <w:br/>
      </w:r>
      <w:r>
        <w:rPr>
          <w:lang w:eastAsia="zh-CN"/>
        </w:rPr>
        <w:t>　　签订地点：_________技术合同范本3</w:t>
      </w:r>
      <w:r>
        <w:rPr>
          <w:lang w:eastAsia="zh-CN"/>
        </w:rPr>
        <w:br/>
      </w:r>
      <w:r>
        <w:rPr>
          <w:lang w:eastAsia="zh-CN"/>
        </w:rPr>
        <w:t xml:space="preserve">    合同登记编号：_________________ </w:t>
      </w:r>
      <w:r>
        <w:rPr>
          <w:lang w:eastAsia="zh-CN"/>
        </w:rPr>
        <w:br/>
      </w:r>
      <w:r>
        <w:rPr>
          <w:lang w:eastAsia="zh-CN"/>
        </w:rPr>
        <w:t>　　日期：_________________</w:t>
      </w:r>
      <w:r>
        <w:rPr>
          <w:lang w:eastAsia="zh-CN"/>
        </w:rPr>
        <w:br/>
      </w:r>
      <w:r>
        <w:rPr>
          <w:lang w:eastAsia="zh-CN"/>
        </w:rPr>
        <w:t>　　甲方验收人员：_________________</w:t>
      </w:r>
      <w:r>
        <w:rPr>
          <w:lang w:eastAsia="zh-CN"/>
        </w:rPr>
        <w:br/>
      </w:r>
      <w:r>
        <w:rPr>
          <w:lang w:eastAsia="zh-CN"/>
        </w:rPr>
        <w:t>　　乙方工程师：_________________</w:t>
      </w:r>
      <w:r>
        <w:rPr>
          <w:lang w:eastAsia="zh-CN"/>
        </w:rPr>
        <w:br/>
      </w:r>
      <w:r>
        <w:rPr>
          <w:lang w:eastAsia="zh-CN"/>
        </w:rPr>
        <w:t>　　一、说明</w:t>
      </w:r>
      <w:r>
        <w:rPr>
          <w:lang w:eastAsia="zh-CN"/>
        </w:rPr>
        <w:br/>
      </w:r>
      <w:r>
        <w:rPr>
          <w:lang w:eastAsia="zh-CN"/>
        </w:rPr>
        <w:t>　　按照合同规定，乙方为甲方提供________设计和加工服务。本报告是甲方按照合同针对乙方提供服务的具体内容进行验收的'文件。</w:t>
      </w:r>
      <w:r>
        <w:rPr>
          <w:lang w:eastAsia="zh-CN"/>
        </w:rPr>
        <w:br/>
      </w:r>
      <w:r>
        <w:rPr>
          <w:lang w:eastAsia="zh-CN"/>
        </w:rPr>
        <w:t>　　二、天线罩设计和加工服务验收标准</w:t>
      </w:r>
      <w:r>
        <w:rPr>
          <w:lang w:eastAsia="zh-CN"/>
        </w:rPr>
        <w:br/>
      </w:r>
      <w:r>
        <w:rPr>
          <w:lang w:eastAsia="zh-CN"/>
        </w:rPr>
        <w:t>　　项目：_________________</w:t>
      </w:r>
      <w:r>
        <w:rPr>
          <w:lang w:eastAsia="zh-CN"/>
        </w:rPr>
        <w:br/>
      </w:r>
      <w:r>
        <w:rPr>
          <w:lang w:eastAsia="zh-CN"/>
        </w:rPr>
        <w:t>　　设备名称：_________________</w:t>
      </w:r>
      <w:r>
        <w:rPr>
          <w:lang w:eastAsia="zh-CN"/>
        </w:rPr>
        <w:br/>
      </w:r>
      <w:r>
        <w:rPr>
          <w:lang w:eastAsia="zh-CN"/>
        </w:rPr>
        <w:t>　　单位：_________________</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完成状况：_________________</w:t>
      </w:r>
      <w:r>
        <w:rPr>
          <w:lang w:eastAsia="zh-CN"/>
        </w:rPr>
        <w:br/>
      </w:r>
      <w:r>
        <w:rPr>
          <w:lang w:eastAsia="zh-CN"/>
        </w:rPr>
        <w:t>　　甲方确认：_________________</w:t>
      </w:r>
      <w:r>
        <w:rPr>
          <w:lang w:eastAsia="zh-CN"/>
        </w:rPr>
        <w:br/>
      </w:r>
      <w:r>
        <w:rPr>
          <w:lang w:eastAsia="zh-CN"/>
        </w:rPr>
        <w:t>　　乙方确认：_________________</w:t>
      </w:r>
      <w:r>
        <w:rPr>
          <w:lang w:eastAsia="zh-CN"/>
        </w:rPr>
        <w:br/>
      </w:r>
      <w:r>
        <w:rPr>
          <w:lang w:eastAsia="zh-CN"/>
        </w:rPr>
        <w:t>　　天线罩设计加工方案：_________________</w:t>
      </w:r>
      <w:r>
        <w:rPr>
          <w:lang w:eastAsia="zh-CN"/>
        </w:rPr>
        <w:br/>
      </w:r>
      <w:r>
        <w:rPr>
          <w:lang w:eastAsia="zh-CN"/>
        </w:rPr>
        <w:t>　　备注：_________________</w:t>
      </w:r>
      <w:r>
        <w:rPr>
          <w:lang w:eastAsia="zh-CN"/>
        </w:rPr>
        <w:br/>
      </w:r>
      <w:r>
        <w:rPr>
          <w:lang w:eastAsia="zh-CN"/>
        </w:rPr>
        <w:t>　　三、双方确认本合同项下的验证技术服务和技术培训符合合同规定的标准和要求。</w:t>
      </w:r>
      <w:r>
        <w:rPr>
          <w:lang w:eastAsia="zh-CN"/>
        </w:rPr>
        <w:br/>
      </w:r>
      <w:r>
        <w:rPr>
          <w:lang w:eastAsia="zh-CN"/>
        </w:rPr>
        <w:t>　　甲方确认同意向乙方支付合同项下的余款人民币________________元，大写：_________________人民币壹拾壹万捌仟伍佰源整。</w:t>
      </w:r>
      <w:r>
        <w:rPr>
          <w:lang w:eastAsia="zh-CN"/>
        </w:rPr>
        <w:br/>
      </w:r>
      <w:r>
        <w:rPr>
          <w:lang w:eastAsia="zh-CN"/>
        </w:rPr>
        <w:t>　　甲方代表：_________________乙方代表：_________________</w:t>
      </w:r>
      <w:r>
        <w:rPr>
          <w:lang w:eastAsia="zh-CN"/>
        </w:rPr>
        <w:br/>
      </w:r>
      <w:r>
        <w:rPr>
          <w:lang w:eastAsia="zh-CN"/>
        </w:rPr>
        <w:t>　　日期：_________________日期：_________________技术合同范本4</w:t>
      </w:r>
      <w:r>
        <w:rPr>
          <w:lang w:eastAsia="zh-CN"/>
        </w:rPr>
        <w:br/>
      </w:r>
      <w:r>
        <w:rPr>
          <w:lang w:eastAsia="zh-CN"/>
        </w:rPr>
        <w:t xml:space="preserve">    （互联网维护及运营） </w:t>
      </w:r>
      <w:r>
        <w:rPr>
          <w:lang w:eastAsia="zh-CN"/>
        </w:rPr>
        <w:br/>
      </w:r>
      <w:r>
        <w:rPr>
          <w:lang w:eastAsia="zh-CN"/>
        </w:rPr>
        <w:t>　　为发展农村信息化建设，促进农业增效、农民增收。甲、乙双方本着真诚合作、共同建设、互惠互利的原则，经友好协商就在_________县(市)实施_________工程，对户联网的长期维护及运营事宜，达成如下协议内容;</w:t>
      </w:r>
      <w:r>
        <w:rPr>
          <w:lang w:eastAsia="zh-CN"/>
        </w:rPr>
        <w:br/>
      </w:r>
      <w:r>
        <w:rPr>
          <w:lang w:eastAsia="zh-CN"/>
        </w:rPr>
        <w:t>　　一、甲方的责任和义务：</w:t>
      </w:r>
      <w:r>
        <w:rPr>
          <w:lang w:eastAsia="zh-CN"/>
        </w:rPr>
        <w:br/>
      </w:r>
      <w:r>
        <w:rPr>
          <w:lang w:eastAsia="zh-CN"/>
        </w:rPr>
        <w:t>　　1.负责_________户联网的.网络建设和中心网站的维护管理：</w:t>
      </w:r>
      <w:r>
        <w:rPr>
          <w:lang w:eastAsia="zh-CN"/>
        </w:rPr>
        <w:br/>
      </w:r>
      <w:r>
        <w:rPr>
          <w:lang w:eastAsia="zh-CN"/>
        </w:rPr>
        <w:t>　　2.负责提供_________户联网基站平台并帮助管理单位安装调试：</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3.负责建立和维护管理户联网信息数据库，并进行远程检测、发布信息及进行系统更新;</w:t>
      </w:r>
      <w:r>
        <w:rPr>
          <w:lang w:eastAsia="zh-CN"/>
        </w:rPr>
        <w:br/>
      </w:r>
      <w:r>
        <w:rPr>
          <w:lang w:eastAsia="zh-CN"/>
        </w:rPr>
        <w:t>　　4.负责对户联网维护管理人员的技术培训：</w:t>
      </w:r>
      <w:r>
        <w:rPr>
          <w:lang w:eastAsia="zh-CN"/>
        </w:rPr>
        <w:br/>
      </w:r>
      <w:r>
        <w:rPr>
          <w:lang w:eastAsia="zh-CN"/>
        </w:rPr>
        <w:t>　　5.负责组织协调有关各方对信息进行有效的开发利用：</w:t>
      </w:r>
      <w:r>
        <w:rPr>
          <w:lang w:eastAsia="zh-CN"/>
        </w:rPr>
        <w:br/>
      </w:r>
      <w:r>
        <w:rPr>
          <w:lang w:eastAsia="zh-CN"/>
        </w:rPr>
        <w:t>　　6.负责编辑和印刷农村信息户联网查询指南。</w:t>
      </w:r>
      <w:r>
        <w:rPr>
          <w:lang w:eastAsia="zh-CN"/>
        </w:rPr>
        <w:br/>
      </w:r>
      <w:r>
        <w:rPr>
          <w:lang w:eastAsia="zh-CN"/>
        </w:rPr>
        <w:t>　　二、乙方的责任和义务：</w:t>
      </w:r>
      <w:r>
        <w:rPr>
          <w:lang w:eastAsia="zh-CN"/>
        </w:rPr>
        <w:br/>
      </w:r>
      <w:r>
        <w:rPr>
          <w:lang w:eastAsia="zh-CN"/>
        </w:rPr>
        <w:t>　　1.负责对户联网平台的日常管理和维护：</w:t>
      </w:r>
      <w:r>
        <w:rPr>
          <w:lang w:eastAsia="zh-CN"/>
        </w:rPr>
        <w:br/>
      </w:r>
      <w:r>
        <w:rPr>
          <w:lang w:eastAsia="zh-CN"/>
        </w:rPr>
        <w:t>　　2.用规定格式向甲方提供本地的农业信息录入信息库和日常动态信息录入：</w:t>
      </w:r>
      <w:r>
        <w:rPr>
          <w:lang w:eastAsia="zh-CN"/>
        </w:rPr>
        <w:br/>
      </w:r>
      <w:r>
        <w:rPr>
          <w:lang w:eastAsia="zh-CN"/>
        </w:rPr>
        <w:t>　　3.负责本地的人工咨询服务和不断地扩大用户量。</w:t>
      </w:r>
      <w:r>
        <w:rPr>
          <w:lang w:eastAsia="zh-CN"/>
        </w:rPr>
        <w:br/>
      </w:r>
      <w:r>
        <w:rPr>
          <w:lang w:eastAsia="zh-CN"/>
        </w:rPr>
        <w:t>　　三、利润分配</w:t>
      </w:r>
      <w:r>
        <w:rPr>
          <w:lang w:eastAsia="zh-CN"/>
        </w:rPr>
        <w:br/>
      </w:r>
      <w:r>
        <w:rPr>
          <w:lang w:eastAsia="zh-CN"/>
        </w:rPr>
        <w:t>　　1.户联网固定用户的信息收费标准为_________元/户，户联网安装并开通的下一个月起到_________年_________月底，全部归乙方。</w:t>
      </w:r>
      <w:r>
        <w:rPr>
          <w:lang w:eastAsia="zh-CN"/>
        </w:rPr>
        <w:br/>
      </w:r>
      <w:r>
        <w:rPr>
          <w:lang w:eastAsia="zh-CN"/>
        </w:rPr>
        <w:t>　　2.从_________年_________月_________日起，甲乙双方对所收的户联网信息费平均分配，各占50%。</w:t>
      </w:r>
      <w:r>
        <w:rPr>
          <w:lang w:eastAsia="zh-CN"/>
        </w:rPr>
        <w:br/>
      </w:r>
      <w:r>
        <w:rPr>
          <w:lang w:eastAsia="zh-CN"/>
        </w:rPr>
        <w:t>　　四、在平台安装调试完成以后，乙方若要甲方派出技术人员提供技术支持和维护时，乙方要负责甲方技术人员的差旅、交通和食宿费用。</w:t>
      </w:r>
      <w:r>
        <w:rPr>
          <w:lang w:eastAsia="zh-CN"/>
        </w:rPr>
        <w:br/>
      </w:r>
      <w:r>
        <w:rPr>
          <w:lang w:eastAsia="zh-CN"/>
        </w:rPr>
        <w:t>　　五、甲方拥有户联网的全部知识产权。</w:t>
      </w:r>
      <w:r>
        <w:rPr>
          <w:lang w:eastAsia="zh-CN"/>
        </w:rPr>
        <w:br/>
      </w:r>
      <w:r>
        <w:rPr>
          <w:lang w:eastAsia="zh-CN"/>
        </w:rPr>
        <w:t>　　六、本协议自双方签字盖章之日起生效，终止协议需提前一个月用书面形式通知对方，续签协议也需提前一个月用书面形式通知对方，本协议未尽事宜，由双方友好协商解决。</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甲方(盖章)：_________        乙方(盖章)：_________</w:t>
      </w:r>
      <w:r>
        <w:rPr>
          <w:lang w:eastAsia="zh-CN"/>
        </w:rPr>
        <w:br/>
      </w:r>
      <w:r>
        <w:rPr>
          <w:lang w:eastAsia="zh-CN"/>
        </w:rPr>
        <w:t>　　代表(签字)：_________        代表(签字)：_________</w:t>
      </w:r>
      <w:r>
        <w:rPr>
          <w:lang w:eastAsia="zh-CN"/>
        </w:rPr>
        <w:br/>
      </w:r>
      <w:r>
        <w:rPr>
          <w:lang w:eastAsia="zh-CN"/>
        </w:rPr>
        <w:t>　　_________年____月____日        _________年____月____日技术合同范本5</w:t>
      </w:r>
      <w:r>
        <w:rPr>
          <w:lang w:eastAsia="zh-CN"/>
        </w:rPr>
        <w:br/>
      </w:r>
      <w:r>
        <w:rPr>
          <w:lang w:eastAsia="zh-CN"/>
        </w:rPr>
        <w:t xml:space="preserve">    甲方： </w:t>
      </w:r>
      <w:r>
        <w:rPr>
          <w:lang w:eastAsia="zh-CN"/>
        </w:rPr>
        <w:br/>
      </w:r>
      <w:r>
        <w:rPr>
          <w:lang w:eastAsia="zh-CN"/>
        </w:rPr>
        <w:t>　　乙方：中国国际电子商务中心代表处</w:t>
      </w:r>
      <w:r>
        <w:rPr>
          <w:lang w:eastAsia="zh-CN"/>
        </w:rPr>
        <w:br/>
      </w:r>
      <w:r>
        <w:rPr>
          <w:lang w:eastAsia="zh-CN"/>
        </w:rPr>
        <w:t>　　甲乙双方经过友好协商，本着平等、自愿、互惠互利的原则，现就乙方向甲方提供有关电子政务系统的技术支持和数据保存等服务，达成如下协议：</w:t>
      </w:r>
      <w:r>
        <w:rPr>
          <w:lang w:eastAsia="zh-CN"/>
        </w:rPr>
        <w:br/>
      </w:r>
      <w:r>
        <w:rPr>
          <w:lang w:eastAsia="zh-CN"/>
        </w:rPr>
        <w:t>　　一、甲方的权利义务：</w:t>
      </w:r>
      <w:r>
        <w:rPr>
          <w:lang w:eastAsia="zh-CN"/>
        </w:rPr>
        <w:br/>
      </w:r>
      <w:r>
        <w:rPr>
          <w:lang w:eastAsia="zh-CN"/>
        </w:rPr>
        <w:t>　　1、甲方应在本协议签署后日内向乙方支付元/年的技术服务费。</w:t>
      </w:r>
      <w:r>
        <w:rPr>
          <w:lang w:eastAsia="zh-CN"/>
        </w:rPr>
        <w:br/>
      </w:r>
      <w:r>
        <w:rPr>
          <w:lang w:eastAsia="zh-CN"/>
        </w:rPr>
        <w:t>　　2、甲方使用乙方提供的加工贸易申报系统，以电子数据的形式向加工贸易审批部门申报加工贸易合同。</w:t>
      </w:r>
      <w:r>
        <w:rPr>
          <w:lang w:eastAsia="zh-CN"/>
        </w:rPr>
        <w:br/>
      </w:r>
      <w:r>
        <w:rPr>
          <w:lang w:eastAsia="zh-CN"/>
        </w:rPr>
        <w:t>　　3、甲方应确保计算机系统和ie浏览器能正常工作，自行解决网络接入问题。</w:t>
      </w:r>
      <w:r>
        <w:rPr>
          <w:lang w:eastAsia="zh-CN"/>
        </w:rPr>
        <w:br/>
      </w:r>
      <w:r>
        <w:rPr>
          <w:lang w:eastAsia="zh-CN"/>
        </w:rPr>
        <w:t>　　4、甲方应指定专人（该人员应具备一定的加工贸易业务知识）负责系统的操作，甲方指定人员发生变动时，应及时通知乙方。</w:t>
      </w:r>
      <w:r>
        <w:rPr>
          <w:lang w:eastAsia="zh-CN"/>
        </w:rPr>
        <w:br/>
      </w:r>
      <w:r>
        <w:rPr>
          <w:lang w:eastAsia="zh-CN"/>
        </w:rPr>
        <w:t>　　指定联系人：</w:t>
      </w:r>
      <w:r>
        <w:rPr>
          <w:lang w:eastAsia="zh-CN"/>
        </w:rPr>
        <w:br/>
      </w:r>
      <w:r>
        <w:rPr>
          <w:lang w:eastAsia="zh-CN"/>
        </w:rPr>
        <w:t>　　电话：</w:t>
      </w:r>
      <w:r>
        <w:rPr>
          <w:lang w:eastAsia="zh-CN"/>
        </w:rPr>
        <w:br/>
      </w:r>
      <w:r>
        <w:rPr>
          <w:lang w:eastAsia="zh-CN"/>
        </w:rPr>
        <w:t>　　传真：</w:t>
      </w:r>
      <w:r>
        <w:rPr>
          <w:lang w:eastAsia="zh-CN"/>
        </w:rPr>
        <w:br/>
      </w:r>
      <w:r>
        <w:rPr>
          <w:lang w:eastAsia="zh-CN"/>
        </w:rPr>
        <w:t>　　信箱：</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5、甲方在遇到技术问题时，应及时跟乙方联系，如实向乙方描述故障现象，积极协助乙方解决问题。</w:t>
      </w:r>
      <w:r>
        <w:rPr>
          <w:lang w:eastAsia="zh-CN"/>
        </w:rPr>
        <w:br/>
      </w:r>
      <w:r>
        <w:rPr>
          <w:lang w:eastAsia="zh-CN"/>
        </w:rPr>
        <w:t>　　6、甲方如需乙方提供上门技术服务，应及时跟乙方联系，乙方会按照标准的.上门服务收费标准收取一定的费用。</w:t>
      </w:r>
      <w:r>
        <w:rPr>
          <w:lang w:eastAsia="zh-CN"/>
        </w:rPr>
        <w:br/>
      </w:r>
      <w:r>
        <w:rPr>
          <w:lang w:eastAsia="zh-CN"/>
        </w:rPr>
        <w:t>　　二、乙方的权利义务：</w:t>
      </w:r>
      <w:r>
        <w:rPr>
          <w:lang w:eastAsia="zh-CN"/>
        </w:rPr>
        <w:br/>
      </w:r>
      <w:r>
        <w:rPr>
          <w:lang w:eastAsia="zh-CN"/>
        </w:rPr>
        <w:t>　　1、乙方向甲方提供加工贸易ca证书的使用培训。</w:t>
      </w:r>
      <w:r>
        <w:rPr>
          <w:lang w:eastAsia="zh-CN"/>
        </w:rPr>
        <w:br/>
      </w:r>
      <w:r>
        <w:rPr>
          <w:lang w:eastAsia="zh-CN"/>
        </w:rPr>
        <w:t>　　2、乙方向甲方提供加工贸易系统的技术支持，但不包括对甲方计算机的维护和提供加工贸易业务咨询，不对甲方合同数据的正确性以及能否通过审批承担责任。</w:t>
      </w:r>
      <w:r>
        <w:rPr>
          <w:lang w:eastAsia="zh-CN"/>
        </w:rPr>
        <w:br/>
      </w:r>
      <w:r>
        <w:rPr>
          <w:lang w:eastAsia="zh-CN"/>
        </w:rPr>
        <w:t>　　技术支持电话为：</w:t>
      </w:r>
      <w:r>
        <w:rPr>
          <w:lang w:eastAsia="zh-CN"/>
        </w:rPr>
        <w:br/>
      </w:r>
      <w:r>
        <w:rPr>
          <w:lang w:eastAsia="zh-CN"/>
        </w:rPr>
        <w:t>　　传真：</w:t>
      </w:r>
      <w:r>
        <w:rPr>
          <w:lang w:eastAsia="zh-CN"/>
        </w:rPr>
        <w:br/>
      </w:r>
      <w:r>
        <w:rPr>
          <w:lang w:eastAsia="zh-CN"/>
        </w:rPr>
        <w:t>　　信箱：</w:t>
      </w:r>
      <w:r>
        <w:rPr>
          <w:lang w:eastAsia="zh-CN"/>
        </w:rPr>
        <w:br/>
      </w:r>
      <w:r>
        <w:rPr>
          <w:lang w:eastAsia="zh-CN"/>
        </w:rPr>
        <w:t>　　3、乙方的服务时间为正常工作日的8：30—17：30，休息时间和法定节假日不提供相关的技术服务。</w:t>
      </w:r>
      <w:r>
        <w:rPr>
          <w:lang w:eastAsia="zh-CN"/>
        </w:rPr>
        <w:br/>
      </w:r>
      <w:r>
        <w:rPr>
          <w:lang w:eastAsia="zh-CN"/>
        </w:rPr>
        <w:t>　　4、乙方提供的技术服务形式是用户的电话咨询或来访培训，不包括上门服务（vip会员除外）。</w:t>
      </w:r>
      <w:r>
        <w:rPr>
          <w:lang w:eastAsia="zh-CN"/>
        </w:rPr>
        <w:br/>
      </w:r>
      <w:r>
        <w:rPr>
          <w:lang w:eastAsia="zh-CN"/>
        </w:rPr>
        <w:t>　　5、在发生网络故障等非乙方原因造成系统无法使用时（如internet接入问题等），乙方不承担相关责任。</w:t>
      </w:r>
      <w:r>
        <w:rPr>
          <w:lang w:eastAsia="zh-CN"/>
        </w:rPr>
        <w:br/>
      </w:r>
      <w:r>
        <w:rPr>
          <w:lang w:eastAsia="zh-CN"/>
        </w:rPr>
        <w:t>　　6、乙方应当准确记录甲方传输电子数据的过程和时间，保证所存储的数据不被人为更改和灭失。电子数据的保存期限为10年。</w:t>
      </w:r>
      <w:r>
        <w:rPr>
          <w:lang w:eastAsia="zh-CN"/>
        </w:rPr>
        <w:br/>
      </w:r>
      <w:r>
        <w:rPr>
          <w:lang w:eastAsia="zh-CN"/>
        </w:rPr>
        <w:t>　　7、乙方应采取国际上通行的网络安全措施，保证存储在系统内的电子数据的安全、真实、完整，不得对电子数据进行删除、修改、篡改等。</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8、因加工贸易审批部门的原因造成的后果，乙方不承担相关责任。</w:t>
      </w:r>
      <w:r>
        <w:rPr>
          <w:lang w:eastAsia="zh-CN"/>
        </w:rPr>
        <w:br/>
      </w:r>
      <w:r>
        <w:rPr>
          <w:lang w:eastAsia="zh-CN"/>
        </w:rPr>
        <w:t>　　9、乙方应保守甲方的工作秘密，未经授权或许可，不得对外提供其存储的电子数据。</w:t>
      </w:r>
      <w:r>
        <w:rPr>
          <w:lang w:eastAsia="zh-CN"/>
        </w:rPr>
        <w:br/>
      </w:r>
      <w:r>
        <w:rPr>
          <w:lang w:eastAsia="zh-CN"/>
        </w:rPr>
        <w:t>　　三、协议期限</w:t>
      </w:r>
      <w:r>
        <w:rPr>
          <w:lang w:eastAsia="zh-CN"/>
        </w:rPr>
        <w:br/>
      </w:r>
      <w:r>
        <w:rPr>
          <w:lang w:eastAsia="zh-CN"/>
        </w:rPr>
        <w:t>　　1、本协议经甲乙双方签字盖章后生效，一式两份，甲乙双方各执一份，具有同等法律效力。</w:t>
      </w:r>
      <w:r>
        <w:rPr>
          <w:lang w:eastAsia="zh-CN"/>
        </w:rPr>
        <w:br/>
      </w:r>
      <w:r>
        <w:rPr>
          <w:lang w:eastAsia="zh-CN"/>
        </w:rPr>
        <w:t>　　2、本协议所指技术服务期限为年，从双方签定之日开始计算，具体时间为从年月日起到年月日止。</w:t>
      </w:r>
      <w:r>
        <w:rPr>
          <w:lang w:eastAsia="zh-CN"/>
        </w:rPr>
        <w:br/>
      </w:r>
      <w:r>
        <w:rPr>
          <w:lang w:eastAsia="zh-CN"/>
        </w:rPr>
        <w:t>　　四、协议的解除和终止</w:t>
      </w:r>
      <w:r>
        <w:rPr>
          <w:lang w:eastAsia="zh-CN"/>
        </w:rPr>
        <w:br/>
      </w:r>
      <w:r>
        <w:rPr>
          <w:lang w:eastAsia="zh-CN"/>
        </w:rPr>
        <w:t>　　协议到期后，如甲方继续需要乙方的服务，甲乙双方另行签署协议;如甲方不再需要乙方的服务，本协议自动终止。</w:t>
      </w:r>
      <w:r>
        <w:rPr>
          <w:lang w:eastAsia="zh-CN"/>
        </w:rPr>
        <w:br/>
      </w:r>
      <w:r>
        <w:rPr>
          <w:lang w:eastAsia="zh-CN"/>
        </w:rPr>
        <w:t>　　五、对因不可抗力（包括但不限于如地震、洪水等自然灾害，战争等）、政府行为及其他乙方不能控制或避免的原因致使本协议部分或全部不能履行，双方均不承担违约责任。</w:t>
      </w:r>
      <w:r>
        <w:rPr>
          <w:lang w:eastAsia="zh-CN"/>
        </w:rPr>
        <w:br/>
      </w:r>
      <w:r>
        <w:rPr>
          <w:lang w:eastAsia="zh-CN"/>
        </w:rPr>
        <w:t>　　六、因履行本协议发生的争议，双方可通过友好协商解决;协商解决不成，提交仲裁机关仲裁。</w:t>
      </w:r>
      <w:r>
        <w:rPr>
          <w:lang w:eastAsia="zh-CN"/>
        </w:rPr>
        <w:br/>
      </w:r>
      <w:r>
        <w:rPr>
          <w:lang w:eastAsia="zh-CN"/>
        </w:rPr>
        <w:t>　　七、本协议的最终解释权归中国国际电子商务中心代表处。</w:t>
      </w:r>
      <w:r>
        <w:rPr>
          <w:lang w:eastAsia="zh-CN"/>
        </w:rPr>
        <w:br/>
      </w:r>
      <w:r>
        <w:rPr>
          <w:lang w:eastAsia="zh-CN"/>
        </w:rPr>
        <w:t>　　甲方：</w:t>
      </w:r>
      <w:r>
        <w:rPr>
          <w:lang w:eastAsia="zh-CN"/>
        </w:rPr>
        <w:br/>
      </w:r>
      <w:r>
        <w:rPr>
          <w:lang w:eastAsia="zh-CN"/>
        </w:rPr>
        <w:t>　　地址：</w:t>
      </w:r>
      <w:r>
        <w:rPr>
          <w:lang w:eastAsia="zh-CN"/>
        </w:rPr>
        <w:br/>
      </w:r>
      <w:r>
        <w:rPr>
          <w:lang w:eastAsia="zh-CN"/>
        </w:rPr>
        <w:t>　　电话：</w:t>
      </w:r>
      <w:r>
        <w:rPr>
          <w:lang w:eastAsia="zh-CN"/>
        </w:rPr>
        <w:br/>
      </w:r>
      <w:r>
        <w:rPr>
          <w:lang w:eastAsia="zh-CN"/>
        </w:rPr>
        <w:t>　　签字：_____________</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日期：_______________</w:t>
      </w:r>
      <w:r>
        <w:rPr>
          <w:lang w:eastAsia="zh-CN"/>
        </w:rPr>
        <w:br/>
      </w:r>
      <w:r>
        <w:rPr>
          <w:lang w:eastAsia="zh-CN"/>
        </w:rPr>
        <w:t>　　乙方：中国国际电子商务中心代表处</w:t>
      </w:r>
      <w:r>
        <w:rPr>
          <w:lang w:eastAsia="zh-CN"/>
        </w:rPr>
        <w:br/>
      </w:r>
      <w:r>
        <w:rPr>
          <w:lang w:eastAsia="zh-CN"/>
        </w:rPr>
        <w:t>　　地址：</w:t>
      </w:r>
      <w:r>
        <w:rPr>
          <w:lang w:eastAsia="zh-CN"/>
        </w:rPr>
        <w:br/>
      </w:r>
      <w:r>
        <w:rPr>
          <w:lang w:eastAsia="zh-CN"/>
        </w:rPr>
        <w:t>　　电话：</w:t>
      </w:r>
      <w:r>
        <w:rPr>
          <w:lang w:eastAsia="zh-CN"/>
        </w:rPr>
        <w:br/>
      </w:r>
      <w:r>
        <w:rPr>
          <w:lang w:eastAsia="zh-CN"/>
        </w:rPr>
        <w:t>　　签字：_______________</w:t>
      </w:r>
      <w:r>
        <w:rPr>
          <w:lang w:eastAsia="zh-CN"/>
        </w:rPr>
        <w:br/>
      </w:r>
      <w:r>
        <w:rPr>
          <w:lang w:eastAsia="zh-CN"/>
        </w:rPr>
        <w:t>　　日期：_______________技术合同范本6</w:t>
      </w:r>
      <w:r>
        <w:rPr>
          <w:lang w:eastAsia="zh-CN"/>
        </w:rPr>
        <w:br/>
      </w:r>
      <w:r>
        <w:rPr>
          <w:lang w:eastAsia="zh-CN"/>
        </w:rPr>
        <w:t xml:space="preserve">    甲方： 负责人： </w:t>
      </w:r>
      <w:r>
        <w:rPr>
          <w:lang w:eastAsia="zh-CN"/>
        </w:rPr>
        <w:br/>
      </w:r>
      <w:r>
        <w:rPr>
          <w:lang w:eastAsia="zh-CN"/>
        </w:rPr>
        <w:t>　　乙方： 法定代表人：</w:t>
      </w:r>
      <w:r>
        <w:rPr>
          <w:lang w:eastAsia="zh-CN"/>
        </w:rPr>
        <w:br/>
      </w:r>
      <w:r>
        <w:rPr>
          <w:lang w:eastAsia="zh-CN"/>
        </w:rPr>
        <w:t>　　为落实甲方与乙方之间的生产战略合作事项，甲乙双方经友好协商，就加强甲方的商业秘密、知识产权等保密信息的保护等事宜达成如下协议：</w:t>
      </w:r>
      <w:r>
        <w:rPr>
          <w:lang w:eastAsia="zh-CN"/>
        </w:rPr>
        <w:br/>
      </w:r>
      <w:r>
        <w:rPr>
          <w:lang w:eastAsia="zh-CN"/>
        </w:rPr>
        <w:t>　　一、本协议的商业秘密、知识产权等保密信息是指甲方提供给乙方的所有文件、资料（含电子文档），包括但不限于：管理文件、通知，各种合同及协议，科研、生产、营销、质量等会议记录及各类报表；经营战略、项目规划；与产品研发有关的立项、设计图纸、技术标准、创新改进等资料；提供给乙方进行技术支持的关键、专有技术；属于甲方技术范围内的工装、夹具、专用量具等；生产大纲与计划、工艺流程、产品质量标准；营销策略及客户档案、产品质量反馈、供应商及外协厂情况等资料；财务报告、财务收支情况及各类财务状况及各类财务报表、统计报表；按甲方要求生产的产品实物；其它各种甲方提供给乙方但未公开的资料、信息等。</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二、乙方对保密信息应谨慎、妥善持有，并严格保密，没有甲方事先书面同意，不得直接或间接向任何第三方披露、泄露、传递，不得复制、转让、遗失，不得利用甲方的保密信息资料进行与双方合作无关的经营活动。否则，乙方应按甲方核定的甲方所遭受经济损失的十倍的标准向甲方支付违约金（但违约金不少于人民币</w:t>
      </w:r>
      <w:r>
        <w:rPr>
          <w:lang w:eastAsia="zh-CN"/>
        </w:rPr>
        <w:t xml:space="preserve"> 元），甲方还有权向乙方追偿由于泄密而造成的任何直接的、间接的名誉损害，且甲方有权单方解除与乙方签订的《产品委托加工技术协议》。</w:t>
      </w:r>
      <w:r>
        <w:rPr>
          <w:lang w:eastAsia="zh-CN"/>
        </w:rPr>
        <w:br/>
      </w:r>
      <w:r>
        <w:rPr>
          <w:lang w:eastAsia="zh-CN"/>
        </w:rPr>
        <w:t>　　三、乙方应加强内部管理，仅可为双方合作业务之必须，将保密信息披露给其直接或间接参与合作事项的管理人员、职员、顾问和其他雇员（以下统称“有关人员”），但应保证该类有关人员对保密信息严格保密；若乙方或有关人员违反本协议的保密义务，乙方应按甲方核定的甲方所遭受经济损失的十倍的标准向甲方支付违约金（但违约金不少于人民币 元），甲方还有权向乙方追偿由于泄密而造成的任何直接的、间接的名誉损害，且甲方有权单方解除与乙方签订的《产品委托加工技术协议》。</w:t>
      </w:r>
      <w:r>
        <w:rPr>
          <w:lang w:eastAsia="zh-CN"/>
        </w:rPr>
        <w:br/>
      </w:r>
      <w:r>
        <w:rPr>
          <w:lang w:eastAsia="zh-CN"/>
        </w:rPr>
        <w:t>　　四、若出现国家司法、行政机关要求乙方披露本协议所指的保密信息的情形，乙方应立即书面通知甲方，并按照甲方的要求配合甲方采取合法及合理的保密措施，以确保相应保密信息不受泄露。否则，乙方应按甲方核定的甲方所遭受经济损失的十倍的标准向甲方支付违约金（但违约金不少于人民币 元），甲方还有权向乙方追偿由于泄密而造成的'任何直接的、间接的名誉损害，且甲方有权单方解除与乙方签订的《产品委托加工技术协议》。</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五、乙方承诺在合作期间严格遵守甲方的《保密工作制度》，并采取如下相应的保密措施：</w:t>
      </w:r>
      <w:r>
        <w:rPr>
          <w:lang w:eastAsia="zh-CN"/>
        </w:rPr>
        <w:br/>
      </w:r>
      <w:r>
        <w:rPr>
          <w:lang w:eastAsia="zh-CN"/>
        </w:rPr>
        <w:t>　　1.制定完善的保密制度并实行秘密等级制度，对甲方的上述各类保密信息资料指定专人归口管理，并配置完善的保密装置妥善保管。</w:t>
      </w:r>
      <w:r>
        <w:rPr>
          <w:lang w:eastAsia="zh-CN"/>
        </w:rPr>
        <w:br/>
      </w:r>
      <w:r>
        <w:rPr>
          <w:lang w:eastAsia="zh-CN"/>
        </w:rPr>
        <w:t>　　2.对于甲方标有“绝密”“机密”和“秘密”等文件、资料的收发、传递、和外出携带，应由乙方指定人员负责，并采取必要的保密措施。</w:t>
      </w:r>
      <w:r>
        <w:rPr>
          <w:lang w:eastAsia="zh-CN"/>
        </w:rPr>
        <w:br/>
      </w:r>
      <w:r>
        <w:rPr>
          <w:lang w:eastAsia="zh-CN"/>
        </w:rPr>
        <w:t>　　3.对其内部人员借阅甲方的保密资料，实行分级授权（普通员工或底层管理层不得查阅完整的甲方保密资料），予以严格控制，并登记备案。</w:t>
      </w:r>
      <w:r>
        <w:rPr>
          <w:lang w:eastAsia="zh-CN"/>
        </w:rPr>
        <w:br/>
      </w:r>
      <w:r>
        <w:rPr>
          <w:lang w:eastAsia="zh-CN"/>
        </w:rPr>
        <w:t>　　4.要求并教育其内部涉密员工遵守保密守则，并与其签订保密协议。</w:t>
      </w:r>
      <w:r>
        <w:rPr>
          <w:lang w:eastAsia="zh-CN"/>
        </w:rPr>
        <w:br/>
      </w:r>
      <w:r>
        <w:rPr>
          <w:lang w:eastAsia="zh-CN"/>
        </w:rPr>
        <w:t>　　5.对于掌握甲方关键、专有技术的人员、乙方有责任采取有效措施防止其流失。</w:t>
      </w:r>
      <w:r>
        <w:rPr>
          <w:lang w:eastAsia="zh-CN"/>
        </w:rPr>
        <w:br/>
      </w:r>
      <w:r>
        <w:rPr>
          <w:lang w:eastAsia="zh-CN"/>
        </w:rPr>
        <w:t>　　6.乙方保管甲方保密信息资料的场所，及为甲方加工配套件的生产、仓储现场等保密点，不得让外来人员参观、拍照、摄像等。</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六、双方合作终止时，乙方应在一个月内向甲方退还属于甲方的工装、夹具、专用量具、合作期间涉及甲方的有关商业秘密和知识产权等保密信息的全部资料，包括但不限于提交完整文档和说明、产品图样、工艺文件、检验文件、技术标准、技术协议、软件程序原代码、光盘、应用程序、执行方法或管理系统文档。乙方退还上述资料须经甲方外协管理部门和技术部门书面确认，在乙方退还所有资料前，甲方有权对乙方加工的配套件等不予结算。乙方同意：双方合作终止时，不以任何借口和形式保留甲方商业秘密和知识产权等保密信息资料，未经甲方书面授权，乙方不得以任何形式和任何目的将甲方的商业秘密和知识产权等保密信息资料透漏给第三方或用于非甲方指定用途的其它任何用途。否则，乙方应按甲方核定的甲方所遭受经济损失的十倍的标准向甲方支付违约金（但违约金不少于人民币</w:t>
      </w:r>
      <w:r>
        <w:rPr>
          <w:lang w:eastAsia="zh-CN"/>
        </w:rPr>
        <w:t xml:space="preserve"> 元），甲方还有权向乙方追偿由于泄密而造成的任何直接的、间接的名誉损害，且甲方有权单方解除与乙方签订的《产品委托加工技术协议》。</w:t>
      </w:r>
      <w:r>
        <w:rPr>
          <w:lang w:eastAsia="zh-CN"/>
        </w:rPr>
        <w:br/>
      </w:r>
      <w:r>
        <w:rPr>
          <w:lang w:eastAsia="zh-CN"/>
        </w:rPr>
        <w:t>　　七、保密期限：本协议期限内及本协议终止后，乙方均应遵守本保密协议，直至商业秘密、知识产权等保密信息公开为止。</w:t>
      </w:r>
      <w:r>
        <w:rPr>
          <w:lang w:eastAsia="zh-CN"/>
        </w:rPr>
        <w:br/>
      </w:r>
      <w:r>
        <w:rPr>
          <w:lang w:eastAsia="zh-CN"/>
        </w:rPr>
        <w:t>　　八、其它</w:t>
      </w:r>
      <w:r>
        <w:rPr>
          <w:lang w:eastAsia="zh-CN"/>
        </w:rPr>
        <w:br/>
      </w:r>
      <w:r>
        <w:rPr>
          <w:lang w:eastAsia="zh-CN"/>
        </w:rPr>
        <w:t>　　1.甲方保密专门机构有权对乙方保密工作进行不定期检查，对乙方保密措施落实不力的将提出整改建议，乙方应在限期内整改。</w:t>
      </w:r>
      <w:r>
        <w:rPr>
          <w:lang w:eastAsia="zh-CN"/>
        </w:rPr>
        <w:br/>
      </w:r>
      <w:r>
        <w:rPr>
          <w:lang w:eastAsia="zh-CN"/>
        </w:rPr>
        <w:t>　　2.如乙方未遵守本协议约定，甲方有权视情况采取相应措施（包括但不限于减少委托乙方生产配套件品种和数量、暂停乙方生产配套件计划）。</w:t>
      </w:r>
      <w:r>
        <w:rPr>
          <w:lang w:eastAsia="zh-CN"/>
        </w:rPr>
        <w:br/>
      </w:r>
      <w:r>
        <w:rPr>
          <w:lang w:eastAsia="zh-CN"/>
        </w:rPr>
        <w:t>　　3.本协议条款的修改、变更，须由双方协商一致后另行签订书面协议，经双方加盖公章后生效。</w:t>
      </w:r>
      <w:r>
        <w:rPr>
          <w:lang w:eastAsia="zh-CN"/>
        </w:rPr>
        <w:br/>
      </w:r>
      <w:r>
        <w:rPr>
          <w:lang w:eastAsia="zh-CN"/>
        </w:rPr>
        <w:t>　　4.本协议未尽事宜，由甲乙双方另行友好协商解决，并签订书面的补充协议，经双方加盖公章后生效。</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5.本协议经双方签字盖章后生效，本协议一式二份，甲乙双方各执一份，具有同等法律效力。甲方：（盖章）</w:t>
      </w:r>
      <w:r>
        <w:rPr>
          <w:lang w:eastAsia="zh-CN"/>
        </w:rPr>
        <w:br/>
      </w:r>
      <w:r>
        <w:rPr>
          <w:lang w:eastAsia="zh-CN"/>
        </w:rPr>
        <w:t>　　负责人或授权代理人：（签字） 时间：</w:t>
      </w:r>
      <w:r>
        <w:rPr>
          <w:lang w:eastAsia="zh-CN"/>
        </w:rPr>
        <w:br/>
      </w:r>
      <w:r>
        <w:rPr>
          <w:lang w:eastAsia="zh-CN"/>
        </w:rPr>
        <w:t>　　乙方：（盖章）</w:t>
      </w:r>
      <w:r>
        <w:rPr>
          <w:lang w:eastAsia="zh-CN"/>
        </w:rPr>
        <w:br/>
      </w:r>
      <w:r>
        <w:rPr>
          <w:lang w:eastAsia="zh-CN"/>
        </w:rPr>
        <w:t>　　法定代表人或授权代理人：（签字） 时间：技术合同范本7</w:t>
      </w:r>
      <w:r>
        <w:rPr>
          <w:lang w:eastAsia="zh-CN"/>
        </w:rPr>
        <w:br/>
      </w:r>
      <w:r>
        <w:rPr>
          <w:lang w:eastAsia="zh-CN"/>
        </w:rPr>
        <w:t xml:space="preserve">    甲方: </w:t>
      </w:r>
      <w:r>
        <w:rPr>
          <w:lang w:eastAsia="zh-CN"/>
        </w:rPr>
        <w:br/>
      </w:r>
      <w:r>
        <w:rPr>
          <w:lang w:eastAsia="zh-CN"/>
        </w:rPr>
        <w:t>　　乙方:</w:t>
      </w:r>
      <w:r>
        <w:rPr>
          <w:lang w:eastAsia="zh-CN"/>
        </w:rPr>
        <w:br/>
      </w:r>
      <w:r>
        <w:rPr>
          <w:lang w:eastAsia="zh-CN"/>
        </w:rPr>
        <w:t>　　为更好的搞好段公路的建设工作,甲方将本项技术主管工作承包给乙方全权负责,经双方协商一致,达成以下条款：</w:t>
      </w:r>
      <w:r>
        <w:rPr>
          <w:lang w:eastAsia="zh-CN"/>
        </w:rPr>
        <w:br/>
      </w:r>
      <w:r>
        <w:rPr>
          <w:lang w:eastAsia="zh-CN"/>
        </w:rPr>
        <w:t>　　一、 承包内容：经双方协商一致甲方将 段公路的技术主管工作承包给乙方负责，内容包括：</w:t>
      </w:r>
      <w:r>
        <w:rPr>
          <w:lang w:eastAsia="zh-CN"/>
        </w:rPr>
        <w:br/>
      </w:r>
      <w:r>
        <w:rPr>
          <w:lang w:eastAsia="zh-CN"/>
        </w:rPr>
        <w:t>　　1、 协助甲方搞好现场施工管理、工程进度和工程质量管理;</w:t>
      </w:r>
      <w:r>
        <w:rPr>
          <w:lang w:eastAsia="zh-CN"/>
        </w:rPr>
        <w:br/>
      </w:r>
      <w:r>
        <w:rPr>
          <w:lang w:eastAsia="zh-CN"/>
        </w:rPr>
        <w:t>　　2、 向建设方提供工程月报、向甲方提供工程台帐及各种有关的施工数据;</w:t>
      </w:r>
      <w:r>
        <w:rPr>
          <w:lang w:eastAsia="zh-CN"/>
        </w:rPr>
        <w:br/>
      </w:r>
      <w:r>
        <w:rPr>
          <w:lang w:eastAsia="zh-CN"/>
        </w:rPr>
        <w:t>　　3、 施工过程中所需要的内、外业技术管理、资料制作及竣工资料编制和工程结算的相关业务;</w:t>
      </w:r>
      <w:r>
        <w:rPr>
          <w:lang w:eastAsia="zh-CN"/>
        </w:rPr>
        <w:br/>
      </w:r>
      <w:r>
        <w:rPr>
          <w:lang w:eastAsia="zh-CN"/>
        </w:rPr>
        <w:t>　　4、 经双方协商同意的其它服务。</w:t>
      </w:r>
      <w:r>
        <w:rPr>
          <w:lang w:eastAsia="zh-CN"/>
        </w:rPr>
        <w:br/>
      </w:r>
      <w:r>
        <w:rPr>
          <w:lang w:eastAsia="zh-CN"/>
        </w:rPr>
        <w:t>　　二、 协议双方权力、责任及义务</w:t>
      </w:r>
      <w:r>
        <w:rPr>
          <w:lang w:eastAsia="zh-CN"/>
        </w:rPr>
        <w:br/>
      </w:r>
      <w:r>
        <w:rPr>
          <w:lang w:eastAsia="zh-CN"/>
        </w:rPr>
        <w:t>　　(一)甲方权力、责任及义务</w:t>
      </w:r>
      <w:r>
        <w:rPr>
          <w:lang w:eastAsia="zh-CN"/>
        </w:rPr>
        <w:br/>
      </w:r>
      <w:r>
        <w:rPr>
          <w:lang w:eastAsia="zh-CN"/>
        </w:rPr>
        <w:t>　　1、</w:t>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甲方负责向乙方提供现场管理所需的交通工具、食宿处所及费用;提供工作所需测绘仪器、办公设备及办公用品;负责工程施工中所产生的各类与技术有关有零星费用;向乙方提供工作及生活方便;由于项目所在地自然环境恶劣、条件艰苦，因此甲方所提供的居住生活条件应满足本项目技术管理工作的基本要求;</w:t>
      </w:r>
      <w:r>
        <w:rPr>
          <w:lang w:eastAsia="zh-CN"/>
        </w:rPr>
        <w:br/>
      </w:r>
      <w:r>
        <w:rPr>
          <w:lang w:eastAsia="zh-CN"/>
        </w:rPr>
        <w:t>　　2、 甲方负责处理好影响工程施工的各种内部及外部关系，保证工程进展顺利;</w:t>
      </w:r>
      <w:r>
        <w:rPr>
          <w:lang w:eastAsia="zh-CN"/>
        </w:rPr>
        <w:br/>
      </w:r>
      <w:r>
        <w:rPr>
          <w:lang w:eastAsia="zh-CN"/>
        </w:rPr>
        <w:t>　　3、 甲方在施工中有权向乙方询问工程施工情况，有权要求乙方提供工程中产生的各类数据，有权查询工程台帐、工程报表、外包队结帐情况等与技术有关的问题;</w:t>
      </w:r>
      <w:r>
        <w:rPr>
          <w:lang w:eastAsia="zh-CN"/>
        </w:rPr>
        <w:br/>
      </w:r>
      <w:r>
        <w:rPr>
          <w:lang w:eastAsia="zh-CN"/>
        </w:rPr>
        <w:t>　　4、 甲方在通知乙方主管人员的情况下有权对乙方不负责任的行为作相应的处理;</w:t>
      </w:r>
      <w:r>
        <w:rPr>
          <w:lang w:eastAsia="zh-CN"/>
        </w:rPr>
        <w:br/>
      </w:r>
      <w:r>
        <w:rPr>
          <w:lang w:eastAsia="zh-CN"/>
        </w:rPr>
        <w:t>　　5、 在工程进展过程中，如果乙方已认真处理好各类相关技术问题的情况下，甲方不得无故限制乙方人员的行动自由及正常的工作调配，尊重乙方工作人员的各项合理权利;</w:t>
      </w:r>
      <w:r>
        <w:rPr>
          <w:lang w:eastAsia="zh-CN"/>
        </w:rPr>
        <w:br/>
      </w:r>
      <w:r>
        <w:rPr>
          <w:lang w:eastAsia="zh-CN"/>
        </w:rPr>
        <w:t>　　6、 按时按量支付乙方技术服务费用。</w:t>
      </w:r>
      <w:r>
        <w:rPr>
          <w:lang w:eastAsia="zh-CN"/>
        </w:rPr>
        <w:br/>
      </w:r>
      <w:r>
        <w:rPr>
          <w:lang w:eastAsia="zh-CN"/>
        </w:rPr>
        <w:t>　　(二) 乙方权力、责任及义务</w:t>
      </w:r>
      <w:r>
        <w:rPr>
          <w:lang w:eastAsia="zh-CN"/>
        </w:rPr>
        <w:br/>
      </w:r>
      <w:r>
        <w:rPr>
          <w:lang w:eastAsia="zh-CN"/>
        </w:rPr>
        <w:t>　　1、 向甲方提供称职的项目总工、计量统计工程师、测量工程师、试验工程师等4名专业工程师，主持本项目的`技术管理工作,并根据需要增派若干现场技术人员,以满足现场管理的要求;</w:t>
      </w:r>
      <w:r>
        <w:rPr>
          <w:lang w:eastAsia="zh-CN"/>
        </w:rPr>
        <w:br/>
      </w:r>
      <w:r>
        <w:rPr>
          <w:lang w:eastAsia="zh-CN"/>
        </w:rPr>
        <w:t>　　2、 乙方负责协助甲方搞好施工现场管理、工程进度及工程质量的控制;</w:t>
      </w:r>
      <w:r>
        <w:rPr>
          <w:lang w:eastAsia="zh-CN"/>
        </w:rPr>
        <w:br/>
      </w:r>
      <w:r>
        <w:rPr>
          <w:lang w:eastAsia="zh-CN"/>
        </w:rPr>
        <w:t>　　3、 负责工程月报的申报，做好工程台帐及外包工程数量统计，按时完成工程所需内、外业资料的制作签认;</w:t>
      </w:r>
      <w:r>
        <w:rPr>
          <w:lang w:eastAsia="zh-CN"/>
        </w:rPr>
        <w:br/>
      </w:r>
      <w:r>
        <w:rPr>
          <w:lang w:eastAsia="zh-CN"/>
        </w:rPr>
        <w:t>　　4、</w:t>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乙方有权要求甲方及时提供工程所需的交通工具、办公设备、办公用品及耗材;</w:t>
      </w:r>
      <w:r>
        <w:rPr>
          <w:lang w:eastAsia="zh-CN"/>
        </w:rPr>
        <w:br/>
      </w:r>
      <w:r>
        <w:rPr>
          <w:lang w:eastAsia="zh-CN"/>
        </w:rPr>
        <w:t>　　5、 协助甲方搞好对外计量支付及工程结算;</w:t>
      </w:r>
      <w:r>
        <w:rPr>
          <w:lang w:eastAsia="zh-CN"/>
        </w:rPr>
        <w:br/>
      </w:r>
      <w:r>
        <w:rPr>
          <w:lang w:eastAsia="zh-CN"/>
        </w:rPr>
        <w:t>　　6、 乙方工作人员应爱护由甲方提供的测量仪器、办公用品，对非正常原因的损坏应负责赔偿。</w:t>
      </w:r>
      <w:r>
        <w:rPr>
          <w:lang w:eastAsia="zh-CN"/>
        </w:rPr>
        <w:br/>
      </w:r>
      <w:r>
        <w:rPr>
          <w:lang w:eastAsia="zh-CN"/>
        </w:rPr>
        <w:t>　　三、 技术承包费用及支付方式经协商，甲方将本项目工程技术管理工作承包给乙方，乙方提取本项目合同总价(含变更金额)4%作为技术服务费用，支付方式为：</w:t>
      </w:r>
      <w:r>
        <w:rPr>
          <w:lang w:eastAsia="zh-CN"/>
        </w:rPr>
        <w:br/>
      </w:r>
      <w:r>
        <w:rPr>
          <w:lang w:eastAsia="zh-CN"/>
        </w:rPr>
        <w:t>　　1、 按当月业主支付报表金额的80%作为支付基数，即：当月支付费用=当月申报金额_1.5%_80%，如当月支付费用低于10000元(壹万元)则按10000元支付，累计支付金额不超过合同金额的80%;</w:t>
      </w:r>
      <w:r>
        <w:rPr>
          <w:lang w:eastAsia="zh-CN"/>
        </w:rPr>
        <w:br/>
      </w:r>
      <w:r>
        <w:rPr>
          <w:lang w:eastAsia="zh-CN"/>
        </w:rPr>
        <w:t>　　2、 如因建设方当月不拨款或其它客观原因未按时申报工程月报，则由甲方每月预支10000元(壹万元整)给乙方作为当月生活费用;如遇气候影响导致放假而不产生月报，每月技术服务费用仍按此方式进行拨付，拨付金额不超过合同金额的80%：</w:t>
      </w:r>
      <w:r>
        <w:rPr>
          <w:lang w:eastAsia="zh-CN"/>
        </w:rPr>
        <w:br/>
      </w:r>
      <w:r>
        <w:rPr>
          <w:lang w:eastAsia="zh-CN"/>
        </w:rPr>
        <w:t>　　3、 工程结束一周内支付合同金额的85%，其余15%待乙方提供出完整的工程竣工资料后一次性支付完毕;</w:t>
      </w:r>
      <w:r>
        <w:rPr>
          <w:lang w:eastAsia="zh-CN"/>
        </w:rPr>
        <w:br/>
      </w:r>
      <w:r>
        <w:rPr>
          <w:lang w:eastAsia="zh-CN"/>
        </w:rPr>
        <w:t>　　4、 技术服务费用应根据相应条款按时按量支付，否则乙方可视为甲方违约，由此产生的后果概由甲方负责。</w:t>
      </w:r>
      <w:r>
        <w:rPr>
          <w:lang w:eastAsia="zh-CN"/>
        </w:rPr>
        <w:br/>
      </w:r>
      <w:r>
        <w:rPr>
          <w:lang w:eastAsia="zh-CN"/>
        </w:rPr>
        <w:t>　　四、 现场人员组织管理</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经双方协商一致同意，由乙方协助甲方负责组织现场施工机械及人员调配。对于甲方指派的质量管理人员、工地管理人员、机驾人员，应听从乙方的指挥，对不称职的人员，甲方与乙方共同协商处理，甲方指派人员的工资及福利由甲方负责。</w:t>
      </w:r>
      <w:r>
        <w:rPr>
          <w:lang w:eastAsia="zh-CN"/>
        </w:rPr>
        <w:br/>
      </w:r>
      <w:r>
        <w:rPr>
          <w:lang w:eastAsia="zh-CN"/>
        </w:rPr>
        <w:t>　　五、 施工队伍的选择甲方应选择合格、优秀、信誉好的施工队伍进场，并听从技术及质检人员的管理，以利于工程质量、进度、效益的提高。</w:t>
      </w:r>
      <w:r>
        <w:rPr>
          <w:lang w:eastAsia="zh-CN"/>
        </w:rPr>
        <w:br/>
      </w:r>
      <w:r>
        <w:rPr>
          <w:lang w:eastAsia="zh-CN"/>
        </w:rPr>
        <w:t>　　六、 以上协议条款，望甲、乙双方共同遵守，任何一方不得无故终止协议，否则违约方应按已产生的工程技术服务费用的1.5倍向另一方支付违约金。</w:t>
      </w:r>
      <w:r>
        <w:rPr>
          <w:lang w:eastAsia="zh-CN"/>
        </w:rPr>
        <w:br/>
      </w:r>
      <w:r>
        <w:rPr>
          <w:lang w:eastAsia="zh-CN"/>
        </w:rPr>
        <w:t>　　七、 其它：</w:t>
      </w:r>
      <w:r>
        <w:rPr>
          <w:lang w:eastAsia="zh-CN"/>
        </w:rPr>
        <w:br/>
      </w:r>
      <w:r>
        <w:rPr>
          <w:lang w:eastAsia="zh-CN"/>
        </w:rPr>
        <w:t>　　1、 为保证乙方方资金周转及工作正常运作的需要，甲方需在该合同段取得开工预付款一周内，将甲方在旅游环东线七标所欠的工程技术服务费中的20__0元(贰万元)支付给乙方，否则本合同自动失效;</w:t>
      </w:r>
      <w:r>
        <w:rPr>
          <w:lang w:eastAsia="zh-CN"/>
        </w:rPr>
        <w:br/>
      </w:r>
      <w:r>
        <w:rPr>
          <w:lang w:eastAsia="zh-CN"/>
        </w:rPr>
        <w:t>　　2、 双方人员均应严格按安全操作规程组织施工生产，正常情况下乙方工作人员的安全事故由双方共同承担。</w:t>
      </w:r>
      <w:r>
        <w:rPr>
          <w:lang w:eastAsia="zh-CN"/>
        </w:rPr>
        <w:br/>
      </w:r>
      <w:r>
        <w:rPr>
          <w:lang w:eastAsia="zh-CN"/>
        </w:rPr>
        <w:t>　　八、 未尽事宜，经双方协商解决。</w:t>
      </w:r>
      <w:r>
        <w:rPr>
          <w:lang w:eastAsia="zh-CN"/>
        </w:rPr>
        <w:br/>
      </w:r>
      <w:r>
        <w:rPr>
          <w:lang w:eastAsia="zh-CN"/>
        </w:rPr>
        <w:t>　　九、 本协议自签字之日起生效。(本协议一式四份，双方各持两份，具有同等法律效力)</w:t>
      </w:r>
      <w:r>
        <w:rPr>
          <w:lang w:eastAsia="zh-CN"/>
        </w:rPr>
        <w:br/>
      </w:r>
      <w:r>
        <w:rPr>
          <w:lang w:eastAsia="zh-CN"/>
        </w:rPr>
        <w:t>　　甲方(公章)：_________　　　　　　　　乙方(公章)：_________</w:t>
      </w:r>
      <w:r>
        <w:rPr>
          <w:lang w:eastAsia="zh-CN"/>
        </w:rPr>
        <w:br/>
      </w:r>
      <w:r>
        <w:rPr>
          <w:lang w:eastAsia="zh-CN"/>
        </w:rPr>
        <w:t>　　法定代表人(签字)：_________　　　　　法定代表人(签字)：_________</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_________年____月____日　　　　　　　_________年____月____日技术合同范本8</w:t>
      </w:r>
      <w:r>
        <w:rPr>
          <w:lang w:eastAsia="zh-CN"/>
        </w:rPr>
        <w:br/>
      </w:r>
      <w:r>
        <w:rPr>
          <w:lang w:eastAsia="zh-CN"/>
        </w:rPr>
        <w:t xml:space="preserve">    委托方：_________，以下简称甲方 </w:t>
      </w:r>
      <w:r>
        <w:rPr>
          <w:lang w:eastAsia="zh-CN"/>
        </w:rPr>
        <w:br/>
      </w:r>
      <w:r>
        <w:rPr>
          <w:lang w:eastAsia="zh-CN"/>
        </w:rPr>
        <w:t>　　研究开发方：_________，以下简称乙方</w:t>
      </w:r>
      <w:r>
        <w:rPr>
          <w:lang w:eastAsia="zh-CN"/>
        </w:rPr>
        <w:br/>
      </w:r>
      <w:r>
        <w:rPr>
          <w:lang w:eastAsia="zh-CN"/>
        </w:rPr>
        <w:t>　　依据《中华人民共和国合同法》的有关规定，经双方当事人协商一致，签订本合同。</w:t>
      </w:r>
      <w:r>
        <w:rPr>
          <w:lang w:eastAsia="zh-CN"/>
        </w:rPr>
        <w:br/>
      </w:r>
      <w:r>
        <w:rPr>
          <w:lang w:eastAsia="zh-CN"/>
        </w:rPr>
        <w:t>　　1．项目名称：_________。</w:t>
      </w:r>
      <w:r>
        <w:rPr>
          <w:lang w:eastAsia="zh-CN"/>
        </w:rPr>
        <w:br/>
      </w:r>
      <w:r>
        <w:rPr>
          <w:lang w:eastAsia="zh-CN"/>
        </w:rPr>
        <w:t>　　2．本技术开发项目在国内外的现状、水平及发展趋势：_________。</w:t>
      </w:r>
      <w:r>
        <w:rPr>
          <w:lang w:eastAsia="zh-CN"/>
        </w:rPr>
        <w:br/>
      </w:r>
      <w:r>
        <w:rPr>
          <w:lang w:eastAsia="zh-CN"/>
        </w:rPr>
        <w:t>　　3．本研究开发成果应达到的技术水平：_________。</w:t>
      </w:r>
      <w:r>
        <w:rPr>
          <w:lang w:eastAsia="zh-CN"/>
        </w:rPr>
        <w:br/>
      </w:r>
      <w:r>
        <w:rPr>
          <w:lang w:eastAsia="zh-CN"/>
        </w:rPr>
        <w:t>　　4．甲方的主要义务：</w:t>
      </w:r>
      <w:r>
        <w:rPr>
          <w:lang w:eastAsia="zh-CN"/>
        </w:rPr>
        <w:br/>
      </w:r>
      <w:r>
        <w:rPr>
          <w:lang w:eastAsia="zh-CN"/>
        </w:rPr>
        <w:t>　　（1）向乙方支付约定的项目投资。项目投资总额为_________。其中：设备费_________；材料费_________；能源费_________；试验费_________；试制费_________；安装费_________；调式费_________；文件编制费_________；</w:t>
      </w:r>
      <w:r>
        <w:rPr>
          <w:lang w:eastAsia="zh-CN"/>
        </w:rPr>
        <w:br/>
      </w:r>
      <w:r>
        <w:rPr>
          <w:lang w:eastAsia="zh-CN"/>
        </w:rPr>
        <w:t>　　（2）按照如下方式分期支付上述项目投资：_________。</w:t>
      </w:r>
      <w:r>
        <w:rPr>
          <w:lang w:eastAsia="zh-CN"/>
        </w:rPr>
        <w:br/>
      </w:r>
      <w:r>
        <w:rPr>
          <w:lang w:eastAsia="zh-CN"/>
        </w:rPr>
        <w:t>　　a.实报实销的方式；</w:t>
      </w:r>
      <w:r>
        <w:rPr>
          <w:lang w:eastAsia="zh-CN"/>
        </w:rPr>
        <w:br/>
      </w:r>
      <w:r>
        <w:rPr>
          <w:lang w:eastAsia="zh-CN"/>
        </w:rPr>
        <w:t>　　b.一次总算，分期支付，包干使用的方式；</w:t>
      </w:r>
      <w:r>
        <w:rPr>
          <w:lang w:eastAsia="zh-CN"/>
        </w:rPr>
        <w:br/>
      </w:r>
      <w:r>
        <w:rPr>
          <w:lang w:eastAsia="zh-CN"/>
        </w:rPr>
        <w:t>　　c.研究开发经费＋提成费的方式。</w:t>
      </w:r>
      <w:r>
        <w:rPr>
          <w:lang w:eastAsia="zh-CN"/>
        </w:rPr>
        <w:br/>
      </w:r>
      <w:r>
        <w:rPr>
          <w:lang w:eastAsia="zh-CN"/>
        </w:rPr>
        <w:t>　　（3）在合同生效后_________日内向乙方提供下列技术背景资料和原始数据：_________</w:t>
      </w:r>
      <w:r>
        <w:rPr>
          <w:lang w:eastAsia="zh-CN"/>
        </w:rPr>
        <w:br/>
      </w:r>
      <w:r>
        <w:rPr>
          <w:lang w:eastAsia="zh-CN"/>
        </w:rPr>
        <w:t>　　（4）甲方应向乙方提供如下的协助事项：_________。</w:t>
      </w:r>
      <w:r>
        <w:rPr>
          <w:lang w:eastAsia="zh-CN"/>
        </w:rPr>
        <w:br/>
      </w:r>
    </w:p>
    <w:p w:rsidR="001B1F19" w14:textId="27C3F48A">
      <w:pPr>
        <w:rPr>
          <w:lang w:eastAsia="zh-CN"/>
        </w:rPr>
      </w:pPr>
      <w:r>
        <w:rPr>
          <w:lang w:eastAsia="zh-CN"/>
        </w:rPr>
        <w:t>　　（5）甲方应当及时进行如下事项接受研究开发成果：_________。</w:t>
      </w:r>
      <w:r>
        <w:rPr>
          <w:lang w:eastAsia="zh-CN"/>
        </w:rPr>
        <w:br/>
      </w:r>
      <w:r>
        <w:rPr>
          <w:lang w:eastAsia="zh-CN"/>
        </w:rPr>
        <w:t>　　5．乙方的主要义务：</w:t>
      </w:r>
      <w:r>
        <w:rPr>
          <w:lang w:eastAsia="zh-CN"/>
        </w:rPr>
        <w:br/>
      </w:r>
      <w:r>
        <w:rPr>
          <w:lang w:eastAsia="zh-CN"/>
        </w:rPr>
        <w:t>　　（1）认真制定和实施研究开发计划。</w:t>
      </w:r>
      <w:r>
        <w:rPr>
          <w:lang w:eastAsia="zh-CN"/>
        </w:rPr>
        <w:br/>
      </w:r>
      <w:r>
        <w:rPr>
          <w:lang w:eastAsia="zh-CN"/>
        </w:rPr>
        <w:t>　　本研究开发项目的计划和速度（分阶段解决的主要技术问题、达到的目标和完成的.时间）如下：_________。</w:t>
      </w:r>
      <w:r>
        <w:rPr>
          <w:lang w:eastAsia="zh-CN"/>
        </w:rPr>
        <w:br/>
      </w:r>
      <w:r>
        <w:rPr>
          <w:lang w:eastAsia="zh-CN"/>
        </w:rPr>
        <w:t>　　本研究开发项目所采用的主研究、试验方法和技术路线（包括工艺流程）如下：_________。</w:t>
      </w:r>
      <w:r>
        <w:rPr>
          <w:lang w:eastAsia="zh-CN"/>
        </w:rPr>
        <w:br/>
      </w:r>
      <w:r>
        <w:rPr>
          <w:lang w:eastAsia="zh-CN"/>
        </w:rPr>
        <w:t>　　（2）合理使用研究开发经费。乙方对研究开发经费的使用，应专款专用，不得挪作他用。</w:t>
      </w:r>
      <w:r>
        <w:rPr>
          <w:lang w:eastAsia="zh-CN"/>
        </w:rPr>
        <w:br/>
      </w:r>
      <w:r>
        <w:rPr>
          <w:lang w:eastAsia="zh-CN"/>
        </w:rPr>
        <w:t>　　（3）_________年_________月_________日前在_________地向甲方交付以下_________研究开发成果</w:t>
      </w:r>
      <w:r>
        <w:rPr>
          <w:lang w:eastAsia="zh-CN"/>
        </w:rPr>
        <w:br/>
      </w:r>
      <w:r>
        <w:rPr>
          <w:lang w:eastAsia="zh-CN"/>
        </w:rPr>
        <w:t>　　a.产品设计、工艺规程、材料配方和其他图纸、论文、报告等技术文件；</w:t>
      </w:r>
      <w:r>
        <w:rPr>
          <w:lang w:eastAsia="zh-CN"/>
        </w:rPr>
        <w:br/>
      </w:r>
      <w:r>
        <w:rPr>
          <w:lang w:eastAsia="zh-CN"/>
        </w:rPr>
        <w:t>　　b.磁带、磁盘、计算机软件；</w:t>
      </w:r>
      <w:r>
        <w:rPr>
          <w:lang w:eastAsia="zh-CN"/>
        </w:rPr>
        <w:br/>
      </w:r>
      <w:r>
        <w:rPr>
          <w:lang w:eastAsia="zh-CN"/>
        </w:rPr>
        <w:t>　　c.动物、植物新品种、微生物菌种；</w:t>
      </w:r>
      <w:r>
        <w:rPr>
          <w:lang w:eastAsia="zh-CN"/>
        </w:rPr>
        <w:br/>
      </w:r>
      <w:r>
        <w:rPr>
          <w:lang w:eastAsia="zh-CN"/>
        </w:rPr>
        <w:t>　　d.成套技术设施。</w:t>
      </w:r>
      <w:r>
        <w:rPr>
          <w:lang w:eastAsia="zh-CN"/>
        </w:rPr>
        <w:br/>
      </w:r>
      <w:r>
        <w:rPr>
          <w:lang w:eastAsia="zh-CN"/>
        </w:rPr>
        <w:t>　　（4）提供下列必要的技术指导和技术服务工作：_________。</w:t>
      </w:r>
      <w:r>
        <w:rPr>
          <w:lang w:eastAsia="zh-CN"/>
        </w:rPr>
        <w:br/>
      </w:r>
      <w:r>
        <w:rPr>
          <w:lang w:eastAsia="zh-CN"/>
        </w:rPr>
        <w:t>　　a.　提供技术咨询服务；</w:t>
      </w:r>
      <w:r>
        <w:rPr>
          <w:lang w:eastAsia="zh-CN"/>
        </w:rPr>
        <w:br/>
      </w:r>
      <w:r>
        <w:rPr>
          <w:lang w:eastAsia="zh-CN"/>
        </w:rPr>
        <w:t>　　b.对委托方人员进行技术培训；</w:t>
      </w:r>
      <w:r>
        <w:rPr>
          <w:lang w:eastAsia="zh-CN"/>
        </w:rPr>
        <w:br/>
      </w:r>
      <w:r>
        <w:rPr>
          <w:lang w:eastAsia="zh-CN"/>
        </w:rPr>
        <w:t>　　c.　提供有关新的技术发展状况的情报资料；</w:t>
      </w:r>
      <w:r>
        <w:rPr>
          <w:lang w:eastAsia="zh-CN"/>
        </w:rPr>
        <w:br/>
      </w:r>
      <w:r>
        <w:rPr>
          <w:lang w:eastAsia="zh-CN"/>
        </w:rPr>
        <w:t>　　d.协助制定有关操作、工艺规程；</w:t>
      </w:r>
      <w:r>
        <w:rPr>
          <w:lang w:eastAsia="zh-CN"/>
        </w:rPr>
        <w:br/>
      </w:r>
      <w:r>
        <w:rPr>
          <w:lang w:eastAsia="zh-CN"/>
        </w:rPr>
        <w:t>　　e.提出技术开发总结报告或组织成果技术鉴定；</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https://d.book118.com/408037117030006043</w:t>
        </w:r>
      </w:hyperlink>
    </w:p>
    <w:p w:rsidR="001B1F19">
      <w:pPr>
        <w:rPr>
          <w:lang w:eastAsia="zh-CN"/>
        </w:rPr>
      </w:pPr>
    </w:p>
    <w:sectPr>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08037117030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