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教师暑期社会实践活动总结（32篇）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教师暑期社会实践活动总结（精选32篇）</w:t>
      </w:r>
      <w:r>
        <w:rPr>
          <w:lang w:eastAsia="zh-CN"/>
        </w:rPr>
        <w:br/>
      </w:r>
      <w:r>
        <w:rPr>
          <w:lang w:eastAsia="zh-CN"/>
        </w:rPr>
        <w:t xml:space="preserve">    教师暑期社会实践活动总结 篇1 </w:t>
      </w:r>
      <w:r>
        <w:rPr>
          <w:lang w:eastAsia="zh-CN"/>
        </w:rPr>
        <w:br/>
      </w:r>
      <w:r>
        <w:rPr>
          <w:lang w:eastAsia="zh-CN"/>
        </w:rPr>
        <w:t>　　一个月的暑期就这样匆匆结束了，还有我这一次的社会实践。整日呆在学校中的我，尝到了生活的现实和不易。或许，这种真切的体会，才是我最宝贵的收获。</w:t>
      </w:r>
      <w:r>
        <w:rPr>
          <w:lang w:eastAsia="zh-CN"/>
        </w:rPr>
        <w:br/>
      </w:r>
      <w:r>
        <w:rPr>
          <w:lang w:eastAsia="zh-CN"/>
        </w:rPr>
        <w:t>　　实习期间，我利用此次难得的机会，努力工作，严格要求自己，社会真的是很残酷，很现实。我庆幸的是我还是一名在校学生，我只有真正的把本领学好，才能在未来真正进入社会时不至于这样不知所措。这一次参加社会实践，我明白大学生社会实践是引导我们学生走出校门，走向社会，接触社会，了解社会，投身社会的良好形式;是促使大学生投身改革开放，向人民群众，培养锻炼才干的好渠道;是提升思想，修身养性，树立服务社会的思想的有效途径。透过参加社会实践活动，有助于我们在校大学生更新观念，吸收新的思想与知识。社会实践拉近了我与社会的距离，也让自己在社会实践中开拓了视野，增长了才干，半个月的社会实践，一晃而过，却让我从中领悟到了很多的东西，而这些东西将让我终生受用。</w:t>
      </w:r>
      <w:r>
        <w:rPr>
          <w:lang w:eastAsia="zh-CN"/>
        </w:rPr>
        <w:br/>
      </w:r>
      <w:r>
        <w:rPr>
          <w:lang w:eastAsia="zh-CN"/>
        </w:rPr>
        <w:t>　　一、待人要真诚</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踏进办公室，只见几个陌生的脸孔。我微笑着和他们打招呼。从那天起，我养成了一个习惯，每一天早上见到他们都要微笑的说声“早晨”或“早上好”，那是我心底真诚的问候。往往一些细微的东西容易被我们忽略，轻轻的一声问候，却表达了对同事对朋友的关怀，也让他人感觉到被重视与被关心。仅仅几天的时间，我就和同事们打成一片，我想，就应是我的真诚，换取了同事的信任。他们把我当朋友，也愿意把工作分配给我。</w:t>
      </w:r>
      <w:r>
        <w:rPr>
          <w:lang w:eastAsia="zh-CN"/>
        </w:rPr>
        <w:br/>
      </w:r>
      <w:r>
        <w:rPr>
          <w:lang w:eastAsia="zh-CN"/>
        </w:rPr>
        <w:t>　　二、要善于沟通</w:t>
      </w:r>
      <w:r>
        <w:rPr>
          <w:lang w:eastAsia="zh-CN"/>
        </w:rPr>
        <w:br/>
      </w:r>
      <w:r>
        <w:rPr>
          <w:lang w:eastAsia="zh-CN"/>
        </w:rPr>
        <w:t>　　沟通是一种重要的技巧和潜力，时时都要巧妙运用。认识一个人，首先要记住对方的名字。了解一个人，则需要深入的交流。而这些，都要自己主动去做。</w:t>
      </w:r>
      <w:r>
        <w:rPr>
          <w:lang w:eastAsia="zh-CN"/>
        </w:rPr>
        <w:br/>
      </w:r>
      <w:r>
        <w:rPr>
          <w:lang w:eastAsia="zh-CN"/>
        </w:rPr>
        <w:t>　　三、要有热情和信心</w:t>
      </w:r>
      <w:r>
        <w:rPr>
          <w:lang w:eastAsia="zh-CN"/>
        </w:rPr>
        <w:br/>
      </w:r>
      <w:r>
        <w:rPr>
          <w:lang w:eastAsia="zh-CN"/>
        </w:rPr>
        <w:t>　　其实，不管在哪个行业，热情和信心都是不可或缺的。热情让我们对工作充满激情，愿意为共同的目标奋斗;耐心又让我们细致的对待工作，力求做好每个细节，精益求精。激情与耐心互补促进，才能碰撞出最美丽的火花，工作才能做到。</w:t>
      </w:r>
      <w:r>
        <w:rPr>
          <w:lang w:eastAsia="zh-CN"/>
        </w:rPr>
        <w:br/>
      </w:r>
      <w:r>
        <w:rPr>
          <w:lang w:eastAsia="zh-CN"/>
        </w:rPr>
        <w:t>　　四、要主动出击</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当你能够选取的时候，把主动权握在自己手中。我想很多人和我一样，刚进实习单位的时候，都做过类似复印打字的“杂活”。或许同事们认为你是小字辈，要从小事做起，但有些时候，是因为他们心中没底，不明白你能做什么。做“杂活”是工作的必需，却无法让我学到什么。我决定改变自己的命运。有些东西不能选取，有些东西却能够选取。份内的工作当然要认真完成，但勇敢的“主动请缨”却能为你赢得更多的机会。只要勤问、勤学、勤做，就会有意想不到的收获。</w:t>
      </w:r>
      <w:r>
        <w:rPr>
          <w:lang w:eastAsia="zh-CN"/>
        </w:rPr>
        <w:br/>
      </w:r>
      <w:r>
        <w:rPr>
          <w:lang w:eastAsia="zh-CN"/>
        </w:rPr>
        <w:t>　　五、要讲究条理</w:t>
      </w:r>
      <w:r>
        <w:rPr>
          <w:lang w:eastAsia="zh-CN"/>
        </w:rPr>
        <w:br/>
      </w:r>
      <w:r>
        <w:rPr>
          <w:lang w:eastAsia="zh-CN"/>
        </w:rPr>
        <w:t>　　如果你不想让自己在紧急的时候手忙脚乱，就要养成讲究条理性的好习惯。“做什么事情都要有条理，”这是经理给我的忠告。其它的工作也一样，讲究条理能让你事半功倍。</w:t>
      </w:r>
      <w:r>
        <w:rPr>
          <w:lang w:eastAsia="zh-CN"/>
        </w:rPr>
        <w:br/>
      </w:r>
      <w:r>
        <w:rPr>
          <w:lang w:eastAsia="zh-CN"/>
        </w:rPr>
        <w:t>　　社会才是学习和受教育的大课堂，在那片广阔的天地里，我们的人生价值得到了体现，为将来更加激烈的竞争打下了更为坚实的基础。期望以后还有这样的机会，让我从实践中得到锻炼。这些天来，虽然付出了不少汗水，也感觉有些辛苦，但从中我意志力得到了不少的磨练也感受到了工作的快乐。</w:t>
      </w:r>
      <w:r>
        <w:rPr>
          <w:lang w:eastAsia="zh-CN"/>
        </w:rPr>
        <w:br/>
      </w:r>
      <w:r>
        <w:rPr>
          <w:lang w:eastAsia="zh-CN"/>
        </w:rPr>
        <w:t xml:space="preserve">    教师暑期社会实践活动总结 篇2 </w:t>
      </w:r>
      <w:r>
        <w:rPr>
          <w:lang w:eastAsia="zh-CN"/>
        </w:rPr>
        <w:br/>
      </w:r>
      <w:r>
        <w:rPr>
          <w:lang w:eastAsia="zh-CN"/>
        </w:rPr>
        <w:t>　　今年暑假有幸于__县_中学进行了为期十五天的实践活动，真实的体验了一回当老师的感受，整个过程让我受益匪浅。</w:t>
      </w:r>
      <w:r>
        <w:rPr>
          <w:lang w:eastAsia="zh-CN"/>
        </w:rPr>
        <w:br/>
      </w:r>
      <w:r>
        <w:rPr>
          <w:lang w:eastAsia="zh-CN"/>
        </w:rPr>
        <w:t>　　_中学包括初中三个年级，此次实践活动我参加了初一年级的军训和初三年级的部分教学工作。短短的十几天时间让我对教师这个职业有了新的认识，也从中学到了许多。</w:t>
      </w:r>
      <w:r>
        <w:rPr>
          <w:lang w:eastAsia="zh-CN"/>
        </w:rPr>
        <w:br/>
      </w:r>
      <w:r>
        <w:rPr>
          <w:lang w:eastAsia="zh-CN"/>
        </w:rPr>
        <w:t>　　首先是初一年级的军训工作。我有幸成为了二班的班长，带领着一群稚气未脱的初一新生共同经历了十天的军训生活。因为自己经历过军训，所以也能够理解其中的艰苦，为此也做了充足的准备。可是我还是遇到了一些意想不到的困难。</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第一点就是来自家长。几乎所有的学生都是由家长陪同的，整个家长队伍比学生的人数还要多，给军训带来了不少麻烦。许多学生看到有家长陪同都不愿意自己动手做事，军训过程也是叫苦不跌。家长们不忍心看到自己的孩子在烈日下受苦，便百般阻挠。</w:t>
      </w:r>
      <w:r>
        <w:rPr>
          <w:lang w:eastAsia="zh-CN"/>
        </w:rPr>
        <w:br/>
      </w:r>
      <w:r>
        <w:rPr>
          <w:lang w:eastAsia="zh-CN"/>
        </w:rPr>
        <w:t>　　第二点来自学生。这些学生都是刚刚小学毕业，都还是孩子，又是娇生惯养。迟到掉队的就不用说了，女孩子更是哭的唏哩哗啦，对耐心是种极大的考验。</w:t>
      </w:r>
      <w:r>
        <w:rPr>
          <w:lang w:eastAsia="zh-CN"/>
        </w:rPr>
        <w:br/>
      </w:r>
      <w:r>
        <w:rPr>
          <w:lang w:eastAsia="zh-CN"/>
        </w:rPr>
        <w:t>　　还有就是来自我自己的压力。每个人都做过学生，但不是每个人都理解做老师的难处，还有就是以为理解的不理解。“纸上得来终觉浅，绝知此事要躬行”。没有经验，没有帮手，一切都要靠自己慢慢摸索，一路走来，还真是不容易。</w:t>
      </w:r>
      <w:r>
        <w:rPr>
          <w:lang w:eastAsia="zh-CN"/>
        </w:rPr>
        <w:br/>
      </w:r>
      <w:r>
        <w:rPr>
          <w:lang w:eastAsia="zh-CN"/>
        </w:rPr>
        <w:t>　　本来军训结束后我就要离开的，恰好初三年级开始补课了，我又借机进行了几天的授课工作。还好我的专业是文学，对于专业知识和课文的理解还是有一定把握的。但是在真正进行的过程种还是磕磕绊绊。第一次走上讲台的感觉，紧张，只有紧张，脑袋里一片空白，愣了一分钟才开始做自我介绍，虽然之前做了充足的准备，一节课下来我的衣服还是湿了一大半。有了第一天的经验，之后几天也就好多了。初三的生活紧张而忙碌，我也不敢大意，每节课前都要做大量的准备，以保证知识的摄入量。每天看着他们争分夺秒，仿佛有种回到高三的感觉，苦中有乐吧。</w:t>
      </w:r>
      <w:r>
        <w:rPr>
          <w:lang w:eastAsia="zh-CN"/>
        </w:rPr>
        <w:br/>
      </w:r>
      <w:r>
        <w:rPr>
          <w:lang w:eastAsia="zh-CN"/>
        </w:rPr>
        <w:t>　　短短的十几天实践过程很快就结束了，充实了漫长的暑假的同时，我也从中学到了许多。</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第一，耐心和细心。教师这个职业让人想到总是“春蚕到死丝方尽，蜡炬成灰泪始干”的高尚，要做到这些高尚是个漫长的过程，甚至是一生的心血写成的，漫长的过程当然少不了耐心和细心。虽然我只做了这几天的老师，也明白了这些的重要，更是从中受益良多。耐心的处理每一件小事，细心的观察身边的每一个人。其实每一颗沙粒都是珍珠，只是要从不同的角度观察。</w:t>
      </w:r>
      <w:r>
        <w:rPr>
          <w:lang w:eastAsia="zh-CN"/>
        </w:rPr>
        <w:br/>
      </w:r>
      <w:r>
        <w:rPr>
          <w:lang w:eastAsia="zh-CN"/>
        </w:rPr>
        <w:t>　　第二，坚强和独立。坚强是在不断打磨中建立起来的，能一个人坚强就学会了独立。经历了整个军训过程，一群懵懂少年也成长起来。整齐的步伐和逐渐黝黑的脸庞证明了心灵的成长，原来的娇生惯养也能独立生活了，陪伴他们一起成长的我也找到了快乐和满足。</w:t>
      </w:r>
      <w:r>
        <w:rPr>
          <w:lang w:eastAsia="zh-CN"/>
        </w:rPr>
        <w:br/>
      </w:r>
      <w:r>
        <w:rPr>
          <w:lang w:eastAsia="zh-CN"/>
        </w:rPr>
        <w:t>　　第三，虚心和团结。每个个体组成了团体，所有人都强才能团体强。这次我带领的二班在最后的比赛中取得了不错的成绩，最后的依依惜别更是大家感情的证明。虚心学习别人的优点才能提高自身的实力，个人实力强了才能壮大集体。不仅是他们的成长，十几天时间了我和他们也成了朋友，共同奋进。</w:t>
      </w:r>
      <w:r>
        <w:rPr>
          <w:lang w:eastAsia="zh-CN"/>
        </w:rPr>
        <w:br/>
      </w:r>
      <w:r>
        <w:rPr>
          <w:lang w:eastAsia="zh-CN"/>
        </w:rPr>
        <w:t>　　第四，倾听和信任。“兼听则明，偏听则暗”，听取多方面的意见，相信身边的人，事情才能顺利进行。有人说倾听是一种艺术，不要看一群小孩子，他们的语言也是灵感的来源，快乐的源泉。集体成员之间的相互信任才能取得团体的胜利，我从他们身上学到了真诚和信任。</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这次实践活动让我对教师这个职业有了新的认识，提高了自己的能力，开阔了视野，为我的假期增添了快乐，为以后的生活增加了信心。我会记得那些学生，并在心里为他们祝福。</w:t>
      </w:r>
      <w:r>
        <w:rPr>
          <w:lang w:eastAsia="zh-CN"/>
        </w:rPr>
        <w:br/>
      </w:r>
      <w:r>
        <w:rPr>
          <w:lang w:eastAsia="zh-CN"/>
        </w:rPr>
        <w:t xml:space="preserve">    教师暑期社会实践活动总结 篇3 </w:t>
      </w:r>
      <w:r>
        <w:rPr>
          <w:lang w:eastAsia="zh-CN"/>
        </w:rPr>
        <w:br/>
      </w:r>
      <w:r>
        <w:rPr>
          <w:lang w:eastAsia="zh-CN"/>
        </w:rPr>
        <w:t>　　为了深入学习“从群众中来，到群众中去”的群众路线教育活动，实践“给人以希望、给人以信心、给人以力量”的中国教育梦，响应“向实践学习，向人民群众学习”的号召，踏实践行理论与实践相结合的指导方针，使得学生认识自我、提高自我、改善自我，在实践中锻炼实际能力，在实践中修正理论误差，学院于7月8日至8月31日开展了为期55天的综合社会实践，在学院党政领导亲切关怀下、分团委各位同事指导下，暑期社会实践方向明确、覆盖面广、收效显著，取得了一定的精神和社会效益，获得了社会和各媒体的一致好评!</w:t>
      </w:r>
      <w:r>
        <w:rPr>
          <w:lang w:eastAsia="zh-CN"/>
        </w:rPr>
        <w:br/>
      </w:r>
      <w:r>
        <w:rPr>
          <w:lang w:eastAsia="zh-CN"/>
        </w:rPr>
        <w:t>　　一、扎实准备，为工作开展奠定基础</w:t>
      </w:r>
      <w:r>
        <w:rPr>
          <w:lang w:eastAsia="zh-CN"/>
        </w:rPr>
        <w:br/>
      </w:r>
      <w:r>
        <w:rPr>
          <w:lang w:eastAsia="zh-CN"/>
        </w:rPr>
        <w:t>　　学院社会实践工作是对学生进行思想与科研教育的重要组成部分，作为社会实践工作的负责人，深知责任重大，工作务必积极而高效。</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在接到学院任命我为社会实践筹备负责人通知之前，由于一直负责社会实践相关工作，对于实践工作有着敏锐的判断，先期已经做好了理论储备。在6月中旬，我便便查阅往届资料(诸如我院往年社会实践总结、社会实践新闻报道，以及往期院报和其他带队老师、指导老师的工作备案和会议记录)，向曾经长期负责社会实践工作的老师咨询，多次与其他经验丰富老师的交流，广泛地征求工作意见和指导方法。通过多渠道信息的融合，一段时间后，对于工作有了进一步的理解。</w:t>
      </w:r>
      <w:r>
        <w:rPr>
          <w:lang w:eastAsia="zh-CN"/>
        </w:rPr>
        <w:br/>
      </w:r>
      <w:r>
        <w:rPr>
          <w:lang w:eastAsia="zh-CN"/>
        </w:rPr>
        <w:t>　　在筹备会议召开前，我事先与各位团队负责人联系，询问工作开展的实际问题和社会难度，安排往年的社会实践先进学生与今年的团队合作，使得一大批具有经验的老同学带动了新同学，承前启后，继往开来。及时获得各实践小分队最新情况，收集整理好团队负责人资料和联系号码、联系邮箱等，以防后期工作不能及时、有序跟进。在各团队出发时，便已为后期的做好了筹划和充足的应急预案!会上，我为学生们提供了具体的指导资料，分发了实践物资，听取了大家的建议，避免不足和失误的重复出现，为后期开展工作奠定了扎实的基础。</w:t>
      </w:r>
      <w:r>
        <w:rPr>
          <w:lang w:eastAsia="zh-CN"/>
        </w:rPr>
        <w:br/>
      </w:r>
      <w:r>
        <w:rPr>
          <w:lang w:eastAsia="zh-CN"/>
        </w:rPr>
        <w:t>　　二、悉心指导，为深化实践指明方向</w:t>
      </w:r>
      <w:r>
        <w:rPr>
          <w:lang w:eastAsia="zh-CN"/>
        </w:rPr>
        <w:br/>
      </w:r>
      <w:r>
        <w:rPr>
          <w:lang w:eastAsia="zh-CN"/>
        </w:rPr>
        <w:t>　　作为赴社会实践的带队老师，我在内心早已把自己当做了实践小分队的一员，社会实践是先行者带领一群后进者的历练，没有老师与学生的区别，也没有上下级之间的隔阂。</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为了能够使得实践顺利开展，我与同学们在8月11日—8月18日共计八天的时间里，紧密联系，认真调研，每天深入田间地头走访农户，把“支援中部发展、共建物联农业”这一主题落在实处。经过走访调研，我们发现：__市__县农业龙头企业数量少、规模不大，带动力不强;农产品加工层次低，产品科技含量低;农民组织化程度低，利益得不到保障。基于我院率先进行“物联网”研究这一天然优势，我为同学们制定了“每天一园，园园高效”的工作计划。具体即：每天和同学们调研一个果园、大块农田或者植物园，了解科技指导农业的具体生产情况，向已经具备高技术含量的示范园区学习，为没能高效生产作业的园区，带去学院的研究成果，以运用于实际。我们与当地农户、种植园、农产品加工企业合作，推广物联网农业的发展战略，提供国家所给予物联网农业的优惠政策，帮助当地企业又好又快地发展农业，发展物联网农业。</w:t>
      </w:r>
      <w:r>
        <w:rPr>
          <w:lang w:eastAsia="zh-CN"/>
        </w:rPr>
        <w:br/>
      </w:r>
      <w:r>
        <w:rPr>
          <w:lang w:eastAsia="zh-CN"/>
        </w:rPr>
        <w:t>　　通过八天的调研，我们最后得出结论：“农业信息化发展”已成为各乡镇企业的必经之路;“加快现代化农业发展”能有效地提高农业发展水平;“农业城镇信息化建设”能快速促进地区经济的发展;“加快现代化农业发展”的落实已形成有效载体;农业信息化设备使用情况喜人，维护有待进一步提高;物联农业拓展内涵，农业项目多样化，人工操作简易化。作为赴_小学支教团队的指导老师，由于两队时间冲突，并不难亲身赶赴当地，由于正值酷暑，每天通过电话向团队负责人了解队员的身体状况成了我工作的首要事项，毕竟身体是一切工作的基础。由于支教活动学院有着充足的历史指导依据，所以每天通过资料的互传，了解他们工作开展进度，实践发展的问题，为他们制定详细的问题应对方案和实际开展办法。</w:t>
      </w:r>
      <w:r>
        <w:rPr>
          <w:lang w:eastAsia="zh-CN"/>
        </w:rPr>
        <w:br/>
      </w:r>
      <w:r>
        <w:rPr>
          <w:lang w:eastAsia="zh-CN"/>
        </w:rPr>
        <w:t>　　三、携手媒体，为实践推广积极影响</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在与媒体协商后，与网、网、网、网、__日报、晨报、__晚报等多家媒体形成长期而稳定的合作关系。据个人统计，今年暑期社会实践各媒体纸质、电子等形式报道共计9篇，平均每个团队报道4.5篇，同比增长47.5%;共收到各团队新闻报道13篇，经修改上报9篇，上报合格率为81.82%，实现校外媒体报道达到85.71%的比率，超过预期的75%目标，团队综合报道率为76.37%。其中除不可抗因素外，未发生任何报道遗漏或错误报道等不良状况。综合以上，社会实践报道工作取得了突破性进展。</w:t>
      </w:r>
      <w:r>
        <w:rPr>
          <w:lang w:eastAsia="zh-CN"/>
        </w:rPr>
        <w:br/>
      </w:r>
      <w:r>
        <w:rPr>
          <w:lang w:eastAsia="zh-CN"/>
        </w:rPr>
        <w:t xml:space="preserve">    教师暑期社会实践活动总结 篇4 </w:t>
      </w:r>
      <w:r>
        <w:rPr>
          <w:lang w:eastAsia="zh-CN"/>
        </w:rPr>
        <w:br/>
      </w:r>
      <w:r>
        <w:rPr>
          <w:lang w:eastAsia="zh-CN"/>
        </w:rPr>
        <w:t>　　这几天，汪校长给我们的任务是总结自己在社会实践中的一些成长和收获。我们分成了三个组，分别是图片组、视频组和文字组。我选择加入的是文字组，就是把自己在这次社会实践中的一些收获和成长记录下来。以下就是我在社会实践中的一些收获和成长，希望可以和大家一起分享。</w:t>
      </w:r>
      <w:r>
        <w:rPr>
          <w:lang w:eastAsia="zh-CN"/>
        </w:rPr>
        <w:br/>
      </w:r>
      <w:r>
        <w:rPr>
          <w:lang w:eastAsia="zh-CN"/>
        </w:rPr>
        <w:t>　　1、在前三天发门票时，我们要和许多陌生人交流，还要说服他们接受这些门票。刚开始我还是有一点点紧张的，可能会站在一家店门口徘徊一会儿才进去，但是经历了一两次之后，我感觉与陌生人交流其实也没有想象中的那么可怕、那么难，反而有些喜欢上了这种交流。因为在这期间，你无法预知到自己接下来会遇到什么样的人和事，充满了挑战性。通过与路人和店面老板交流，锻炼了我的人际交往能力，还使我学会了活在当下，全身心的投入到你现在正在做的那件事情中，积极的发现每一件事情的乐趣。</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2、在发门票的第二天，我们进行了公交车演讲。当时坤哥说要先给我们示范一下，就先上去演讲了，我还自告奋勇的说我下一个上。当时坐在车上的时候我突然好紧张，一想到坤哥讲完了之后就该我上了，我就有种想溜下车的念头，完全没有了刚刚那副自信满满的样子。在我站上去之后，我发现“行动战胜一切恐惧”这句话是对的，刚开始有点紧张，还出了汗，但是讲了没一会儿，就没有原来那么紧张了，就像平常和同学聊天一样轻松。第一次演讲结束后，坤哥给我提出了一个可以改善的地方，声音还不够大，坐在后面的都没怎么听清。在第二次演讲的时候，我就改善了这一点。通过这次公交车演讲，锻炼了我的胆量，提升了自信，克服了自己的恐惧。</w:t>
      </w:r>
      <w:r>
        <w:rPr>
          <w:lang w:eastAsia="zh-CN"/>
        </w:rPr>
        <w:br/>
      </w:r>
      <w:r>
        <w:rPr>
          <w:lang w:eastAsia="zh-CN"/>
        </w:rPr>
        <w:t>　　3、第二天下午，我们去了学校门口演讲。主要是坤哥在演讲，我们在发票。刚开始我也一直在发，但是，后来我发现我们发的好多票都被扔在了地上，这还不算什么，还有些直接把票撕了。感觉好可惜，浪费了这么多纸。后来还有些小朋友来问我们要，因为他们拿去是去玩，所以我们没有给，结果他们直接过来抢了。这件事情让我无语了，不禁感叹中国人好没素质。但是我们改变不了他们，只能改变自己，所以要先从做好自己开始。</w:t>
      </w:r>
      <w:r>
        <w:rPr>
          <w:lang w:eastAsia="zh-CN"/>
        </w:rPr>
        <w:br/>
      </w:r>
      <w:r>
        <w:rPr>
          <w:lang w:eastAsia="zh-CN"/>
        </w:rPr>
        <w:t>　　4、在这次活动之前，老师说过学习国学经典的人都是很有礼貌的，我们每次交流完最好都鞠一个躬。所以在这次活动中，我就特别有礼貌，一直都是微笑的对待陌生人。结束后我发现好像我对他们笑了，他们也会对我笑。想起了老师以前说过：“你想要别人怎么对你，就要怎么对别人。”</w:t>
      </w:r>
      <w:r>
        <w:rPr>
          <w:lang w:eastAsia="zh-CN"/>
        </w:rPr>
        <w:br/>
      </w:r>
      <w:r>
        <w:rPr>
          <w:lang w:eastAsia="zh-CN"/>
        </w:rPr>
        <w:t xml:space="preserve">    教师暑期社会实践活动总结 篇5 </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炎炎夏日，灼热的烈日一波一波地烘烤着大地，连吹来的风都没有一丝凉意。即使这样，在这烈日之下，我们的赤子之心同时也被点燃了，每个人的热情都被激发出来。于是，我们华南师范大学计算机学院、软件学院青年志愿者协会23名队员开始向清远英德大湾镇大湾中学进发，准备开展以“师生共话两会志愿，民众齐树服务精神”为主题的暑期实践活动。</w:t>
      </w:r>
      <w:r>
        <w:rPr>
          <w:lang w:eastAsia="zh-CN"/>
        </w:rPr>
        <w:br/>
      </w:r>
      <w:r>
        <w:rPr>
          <w:lang w:eastAsia="zh-CN"/>
        </w:rPr>
        <w:t>　　前往英德的车子发动了，坐在车上，望着窗户旁飞速掠过的景物，此时，大家心中都是充满了对未来几天的期待与憧憬，抑或夹杂着些许不安吧。坐在车上等待会让人感觉到时间很漫长，此时距离我们熟悉的校园越来越远，同时也在告诉着我们，距离大湾越来越近了。</w:t>
      </w:r>
      <w:r>
        <w:rPr>
          <w:lang w:eastAsia="zh-CN"/>
        </w:rPr>
        <w:br/>
      </w:r>
      <w:r>
        <w:rPr>
          <w:lang w:eastAsia="zh-CN"/>
        </w:rPr>
        <w:t>　　终于到了，当踏上大湾那片土地时，竟然莫名地感到一阵熟悉，因为那里和我的家乡很像。有着那么一丝丝熟悉感，我对这片未知的土地也不那么畏惧了。接下来的几天，这里就是我们生活的地方。</w:t>
      </w:r>
      <w:r>
        <w:rPr>
          <w:lang w:eastAsia="zh-CN"/>
        </w:rPr>
        <w:br/>
      </w:r>
      <w:r>
        <w:rPr>
          <w:lang w:eastAsia="zh-CN"/>
        </w:rPr>
        <w:t>　　来到这里，我们的目的就是把我们在学校学到的东西教授给学生，让他们感受学习的魅力，同时也想灌输给他们“教育能改变命运”这种思想，希望能让更多的孩子继续他们的求学之路。</w:t>
      </w:r>
      <w:r>
        <w:rPr>
          <w:lang w:eastAsia="zh-CN"/>
        </w:rPr>
        <w:br/>
      </w:r>
      <w:r>
        <w:rPr>
          <w:lang w:eastAsia="zh-CN"/>
        </w:rPr>
        <w:t>　　开展这个暑期实践活动之前我们就有做一定的准备工作，我们有考虑过要为他们带去什么知识，而且我们队员又全都是计算机专业的，因此，我们准备的课程大部分是有关计算机方面的，这也正好弥补了乡村学校计算机基本知识缺乏的劣势。虽然我们不能说是很专业，但是基本上每个课程我们都是有精心准备的，我们旨在向他们传播基本的知识。</w:t>
      </w:r>
      <w:r>
        <w:rPr>
          <w:lang w:eastAsia="zh-CN"/>
        </w:rPr>
        <w:br/>
      </w:r>
      <w:r>
        <w:rPr>
          <w:lang w:eastAsia="zh-CN"/>
        </w:rPr>
        <w:t xml:space="preserve">    教师暑期社会实践活动总结 篇6 </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大二暑假，我如愿地参加了台州学院医药化工学院之“行走就业路，服务人才市场”暑期社会场实践队的暑期实践活动，度过了人生中第一个充满着温馨和关爱，洋溢着青春的热情和活力的暑假。“行走就业路，服务人才市场”，作为大学生，我们最终要融入社会，走上就业路。</w:t>
      </w:r>
      <w:r>
        <w:rPr>
          <w:lang w:eastAsia="zh-CN"/>
        </w:rPr>
        <w:br/>
      </w:r>
      <w:r>
        <w:rPr>
          <w:lang w:eastAsia="zh-CN"/>
        </w:rPr>
        <w:t>　　然而，对于现代大学生来说，大多是在书本知识中成长起来的，对社会的复杂程度了解甚少。社会实践则为我们打开了一扇门，它让我们广泛地接触社会，了解社会，不断地参与社会生活，在实践中不断动手、动脑、动嘴，直接和社会各阶层、各部门的人员打交道，培养和锻炼实际的工作能力，获取新的知识信息，以适应社会的需要。于是，在黄海明老师的带领下，我们一行12个人，来到了台州市人才市场，开始了我们的暑期社会实践。</w:t>
      </w:r>
      <w:r>
        <w:rPr>
          <w:lang w:eastAsia="zh-CN"/>
        </w:rPr>
        <w:br/>
      </w:r>
      <w:r>
        <w:rPr>
          <w:lang w:eastAsia="zh-CN"/>
        </w:rPr>
        <w:t>　　刚来到人才市场，人才市场的刘主任就向我们介绍了人才市场的基本概况。之后，她和档案室的阿姨带着我们参观了档案室。档案柜里的每一本档案袋上都标有档案号，排列地整整齐齐。在大体地参观完整个档案室之后，阿姨给我们人手发了一份档案，让我们亲手翻阅档案以加深印象。阿姨还耐心细致的说明了有关人事档案所需的十项内容，详述了档案的整理与归类。刘主任告诉我们，整理与归类档案虽然是一项比较基础性的工作，但还是非常考验一个人的耐心的。同时，对于长期工作的人，必须签订保密协议，因此让我深深地感到身上的责任非常的重大。</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在实习岗位体验过程中，我们首先接触到的是档案的排序。这个工作看起来十分简单，只要将数字一样的档案放在一起就行，但是当我们自己重新检查的时候，却发现了很多错误。这让我意识到，在工作的过程中，我们还不够仔细认真。或许是我们把这项工作看得太简单了，从而没有重视它。在认识到自己的错误之后，我们开始互相检查，互相监督，更加仔细认真地进行分类，以确保工作的质量。</w:t>
      </w:r>
      <w:r>
        <w:rPr>
          <w:lang w:eastAsia="zh-CN"/>
        </w:rPr>
        <w:br/>
      </w:r>
      <w:r>
        <w:rPr>
          <w:lang w:eastAsia="zh-CN"/>
        </w:rPr>
        <w:t>　　第二天，我们又来到了档案室，将前一天排序好的档案放到相应的档案袋中。显然，这又是一项简单基础的工作，但是很费时，费神，费力，需要我们的耐心与细心。如果我们一不小心放错了档案，要重新找出来就相当于是大海捞针。这项工作更重要的是要学会合作与分工，因为整个过程非常的枯燥，单独一人完成效率会很低。我和我的搭档默契配合，不知不觉中就完成了我们的工作，一天的时间也就这么过去了。第三天，刚好有一场招聘会，在完成工作之余，我们又积极地帮忙布置了一下招聘会的现场。</w:t>
      </w:r>
      <w:r>
        <w:rPr>
          <w:lang w:eastAsia="zh-CN"/>
        </w:rPr>
        <w:br/>
      </w:r>
      <w:r>
        <w:rPr>
          <w:lang w:eastAsia="zh-CN"/>
        </w:rPr>
        <w:t>　　招聘会的当天，我们的主要工作是协助招聘会的进行，了解招聘会上各个企业招收员工的要求，并对社会工作者做一些问卷调查来了解就业信息。</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因为招聘会现场的氛围比较凝重，所以在做问卷调查的过程中往往会遭到求职者的拒绝。虽然被拒绝很多次，但是所有人都没有抱怨，仍然面带微笑，屡败屡试，因为我们很能理解他们那紧张的心情。从收回的问卷中我们了解到，当下的求职者一般先就业再择业。对于物质与兴趣，很多人选择了物质，他们认为物质上满足了，才有资格谈兴趣。除此之外，我还发现，大部分人对纯工资的要求并不是很高，而是比较注重医保这类保障性条件。在招聘会现场，求职者很多，但是很多单位还是招不到人。此现象说明了一个问题，求职者和招聘者对彼此的要求都非常高。</w:t>
      </w:r>
      <w:r>
        <w:rPr>
          <w:lang w:eastAsia="zh-CN"/>
        </w:rPr>
        <w:br/>
      </w:r>
      <w:r>
        <w:rPr>
          <w:lang w:eastAsia="zh-CN"/>
        </w:rPr>
        <w:t xml:space="preserve">    教师暑期社会实践活动总结 篇7 </w:t>
      </w:r>
      <w:r>
        <w:rPr>
          <w:lang w:eastAsia="zh-CN"/>
        </w:rPr>
        <w:br/>
      </w:r>
      <w:r>
        <w:rPr>
          <w:lang w:eastAsia="zh-CN"/>
        </w:rPr>
        <w:t>　　为了增强学生社会服务意识，促进学生德、智、体、美全面发展，学校鼓励学生寒暑假参与社会实践活动。结合学校的现状和学生特点，我校今年暑假的实践内容分为阅读一本名人传记、采访一位身边的名人以及社会活动实践三类，学生可自主选择其一。</w:t>
      </w:r>
      <w:r>
        <w:rPr>
          <w:lang w:eastAsia="zh-CN"/>
        </w:rPr>
        <w:br/>
      </w:r>
      <w:r>
        <w:rPr>
          <w:lang w:eastAsia="zh-CN"/>
        </w:rPr>
        <w:t>　　学生通过采访身边优秀人物，学习优秀精神。有的同学采访优秀消防战士，了解其救人的过程及过后的感受，清楚要坚守本心、责任至上；有的同学采访教授，明白了拼搏与奋斗的必要性；有的同学采访环卫工人，体会到工人的艰苦，明白要保护环境；有的同学采访退役军人，决定要积极向上、报效祖国；有的同学采访企业家，明白了坚持和忍耐的重要性；有的同学采访一位局长，更加坚守心中的原则和底线。</w:t>
      </w:r>
      <w:r>
        <w:rPr>
          <w:lang w:eastAsia="zh-CN"/>
        </w:rPr>
        <w:br/>
      </w:r>
      <w:r>
        <w:rPr>
          <w:lang w:eastAsia="zh-CN"/>
        </w:rPr>
        <w:t>　　此外，学生还进行了多种多样的社会实践活动。如到工厂参观，了解一个企业的发展史；到福利院、孤儿院、养老院陪伴幼小与孤寡；还有到社区帮忙，体会工作的辛苦，服务奉献。</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本学期开学后，学校对暑假期间学生的社会实践活动记录表进行了细致的汇总和分析，并选出优秀的社会实践活动报告，评出理工附中社会实践优秀小组和优秀个人。从学生的实践报告中，我们看到了学生参与社会活动的积极性，看到了他们付出的努力和克服的困难，也相信他们在这个过程中一定获益良多。路在远方，我们在路上。在今后的工作中，理工附中将在保证学生安全的情况下深入推进社会实践活动，尤其是阅读活动，不断反省、总结、提升，做出成效，形成校园特色文化。</w:t>
      </w:r>
      <w:r>
        <w:rPr>
          <w:lang w:eastAsia="zh-CN"/>
        </w:rPr>
        <w:br/>
      </w:r>
      <w:r>
        <w:rPr>
          <w:lang w:eastAsia="zh-CN"/>
        </w:rPr>
        <w:t xml:space="preserve">    教师暑期社会实践活动总结 篇8 </w:t>
      </w:r>
      <w:r>
        <w:rPr>
          <w:lang w:eastAsia="zh-CN"/>
        </w:rPr>
        <w:br/>
      </w:r>
      <w:r>
        <w:rPr>
          <w:lang w:eastAsia="zh-CN"/>
        </w:rPr>
        <w:t>　　大一学期，每位同学都积极参加了暑假社会实践活动，每个人都学到了许多为人处世的经验和知识。首先，大家学会了分工合作，交流经验，和谐相处。其次，大家的实践经验得到了极大提升。最后，通过社会实践更加了解社会和社会生活。</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在整个过程中，每个人都需要参与总体策划，执行，总结，与创新。策划时，每个人都提出自己的方案，并由大家指出其中的不足，再一起分析可行性的大小，最后确定该方案是否采用。所有的方案都分析后才投票决定采用哪个方案。在执行过程中出现的问题也由大家分析解决。该过程锻炼了大家的分析能力，让大家学会了吸收各种想法的优点，全面考虑问题。执行过程中出现了许多困难，但是，大家都积极想办法克服困难。最终大家的努力迎来了丰厚的收获，大家学会了合理分配任务，互相帮助，精诚合作，学会了与陌生人交往的技巧，学会了处理突发事件的方法，学会了面对困难百折不挠。同时，每个人对社会的认识都有极大提高。小结时，将当期的结果汇总，互相分享实践过程中的经验和收获，提出问题并寻求帮助，总结教训以便下一阶段完成的更好。最终将所有内容汇总并做出总结。该过程中大家整理资料，分析总结了经验和教训。整个过程大家全程参与，有不小的收获。</w:t>
      </w:r>
      <w:r>
        <w:rPr>
          <w:lang w:eastAsia="zh-CN"/>
        </w:rPr>
        <w:br/>
      </w:r>
      <w:r>
        <w:rPr>
          <w:lang w:eastAsia="zh-CN"/>
        </w:rPr>
        <w:t>　　在社会实践过程中，个人能力得到了极大提提升。现代通讯技术的发展使得许多人不再在意与人面对面交往，从而造成人交往能力不足，难以适应社会。作为一名合格的大学生就需要良好的人际交往能力。社会实践为我们提供了一个提升交往能力的方便之门。团队内部的合作与分工，经验的交流与总结，协商问题的解决办法，从陌生人处获取信息，不同人群的交流方法，处理交流过程中的问题等许多方面都需要合理的方式，人际交往能力便在这些过程中得到锻炼。对于即将步入社会的人来说，人际交往能力与工作能力的重要性几乎相等，很多的社会知识在我们参与实践的时候被掌握了，这将是一生的财富。社会实践是学生接触社会，了解社会，服务社会，运用所学知识实践自我的途径。实现了从理论到实践再到理论的飞跃，增强了认识问题，分析问题，解决问题的能力，为认识社会，了解社会，步入社会打下了良好的基础。同时还为我们以后的学习指引正确途径，避免出现闭门造车的情况，杜绝韩信点兵的悲剧。</w:t>
      </w:r>
      <w:r>
        <w:rPr>
          <w:lang w:eastAsia="zh-CN"/>
        </w:rPr>
        <w:br/>
      </w:r>
      <w:r>
        <w:rPr>
          <w:lang w:eastAsia="zh-CN"/>
        </w:rPr>
        <w:t>　　通过实践活动，能够更清醒地认识自己的不足，对自身价值作出客观评价，为将来的发展提供动力，也为学习和生活注入社会知识，为进入社会打下坚实基础。</w:t>
      </w:r>
      <w:r>
        <w:rPr>
          <w:lang w:eastAsia="zh-CN"/>
        </w:rPr>
        <w:br/>
      </w:r>
      <w:r>
        <w:rPr>
          <w:lang w:eastAsia="zh-CN"/>
        </w:rPr>
        <w:t xml:space="preserve">    教师暑期社会实践活动总结 篇9 </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在班主任的细致安排下，每个同学在暑假中积极参加社会实践活动，学习本领，增长知识，陶冶情操，锻炼身体，走进社会，走进生活，主动提高自己各方面的素质。</w:t>
      </w:r>
      <w:r>
        <w:rPr>
          <w:lang w:eastAsia="zh-CN"/>
        </w:rPr>
        <w:br/>
      </w:r>
      <w:r>
        <w:rPr>
          <w:lang w:eastAsia="zh-CN"/>
        </w:rPr>
        <w:t>　　1、为灾区加油。</w:t>
      </w:r>
      <w:r>
        <w:rPr>
          <w:lang w:eastAsia="zh-CN"/>
        </w:rPr>
        <w:br/>
      </w:r>
      <w:r>
        <w:rPr>
          <w:lang w:eastAsia="zh-CN"/>
        </w:rPr>
        <w:t>　　在暑假中，同学们没有忘记灾难中受灾的人们，虽然不能到灾区贡献自己的力量，但同学们纷纷拿出自己的零花钱，捐献给灾区，同时，同学们被抗灾英雄的事迹感动着，尤其是同龄人中那些令人敬佩的小英雄。同学们制作了“抗震救灾英雄谱”“抗震救灾少年英雄”的剪报，表达着对抗震救灾中的英雄人物的敬意。同时，同学们给灾区的小朋友写了慰问信，关爱灾区小朋友的活动，写上自己的交心语，帮助灾区小朋友摆脱心理阴影，坚强面对困难。鼓励他们要坚强起来，好好学习，有全国人们的援助，任何困难都会被克服，受灾的地方一定可以重建美好家园。</w:t>
      </w:r>
      <w:r>
        <w:rPr>
          <w:lang w:eastAsia="zh-CN"/>
        </w:rPr>
        <w:br/>
      </w:r>
      <w:r>
        <w:rPr>
          <w:lang w:eastAsia="zh-CN"/>
        </w:rPr>
        <w:t>　　2、假日小队。</w:t>
      </w:r>
      <w:r>
        <w:rPr>
          <w:lang w:eastAsia="zh-CN"/>
        </w:rPr>
        <w:br/>
      </w:r>
      <w:r>
        <w:rPr>
          <w:lang w:eastAsia="zh-CN"/>
        </w:rPr>
        <w:t>　　在暑假中，以班级为单位，学生根据自己的居住地分成了若干“假日小队”，每组15人左右，选出了小队长，负责活动的组织，记录等。这些假日小队有：环保小队、阳光小队、宣传小队、清洁小队、爱心小队等等，他们积极参加社会生活，参加社区劳动，进行宣传，在活动中锻炼了组织能力，实践能力。</w:t>
      </w:r>
      <w:r>
        <w:rPr>
          <w:lang w:eastAsia="zh-CN"/>
        </w:rPr>
        <w:br/>
      </w:r>
      <w:r>
        <w:rPr>
          <w:lang w:eastAsia="zh-CN"/>
        </w:rPr>
        <w:t xml:space="preserve">    教师暑期社会实践活动总结 篇10 </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w:t>
      </w:r>
      <w:r>
        <w:rPr>
          <w:lang w:eastAsia="zh-CN"/>
        </w:rPr>
        <w:br/>
      </w:r>
      <w:r>
        <w:rPr>
          <w:lang w:eastAsia="zh-CN"/>
        </w:rPr>
        <w:t>　　一、实践目的</w:t>
      </w:r>
      <w:r>
        <w:rPr>
          <w:lang w:eastAsia="zh-CN"/>
        </w:rPr>
        <w:br/>
      </w:r>
      <w:r>
        <w:rPr>
          <w:lang w:eastAsia="zh-CN"/>
        </w:rPr>
        <w:t>　　1、暑假社会实践是大学生宝贵的锻炼身心的机会，在实践中培养吃苦耐劳、坚毅挺拔的精神以及劳动观念和奉献的精神，增强团队合作意识。</w:t>
      </w:r>
      <w:r>
        <w:rPr>
          <w:lang w:eastAsia="zh-CN"/>
        </w:rPr>
        <w:br/>
      </w:r>
      <w:r>
        <w:rPr>
          <w:lang w:eastAsia="zh-CN"/>
        </w:rPr>
        <w:t>　　2、充分发挥我们学生的知识和智力优势，在实践中学会客服困难、独立的去解决问题。</w:t>
      </w:r>
      <w:r>
        <w:rPr>
          <w:lang w:eastAsia="zh-CN"/>
        </w:rPr>
        <w:br/>
      </w:r>
      <w:r>
        <w:rPr>
          <w:lang w:eastAsia="zh-CN"/>
        </w:rPr>
        <w:t>　　3、进行社会实践活动弥补学校教育教学工作的不足，丰富和深化我们思想政治教育的实践内容，促进青年学生在理论和实践相结合的过程中增长才干、健康成长的重要课堂，从而优质成才、全面成才。</w:t>
      </w:r>
      <w:r>
        <w:rPr>
          <w:lang w:eastAsia="zh-CN"/>
        </w:rPr>
        <w:br/>
      </w:r>
      <w:r>
        <w:rPr>
          <w:lang w:eastAsia="zh-CN"/>
        </w:rPr>
        <w:t>　　二、实践意义</w:t>
      </w:r>
      <w:r>
        <w:rPr>
          <w:lang w:eastAsia="zh-CN"/>
        </w:rPr>
        <w:br/>
      </w:r>
      <w:r>
        <w:rPr>
          <w:lang w:eastAsia="zh-CN"/>
        </w:rPr>
        <w:t>　　1、利于大学生了解国情、了解社会，增强社会责任感和使命感。现代大学生，大多是在书本知识中成长起来的，对我国的国情、民情知之甚少，而社会的复杂程度，远不是读几本书，听几次讲座，看几条新闻就能了解的`。</w:t>
      </w:r>
      <w:r>
        <w:rPr>
          <w:lang w:eastAsia="zh-CN"/>
        </w:rPr>
        <w:br/>
      </w:r>
      <w:r>
        <w:rPr>
          <w:lang w:eastAsia="zh-CN"/>
        </w:rPr>
        <w:t>　　2、利于大学生正确认识自己，对自身成长产生紧迫感。通过广泛的社会实践活动，能让学生看到自己和市场需求之间的差距，看到自身知识和能力上存在的不足，比较客观地去重新认识、评价自我，逐渐摆正个人与社会、个人与人民群众的位置。</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3、大学生对理论知识的转化和拓展，增强运用知识解决实际问题的能力。大学生以课堂学习为主要接受方式，这对大学生来说非常重要，但这些理论知识并不代表大学生的实际技能，往往难以直接运用于现实生活之中。社会实践使大学生接近社会和自然，获得大量的感性认识和许多有价值的新知识，同时使他们能够把自己所学的理论知识与接触的实际现象进行对照、比较，把抽象的理论知识逐渐转化为认识和解决实际问题的能力。</w:t>
      </w:r>
      <w:r>
        <w:rPr>
          <w:lang w:eastAsia="zh-CN"/>
        </w:rPr>
        <w:br/>
      </w:r>
      <w:r>
        <w:rPr>
          <w:lang w:eastAsia="zh-CN"/>
        </w:rPr>
        <w:t xml:space="preserve">    教师暑期社会实践活动总结 篇11 </w:t>
      </w:r>
      <w:r>
        <w:rPr>
          <w:lang w:eastAsia="zh-CN"/>
        </w:rPr>
        <w:br/>
      </w:r>
      <w:r>
        <w:rPr>
          <w:lang w:eastAsia="zh-CN"/>
        </w:rPr>
        <w:t>　　时光飞逝，大学的第二个暑假到来了，应学校的提议和社会对大学生的要求，我参加了暑期社会实践活动。在这个火热的七月，我们暂别舒适的生活，带着青年人特有的蓬勃朝气，走入社会，了解社会，深入社会。</w:t>
      </w:r>
      <w:r>
        <w:rPr>
          <w:lang w:eastAsia="zh-CN"/>
        </w:rPr>
        <w:br/>
      </w:r>
      <w:r>
        <w:rPr>
          <w:lang w:eastAsia="zh-CN"/>
        </w:rPr>
        <w:t>　　实践工作是很重要的，从一个学生的成长过程来说，我经历了无事可做的孩童时代，到学校里忙碌的学生时代，再到以后的社会工作阶段。而实习就像一个链子连着学习和工作。实践是学生把所学知识运用到实践中去的过程。实践的目的就是运用，就是去指导工作。实践是一个锻炼的平台，是展示自己能力的平台。</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在大学里学的不是知识，而是一种叫做自学的能力”。这次实践后才能深刻体会这句话的含义。课本上学的理论知识用到的很少很少。刚开始去的时候，还真有点不习惯。尽管我遇到了很多我以前没有见过的问题，也有很多当场不能解决的问题，时常也感觉很无助，很尴尬，很多东西都不懂，幸好有叔叔、阿姨们的耐心帮助，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r>
        <w:rPr>
          <w:lang w:eastAsia="zh-CN"/>
        </w:rPr>
        <w:br/>
      </w:r>
      <w:r>
        <w:rPr>
          <w:lang w:eastAsia="zh-CN"/>
        </w:rPr>
        <w:t>　　暑期社会实践给我们提供可一个走出校园，踏上社会，展现自我的绚丽舞台。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础。</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暑假的社会实践活动已经结束了，然而活动的每个场面却深深的印在我的老海里，虽然是有苦有累的十五天，但我觉得这是一次不错的经历，我又结识了几位新的朋友，开阔了眼界，从中学到了不少东西也增长了不少才干。使我懂得了在将来不管做什么要有坚持不懈的精神。要勤劳，要虚心学习，不耻下问。要明确目标，端正态度。我觉得不论做什么工作，都要学会微笑。这样别人才会对你真诚，总是一些看似细微的东西可实际上却是至关重要的。比如一句简单的问候，但却能表现出你对别人的关怀，也让他人感觉到被重视与被关心。沟通也是一种技巧和能力，要巧妙运用。在社会上要善于与别人沟通需要长期的练习。社会是残酷的，光是有文凭没有社会经验，在社会中生存会有一定的阻碍。在这次实践中，通过亲身体验实践让自己更进一步了解社会，在实践中增长见识，锻炼自己的才干，培养自己的韧性，找出自己的差距与不足。</w:t>
      </w:r>
      <w:r>
        <w:rPr>
          <w:lang w:eastAsia="zh-CN"/>
        </w:rPr>
        <w:br/>
      </w:r>
      <w:r>
        <w:rPr>
          <w:lang w:eastAsia="zh-CN"/>
        </w:rPr>
        <w:t xml:space="preserve">    教师暑期社会实践活动总结 篇12 </w:t>
      </w:r>
      <w:r>
        <w:rPr>
          <w:lang w:eastAsia="zh-CN"/>
        </w:rPr>
        <w:br/>
      </w:r>
      <w:r>
        <w:rPr>
          <w:lang w:eastAsia="zh-CN"/>
        </w:rPr>
        <w:t>　　7月17日，下乡的第一天，一切都是那么的新鲜，那么激情，校车沿着弯弯曲曲的机械路，经过了2个小时的颠簸，10：00点我们终于到了目的地刘仁八镇。下乡的日子刚刚开始，听不懂那里的话，一切的一切都是那么的新鲜、激情。明天我们就要上街宣传了，面对自己的即将开展的工作心中充满期待，不知到我们设点的时候会不会有很多人来看呢？不知到明天宣传的效果会不会好呢？不知到！有点憧憬……今天真的是挫败的一天，真的没想过原来宣传是可以遇到这么多预计以外的困难的！横幅挂了一个下午，特别是第一条横幅，陈老师带领我们三个黄金搭档队友在进刘人八镇的进口处挂第一条横幅，经过我们四个人的艰辛实践、反复调试，历经一个多小时，当第一条横幅横空而越，微风中，横幅好像在向我们示意：刘仁八欢迎您啊。</w:t>
      </w:r>
      <w:r>
        <w:rPr>
          <w:lang w:eastAsia="zh-CN"/>
        </w:rPr>
        <w:br/>
      </w:r>
      <w:r>
        <w:rPr>
          <w:lang w:eastAsia="zh-CN"/>
        </w:rPr>
        <w:t>　　其实困难并不是难以预计的，只是我们考虑真的欠缺，我们除了做好了准备外，还应该充分考虑客观环境可能带来的困难！可是只有遇到了挫折才会获得经验，挫败真的没什么可怕的，只要我们团结，我们坚持，一切都是可以攻克的！加油，我的伙伴们！</w:t>
      </w:r>
      <w:r>
        <w:rPr>
          <w:lang w:eastAsia="zh-CN"/>
        </w:rPr>
        <w:br/>
      </w:r>
    </w:p>
    <w:p w:rsidR="001B1F19" w14:textId="27C3F48A">
      <w:pPr>
        <w:rPr>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7月18日，下乡的第二天，今天确实很累。也许是上午在刘仁八镇政府前宣传，发放宣传资料、展展板，下午去了红三军建军旧址后我组又去了刘仁八村访谈宣传以及贴标语，缺少时间休息，身体上真的感觉很累。可是累了，倦怠了，什么能够支撑我们走下去呢？那就关键是动力了，一杯美味的绿茶，一句暖心的鼓励，一个关切的眼神，一个温暖的微笑，这些都让我充满力量，让我足够走完这段充满荆棘的下乡路。</w:t>
      </w:r>
      <w:r>
        <w:rPr>
          <w:lang w:eastAsia="zh-CN"/>
        </w:rPr>
        <w:br/>
      </w:r>
    </w:p>
    <w:p w:rsidR="001B1F19" w14:textId="27C3F48A">
      <w:pPr>
        <w:rPr>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7月23日下乡的第七天，生活，原来可以这么艰难，身处在城市的我们，也许真的不懂生活可以有多艰难。生活真的可以艰难！可以为了去上学，只有八九岁的孩子就要每天步行两个小时到镇上的小学，你可以想象那么每天早上他们多少点起床吗，也许是6点，也许是5点；可以为了有个玩具，养一只小鸟，让自己每天枯燥的生活有点乐趣，八九岁的孩子就得自己动手做鸟笼，可是我们自己呢？八九岁时的我们应该连很简单的手工也是爸妈手把手的教我们做的吧！今天去了刘仁八镇的村，真的让我有一种很心酸的感觉，除了看到上面所说的景象，最让我震惊的是，当我行走在那狭窄的盘山公路上时，让人感叹，这上面会有人住吗，可是勤劳勇敢的金柯人给了我肯定的答案会。我发现金柯村民真的都很淳朴，可是在两个八九岁的小朋友的眼中，我看不到该有的童真。反而在他画的卡通画上我却看到了这样的一句话“我要飞，我要飞，我的钱怎么都飞走”，看到这句话的时候，我的心真的有种说不出的滋味！一个八九岁的小孩，怎么会在一张那么童真的画上写上这样的字，难道贫穷真的已经那么明显的压到了他们的身上了吗？那我们呢？八九岁，在父母帮我们安排好一切的年龄，应该对金钱还没有什么概念吧！在金柯村小学，我和三个小学生聊了很久，他们的条件让我心酸，让我无奈，为了鼓励他们，我给他们画了一幅画中国龙，而且在上面写了句话“吃得苦中苦，方为人上人，努力才不会后悔”。临走前，三小孩抱着我不要我走，我给他们每人一样东西透明胶、双面胶、圆珠笔并跟他们说一定要好好读书，几个小孩拿着礼物，特兴奋，大声回答道“恩”¨¨¨“我还回来的”我含泪答道。</w:t>
      </w:r>
      <w:r>
        <w:rPr>
          <w:lang w:eastAsia="zh-CN"/>
        </w:rPr>
        <w:br/>
      </w:r>
      <w:r>
        <w:rPr>
          <w:lang w:eastAsia="zh-CN"/>
        </w:rPr>
        <w:t xml:space="preserve">    教师暑期社会实践活动总结 篇13 </w:t>
      </w:r>
      <w:r>
        <w:rPr>
          <w:lang w:eastAsia="zh-CN"/>
        </w:rPr>
        <w:br/>
      </w:r>
      <w:r>
        <w:rPr>
          <w:lang w:eastAsia="zh-CN"/>
        </w:rPr>
        <w:t>　　一个月的暑期就这样在不知不觉中匆匆的结束了，当然还有我这一次的暑期社会实践。以前整日呆在学校中的我，真切品尝到了生活中的现实和很多的不易。或许，这种真真切切的体会，才是我最宝贵最珍贵的收获。</w:t>
      </w:r>
      <w:r>
        <w:rPr>
          <w:lang w:eastAsia="zh-CN"/>
        </w:rPr>
        <w:br/>
      </w:r>
    </w:p>
    <w:p w:rsidR="001B1F19" w14:textId="27C3F48A">
      <w:pPr>
        <w:rPr>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在这个暑假期间，我利用此次十分难得的机会，努力工作，严格要求自己，社会真的是非常之残酷，很现实。我庆幸的只是我还是一名在读的大学学生，我只有真正的把本领学好，才能在未来真正进入社会时不至于这样不知所措。这一次参加社会实践，我明白大学生社会实践是引导我们学生走出校门，走向社会，接触社会，了解社会，投身社会的良好形式;是促使大学生投身改革开放，向人民群众，培养锻炼才干的好渠道;是提升思想，修身养性，树立服务社会的思想的有效途径。通过参加社会实践活动，有助于我们在校大学生更新观念，吸收新的思想与知识。社会实践拉近了我与社会的距离，也让自己在社会实践中开拓了视野，增长了才干，半个月的社会实践，一晃而过，却让我从中领悟到了很多的东西，而这些东西将让我终生受用。</w:t>
      </w:r>
      <w:r>
        <w:rPr>
          <w:lang w:eastAsia="zh-CN"/>
        </w:rPr>
        <w:br/>
      </w:r>
      <w:r>
        <w:rPr>
          <w:lang w:eastAsia="zh-CN"/>
        </w:rPr>
        <w:t>　　一、待人要真诚</w:t>
      </w:r>
      <w:r>
        <w:rPr>
          <w:lang w:eastAsia="zh-CN"/>
        </w:rPr>
        <w:br/>
      </w:r>
      <w:r>
        <w:rPr>
          <w:lang w:eastAsia="zh-CN"/>
        </w:rPr>
        <w:t>　　踏进办公室，只见几个陌生的脸孔。我微笑着和他们打招呼。从那天起，我养成了一个习惯，每天早上见到他们都要微笑的说声“早晨”或“早上好”，那是我心底真诚的问候。往往一些细微的东西容易被我们忽略，轻轻的一声问候，却表达了对同事对朋友的关怀，也让他人感觉到被重视与被关心。仅仅几天的时间，我就和同事们打成一片，我想，应该是我的真诚，换取了同事的信任。他们把我当朋友，也愿意把工作分配给我。</w:t>
      </w:r>
      <w:r>
        <w:rPr>
          <w:lang w:eastAsia="zh-CN"/>
        </w:rPr>
        <w:br/>
      </w:r>
      <w:r>
        <w:rPr>
          <w:lang w:eastAsia="zh-CN"/>
        </w:rPr>
        <w:t>　　二、要善于沟通</w:t>
      </w:r>
      <w:r>
        <w:rPr>
          <w:lang w:eastAsia="zh-CN"/>
        </w:rPr>
        <w:br/>
      </w:r>
      <w:r>
        <w:rPr>
          <w:lang w:eastAsia="zh-CN"/>
        </w:rPr>
        <w:t>　　沟通是一种重要的技巧和能力，时时都要巧妙运用。认识一个人，首先要记住对方的名字。了解一个人，则需要深入的交流。而这些，都要自己主动去做。</w:t>
      </w:r>
      <w:r>
        <w:rPr>
          <w:lang w:eastAsia="zh-CN"/>
        </w:rPr>
        <w:br/>
      </w:r>
      <w:r>
        <w:rPr>
          <w:lang w:eastAsia="zh-CN"/>
        </w:rPr>
        <w:t>　　三、要有热情和信心</w:t>
      </w:r>
      <w:r>
        <w:rPr>
          <w:lang w:eastAsia="zh-CN"/>
        </w:rPr>
        <w:br/>
      </w:r>
      <w:r>
        <w:rPr>
          <w:lang w:eastAsia="zh-CN"/>
        </w:rPr>
        <w:t>　　其实，不管在哪个行业，热情和信心都是不可或缺的。热情让我们对工作充满激情，愿意为共同的目标奋斗;耐心又让我们细致的对待工作，力求做好每个细节，精益求精。激情与耐心互补促进，才能碰撞出最美丽的火花，工作才能做到。</w:t>
      </w:r>
      <w:r>
        <w:rPr>
          <w:lang w:eastAsia="zh-CN"/>
        </w:rPr>
        <w:br/>
      </w:r>
      <w:r>
        <w:rPr>
          <w:lang w:eastAsia="zh-CN"/>
        </w:rPr>
        <w:t xml:space="preserve">    教师暑期社会实践活动总结 篇14 </w:t>
      </w:r>
      <w:r>
        <w:rPr>
          <w:lang w:eastAsia="zh-CN"/>
        </w:rPr>
        <w:br/>
      </w:r>
    </w:p>
    <w:p w:rsidR="001B1F19" w14:textId="27C3F48A">
      <w:pPr>
        <w:rPr>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今年暑假，我院师生根据团省委以及学校的统一部署，深入城市社区、农村基层、西部地区和省内欠发达地区，广泛开展政策宣讲、科技支农、扶贫支教、企业帮扶、文艺演出、卫生宣传、文化宣传、法律援助等活动，成绩突出、影响广泛。现将有关事项通知如下：</w:t>
      </w:r>
      <w:r>
        <w:rPr>
          <w:lang w:eastAsia="zh-CN"/>
        </w:rPr>
        <w:br/>
      </w:r>
      <w:r>
        <w:rPr>
          <w:lang w:eastAsia="zh-CN"/>
        </w:rPr>
        <w:t>　　一、奖项设置</w:t>
      </w:r>
      <w:r>
        <w:rPr>
          <w:lang w:eastAsia="zh-CN"/>
        </w:rPr>
        <w:br/>
      </w:r>
      <w:r>
        <w:rPr>
          <w:lang w:eastAsia="zh-CN"/>
        </w:rPr>
        <w:t>　　1、建工学院暑期社会实践活动优秀团队</w:t>
      </w:r>
      <w:r>
        <w:rPr>
          <w:lang w:eastAsia="zh-CN"/>
        </w:rPr>
        <w:br/>
      </w:r>
      <w:r>
        <w:rPr>
          <w:lang w:eastAsia="zh-CN"/>
        </w:rPr>
        <w:t>　　2、建工学院暑期社会实践活动先进个人</w:t>
      </w:r>
      <w:r>
        <w:rPr>
          <w:lang w:eastAsia="zh-CN"/>
        </w:rPr>
        <w:br/>
      </w:r>
      <w:r>
        <w:rPr>
          <w:lang w:eastAsia="zh-CN"/>
        </w:rPr>
        <w:t>　　3、建工学院暑期社会实践活动社会实践基地</w:t>
      </w:r>
      <w:r>
        <w:rPr>
          <w:lang w:eastAsia="zh-CN"/>
        </w:rPr>
        <w:br/>
      </w:r>
      <w:r>
        <w:rPr>
          <w:lang w:eastAsia="zh-CN"/>
        </w:rPr>
        <w:t>　　4、建工学院暑期社会实践活动优秀调研论文</w:t>
      </w:r>
      <w:r>
        <w:rPr>
          <w:lang w:eastAsia="zh-CN"/>
        </w:rPr>
        <w:br/>
      </w:r>
      <w:r>
        <w:rPr>
          <w:lang w:eastAsia="zh-CN"/>
        </w:rPr>
        <w:t>　　二、评选要求</w:t>
      </w:r>
      <w:r>
        <w:rPr>
          <w:lang w:eastAsia="zh-CN"/>
        </w:rPr>
        <w:br/>
      </w:r>
      <w:r>
        <w:rPr>
          <w:lang w:eastAsia="zh-CN"/>
        </w:rPr>
        <w:t>　　1、暑期社会实践活动优秀团队</w:t>
      </w:r>
      <w:r>
        <w:rPr>
          <w:lang w:eastAsia="zh-CN"/>
        </w:rPr>
        <w:br/>
      </w:r>
      <w:r>
        <w:rPr>
          <w:lang w:eastAsia="zh-CN"/>
        </w:rPr>
        <w:t>　　评选的具体要求是：</w:t>
      </w:r>
      <w:r>
        <w:rPr>
          <w:lang w:eastAsia="zh-CN"/>
        </w:rPr>
        <w:br/>
      </w:r>
      <w:r>
        <w:rPr>
          <w:lang w:eastAsia="zh-CN"/>
        </w:rPr>
        <w:t>　　（1）主题鲜明突出，内容丰富，切合实际有创新。</w:t>
      </w:r>
      <w:r>
        <w:rPr>
          <w:lang w:eastAsia="zh-CN"/>
        </w:rPr>
        <w:br/>
      </w:r>
      <w:r>
        <w:rPr>
          <w:lang w:eastAsia="zh-CN"/>
        </w:rPr>
        <w:t>　　（2）过程组织规范，安全保障有效，圆满完成暑期社会实践各项工作流程，及时反馈社会实践信息，积极组织与参与成果展示交流活动。</w:t>
      </w:r>
      <w:r>
        <w:rPr>
          <w:lang w:eastAsia="zh-CN"/>
        </w:rPr>
        <w:br/>
      </w:r>
      <w:r>
        <w:rPr>
          <w:lang w:eastAsia="zh-CN"/>
        </w:rPr>
        <w:t>　　（3）实践成效显著，学生在实践中得到锻炼，受益明显；在实践过程中产生了良好的社会效应；实践活动反馈表中，当地单位党团组织对团队有较高的评价。</w:t>
      </w:r>
      <w:r>
        <w:rPr>
          <w:lang w:eastAsia="zh-CN"/>
        </w:rPr>
        <w:br/>
      </w:r>
      <w:r>
        <w:rPr>
          <w:lang w:eastAsia="zh-CN"/>
        </w:rPr>
        <w:t>　　2、暑期社会实践活动先进个人</w:t>
      </w:r>
      <w:r>
        <w:rPr>
          <w:lang w:eastAsia="zh-CN"/>
        </w:rPr>
        <w:br/>
      </w:r>
      <w:r>
        <w:rPr>
          <w:lang w:eastAsia="zh-CN"/>
        </w:rPr>
        <w:t>　　评选的具体要求是：</w:t>
      </w:r>
      <w:r>
        <w:rPr>
          <w:lang w:eastAsia="zh-CN"/>
        </w:rPr>
        <w:br/>
      </w:r>
      <w:r>
        <w:rPr>
          <w:lang w:eastAsia="zh-CN"/>
        </w:rPr>
        <w:t>　　（1）有效组织实践团队积极实践和圆满完成社会实践前后相关工作，出色完成社会实践组织工作。</w:t>
      </w:r>
      <w:r>
        <w:rPr>
          <w:lang w:eastAsia="zh-CN"/>
        </w:rPr>
        <w:br/>
      </w:r>
    </w:p>
    <w:p w:rsidR="001B1F19" w14:textId="27C3F48A">
      <w:pPr>
        <w:rPr>
          <w:lang w:eastAsia="zh-CN"/>
        </w:rPr>
      </w:pPr>
      <w:r>
        <w:rPr>
          <w:lang w:eastAsia="zh-CN"/>
        </w:rPr>
        <w:t>　　（2）发扬团队精神，在活动中重视集体，能较好地处理团队与个人之间的关系。</w:t>
      </w:r>
      <w:r>
        <w:rPr>
          <w:lang w:eastAsia="zh-CN"/>
        </w:rPr>
        <w:br/>
      </w:r>
      <w:r>
        <w:rPr>
          <w:lang w:eastAsia="zh-CN"/>
        </w:rPr>
        <w:t>　　（3）积极参加社会实践成果展示交流等相关活动。</w:t>
      </w:r>
      <w:r>
        <w:rPr>
          <w:lang w:eastAsia="zh-CN"/>
        </w:rPr>
        <w:br/>
      </w:r>
      <w:r>
        <w:rPr>
          <w:lang w:eastAsia="zh-CN"/>
        </w:rPr>
        <w:t>　　3、暑期社会实践活动社会实践基地</w:t>
      </w:r>
      <w:r>
        <w:rPr>
          <w:lang w:eastAsia="zh-CN"/>
        </w:rPr>
        <w:br/>
      </w:r>
      <w:r>
        <w:rPr>
          <w:lang w:eastAsia="zh-CN"/>
        </w:rPr>
        <w:t>　　评选的具体要求是：</w:t>
      </w:r>
      <w:r>
        <w:rPr>
          <w:lang w:eastAsia="zh-CN"/>
        </w:rPr>
        <w:br/>
      </w:r>
      <w:r>
        <w:rPr>
          <w:lang w:eastAsia="zh-CN"/>
        </w:rPr>
        <w:t>　　（1）已连续为学院提供实践基地服务一年以上，并与学校建立了长期稳定的联系，有书面凭证或是牌匾、锦旗等实物凭证。</w:t>
      </w:r>
      <w:r>
        <w:rPr>
          <w:lang w:eastAsia="zh-CN"/>
        </w:rPr>
        <w:br/>
      </w:r>
      <w:r>
        <w:rPr>
          <w:lang w:eastAsia="zh-CN"/>
        </w:rPr>
        <w:t>　　（2）在实践基地开展了具体的服务项目，有一定规模并形成特色。</w:t>
      </w:r>
      <w:r>
        <w:rPr>
          <w:lang w:eastAsia="zh-CN"/>
        </w:rPr>
        <w:br/>
      </w:r>
      <w:r>
        <w:rPr>
          <w:lang w:eastAsia="zh-CN"/>
        </w:rPr>
        <w:t>　　（3）社会实践活动受到实践地党政团的大力支持和群众的普遍欢迎。</w:t>
      </w:r>
      <w:r>
        <w:rPr>
          <w:lang w:eastAsia="zh-CN"/>
        </w:rPr>
        <w:br/>
      </w:r>
      <w:r>
        <w:rPr>
          <w:lang w:eastAsia="zh-CN"/>
        </w:rPr>
        <w:t>　　4、暑期社会实践活动优秀调研论文</w:t>
      </w:r>
      <w:r>
        <w:rPr>
          <w:lang w:eastAsia="zh-CN"/>
        </w:rPr>
        <w:br/>
      </w:r>
      <w:r>
        <w:rPr>
          <w:lang w:eastAsia="zh-CN"/>
        </w:rPr>
        <w:t>　　评选的具体要求是：</w:t>
      </w:r>
      <w:r>
        <w:rPr>
          <w:lang w:eastAsia="zh-CN"/>
        </w:rPr>
        <w:br/>
      </w:r>
      <w:r>
        <w:rPr>
          <w:lang w:eastAsia="zh-CN"/>
        </w:rPr>
        <w:t>　　（1）调查报告或论文紧密契合实践参考课题，调查方法正确，数据丰富可靠，分析方法正确，具有较高的专业水平和创新性。</w:t>
      </w:r>
      <w:r>
        <w:rPr>
          <w:lang w:eastAsia="zh-CN"/>
        </w:rPr>
        <w:br/>
      </w:r>
      <w:r>
        <w:rPr>
          <w:lang w:eastAsia="zh-CN"/>
        </w:rPr>
        <w:t>　　（2）有实质性的成果（包括实践论文发表，为当地发展提供建设性意见，设计方案受到当地政府企业重视等），有现实指导意义。</w:t>
      </w:r>
      <w:r>
        <w:rPr>
          <w:lang w:eastAsia="zh-CN"/>
        </w:rPr>
        <w:br/>
      </w:r>
      <w:r>
        <w:rPr>
          <w:lang w:eastAsia="zh-CN"/>
        </w:rPr>
        <w:t>　　（3）符合学术规范，格式上符合调查报告或论文的要求。（材料上报，标题三号黑体，正文内容的字体为小四号微软雅黑，1.5倍行间距，一级标题加粗。）</w:t>
      </w:r>
      <w:r>
        <w:rPr>
          <w:lang w:eastAsia="zh-CN"/>
        </w:rPr>
        <w:br/>
      </w:r>
      <w:r>
        <w:rPr>
          <w:lang w:eastAsia="zh-CN"/>
        </w:rPr>
        <w:t>　　三、总结、评比工作要求</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https://d.book118.com/408134000055006042</w:t>
        </w:r>
      </w:hyperlink>
    </w:p>
    <w:p w:rsidR="001B1F19">
      <w:pPr>
        <w:rPr>
          <w:lang w:eastAsia="zh-CN"/>
        </w:rPr>
      </w:pPr>
    </w:p>
    <w:sectPr>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08134000055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